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doksan dördünji</w:t>
      </w:r>
    </w:p>
    <w:p>
      <w:pPr>
        <w:pStyle w:val="ArticleSubtitle"/>
        <w:jc w:val="left"/>
      </w:pPr>
      <w:r>
        <w:rPr>
          <w:rFonts w:ascii="Arial" w:hAnsi="Arial" w:eastAsia="Arial" w:cs="Arial"/>
        </w:rPr>
        <w:t>Makkabeýleriň ýaňy: Trampyň ýeňşi we Haýwanyň şekiline barýan pygamberlik ýoly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2024-04-24</w:t>
      </w:r>
    </w:p>
    <w:p>
      <w:pPr>
        <w:pStyle w:val="ArticleBody"/>
        <w:jc w:val="left"/>
      </w:pPr>
      <w:r>
        <w:rPr>
          <w:rFonts w:ascii="Times New Roman" w:hAnsi="Times New Roman" w:eastAsia="Times New Roman" w:cs="Times New Roman"/>
        </w:rPr>
        <w:t>Makkabeyler tarapyndan şekillendirilen hat (Amerikanyň Birleşen Ştatlarynda dinden çykan protestantizmi aňladýar) b.e. öň 167-nji ýylda Modeinde grek dinine garşy gozgalaňyna başlady. Ol ýerde Makkabeyler Antioh Epifanesiň grek dinini ýehudylaryň üstüne zorluk bilen girizmek tagallalarynyň üstünden üstün çykdylar, şeýle hem Antioh bilen hyzmatdaşlyk edip gelen ýehudylaryň ýolbaşçysyny öldürdiler. Şeýlelikde, 2024-nji ýylyň saýlawynda Baýden “Dini sagçylar” diýlip tanalýan ses beriş toparynyň üsti bilen ýeňilýär. Bu taryh 2024-nji ýylyň saýlawyndaky ýeňşi, dinden çykan protestantizmiň diňe bir RINO diýlip atlandyrylýan globalist respublikanlaryň däl, eýsem ateistik demokratlaryň hem woke-izm dinini halka zorluk bilen girizmek tagallalarynyň üstünden üstün çykmagy hökmünde beýan edýär.</w:t>
      </w:r>
    </w:p>
    <w:p>
      <w:pPr>
        <w:pStyle w:val="ArticleBody"/>
        <w:jc w:val="left"/>
      </w:pPr>
      <w:r>
        <w:rPr>
          <w:rFonts w:ascii="Times New Roman" w:hAnsi="Times New Roman" w:eastAsia="Times New Roman" w:cs="Times New Roman"/>
        </w:rPr>
        <w:t>Makkabeýleriň nesli bilen görkezilen içerki ruhy söweş 2015-nji ýylda başlandy; şol wagtda baý prezident globalizmiň aždaha güýçlerini gozgady, aždahanyň iki şaýady öldürmekdäki işi bolsa 2021-nji ýylyň 6-njy ýanwaryna degişli Pelosi kazyýet işlerini hem öz içine aldy. Modein we Makkabeýleriň gozgalaňy 2024-nji ýylyň 5-nji noýabrynda dinden çykan protestantçylygyň geljekdäki ýeňşini görkezýär. 2025-nji ýylyň 20-nji ýanwaryndaky kasam kabul ediş dabarasy miladydan öňki 164-nji ýyl bilen nusgalandyryldy; ol ýyl ikinji ybadathananyň gaýtadan bagyş edilmegini aňladýardy, hut şol ýylyň özünde-de (miladydan öňki 164-nji ýylda) Antioh Epifanes aradan çykdy. Antioh Demokratik partiýany hem-de özlerini respublikan diýip atlandyrýan olaryň globalist hyzmatdaşlaryny aňladýar, ýöne olar bir gyzyň oglan däldigi ýaly, asla MAGA respublikanlary däldir.</w:t>
      </w:r>
    </w:p>
    <w:p>
      <w:pPr>
        <w:pStyle w:val="ArticleBody"/>
        <w:jc w:val="left"/>
      </w:pPr>
      <w:r>
        <w:rPr>
          <w:rFonts w:ascii="Times New Roman" w:hAnsi="Times New Roman" w:eastAsia="Times New Roman" w:cs="Times New Roman"/>
        </w:rPr>
        <w:t>On üçünji aýatdan on bäşinji aýata çenli görkezilen we Paniýum söweşi bilen jemlenýän syýasy göreş, şol taryhyň dowamynda woke-izm bilen dinden çykan protestantlygyň arasyndaky dini göreş bilen ugurdaş dowam edýär. 2025-nji ýylda Trampyň kasam kabul edip wezipä girişmeginden soň, ol miladydan öňki 164-nji ýylda ikinji ybadathananyň täzeden bagyş edilmegi bilen nyşanlanan wakadan soňky ýaly, miladydan öňki 161-nji ýyldan 158-nji ýyla çenli Rimiň we Makkabeýleriň bileleşigi bilen görkezilişi ýaly, dinden çykan protestant ybadathanasyny özüniň dinden çykan respublikan hökümeti bilen birleşdirmek arkaly wagşy haýwanyň bir keşbiniň hakyky emele gelişine girişer. Tramp ybadathanany we döwleti, dini unsur gözegçiligi öz elinde saklaýan bir bileleşige birleşdirer. Ýer ýüzüniň wagşy haýwany katolikligiň wagşy haýwanynyň keşbini emele getirýän pygamberlik taryhynda, dinden çykan respublikan şah hem-de dinden çykan protestant şah baky ýaşaýyş meselesiniň nädogry tarapynda özleriniň synag möhletiniň käsesini doldurarlar.</w:t>
      </w:r>
    </w:p>
    <w:p>
      <w:pPr>
        <w:pStyle w:val="ArticleBody"/>
        <w:jc w:val="left"/>
      </w:pPr>
      <w:r>
        <w:rPr>
          <w:rFonts w:ascii="Times New Roman" w:hAnsi="Times New Roman" w:eastAsia="Times New Roman" w:cs="Times New Roman"/>
        </w:rPr>
        <w:t>Açylyşdan başlap, ýagny miladydan öňki 164-nji ýylda ikinji ybadathananyň ikinji gezek arassalanmagy arkaly görkezilişi ýaly, wagşy haýwanyň keşbini emele getirmek işi miladydan öňki 161-nji ýyldan 158-nji ýyla çenli ýehudiler bilen Rimiň arasynda baglaşylan bileleşik arkaly görkezilişi ýaly başlanýar. Tramp 2024-nji ýylyň 5-nji noýabrynda (m.ö. 167-nji ýyl) gaýtadan saýlanar we onuň açylyşynda (m.ö. 164-nji ýyl) ol 1989-njy ýylda zamanyň ahyryndan bäri sekizinji prezident bolar. Şeýle etmek bilen, ol sekizinji bolar, ýagny ýediden bolan, ýekşenbe kanuny wagtynda onuň ölüm howply ýarasy sagalanda Mukaddes Kitap pygamberliginiň sekizinji patyşalygyna öwrülýän papalyk wagşy haýwanyny şöhlelendirip. Onuň açylyşy Makkabeýler tarapyndan miladydan öňki 164-nji ýylda ikinji ybadathananyň gaýtadan bagyş edilmegi bilen görkezildi. Makkabeýleriň gozgalaňy ondan üç ýyl öň “protest” manysyny berýän Modein şäherinde başlapdy we bu 2024-nji ýylyň 5-nji noýabryndaky onuň saýlaw ýeňşini alamatlandyrýar.</w:t>
      </w:r>
    </w:p>
    <w:p>
      <w:pPr>
        <w:pStyle w:val="ArticleBody"/>
        <w:jc w:val="left"/>
      </w:pPr>
      <w:r>
        <w:rPr>
          <w:rFonts w:ascii="Times New Roman" w:hAnsi="Times New Roman" w:eastAsia="Times New Roman" w:cs="Times New Roman"/>
        </w:rPr>
        <w:t>Miladydan öňki 164-nji ýylda ikinji ybadathananyň ikinji bagyşlanyşy boldy; şeýlelik bilen bu hadysa 2025-nji ýylyň 20-nji ýanwaryndaky Trampyň ikinji kasam kabul edişini nusgalandyrýar. Şol pursatda ol özünden öňki ýedi prezidentden bolan sekizinji prezident hökmünde resmi taýdan bolýar. Miladydan öňki 164-nji ýyl Ýahudylyk tarapyndan ikinji ybadathananyň ikinji bagyşlanyşyny bellemek üçin hatyralanýar.</w:t>
      </w:r>
    </w:p>
    <w:p>
      <w:pPr>
        <w:pStyle w:val="ArticleBody"/>
        <w:jc w:val="left"/>
      </w:pPr>
      <w:r>
        <w:rPr>
          <w:rFonts w:ascii="Times New Roman" w:hAnsi="Times New Roman" w:eastAsia="Times New Roman" w:cs="Times New Roman"/>
        </w:rPr>
        <w:t>Kasama getiriş dabarasy, Trumpyň sekizinjä öwrülýän ýeridir, ýagny ol ýedidendir; şol pursatdan başlap bolsa, wagşynyň keşbini emele getirmek işini goldaýan şeýtany gudratlar ýüze çykar. Sekiz direlen wagşynyň keşbiniň nyşanydyr, we şol pursatda, miladydan öňki 161-nji ýyl bilen şekillendirilişi ýaly, keşbiň emele geliş prosesi başlanýar.</w:t>
      </w:r>
    </w:p>
    <w:p>
      <w:pPr>
        <w:pStyle w:val="ArticleBody"/>
        <w:jc w:val="left"/>
      </w:pPr>
      <w:r>
        <w:rPr>
          <w:rFonts w:ascii="Times New Roman" w:hAnsi="Times New Roman" w:eastAsia="Times New Roman" w:cs="Times New Roman"/>
        </w:rPr>
        <w:t>Ýyrtyjyň keşbiniň emele gelmegi ilki bilen Amerikanyň Birleşen Ştatlarynda amala aşyrylýar, soňra bolsa ýyrtyjyň keşbi bütin dünýäniň üstüne mejbury kabul etdirilýär. Amerikanyň Birleşen Ştatlary dünýäni, hem sözlejek, hem-de ýyrtyjyň keşbine sežde etmejekleriň näçe köpüsi bolsa, şonçasy öldürilsin diýip sebäp boljak ýyrtyja degişli bir keşbi kabul etmäge mejbur edip başlanda, ol wagt Amerikanyň Birleşen Ştatlary ýaňy-ýakynda Ýekşenbe kanunyny kabul edip, üç taraply birleşigi emele getiren bolar. Ýekşenbe kanuny wagtynda üç taraply birleşik eýýäm ornaşdyrylan bolar, we Şeýtanyň täsin işleriniň wagty gelip ýeter; çünki Şeýtan Mesihiň keşbine girip, dünýäni dünýä möçberindäki ýyrtyjyň keşbini hem-de Ýekşenbe gününe seždäni kabul etmäge alyp barmak üçin gudratlar görkezer. Şol pursatda Tramp on patyşanyň ýolbaşçysy bolýar.</w:t>
      </w:r>
    </w:p>
    <w:p>
      <w:pPr>
        <w:pStyle w:val="ArticleBody"/>
        <w:jc w:val="left"/>
      </w:pPr>
      <w:r>
        <w:rPr>
          <w:rFonts w:ascii="Times New Roman" w:hAnsi="Times New Roman" w:eastAsia="Times New Roman" w:cs="Times New Roman"/>
        </w:rPr>
        <w:t>Şeýlelik bilen, ýakynda güýje girjek ýekşenbe kanunyndaky üç esse birleşmede amala aşýan on patyşanyň baş patyşasy hökmünde Trampyň tagta çykarylmagy, 2025-nji ýylyň 20-nji ýanwarynda Trampyň sekizinji prezident, ýagny ýediden bolan hökmünde wezipä girişmegi arkaly öňden şekillendirilip görkezildi. Amerikanyň Birleşen Ştatlarynda haýwanyň keşbiniň emele gelşini jemleýän ýekşenbe kanunynda papalyk haýwan hem ýediden bolan sekizinjä öwrülýär. Şeýlelik bilen, haýwanyň keşbiniň synag döwri Trampyň ýediden bolan sekizinjä öwrülmegi bilen başlanýar, we şol döwür tamamlananda, papalyk hem ýediden bolan sekizinjä öwrülýär, çünki Alfa we Omega soňuny başlangyç arkaly suratlandyrýar.</w:t>
      </w:r>
    </w:p>
    <w:p>
      <w:pPr>
        <w:pStyle w:val="ArticleBody"/>
        <w:jc w:val="left"/>
      </w:pPr>
      <w:r>
        <w:rPr>
          <w:rFonts w:ascii="Times New Roman" w:hAnsi="Times New Roman" w:eastAsia="Times New Roman" w:cs="Times New Roman"/>
        </w:rPr>
        <w:t>Şeýtanyň gudratlary Trampyň kasam kabul etmegi bilen başlanýar; hut şol wagtda haýwanyň keşbiniň kemala getiriliş döwri başlanýar, we bu Birleşen Ştatlarda haýwanyň keşbiniň kemala getiriliş döwrüniň ahyrynda başlanýan Şeýtanyň täsin işiniň alamatydyr. Trampyň kasam kabul etmegi şol döwrüň başlangyjyny belleýär, onuň Birleşen Milletler Guramasynyň on patyşasynyň baş patyşasy hökmünde kasam kabul etmegi bolsa şol döwrüň tamamlanmagyny belleýär. Haýwanyň keşbiniň kemala getirilişini başlaýan başlangyç we tamamlanyş kasam kabul edişlerinde, bu iş ilki Birleşen Ştatlarda, soňra bolsa bütin dünýäde amala aşýar.</w:t>
      </w:r>
    </w:p>
    <w:p>
      <w:pPr>
        <w:pStyle w:val="ArticleBody"/>
        <w:jc w:val="left"/>
      </w:pPr>
      <w:r>
        <w:rPr>
          <w:rFonts w:ascii="Times New Roman" w:hAnsi="Times New Roman" w:eastAsia="Times New Roman" w:cs="Times New Roman"/>
        </w:rPr>
        <w:t>Liganyň işi, ýa-da miladydan öňki 161-nji ýyldan 158-nji ýyla çenli aralykda Rim bilen bolan birleşme, bu taryhy kesgitleýär, we ol on altynjy aýatda Ýekşenbe kanuny bilen tamamlanýar. Papalyk ulgamynyň bir şekili bolan hökümeti durmuşa geçirmegiň soňky işi, wagşy haýwanyň şekiliniň emele getirilmegi hökmünde başlanýar we Trump öz syýasy ýeňşinde dönük protestantlaryň beren syýasy goldawlarynyň öwezini dolup, muny öňe sürýär.</w:t>
      </w:r>
    </w:p>
    <w:p>
      <w:pPr>
        <w:pStyle w:val="ArticleBody"/>
        <w:jc w:val="left"/>
      </w:pPr>
      <w:r>
        <w:rPr>
          <w:rFonts w:ascii="Times New Roman" w:hAnsi="Times New Roman" w:eastAsia="Times New Roman" w:cs="Times New Roman"/>
        </w:rPr>
        <w:t>Bu pygamberlik gurluşy kyrkynjy aýatyň gizlin taryhynyň içine ýerleşdirilmelidir. Danyýel on birinji bapdaky ikinji aýatdan üçünji aýata çenli bolan gizlin taryh hem şol gurluşyň üstüne ýerleşdirilmelidir. Ylham kitabynyň on birinji babyndaky iki şaýadyň pygamberlik taryhy hem şol gurluşyň üstüne ýerleşdirilmelidir. Bu üç çyzygy kyrkynjy aýatyň gizlin taryhynda bir ýere getirmek bilen, Ýahuda taýpasynyň Arslany ahyrky günlere çenli möhürlenip saklanan Danyýel pygamberliginiň degişli böleginiň möhürini açýar.</w:t>
      </w:r>
    </w:p>
    <w:p>
      <w:pPr>
        <w:pStyle w:val="ArticleScripture"/>
        <w:jc w:val="left"/>
      </w:pPr>
      <w:r>
        <w:rPr>
          <w:rFonts w:ascii="Times New Roman" w:hAnsi="Times New Roman" w:eastAsia="Times New Roman" w:cs="Times New Roman"/>
        </w:rPr>
        <w:t>Şäherde surna çalnanda, halk gorkmazmy? Şäherde bir bela bolsa, muny Reb etmedikmi? Elbetde, Reb Huda Öz gullary bolan pygamberlere Öz syryny açman, hiç zat etmez. Arslan arlady, kim gorkmaz? Reb Huda sözledi, kim pygamberlik etmez? Aşdodyň köşklerinde we Müsür ýurdunyň köşklerinde yglan ediň, şeýle diýiň: «Samariýanyň daglarynda üýşüň, onuň ortasyndaky beýik başagaýlyklary we onuň ortasyndaky ezilenleri görüň». Amos 3:6–9.</w:t>
      </w:r>
    </w:p>
    <w:p>
      <w:pPr>
        <w:pStyle w:val="ArticleBody"/>
        <w:jc w:val="left"/>
      </w:pPr>
      <w:r>
        <w:rPr>
          <w:rFonts w:ascii="Times New Roman" w:hAnsi="Times New Roman" w:eastAsia="Times New Roman" w:cs="Times New Roman"/>
        </w:rPr>
        <w:t>Daniel 11-iň kyrkynjy aýatynyň gizlin taryhynyň içinde şekillendirilen, möhüriniň açylan habar — möhürleme habarydyr; we Amos şäherde surnaý çalnanda, hem-de ýolbars arlanyňda, bu barada ritoriki soragy berýär; hem-de Amos, Hudaýyň ilki bilen muny Öz hyzmatkärleri bolan pygamberlere aýan etmezden, hiç zat etmejekdigini aýdanda, onuň jogabyny berýär. Ol, hudaýy gorkyny döretmek üçin niýetlenen surnaý habarynyň şäherdäki erbetligi hem ýüze çykarjakdygyny we onuň Aşdodda, Müsürde hem-de Samariýada yglan edilmelidigini goşýar; bu bolsa häzirki Bawilonyň üç esse düzümini aňladýar. Möhürleme surnaý habary, möhürleme habarynda şekillendirilen wakalardan öňünden bütin dünýä yglan edilmelidi. Möhürleme habary bolan surnaý habary “Hakykat”yň goluny göterýär, çünki möhürleme döwri üçünji wanyň surnaýynyň üç gezekki çalynşynyň üstünde gurlandyr.</w:t>
      </w:r>
    </w:p>
    <w:p>
      <w:pPr>
        <w:pStyle w:val="ArticleBody"/>
        <w:jc w:val="left"/>
      </w:pPr>
      <w:r>
        <w:rPr>
          <w:rFonts w:ascii="Times New Roman" w:hAnsi="Times New Roman" w:eastAsia="Times New Roman" w:cs="Times New Roman"/>
        </w:rPr>
        <w:t>Surna ilkinji gezek 2001-nji ýylyň 11-nji sentýabrynda möhürlenişiň başlangyjyny alamatlandyrdy, soňky surna bolsa beýik ýer titremesinde üçünji “waý” duýdansyz gelýän, ýakyn wagtda çykjak ýekşenbe kanuny wagtynda möhürlenişiň soňuny aňladýar. Ortaky surna sesi 2023-nji ýylyň 7-nji oktýabrynda eşidildi; şol wagt gadymy şöhratly ülke üçünji “waýyň” Yslamyndan gelen duýdansyz hüjüme sezewar boldy; edil häzirki şöhratly ýurduň 2001-nji ýylda üçünji “waýyň” Yslamyndan gelen duýdansyz hüjüme sezewar bolşy ýaly, hem-de ýakyn wagtda çykjak ýekşenbe kanuny mahalynda şol üç surna sesiniň iň soňkusynda-da şeýle boljakdyr. Gadymy şöhratly ýurda edilen ortaky duýdansyz hüjüm gös-göni Ysraýyla garşy boldy; bu bolsa Mesihi haça çüýlän pitneçilige nyşandyr.</w:t>
      </w:r>
    </w:p>
    <w:p>
      <w:pPr>
        <w:pStyle w:val="ArticleBody"/>
        <w:jc w:val="left"/>
      </w:pPr>
      <w:r>
        <w:rPr>
          <w:rFonts w:ascii="Times New Roman" w:hAnsi="Times New Roman" w:eastAsia="Times New Roman" w:cs="Times New Roman"/>
        </w:rPr>
        <w:t>Amosyň surnaý habary tutuş dünýä ýaýradylar, we şol habary neşir etmek işi 2023-nji ýylyň iýul aýynyň ahyrynda başlandy. Soňra Ýahuda tiresiniň Arslany arlady, we kim gorkmaz, hem-de ýüz kyrk dört müňüň möhürleniş wagty bilen baglanyşykly wakalaryň indi bütin ýer ýüzünde açylýandygyny inkär etmäge kim şeýle batyr bolar? Bu makalalar indi bir ýüz ýigrimiden gowrak ýurtda, altmyşdan gowrak dilde bar, we olar ýa okalyp, ýa-da diňlenilip bilner.</w:t>
      </w:r>
    </w:p>
    <w:p>
      <w:pPr>
        <w:pStyle w:val="ArticleScripture"/>
        <w:jc w:val="left"/>
      </w:pPr>
      <w:r>
        <w:rPr>
          <w:rFonts w:ascii="Times New Roman" w:hAnsi="Times New Roman" w:eastAsia="Times New Roman" w:cs="Times New Roman"/>
        </w:rPr>
        <w:t>Bu pygamberligiň sözlerini okaýan, ony eşidýänler we onda ýazylanlary berjaý edýänler bagtlydyr; çünki wagt golaýdyr. Ylham 1:3</w:t>
      </w:r>
    </w:p>
    <w:p>
      <w:pPr>
        <w:pStyle w:val="ArticleBody"/>
        <w:jc w:val="left"/>
      </w:pPr>
      <w:r>
        <w:rPr>
          <w:rFonts w:ascii="Times New Roman" w:hAnsi="Times New Roman" w:eastAsia="Times New Roman" w:cs="Times New Roman"/>
        </w:rPr>
        <w:t>Gurbanlyk odu bilen garylan we hoşboý ys bilen bilelikde gurbanlyk sypasyndan alnyp, ýedinji we ahyrky möhür açylanda ýere atylanda, sesler, gümmürdi, ýyldyrymlar we beýik bir ýer titreme boldy. Bu beýik ýer titreme, Ýarygijäniň Nidasynyň habarynyň Ezekiýel kitabyň dokuzynjy babyndaky ah-nala çekip, zaryn aglaýan mukaddesleriň üstüne ot ýaly inderilmeginiň netijesinde ýüze çykýar; edil Pentikost gününde odun inşi ýaly. Şol ot, edil şu makalalar ýaly, soňra her millete, urug-a, dile we halka ýetirilen bir habary aňladýardy. Şol ot, edil şu makalalar ýaly, şol habary köp sanly dillerde beýan etmäge ukyplylygy aňladýardy. Bu makalalar öňünden nämeleriň bolup geçjekdigini kesgitleýär, çünki Reb Öz pygamberlik Sözi arkaly ilki Öz işlerini aýan etmän hiç zat etmez.</w:t>
      </w:r>
    </w:p>
    <w:p>
      <w:pPr>
        <w:pStyle w:val="ArticleScripture"/>
        <w:jc w:val="left"/>
      </w:pPr>
      <w:r>
        <w:rPr>
          <w:rFonts w:ascii="Times New Roman" w:hAnsi="Times New Roman" w:eastAsia="Times New Roman" w:cs="Times New Roman"/>
        </w:rPr>
        <w:t>Diňläň, eý asmanlar, men sözlärin; gulak as, eý ýer, agzymyň sözlerine. Taglymatym ýagyş kimin damyp düşer, sözüm çyg kimin siňer, näzik otuň üstüne inýän maýda ýagyş kimin, otuň üstüne guýulýan ýagmyrlar kimin; çünki men Rebbiň adyny yglan ederin: Hudaýymyza beýiklik beriň. Ol Gaýadyr, Onuň işi kämildir; çünki Onuň ähli ýollary hökmdür; Ol hakykat Hudaýydyr, zulumsyz; Ol adyldyr we dogrudyr. Olar özlerini bozdylar, olaryň tegmili Onuň çagalarynyň tegmili däldir: olar azgyn we egri nesildir. Kanun Taglymy 32:1–5.</w:t>
      </w:r>
    </w:p>
    <w:p>
      <w:pPr>
        <w:pStyle w:val="ArticleBody"/>
        <w:jc w:val="left"/>
      </w:pPr>
      <w:r>
        <w:rPr>
          <w:rFonts w:ascii="Times New Roman" w:hAnsi="Times New Roman" w:eastAsia="Times New Roman" w:cs="Times New Roman"/>
        </w:rPr>
        <w:t>«Soňky ýagşyň» “taglymaty” häzir Reb tarapyndan yglan edilýär, we Ýarygije Gykylygy—Soňky ýagşyň habaryny emele getirýän taglymatlar «Rebbiň adyna» esaslanýar. Onuň ady «Hakykatdyr», Ol Palmonidir, Gudratly Sanawçydyr, we Ol Gudratly Dilşynasdyr, Ol Alfa we Omegadoyr, Ol Hudaýyň Ogludyr we Adam Ogludyr, Ol Baş Ruhanydyr, Ol Ýehuda taýpasynyň Arslanadyr, we Ol baş perişde Mikaildir. Mesihiň bu atlarynyň hemmesi synag möhleti ýapylmazyndan öň möhüri açylýan Isa Mesihiň Ylhamynyň aýrylmaz bölegidir, we olar 2023-nji ýylyň iýul aýynyň ahyryndan bäri ýer ýüzüniň töwereginde neşir edilen makalalaryň hem aýrylmaz bölegidir. «Gulagy bolan, Ruhuň ýygnaklara näme diýýändigini eşitsin.»</w:t>
      </w:r>
    </w:p>
    <w:p>
      <w:pPr>
        <w:pStyle w:val="ArticleBody"/>
        <w:jc w:val="left"/>
      </w:pPr>
      <w:r>
        <w:rPr>
          <w:rFonts w:ascii="Times New Roman" w:hAnsi="Times New Roman" w:eastAsia="Times New Roman" w:cs="Times New Roman"/>
        </w:rPr>
        <w:t>Ýahuda taýpasynyň Arslany, ýagny ýedi möhür bilen möhürlenen kitaby açmaga hukuk gazanan we üstün çykan şol Birisi, indi hem 1844-nji ýylyň 22-nji oktýabrynda aglandygy ýaly aglaýar; kim gorkmaz?</w:t>
      </w:r>
    </w:p>
    <w:p>
      <w:pPr>
        <w:pStyle w:val="ArticleScripture"/>
        <w:jc w:val="left"/>
      </w:pPr>
      <w:r>
        <w:rPr>
          <w:rFonts w:ascii="Times New Roman" w:hAnsi="Times New Roman" w:eastAsia="Times New Roman" w:cs="Times New Roman"/>
        </w:rPr>
        <w:t>Soňra ol ýolbars arlaýan ýaly, uly ses bilen gygyrdy; ol gygyrandan soň, ýedi gümmürdi öz seslerini çykardy. Ýedi gümmürdi öz seslerini çykaranlarynda, men ýazjak bolupdym; emma asmandan maňa şeýle diýýän bir sesi eşitdim: «Ýedi gümmürdiniň aýdýanlaryny möhürle, olary ýazma». Ylham 10:3, 4.</w:t>
      </w:r>
    </w:p>
    <w:p>
      <w:pPr>
        <w:pStyle w:val="ArticleBody"/>
        <w:jc w:val="left"/>
      </w:pPr>
      <w:r>
        <w:rPr>
          <w:rFonts w:ascii="Times New Roman" w:hAnsi="Times New Roman" w:eastAsia="Times New Roman" w:cs="Times New Roman"/>
        </w:rPr>
        <w:t>Daniel on bir kyrkynjy aýatyň gizlin taryhy bilen gabat gelýän mukaddes taryh, Matta ýigrimi bäşiň on gyz baradaky tymsalynyň, Ylham onunjy babyň ýedi gök gürlemesiniň, Habakuk ikinji babynyň hem-de Esekiel on ikinji babynyň ýigrimi birinji aýatdan ýigrimi sekizinji aýada çenli böleginiň ýerine ýetmeginde, Milleritleriň taryhydyr. Olaryň taryhy 1798-nji ýylda, ahyrzamanyň wagtynda başlandy; bu hem 1989-njy ýyldaky ahyrzamanyň wagty bilen gabat gelýär. Ylham onunjy bapda ýedi gök gürleme öz seslerini çykardy, emma Ýahýa ýedi gök gürlemäniň näme aýdandygyny ýazmakdan saklandy. Resul Pawlus üçünji gökde adamlar üçin ýazylmagy rugsat edilmedik zatlary gördi we eşitdi.</w:t>
      </w:r>
    </w:p>
    <w:p>
      <w:pPr>
        <w:pStyle w:val="ArticleScripture"/>
        <w:jc w:val="left"/>
      </w:pPr>
      <w:r>
        <w:rPr>
          <w:rFonts w:ascii="Times New Roman" w:hAnsi="Times New Roman" w:eastAsia="Times New Roman" w:cs="Times New Roman"/>
        </w:rPr>
        <w:t>Resul Pawlus hristian tejribesiniň irki döwründe Isanyň yzyna eýerijiler babatda Hudaýyň erkini öwrenmek üçin aýratyn mümkinçilikler bilen sylaglandy. Ol “üçünji asmana alnyp gidildi”, “jennete” girizildi we “adamyň aýtmaga ygtyýary bolmadyk, dil bilen beýan edip bolmajak sözleri” eşitdi. Özi hem oňa Reb tarapyndan köp “görünüşleriň we aýanlyklaryň” berlendigini ykrar edipdi. Hoş Habar hakykatynyň ýörelgelerine bolan onuň düşünjesi “iň beýik resullaryňky” bilen deňdi. 2 Korintoslylar 12:2, 4, 1, 11. Ol “bilimden ýokary bolan Mesihiň söýgüsiniň” “ini, uzynlygy, çuňlugy we beýikligini” aýdyň hem doly düşünýärdi. Efesliler 3:18, 19.” Resullaryň Işleri, 469.</w:t>
      </w:r>
    </w:p>
    <w:p>
      <w:pPr>
        <w:pStyle w:val="ArticleBody"/>
        <w:jc w:val="left"/>
      </w:pPr>
      <w:r>
        <w:rPr>
          <w:rFonts w:ascii="Times New Roman" w:hAnsi="Times New Roman" w:eastAsia="Times New Roman" w:cs="Times New Roman"/>
        </w:rPr>
        <w:t>Ähli pygamberler ahyrky günleri görkezýärler, we Ýahýanyň ýedi ýyldyrym öz seslerini “aýdanda” eşiden zady, oňa ýazmak gadagan edildi. Pawlusyň üçünji asmanda bolanda gören zadyny bolsa, adamyň “aýtmagy” üçin rugsat berilmändi. Ýedi ýyldyrym arkaly aňladylan hakykat, Ýahuda taýpasynyň Arslany şol hakykaty açmagy saýlaýança möhürli saklanmalydy.</w:t>
      </w:r>
    </w:p>
    <w:p>
      <w:pPr>
        <w:pStyle w:val="ArticleBody"/>
        <w:jc w:val="left"/>
      </w:pPr>
      <w:r>
        <w:rPr>
          <w:rFonts w:ascii="Times New Roman" w:hAnsi="Times New Roman" w:eastAsia="Times New Roman" w:cs="Times New Roman"/>
        </w:rPr>
        <w:t>Ol uýata Waýta aýana bölekleýin açyldy, çünki ol munuň birinji we ikinji perişdeleriň habarlarynyň taryhynda “ýüze çykjak wakalary” aňladýandygyny, şeýle hem “öz tertibinde aýan ediljek geljekki wakalary” aňladýandygyny kesgitledi. Şonda aýan edilen zat “geljekki wakalar” bilen baglanyşykly öňden aýdylan bir habardy. Şeýle hem oňa ýedi gürrüldiň möhürlenip ýapylmagynyň Daniýel kitabynyň möhürlenip ýapylmagy arkaly nusgalaşdyrylandygy görkezildi.</w:t>
      </w:r>
    </w:p>
    <w:p>
      <w:pPr>
        <w:pStyle w:val="ArticleScripture"/>
        <w:jc w:val="left"/>
      </w:pPr>
      <w:r>
        <w:rPr>
          <w:rFonts w:ascii="Times New Roman" w:hAnsi="Times New Roman" w:eastAsia="Times New Roman" w:cs="Times New Roman"/>
        </w:rPr>
        <w:t>Ýuhanna berlen we onuň ýedi gök gürrüldisinde beýan edilen aýratyn nur birinji we ikinji perişdeleriň habarlarynyň astynda bolup geçjek wakalaryň beýanydy....</w:t>
      </w:r>
    </w:p>
    <w:p>
      <w:pPr>
        <w:pStyle w:val="ArticleScripture"/>
        <w:jc w:val="left"/>
      </w:pPr>
      <w:r>
        <w:rPr>
          <w:rFonts w:ascii="Times New Roman" w:hAnsi="Times New Roman" w:eastAsia="Times New Roman" w:cs="Times New Roman"/>
        </w:rPr>
        <w:t>“Bu ýedi gök gümmürdisi öz seslerini çykarandan soň, kiçi kitap babatda Daniýele berlişi ýaly, Ýahýa şeýle buýruk berilýär: ‘Ýedi gök gümmürdisiniň aýdan zatlaryny möhürläp goý.’ Bular öz tertibinde aýan ediljek geljek wakalaryna degişlidir.” The Seventh-day Adventist Bible Commentary, volume 7, 971.</w:t>
      </w:r>
    </w:p>
    <w:p>
      <w:pPr>
        <w:pStyle w:val="ArticleBody"/>
        <w:jc w:val="left"/>
      </w:pPr>
      <w:r>
        <w:rPr>
          <w:rFonts w:ascii="Times New Roman" w:hAnsi="Times New Roman" w:eastAsia="Times New Roman" w:cs="Times New Roman"/>
        </w:rPr>
        <w:t>Ýedi gök gürlemesiniň usulyýeti subut edip, ony berkidýän bir nyşandygyny we 1989-njy ýylda başlanan ahyrzamanyň döwründe ykrar edilendigini aňlamak. 2001-nji ýylyň 11-nji sentýabryndan soň, iki hereketiň gaýtalanmagynyň ähmiýeti häzirki synag hakykaty boldy.</w:t>
      </w:r>
    </w:p>
    <w:p>
      <w:pPr>
        <w:pStyle w:val="ArticleBody"/>
        <w:jc w:val="left"/>
      </w:pPr>
      <w:r>
        <w:rPr>
          <w:rFonts w:ascii="Times New Roman" w:hAnsi="Times New Roman" w:eastAsia="Times New Roman" w:cs="Times New Roman"/>
        </w:rPr>
        <w:t>Ýüz kyrk dört müň adamyň taryhynda Milleritleriň taryhynyň gaýtalanmagy şol senede tassyklanan esasy kada boldy; edil şonuň ýaly-da, Milleritleriň esasy kadasy 1840-njy ýylyň 11-nji awgustynda tassyklandy. Milleritler üçin bir günüň bir ýyly aňladýandygy baradaky esasy kada 1840-njy ýylyň 11-nji awgustynda tassyklandy, ähli özgertme hereketleriniň biri-birini nusgalaýandygyny görkezýän esasy kada bolsa — “setir üstüne setir” — 2001-nji ýylyň 11-nji sentýabrynda tassyklandy. Ýedi gümmürdi şol hakykatyň şaýady hökmünde şol wagtda möhürinden açyldy.</w:t>
      </w:r>
    </w:p>
    <w:p>
      <w:pPr>
        <w:pStyle w:val="ArticleBody"/>
        <w:jc w:val="left"/>
      </w:pPr>
      <w:r>
        <w:rPr>
          <w:rFonts w:ascii="Times New Roman" w:hAnsi="Times New Roman" w:eastAsia="Times New Roman" w:cs="Times New Roman"/>
        </w:rPr>
        <w:t>Isa hemişe bir zadyň soňuny onuň başlangyjy bilen suratlandyrýar, we 2001-nji ýylyň 11-nji sentýabry möhürleme işiniň başlangyjy bolmak bilen, möhürleme işiniň ahyryny hem kesgitleýär. Ýahuda taýpasynyň Arslany 2023-nji ýylyň iýulynda gurap giden süňkleri direldip başlamagy bilen ýedi gürrüldiniň ýene bir tarapyny açdy, çünki şol wagt Ol “Hakykat” bilen ylalaşykda, ýedi gürrüldiniň hem nyşan taýdan ilkinji we soňky lapykeçlikleriň Millerit taryhyny aňladýandygyny, Gijeki Gykylygyň pitnesiniň bolsa orta ýol belgisi bolandygyny kesgitledi.</w:t>
      </w:r>
    </w:p>
    <w:p>
      <w:pPr>
        <w:pStyle w:val="ArticleBody"/>
        <w:jc w:val="left"/>
      </w:pPr>
      <w:r>
        <w:rPr>
          <w:rFonts w:ascii="Times New Roman" w:hAnsi="Times New Roman" w:eastAsia="Times New Roman" w:cs="Times New Roman"/>
        </w:rPr>
        <w:t>Şeýle etmek bilen, Ol ýedi gök gürlemesiniň 2020-nji ýylyň 18-nji iýulyndaky taryhda hem-de ýakyn wagtda geljek Ýekşenbe kanunyna çenli gaýtalanýandygyny aýan etdi. 2020-nji ýylyň 18-nji iýulyndaky lapykeçlik birinji ýol belgisi bolup, ýakyn wagtda geljek Ýekşenbe kanunynyň lapykeçligi bolsa möhürleme döwrüniň ahyrynda ýedi gök gürlemesini kesgitleýän “Hakykatyň” üç ýol belgisiniň soňkusy bolmak bilen, häzirki wagtda Öz habaryny açyp, ony bütin ýer ýüzüne yglan edip, gürläp duran Ýahuda taýpasynyň Arslanynyň habaryny ret edýän akylsyz gyzlar bilen baglanyşykly pitne arkaly şekillendirilýär; çünki şol habar soňky günleriň Ýarygije Gykylygynyň habarydyr.</w:t>
      </w:r>
    </w:p>
    <w:p>
      <w:pPr>
        <w:pStyle w:val="ArticleBody"/>
        <w:jc w:val="left"/>
      </w:pPr>
      <w:r>
        <w:rPr>
          <w:rFonts w:ascii="Times New Roman" w:hAnsi="Times New Roman" w:eastAsia="Times New Roman" w:cs="Times New Roman"/>
        </w:rPr>
        <w:t>Möhürleme döwrüniň başynda, 2001-nji ýylyň 11-nji sentýabrynda, Ylham kitabynyň on sekizinji babyndaky perişde aşak indi we birnäçe zadyň hatarynda, ýedi gürrüldiň manysyna has doly düşünşi açdy. Şonda ýedi gürrüldi barada düşünilen zat diňe özgertme hereketleriniň biri-birine paralel bolýandygy däl, eýsem bir özgertme hereketiniň şol ýol bellisinde perişde aşak inende, onuň degişli taryhynyň esasy pygamberlik düzgünini tassyklaýandygy hem boldy.</w:t>
      </w:r>
    </w:p>
    <w:p>
      <w:pPr>
        <w:pStyle w:val="ArticleBody"/>
        <w:jc w:val="left"/>
      </w:pPr>
      <w:r>
        <w:rPr>
          <w:rFonts w:ascii="Times New Roman" w:hAnsi="Times New Roman" w:eastAsia="Times New Roman" w:cs="Times New Roman"/>
        </w:rPr>
        <w:t>2001-nji ýylyň 11-nji sentýabrynda Ylham kitabynyň on sekizinji babyndaky perişdäniň inişi “hataryň üstüne hatar” bolan giçki ýagmyr usulyny tassyklady; ol başlangyçdaky (ýa-da Alfa) hereketiň soňky (ýa-da Omega) hereketi şekillendirýändigini aýan etdi. Möhürleme döwrüniň ahyrynda Mihaýyl ölen gury süňkleri direltmek üçin indi; olar beýik şäher bolan Sodomda we Müsürde, şeýle hem Rebbimiziň haça çüýlenen ýerinde köçede öli ýatan iki şaýat arkaly görkezilýärdi. Mihaýyl ölüleri ýene ýaşaýşa çagyranda, Ol Ýahuda taýpasynyň Arslany hökmünde, ýedi gök gürlemesiniň öňden açylan hakykatlardan daşarda hem gizlin bir taryhynyň bardygyny açdy.</w:t>
      </w:r>
    </w:p>
    <w:p>
      <w:pPr>
        <w:pStyle w:val="ArticleBody"/>
        <w:jc w:val="left"/>
      </w:pPr>
      <w:r>
        <w:rPr>
          <w:rFonts w:ascii="Times New Roman" w:hAnsi="Times New Roman" w:eastAsia="Times New Roman" w:cs="Times New Roman"/>
        </w:rPr>
        <w:t>Ýahuda taýpasynyň Arslany şol hakykaty möhürinden açanda, Ony “Hakykat” diýen gurluşyň içine ýerleşdirdi. Şonda 2020-nji ýylyň 18-nji iýulynyň 1844-nji ýylyň 19-njy apreliniň deňeşmesini düzýändigi, we şol ýol bellikleriniň her biriniň yzysüre, degişli her bir taryhyň akmak gyzlarynyň gozgalaňyny ýüze çykarjak Ýarygije Gykylygynyň habarynyň möhüriniň açyljakdygy aýan edildi. Şeýle hem, ol habaryň Ýekşenbe kanunynyň mejbury ýerine ýetirilmeginiň getirjek uly lapykeçligine çenli, dünýäniň daşyndan sunami ýaly aýlanjakdygy baradaky ýagdaýy hem Ol möhürinden açdy.</w:t>
      </w:r>
    </w:p>
    <w:p>
      <w:pPr>
        <w:pStyle w:val="ArticleBody"/>
        <w:jc w:val="left"/>
      </w:pPr>
      <w:r>
        <w:rPr>
          <w:rFonts w:ascii="Times New Roman" w:hAnsi="Times New Roman" w:eastAsia="Times New Roman" w:cs="Times New Roman"/>
        </w:rPr>
        <w:t>Bu öwrenişi indiki makalada dowam etdireris.</w:t>
      </w:r>
    </w:p>
    <w:p>
      <w:pPr>
        <w:pStyle w:val="ArticleScripture"/>
        <w:jc w:val="left"/>
      </w:pPr>
      <w:r>
        <w:rPr>
          <w:rFonts w:ascii="Times New Roman" w:hAnsi="Times New Roman" w:eastAsia="Times New Roman" w:cs="Times New Roman"/>
        </w:rPr>
        <w:t>Ol maňa şeýle diýdi: «Bu kitabyň pygamberlik sözlerini möhürleme, çünki wagt golaýlap gelendir. Zalym bolan, goý, öňküsi ýaly zalym bolsun; haram bolan, goý, öňküsi ýaly haram bolsun; dogruçyl bolan, goý, öňküsi ýaly dogruçyl bolsun; mukaddes bolan, goý, öňküsi ýaly mukaddes bolsun. Ine, Men tiz gelýärin; sylagym Meniň bilen, her kime öz işine görä bermek üçin. Men Alfa we Omega, başlangyç we ahyr, ilkinji we soňkydyryn». Ylham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doksan dördünji</dc:title>
  <dc:subject>Makkabeýleriň ýaňy: Trampyň ýeňşi we Haýwanyň şekiline barýan pygamberlik ýoly</dc:subject>
  <dc:creator>Jeff Pippenger</dc:creator>
  <cp:keywords/>
  <dc:description>Generated by ArticleDigger from daniel\194_daniel.json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