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togsan bäşinji bölüm</w:t>
      </w:r>
    </w:p>
    <w:p>
      <w:pPr>
        <w:pStyle w:val="ArticleSubtitle"/>
        <w:jc w:val="left"/>
      </w:pPr>
      <w:r>
        <w:rPr>
          <w:rFonts w:ascii="Arial" w:hAnsi="Arial" w:eastAsia="Arial" w:cs="Arial"/>
        </w:rPr>
        <w:t>Ýekşenbe Kanunyna barýan ýol: Trampyň orny we Danyýel 11-de pygamberlik wakalarynyň ýaýbaňlanyşy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Kyrkynjy aýatyň gizlin taryhy ahyrzaman bolan 1989-njy ýyldan başlap, 2020-nji ýyla çenli bolan alty prezidentiň hataryny öz içine alýar; şol ýylda ýedinji prezident Baýden prezidentligi ogurlady. 2020-nji ýyl gizlin taryhyň başlangyjyny alamatlandyrýar; şol pursatdan başlap, „Beýik Aleksandra“ çenli — bu bolsa Mukaddes Kitap pygamberliginiň ýedinji patyşalygynyň ýakynda geljek Ýekşenbe kanuny wagtynda dikeldilmegini aňladýar. Şol on patyşa derrew özleriniň ýedinji patyşalygyny ýedinjilerden bolan sekizinji patyşalyga — papalyk güýjüne — bermäge razy bolýarlar. Şol gizlin taryh ýedinji prezident bilen başlanýar we ýedinji patyşalyk bilen tamamlanýar.</w:t>
      </w:r>
    </w:p>
    <w:p>
      <w:pPr>
        <w:pStyle w:val="ArticleBody"/>
        <w:jc w:val="left"/>
      </w:pPr>
      <w:r>
        <w:rPr>
          <w:rFonts w:ascii="Times New Roman" w:hAnsi="Times New Roman" w:eastAsia="Times New Roman" w:cs="Times New Roman"/>
        </w:rPr>
        <w:t>Taryh, baý patyşany aňladýan we Gresiýä garşy galmagal turuzýan Kserks bilen Aleksandr Beýigiň arasynda sekiz pars patyşasynyň bolandygyny görkezende, biz ikinji aýatyň soňy bilen üçünji aýatyň arasyndaky gizlin taryhyň, haýwanyň keşbiniň synag döwrüni sekiz san bilen aňladýandygyny görýäris. Amerikanyň Birleşen Ştatlarynda haýwanyň keşbi Ýekşenbe kanuny ýerine ýetirilende doly ornaşdyrylýar, we şol pursatda ýedinji, soňra bolsa sekizinji patyşalyklar gelip ýetýär. Sekiz pars patyşasy Aleksandr Beýikde tamamlanýar, şonuň üçin sekiz sany, Ýekşenbe kanuny bilen jemlenýän haýwanyň keşbiniň synag döwrüni alamatlandyrýar.</w:t>
      </w:r>
    </w:p>
    <w:p>
      <w:pPr>
        <w:pStyle w:val="ArticleBody"/>
        <w:jc w:val="left"/>
      </w:pPr>
      <w:r>
        <w:rPr>
          <w:rFonts w:ascii="Times New Roman" w:hAnsi="Times New Roman" w:eastAsia="Times New Roman" w:cs="Times New Roman"/>
        </w:rPr>
        <w:t>Onunjy aýatlar bize haýwanyň şekiliniň synag wagtynyň Makkabeýleriň taryhy arkaly görkezilen üç ýol görkeziji belgisiniň üçünjidigini, hem-de şol üçünji ýol görkeziji belginiň miladydan öňki 161-nji ýyldan başlap, miladydan öňki 158-nji ýylda tamamlanan wagt döwri bolandygyny habar berýär. Şol döwür miladydan öňki 167-nji ýylyň ilkinji ýol görkeziji belgisinden soň geldi; ol bolsa ady “garşy çykyş etmek” manysyny berýän Modein şäherinde Makkabeýler gozgalaňynyň başlanmagyny görkezýärdi. Miladydan öňki 164-nji ýyl Modeindäki şol garşylykdan soň geldi we ikinji ybadathananyň ikinji bagyş edilişini görkezdi. Miladydan öňki 164-nji ýyl 1989-njy ýylda Reýgandan bäri sekizinji prezident bolan, şol bir wagtyň özünde ýediniň hataryna degişli Donald Trampyň ikinji kasam kabul edişini görkezýär. Onuň 2025-nji ýylyň 20-nji ýanwaryndaky kasam kabul edişi miladydan öňki 164-nji ýyl arkaly görkezildi, şeýle hem sekiziniň ýediden bolmagyna degişli iki salgylanmany öz içine alýan şeýtany gudraty emele getiren gaýtadan bagyş ediş dabarasy bilen görkezildi.</w:t>
      </w:r>
    </w:p>
    <w:p>
      <w:pPr>
        <w:pStyle w:val="ArticleBody"/>
        <w:jc w:val="left"/>
      </w:pPr>
      <w:r>
        <w:rPr>
          <w:rFonts w:ascii="Times New Roman" w:hAnsi="Times New Roman" w:eastAsia="Times New Roman" w:cs="Times New Roman"/>
        </w:rPr>
        <w:t>Şonuň üçin, pars patyşalarynyň sekizi b.e. öň 161-nji ýyldan b.e. öň 158-nji ýyla çenli Ýahudylaryň Rim bilen baglaşan birleşiginiň taryhyny aňladýar we şeýle etmek bilen, 2025-nji ýylda Trampyň inaugurasiýasyndan soň gelýän haýwanyň keşbiniň synag wagtyna ikinji şaýatlygy üpjün edýär. Ikinji aýat 2020-nji ýylda ogurlanan saýlawlara geçýär we pars patyşalarynyň sekiziniň taryhy şaýatlygy ulanylýança şol ýerde tamamlanýar; olar bolsa öz ulanylyşyny Trampyň ikinji inaugurasiýasyndan soň tapýarlar. Pars patyşalarynyň sekizi ikinji we üçünji aýatlaryň arasyndaky taryhyň üstüne goýlandan soň hem, Baýdeniň inaugurasiýasyndan Trampyň ikinji inaugurasiýasyna çenli entek gizlin bir döwür galýar.</w:t>
      </w:r>
    </w:p>
    <w:p>
      <w:pPr>
        <w:pStyle w:val="ArticleBody"/>
        <w:jc w:val="left"/>
      </w:pPr>
      <w:r>
        <w:rPr>
          <w:rFonts w:ascii="Times New Roman" w:hAnsi="Times New Roman" w:eastAsia="Times New Roman" w:cs="Times New Roman"/>
        </w:rPr>
        <w:t>Şol gizlin taryh Vahý kitabynyň on birinji babynda görkezilýär; ol ýerde ateizmiň wagşy haýwany 2020-nji ýylda iki şaýady öldürýär. Soňra, üç ýarym nyşanly günden soň, Maýkl iki şaýady direltmek üçin aşak inýär. “Direldilen” Tramp 2022-nji ýylyň 15-nji noýabrynda prezidentlige üçünji saýlaw kampaniýasyna başlady, hem-de direldilen “çölde gygyrýanyň sesi” 2023-nji ýylyň iýul aýynyň ahyrynda ýüz kyrk dört müňi çagyrmaga başlady.</w:t>
      </w:r>
    </w:p>
    <w:p>
      <w:pPr>
        <w:pStyle w:val="ArticleBody"/>
        <w:jc w:val="left"/>
      </w:pPr>
      <w:r>
        <w:rPr>
          <w:rFonts w:ascii="Times New Roman" w:hAnsi="Times New Roman" w:eastAsia="Times New Roman" w:cs="Times New Roman"/>
        </w:rPr>
        <w:t>Danyýl kitabynyň on birinji babynyň on, on bir we on iki aýatlary 2014-nji ýylda başlanan Ukrain urşuny görkezýär; ol Russiýanyň ýeňşi bilen tamamlanar, munuň yzyndan bolsa 1989-njy ýylda Sowet Soýuzynyň dargamagy bilen görnüşlenen häzirki rus konfederasiýasynyň synmagy bolar.</w:t>
      </w:r>
    </w:p>
    <w:p>
      <w:pPr>
        <w:pStyle w:val="ArticleBody"/>
        <w:jc w:val="left"/>
      </w:pPr>
      <w:r>
        <w:rPr>
          <w:rFonts w:ascii="Times New Roman" w:hAnsi="Times New Roman" w:eastAsia="Times New Roman" w:cs="Times New Roman"/>
        </w:rPr>
        <w:t>On üçden on bäşinji aýatlara çenli üç sany pygamberlik ugry görkezilýär. Tirden bolan jelep gizlenýän ýerinden çykanda başlanýan papalygyň sagalmagy baradaky ugur on dördünji aýat bilen nusgalanýar, we onuň taryhy amala aşmasy miladydan öňki 200-nji ýylda, butparaz Rim pygamberlik taryhyna seniň halkyňyň talaňçylary hökmünde girende bolup geçýär; olar özlerini beýgeldýärler, emma ýykylyp düşýärler.</w:t>
      </w:r>
    </w:p>
    <w:p>
      <w:pPr>
        <w:pStyle w:val="ArticleBody"/>
        <w:jc w:val="left"/>
      </w:pPr>
      <w:r>
        <w:rPr>
          <w:rFonts w:ascii="Times New Roman" w:hAnsi="Times New Roman" w:eastAsia="Times New Roman" w:cs="Times New Roman"/>
        </w:rPr>
        <w:t>Şol üç aýatda dinden çykan respublikançylygyň pygamberlik ugry, ýediniň özünden bolan sekizinji prezident hökmünde Trampyň ýerine ýetirýän ornuny nyşanlaýan Antioh III-iň taryhy arkaly görkezilýär. Şeýle-de bu aýatlar dinden çykan protestantçylygyň pygamberlik ugruny Makkabeýleriň taryhy arkaly görkezýär.</w:t>
      </w:r>
    </w:p>
    <w:p>
      <w:pPr>
        <w:pStyle w:val="ArticleBody"/>
        <w:jc w:val="left"/>
      </w:pPr>
      <w:r>
        <w:rPr>
          <w:rFonts w:ascii="Times New Roman" w:hAnsi="Times New Roman" w:eastAsia="Times New Roman" w:cs="Times New Roman"/>
        </w:rPr>
        <w:t>Millerçileriň Filadelfiýa hereketi hökmünde başlap, ýüz kyrk dört müňüň Filadelfiýa hereketi hökmünde tamamlanýan hakyky protestant şahynyň pygamberlik ugry hem kyrkyň aýatynyň gizlin taryhynyň üstüne goýulmalydyr. Ylham kitabynyň onunjy babyndaky ýedi gürrüldemek hem Millerçileriň Filadelfiýa hereketiniň, hem-de ýüz kyrk dört müňüň nyşanydyr. Pygamberligiň möhürlenmegi we pygamberligiň açylmagy Mesih tarapyndan amala aşyrylýar, Ol muny edende, Özüni Ýahuda taýpasynyň Arslany hökmünde görkezýär. Onunjy bapda, Waýt uýanyň “Isa Mesihiň Özüden kem bolmadyk bir Şahs” diýýän perişdesi “arslan arlaýan ýaly, gaty ses bilen gygyrdy; ol gygyryp bolanda, ýedi gürrüldemek öz seslerini çykardy.”</w:t>
      </w:r>
    </w:p>
    <w:p>
      <w:pPr>
        <w:pStyle w:val="ArticleBody"/>
        <w:jc w:val="left"/>
      </w:pPr>
      <w:r>
        <w:rPr>
          <w:rFonts w:ascii="Times New Roman" w:hAnsi="Times New Roman" w:eastAsia="Times New Roman" w:cs="Times New Roman"/>
        </w:rPr>
        <w:t>Mesih, Ýahuda taýpasynyň Arslany hökmünde, ýedi gürrüldini takmynan milady ýyl 100 töwereklerinde pygamberlik taryhyna ýerleşdirdi we Ony dessine möhürledi; çünki “ýedi gürrüldi öz seslerini çykaryp bolanda,” Ýahýa “ýazjak bolupdy, emma” ol “asmandan bir ses eşitdi, ol şeýle diýýärdi”: “ýedi gürrüldiniň aýdan zatlaryny möhürle, olary ýazma.”</w:t>
      </w:r>
    </w:p>
    <w:p>
      <w:pPr>
        <w:pStyle w:val="ArticleBody"/>
        <w:jc w:val="left"/>
      </w:pPr>
      <w:r>
        <w:rPr>
          <w:rFonts w:ascii="Times New Roman" w:hAnsi="Times New Roman" w:eastAsia="Times New Roman" w:cs="Times New Roman"/>
        </w:rPr>
        <w:t>Kyrkynjy aýatyň gizlin taryhy indi Ýahuda taýpasynyň Arslany tarapyndan açylýar, we şol taryhda hakyky protestant şahyzyň çyzygy ýedi gürrüldiler arkaly şekillendirilýär. Çöldäki ses 2023-nji ýylyň iýul aýynda gygyryp başlanda, Ýahuda taýpasynyň Arslany “Ýedi Gürrüldileriň” nämäni aňladýandygyna degişli ýene bir ylhamy açdy.</w:t>
      </w:r>
    </w:p>
    <w:p>
      <w:pPr>
        <w:pStyle w:val="ArticleBody"/>
        <w:jc w:val="left"/>
      </w:pPr>
      <w:r>
        <w:rPr>
          <w:rFonts w:ascii="Times New Roman" w:hAnsi="Times New Roman" w:eastAsia="Times New Roman" w:cs="Times New Roman"/>
        </w:rPr>
        <w:t>Ýedi ýyldyrymlar 2020-nji ýylyň 18-nji iýulyndan — ýüz kyrk dört müňüň hereketiniň köçelerde öldürilen wagtyndan — ýakyn wagtda geljek Ýekşenbe kanunyna çenli bolan taryhy aňladýar. Ýedi ýyldyrymyň ugry şol taryhda bolup geçýän “wakalary” görkezýär. Birinji lapykeçlikden soň Ýarymgeje Gykylygynyň habary gelýär, onuň yzysüre-de Ýekşenbe kanuny gelýär. Uýam White ýedi ýyldyrymy ýa birinji we ikinji perişdeleriň taryhy, ýa-da geljek wakalar hökmünde kesgitlände, iki ýagdaýda-da olaryň “wakalary” aňladýandygyny görkezdi.</w:t>
      </w:r>
    </w:p>
    <w:p>
      <w:pPr>
        <w:pStyle w:val="ArticleBody"/>
        <w:jc w:val="left"/>
      </w:pPr>
      <w:r>
        <w:rPr>
          <w:rFonts w:ascii="Times New Roman" w:hAnsi="Times New Roman" w:eastAsia="Times New Roman" w:cs="Times New Roman"/>
        </w:rPr>
        <w:t>Ýarygijäniň Feryady habary “waka” däl bir zat ýaly eşidilip biler, emma Milleritleriň taryhynda 1844-nji ýylyň 12-nji awgustyndan 17-nji awgustyna çenli bolan Exeter çadyr ýygnagy bir “waka” bolup, ol waka bilen bagly birnäçe degişli jikme-jiklikler bardy. Şeýle-de bolsa, Ýarygijäniň Feryady habarynyň şol çadyr ýygnagyna gelmegi hem Matta ýigrimi bäşdäki on gyz baradaky tymsalyň ýerine ýetmesi boldy. Exeter çadyr ýygnagynyň “wakasy” ýedi gürrüldiniň ýerine ýetmesi boldy, emma on gyz baradaky tymsal şol wakalara ýüzlenmeýär, ol gyzlaryň “tejribesine” ýüzlenýär,</w:t>
      </w:r>
    </w:p>
    <w:p>
      <w:pPr>
        <w:pStyle w:val="ArticleScripture"/>
        <w:jc w:val="left"/>
      </w:pPr>
      <w:r>
        <w:rPr>
          <w:rFonts w:ascii="Times New Roman" w:hAnsi="Times New Roman" w:eastAsia="Times New Roman" w:cs="Times New Roman"/>
        </w:rPr>
        <w:t>Matta 25-däki on gyzyň tymsaly hem Adventist halkynyň tejribesini şekillendirýär. Uly göreş, 393.</w:t>
      </w:r>
    </w:p>
    <w:p>
      <w:pPr>
        <w:pStyle w:val="ArticleBody"/>
        <w:jc w:val="left"/>
      </w:pPr>
      <w:r>
        <w:rPr>
          <w:rFonts w:ascii="Times New Roman" w:hAnsi="Times New Roman" w:eastAsia="Times New Roman" w:cs="Times New Roman"/>
        </w:rPr>
        <w:t>Edil ilkinji we üçünji perişdeleriň hereketiniň ugurdaş taryhyny kesgitleýşi ýaly, on gyzyň tymsaly hem şol iki ugurdaş taryhy kesgitleýär.</w:t>
      </w:r>
    </w:p>
    <w:p>
      <w:pPr>
        <w:pStyle w:val="ArticleScripture"/>
        <w:jc w:val="left"/>
      </w:pPr>
      <w:r>
        <w:rPr>
          <w:rFonts w:ascii="Times New Roman" w:hAnsi="Times New Roman" w:eastAsia="Times New Roman" w:cs="Times New Roman"/>
        </w:rPr>
        <w:t>“Men köplenç on gyzyň tymsalyna salgylanylýaryn; olaryň bäşi paýhasly, bäşi bolsa akylsyzdy. Bu tymsal iň soňky harpyna çenli ýerine ýetirilipdir we ýerine ýetiriler, çünki onuň hut şu wagt üçin aýratyn degişli ulanylyşy bardyr; ol hem, üçünji perişdäniň habary ýaly, ýerine ýetirilipdir we zamanyň ahyryna çenli häzirki hakykat bolmagynda dowam eder.” Review and Herald, 1890-njy ýylyň 19-njy awgusty.</w:t>
      </w:r>
    </w:p>
    <w:p>
      <w:pPr>
        <w:pStyle w:val="ArticleBody"/>
        <w:jc w:val="left"/>
      </w:pPr>
      <w:r>
        <w:rPr>
          <w:rFonts w:ascii="Times New Roman" w:hAnsi="Times New Roman" w:eastAsia="Times New Roman" w:cs="Times New Roman"/>
        </w:rPr>
        <w:t>Ýedi ýyldyrymyň nyşany utgaşykly taryhlaryň “wakalaryny” aňladýar, on gyzyň nyşany bolsa şol iki utgaşykly taryhda paýhasly we akmak gyzlaryň “tejribesini” aňladýar. 1856-njy ýyla çenli Millerit tejribesi Filadelfiýanyň tejribesi bolupdy, ýüz kyrk dört müňleriň hereketiniň tejribesi bolsa 2023-nji ýylyň iýulyndan az wagt soňra çenli Laodikiýanyň tejribesi bolupdy. Her iki taryhda hem Akýarym Gijäniň Gykylygy habary gelende paýhasly we akmak gyzlar ýüze çykarlar, çünki hut şonda taýýarlyk ýagynyň kimde bolandygy aýan bolar.</w:t>
      </w:r>
    </w:p>
    <w:p>
      <w:pPr>
        <w:pStyle w:val="ArticleScripture"/>
        <w:jc w:val="left"/>
      </w:pPr>
      <w:r>
        <w:rPr>
          <w:rFonts w:ascii="Times New Roman" w:hAnsi="Times New Roman" w:eastAsia="Times New Roman" w:cs="Times New Roman"/>
        </w:rPr>
        <w:t>“Akylsyz gyzlar bilen şekillendirilýän ýygnagyň ýagdaýy, şeýle hem Laodikiýa ýagdaýy hökmünde agzalýar.” Review and Herald, 1890-njy ýylyň 19-njy awgusty.</w:t>
      </w:r>
    </w:p>
    <w:p>
      <w:pPr>
        <w:pStyle w:val="ArticleBody"/>
        <w:jc w:val="left"/>
      </w:pPr>
      <w:r>
        <w:rPr>
          <w:rFonts w:ascii="Times New Roman" w:hAnsi="Times New Roman" w:eastAsia="Times New Roman" w:cs="Times New Roman"/>
        </w:rPr>
        <w:t>2023-nji ýylyň iýul aýynyň ahyrynda inen baş perişde Mikaýylyň elindäki habary iýmekden ýüz öwürýänler Laodikýanyň ýagdaýynda galarlar, kiçi kitaby alyp ony iýýänler bolsa Filadelfiýanyň ýagdaýyna geçerler. Laodikýanyň ýagdaýy Mesihiň daşynda durup, muňa garamazdan girmek isleýän bir halky ýa-da adamy aňladýar, Filadelfiýanyň ýagdaýy bolsa Ylahylygyň adamzat bilen birleşmesi hökmünde şekillendirilýär. Ýedi gök gümmürdi hakyky protestant şahynyň ugry boýunça bolan “wakalary” kesgitleýär; bu ugur kyrkynjy aýatyň gizlin taryhyna ýerleşdirilip, 2020-nji ýylyň 18-nji iýulynda başlap, Ýekşenbe kanunynda tamamlanýar.</w:t>
      </w:r>
    </w:p>
    <w:p>
      <w:pPr>
        <w:pStyle w:val="ArticleBody"/>
        <w:jc w:val="left"/>
      </w:pPr>
      <w:r>
        <w:rPr>
          <w:rFonts w:ascii="Times New Roman" w:hAnsi="Times New Roman" w:eastAsia="Times New Roman" w:cs="Times New Roman"/>
        </w:rPr>
        <w:t>On gyzyň tymsaly hut şol bir döwürde ýüz kyrk dört müňüň arasynda bolmaga çagyrylanlaryň “tejribesini” kesgitleýär. 2020-nji ýylyň 18-nji iýulyndan başlap Ýekşenbe kanunyna çenli ýüz kyrk dört müňüň taryhyny kesgitleýän “wakalar” hem-de şol taryhyň dowamynda iki toparyň “tejribesi”, şol biri-birine gabat gelýän iki taryhda tabşyrylan işiň kesgitlenmegi bilen ugurdaşdyr. Bu iş Ylham kitabynyň on dördünji babyndaky perişdeler arkaly şekillendirilýär; Milleritleriň işi birinji we ikinji perişdeler arkaly şekillendirilipdi, ýüz kyrk dört müňüň işi bolsa üçünji perişde arkaly şekillendirilýär.</w:t>
      </w:r>
    </w:p>
    <w:p>
      <w:pPr>
        <w:pStyle w:val="ArticleScripture"/>
        <w:jc w:val="left"/>
      </w:pPr>
      <w:r>
        <w:rPr>
          <w:rFonts w:ascii="Times New Roman" w:hAnsi="Times New Roman" w:eastAsia="Times New Roman" w:cs="Times New Roman"/>
        </w:rPr>
        <w:t>«Men tejribe almaga gymmatly mümkinçiliklere eýe boldum. Men birinji, ikinji we üçünji perişdeleriň habarlarynda tejribe gazandym. Perişdeler asmanyň ortasynda uçup barýan, dünýä duýduryş habaryny yglan edýän we bu ýeriň taryhynyň soňky günlerinde ýaşaýan halk bilen gönüden-göni baglanyşygy bolan görnüşde şekillendirilýär. Hiç kim bu perişdeleriň sesini eşitmeýär, çünki olar asmanyň älemi bilen sazlaşykda zähmet çekýän Hudaý halkyny aňlatmak üçin nyşandyr. Hudaýyň Ruhy bilen ýagtylandyrylan we hakykat arkaly mukaddes edilen erkekler we aýallar bu üç habary öz nobaty bilen yglan edýärler». Life Sketches, 429.</w:t>
      </w:r>
    </w:p>
    <w:p>
      <w:pPr>
        <w:pStyle w:val="ArticleBody"/>
        <w:jc w:val="left"/>
      </w:pPr>
      <w:r>
        <w:rPr>
          <w:rFonts w:ascii="Times New Roman" w:hAnsi="Times New Roman" w:eastAsia="Times New Roman" w:cs="Times New Roman"/>
        </w:rPr>
        <w:t>2001-nji ýylyň 11-nji sentýabrynda, möhürleniş döwrüniň başynda, Hudaýyň ahyrzamandaky halkyna berlen iş, 2023-nji ýylyň iýul aýynda Mihail aşak inende, möhürleniş döwrüniň ahyrynda, Hudaýyň ahyrzamandaky halkyna ýene-de berilýär.</w:t>
      </w:r>
    </w:p>
    <w:p>
      <w:pPr>
        <w:pStyle w:val="ArticleScripture"/>
        <w:jc w:val="left"/>
      </w:pPr>
      <w:r>
        <w:rPr>
          <w:rFonts w:ascii="Times New Roman" w:hAnsi="Times New Roman" w:eastAsia="Times New Roman" w:cs="Times New Roman"/>
        </w:rPr>
        <w:t>Ýahýa «asmanyň içinden başga bir perişdäniň inýändigini, onuň beýik gudratynyň bardygyny; we bütin ýeriň onuň şöhraty bilen ýagtylandyrylandygyny» gördi. Ylham 18:1. Şol iş, Hudaýyň halkynyň dünýä duýduryş habaryny yglan edýän sesidir. The 1888 Materials, 926.</w:t>
      </w:r>
    </w:p>
    <w:p>
      <w:pPr>
        <w:pStyle w:val="ArticleBody"/>
        <w:jc w:val="left"/>
      </w:pPr>
      <w:r>
        <w:rPr>
          <w:rFonts w:ascii="Times New Roman" w:hAnsi="Times New Roman" w:eastAsia="Times New Roman" w:cs="Times New Roman"/>
        </w:rPr>
        <w:t>Ýedi gümmürdi bilen şekillendirilen “wakalaryň” we on gyz bilen şekillendirilen “tejribäniň” mysalynda bolşy ýaly, üç perişdäniň işi hem biri-birine ugurdaş iki taryhy aňladýar.</w:t>
      </w:r>
    </w:p>
    <w:p>
      <w:pPr>
        <w:pStyle w:val="ArticleScripture"/>
        <w:jc w:val="left"/>
      </w:pPr>
      <w:r>
        <w:rPr>
          <w:rFonts w:ascii="Times New Roman" w:hAnsi="Times New Roman" w:eastAsia="Times New Roman" w:cs="Times New Roman"/>
        </w:rPr>
        <w:t>“Hudaý Ylham 14-däki habarlara pygamberlik hatarynda öz ornuny berdi, we olaryň işi bu ýer ýüzüniň taryhynyň ahyryna çenli bes bolmaly däldir. Birinji we ikinji perişdäniň habarlary şu döwür üçin hem heniz hakykatdyr, we olar munuň yzýanyndaky habar bilen ugurdaş gitmelidir. Üçünji perişde öz duýduryşyny gaty ses bilen yglan edýär. ‘Bulardan soň,’ diýip, Ýahýa aýtdy, ‘men başga bir perişdäniň gökden inýändigini gördüm; onuň beýik güýji bardy, we ýer ýüzi onuň şöhraty bilen ýagtyldy.’ Bu ýagtylykda, üç habaryň ählisiniň nury birleşýär.” The 1888 Materials, 804.</w:t>
      </w:r>
    </w:p>
    <w:p>
      <w:pPr>
        <w:pStyle w:val="ArticleBody"/>
        <w:jc w:val="left"/>
      </w:pPr>
      <w:r>
        <w:rPr>
          <w:rFonts w:ascii="Times New Roman" w:hAnsi="Times New Roman" w:eastAsia="Times New Roman" w:cs="Times New Roman"/>
        </w:rPr>
        <w:t>Danyýl kitabyň on birinji bapynyň on üçünji bapdan on bäşinji baplaryna çenli aýatlarynda ýolundan azaşan protestantizmiň (Makkabeýler), ýolundan azaşan respublikanizmiň (Antioh III) we Tir şäheriniň jelep zenanynyň (seniň halkyňyň talaňçylary) pygamberlikdäki işi görkezilýär. Hut şol bir taryhy döwürde hakyky protestant şahlagynyň, ýagny ýüz kyrk dört müňüň pygamberlik setirleri olaryň işini, “tejribesini” hem-de Hudaýyň ahyrzaman halkynyň arasynda bolup geçýän “wakalary” görkezýär. Hakyky protestant şahlagynyň setiri ýedi gök gürrüldisi hökmünde şekillendirilýär; bu bolsa Ylham kitabynda möhürlenendigi aç-açan görkezilen ýeke-täk pygamberlikdir. Synag möhleti tamamlanmazdan öň, Ýahuda taýpasynyň Arslanyndan, ýedi gök gürrüldisiniň pygamberligini möhürlän Şoldan, şu kitabyň pygamberliklerini açmak baradaky buýruk gelýär.</w:t>
      </w:r>
    </w:p>
    <w:p>
      <w:pPr>
        <w:pStyle w:val="ArticleBody"/>
        <w:jc w:val="left"/>
      </w:pPr>
      <w:r>
        <w:rPr>
          <w:rFonts w:ascii="Times New Roman" w:hAnsi="Times New Roman" w:eastAsia="Times New Roman" w:cs="Times New Roman"/>
        </w:rPr>
        <w:t>Ýüz kyrk dört müňüň möhürleniş döwrüniň ahyrynda ýedi gürrüldiniň açylmagy, ýagny möhürleniş döwrüniň başynda ýedi gürrüldiniň açylmagy bilen öňünden nyşanlanan şol waka, Daniýel kitabynyň soňky günlere degişli bolan bölegine ulanylmalydyr (setir üstüne setir); ol bölek bolsa kyrkynjy aýatyň gizlin taryhydyr. Şol açylma ýedinji möhüriň açylmagy bilen şekillendirilişi ýaly doly ýerine ýetirilende, Hudaý Öz Mukaddes Ruhunyň oduny ýüz kyrk dört müňüň üstüne, Pentikost güni şägirtleriň üstüne döküşi ýaly, döker. Pentikost tiz wagtda geljek Ýekşenbe kanuny bilen gabat gelýär.</w:t>
      </w:r>
    </w:p>
    <w:p>
      <w:pPr>
        <w:pStyle w:val="ArticleScripture"/>
        <w:jc w:val="left"/>
      </w:pPr>
      <w:r>
        <w:rPr>
          <w:rFonts w:ascii="Times New Roman" w:hAnsi="Times New Roman" w:eastAsia="Times New Roman" w:cs="Times New Roman"/>
        </w:rPr>
        <w:t>«Men Pentikost güni bolan wakalaryň şol pursatdakydan hem beýik güýjüň bilen gaýtalanjak döwrüne çyn ýürekden küýsäp garaşýaryn. Ýahýa şeýle diýýär: “Men başga bir perişdäniň gökden inip gelýändigini gördüm; onuň uly güýji bardy, we ýer onuň şöhraty bilen ýagtyldy.” Soňra, Pentikost döwründäki ýaly, adamlar hakykaty özlerine aýdylýandygyny, her kim öz dilinde, eşiderler.</w:t>
      </w:r>
    </w:p>
    <w:p>
      <w:pPr>
        <w:pStyle w:val="ArticleScripture"/>
        <w:jc w:val="left"/>
      </w:pPr>
      <w:r>
        <w:rPr>
          <w:rFonts w:ascii="Times New Roman" w:hAnsi="Times New Roman" w:eastAsia="Times New Roman" w:cs="Times New Roman"/>
        </w:rPr>
        <w:t>“Hudaýa hyzmat etmegi tüýs ýürekden isleýän her bir janyň içine Hudaý täze durmuş üfläp biler, gurbanlyk sypasynyň üstünden alnan ýanyp duran kömür bilen olaryň dodaklaryna degip biler we olary Onuň şanyna öwgü aýtmaga dilewarly edip biler. Müňlerçe ses Hudaýyň Sözüniň ajaýyp hakykatlaryny jar etmäge güýç bilen dolduryljakdyr. Dütgürdäp gürleýän dil boşadar, çekinjeňler bolsa hakykat üçin gaýduwsyz şaýatlyk etmäge kuwwatly ediler. Reb Öz halkyna jan ybadathanasyny her bir hapalykdan arassalamaga hem-de Özi bilen şeýle bir ýakyn baglanyşygy saklamaga kömek etsin, şeýlelikde, ol inip dökülen mahaly, ahyrky ýagşa şärik bolsunlar.” Review and Herald, July 20, 1886.</w:t>
      </w:r>
    </w:p>
    <w:p>
      <w:pPr>
        <w:pStyle w:val="ArticleBody"/>
        <w:jc w:val="left"/>
      </w:pPr>
      <w:r>
        <w:rPr>
          <w:rFonts w:ascii="Times New Roman" w:hAnsi="Times New Roman" w:eastAsia="Times New Roman" w:cs="Times New Roman"/>
        </w:rPr>
        <w:t>Möhürleme döwrüniň başlangyjy möhürleme döwrüniň ahyryny şekillendirýär. Başlangyçda soňky ýagyn ölçeg bilen döküldi, ahyrynda bolsa ölçegsiz dökülýär. 2001-nji ýylyň 11-nji sentýabrynda inen perişde, 2023-nji ýylyň iýul aýynyň ahyrynda inen şol bir perişdedir. Pentikostyň taryhy Mesihiň direlişi bilen başlady, Pentikostyň kämil ýerine ýetmesiniň soňy bolsa ýüz kyrk dört müňüň direlişindedir.</w:t>
      </w:r>
    </w:p>
    <w:p>
      <w:pPr>
        <w:pStyle w:val="ArticleScripture"/>
        <w:jc w:val="left"/>
      </w:pPr>
      <w:r>
        <w:rPr>
          <w:rFonts w:ascii="Times New Roman" w:hAnsi="Times New Roman" w:eastAsia="Times New Roman" w:cs="Times New Roman"/>
        </w:rPr>
        <w:t>“Mesihiň Öz şägirtleriniň üstüne Mukaddes Ruhu üfläp, olara Öz parahatçylygyny bermegi, Pentikost gününde beriljek bol hasyly ýagyşyň öňündäki birnäçe damja ýalydy.” Pygamberlik Ruhu, 3-nji tom, 243.</w:t>
      </w:r>
    </w:p>
    <w:p>
      <w:pPr>
        <w:pStyle w:val="ArticleBody"/>
        <w:jc w:val="left"/>
      </w:pPr>
      <w:r>
        <w:rPr>
          <w:rFonts w:ascii="Times New Roman" w:hAnsi="Times New Roman" w:eastAsia="Times New Roman" w:cs="Times New Roman"/>
        </w:rPr>
        <w:t>Mesih direlenden soň, Atasyna göterilenden dessine şägirtleriniň üstüne demi üfledi. Atasy bilen duşuşyp, şol ýerden gaýdyp inenden soň, Ol şägirtlerine göründi-de, Pentikostuň “bol ýagşylarynyň” öňünden gelýän “birnäçe damjany” olaryň üstüne üfledi. Şol birnäçe damja möhürleniş döwrüniň başlangyjyny, bol ýagşylar bolsa onuň tamamlanşyny aňladýar. Möhürleniş döwrüniň başlangyjy ahyrda gaýtalanýar; Pentikost döwrüniň başynda Mesih şägirtleriniň üstüne demi üfledişi ýaly, şol döwrüň ahyrynda-da Ol soňky günlerdäki halkynyň üstüne demi üfledi.</w:t>
      </w:r>
    </w:p>
    <w:p>
      <w:pPr>
        <w:pStyle w:val="ArticleScripture"/>
        <w:jc w:val="left"/>
      </w:pPr>
      <w:r>
        <w:rPr>
          <w:rFonts w:ascii="Times New Roman" w:hAnsi="Times New Roman" w:eastAsia="Times New Roman" w:cs="Times New Roman"/>
        </w:rPr>
        <w:t>“Gurak süňkler herekete gelmekleri üçin, edil ölülerden direlişdäki ýaly, Hudaýyň Mukaddes Ruhy tarapyndan üstlerine üflenmäge mätäçdir.” Bible Training School, December 1, 1903.</w:t>
      </w:r>
    </w:p>
    <w:p>
      <w:pPr>
        <w:pStyle w:val="ArticleBody"/>
        <w:jc w:val="left"/>
      </w:pPr>
      <w:r>
        <w:rPr>
          <w:rFonts w:ascii="Times New Roman" w:hAnsi="Times New Roman" w:eastAsia="Times New Roman" w:cs="Times New Roman"/>
        </w:rPr>
        <w:t>Iki şaýatyň ölümi, Naşwil bilen 2020-nji ýylyň 18-nji iýuly baradaky ýalan habary yglan edenleriň muny Laodikiyalylar hökmünde edendigini hem öz içine alýar. Ölen gury süňkleriň direlmegi, ölüm ýagdaýy bolan Laodikiýa ýagdaýyndan ýaşaýyş bolan Filadelfiýa ýagdaýyna geçişi aňladýar. Direlmäni we bu geçişi döredýän dem pygamberlik habarydyr.</w:t>
      </w:r>
    </w:p>
    <w:p>
      <w:pPr>
        <w:pStyle w:val="ArticleScripture"/>
        <w:jc w:val="left"/>
      </w:pPr>
      <w:r>
        <w:rPr>
          <w:rFonts w:ascii="Times New Roman" w:hAnsi="Times New Roman" w:eastAsia="Times New Roman" w:cs="Times New Roman"/>
        </w:rPr>
        <w:t>“Diňe kanunçylyk dinden ybarat bolan buz ýaly sowuk ýürekleriň özleri üçin taýýarlanan has beýik zatlary — Mesihi we Onuň dogrulygyny — görmegi üçin, bizde Hudaýdan nähili güýç bolmalydyr! Gurak süňklere ýaşaýyş bermek üçin, ýaşaýyş beriji habar zerurdy.” Manuscript Releases, volume 12, 205.</w:t>
      </w:r>
    </w:p>
    <w:p>
      <w:pPr>
        <w:pStyle w:val="ArticleBody"/>
        <w:jc w:val="left"/>
      </w:pPr>
      <w:r>
        <w:rPr>
          <w:rFonts w:ascii="Times New Roman" w:hAnsi="Times New Roman" w:eastAsia="Times New Roman" w:cs="Times New Roman"/>
        </w:rPr>
        <w:t>Mesihiň direlmegi bilen Onuň soňra ýokary göterilen wagtynyň arasyndaky döwür iki bölege bölünýärdi: birinjisi kyrk gün bolup, şondan soň Ol ýokary göterildi; onuň yz ýanyndan bolsa Pentikostdan öňki on günlük döwür geldi. Kyrk san çöli alamatlandyrýan nyşandyr; edil üç ýarym gün ýa-da bir müň iki ýüz altmyş ýyl ýa-da gün hem şeýle.</w:t>
      </w:r>
    </w:p>
    <w:p>
      <w:pPr>
        <w:pStyle w:val="ArticleBody"/>
        <w:jc w:val="left"/>
      </w:pPr>
      <w:r>
        <w:rPr>
          <w:rFonts w:ascii="Times New Roman" w:hAnsi="Times New Roman" w:eastAsia="Times New Roman" w:cs="Times New Roman"/>
        </w:rPr>
        <w:t>Maýkl 2023-nji ýylyň iýul aýynda inende, köçelerde ölümiň üç ýarym güni tamamlandy; şonda Mesih ýüz kyrk dört müňüň arasynda Öz Hudaýlyk tebigatyny adamzat bilen birleşdirmek işine başlady. Bu iş Pentikostyň öňüsyrasyndaky on gün bilen şekillendirildi; şol günlerde günä aýrylyp taşlandy we doganlaryň arasynda birlik ýola goýuldy. On san synag döwrüni aňladýar, we Pentikost bilen — Ýekşenbe kanunyny aňladýan waka bilen — şol synag döwri tamamlandy.</w:t>
      </w:r>
    </w:p>
    <w:p>
      <w:pPr>
        <w:pStyle w:val="ArticleBody"/>
        <w:jc w:val="left"/>
      </w:pPr>
      <w:r>
        <w:rPr>
          <w:rFonts w:ascii="Times New Roman" w:hAnsi="Times New Roman" w:eastAsia="Times New Roman" w:cs="Times New Roman"/>
        </w:rPr>
        <w:t>Kyrkynjy aýatda görkezilen şol bir taryhy pursatda, pars patyşalarynyň sekizi hem-de Ýahudiler bilen Rimiň arasyndaky bileleşigiň taryhy ýyrtyjynyň keşbiniň synag işini aňladýan mahaly, Pentikosta eltýän on günüň dowamynda gyzlaryň synag işiniň mysaly görkezilýär. Protestantizmiň we respublikanizmiň imandan dönen şahlary şol taryhda birleşip, ýyrtyjynyň keşbini emele getirýärler; emma hakyky protestant şah özleriniň adamlygyny Mesihiň Hudaýlygyna birleşdirip, şeýlelik bilen, iki topar ybadat edijini biri-birinden aýyrýan bir işiň dowamynda Mesihiň keşbini emele getirýär.</w:t>
      </w:r>
    </w:p>
    <w:p>
      <w:pPr>
        <w:pStyle w:val="ArticleBody"/>
        <w:jc w:val="left"/>
      </w:pPr>
      <w:r>
        <w:rPr>
          <w:rFonts w:ascii="Times New Roman" w:hAnsi="Times New Roman" w:eastAsia="Times New Roman" w:cs="Times New Roman"/>
        </w:rPr>
        <w:t>Ýedi ýyldyrym hökmünde şekillendirilen taryhy wakalar, Daniýel 11-iň on üçünji aýatdan on bäşinji aýada çenli beýan edilen taryhynda möhürden açylýar, we olar bilelikde kyrkynjy aýadyň gizlin taryhy bilen sazlaşdyrylýar; şol taryh hem ýakynda geljek Ýekşenbe kanunynda, Sabat güni tutýanlar üçin synag möhletiniň ýapylmagy bilen tamamlanýar.</w:t>
      </w:r>
    </w:p>
    <w:p>
      <w:pPr>
        <w:pStyle w:val="ArticleScripture"/>
        <w:jc w:val="left"/>
      </w:pPr>
      <w:r>
        <w:rPr>
          <w:rFonts w:ascii="Times New Roman" w:hAnsi="Times New Roman" w:eastAsia="Times New Roman" w:cs="Times New Roman"/>
        </w:rPr>
        <w:t>“Ýene-de, bu tymsallar hökümden soň hiç hili synag möhletiniň bolmajagyny öwredýär. Hoş Habaryň işi tamam bolanda, dessine ýagşy bilen ýamanyň arasynda aýrylyşma ýüze çykýar, we her toparyň ykbaly ebedilik berkidilýär.” Christ’s Object Lessons, 123.</w:t>
      </w:r>
    </w:p>
    <w:p>
      <w:pPr>
        <w:pStyle w:val="ArticleBody"/>
        <w:jc w:val="left"/>
      </w:pPr>
      <w:r>
        <w:rPr>
          <w:rFonts w:ascii="Times New Roman" w:hAnsi="Times New Roman" w:eastAsia="Times New Roman" w:cs="Times New Roman"/>
        </w:rPr>
        <w:t>Akyllylar bilen akylsyzlaryň, Laodikeýalylaryň bilen Filadelfiýalylaryň ýa-da bugdaý bilen haşal otlaryň bölünmegi perişdeler tarapyndan amala aşyrylýar.</w:t>
      </w:r>
    </w:p>
    <w:p>
      <w:pPr>
        <w:pStyle w:val="ArticleScripture"/>
        <w:jc w:val="left"/>
      </w:pPr>
      <w:r>
        <w:rPr>
          <w:rFonts w:ascii="Times New Roman" w:hAnsi="Times New Roman" w:eastAsia="Times New Roman" w:cs="Times New Roman"/>
        </w:rPr>
        <w:t>«Hasyla çenli tikenler bilen bugdaý bilelikde ösübörsün. Soňra bolsa aýyrma işini perişdeler amala aşyrar.» Selected Messages, book 2, 69.</w:t>
      </w:r>
    </w:p>
    <w:p>
      <w:pPr>
        <w:pStyle w:val="ArticleBody"/>
        <w:jc w:val="left"/>
      </w:pPr>
      <w:r>
        <w:rPr>
          <w:rFonts w:ascii="Times New Roman" w:hAnsi="Times New Roman" w:eastAsia="Times New Roman" w:cs="Times New Roman"/>
        </w:rPr>
        <w:t>Synag möhletiniň ýapylmagynyň edil öňüsyrasynda açylýan habar, perişdeler arkaly şekillendirilen Taňrynyň halkynyň işini kesgitleýär. Bu makalalarda jemlenen habar häzirki wagtda ýer ýüzünde altmyşdan gowrak dilde (dillerde) neşir edilýär. Bu iş indi synag möhletiniň ýapylmagynyň edil öňüsyrasynda amala aşyrylýar, we bu habary hödürlemek Taňrynyň ahyrky gün halkynyň işidir. Habar ýedi gümmürdi hökmünde şekillendirilen wakalary kesgitleýär, we bu habara düşünmek hem-de ony hödürlemek işi paýhasly gyzlaryň tejribesini emele getirýär.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“Gijäniň görnüşlerinde meniň öňümden örän täsirli bir sahna geçdi. Men ajaýyp köşkleriň arasyna düşüp, olary dessine ýok eden ägirt uly bir od topuny gördüm. Men biriniň şeýle diýendigini eşitdim: ‘Biz Hudaýyň höküm-jazalarynyň ýere geljekdigini bilýärdik, emma olaryň şeýle tiz geljekdigini bilmeýärdik.’ Başgalar bolsa, janagyryly ses bilen şeýle diýýärdiler: ‘Siz bilýärdiňiz! Onda näme üçin bize aýtmadyňyz? Biz bilmeýärdik.’ Men her tarapdan şuňa meňzeş ýazgaryjy sözleriň aýdylýandygyny eşitdim.</w:t>
      </w:r>
    </w:p>
    <w:p>
      <w:pPr>
        <w:pStyle w:val="ArticleScripture"/>
        <w:jc w:val="left"/>
      </w:pPr>
      <w:r>
        <w:rPr>
          <w:rFonts w:ascii="Times New Roman" w:hAnsi="Times New Roman" w:eastAsia="Times New Roman" w:cs="Times New Roman"/>
        </w:rPr>
        <w:t>Men örän uly gam-gussa düşüp oýandym. Men ýene ukladym, we men özümni uly bir ýygnakda ýaly gördüm. Häkimiýeti bolan biri jemagata ýüzlenýärdi, olaryň öňünde bolsa dünýäniň kartasy ýazylgydy. Ol kartanyň ösdürilip-bejerilmeli bolan Hudaýyň üzüm bagyny görkezýändigini aýtdy. Gökden ýagtylyk kimdir biriniň üstüne saçsa, şol adam bu ýagtylygy başgalara-da şöhlelendirmelidi. Köp ýerlerde çyra ýakylmalydy, we şol çyralardan heniz başga çyralar-da ýakylmalydy.</w:t>
      </w:r>
    </w:p>
    <w:p>
      <w:pPr>
        <w:pStyle w:val="ArticleScripture"/>
        <w:jc w:val="left"/>
      </w:pPr>
      <w:r>
        <w:rPr>
          <w:rFonts w:ascii="Times New Roman" w:hAnsi="Times New Roman" w:eastAsia="Times New Roman" w:cs="Times New Roman"/>
        </w:rPr>
        <w:t>Sözler gaýtalandy: «Siz ýeriň duzysyňyz; emma duz tagamyny ýitirse, ol näme bilen duzlandyrylar? şondan soň ol hiç zada ýaramaz, diňe daşary taşlanyp, adamlaryň aýak astynda depelenmäge laýykdyr. Siz dünýäniň nurusyňyz. Depäniň üstünde ýerleşen şäher gizlenip bilinmez. Şeýle hem adamlar şem ýakyp, ony gabyň astynda goýmaýarlar, eýsem şemdanyň üstünde goýýarlar; ol öýdäkileriň hemmesine ýagtylyk berýär. Şeýlelikde goý, siziň nuruňyz adamlaryň öňünde şöhle saçsyn, olar siziň gowy işleriňizi görüp, göklerdäki Ataňyzy şöhratlandyrsınlar». Matta 5:13–16.</w:t>
      </w:r>
    </w:p>
    <w:p>
      <w:pPr>
        <w:pStyle w:val="ArticleScripture"/>
        <w:jc w:val="left"/>
      </w:pPr>
      <w:r>
        <w:rPr>
          <w:rFonts w:ascii="Times New Roman" w:hAnsi="Times New Roman" w:eastAsia="Times New Roman" w:cs="Times New Roman"/>
        </w:rPr>
        <w:t>“Men şäherlerden we obalardan, ýeriň belent ýerlerinden hem pes ýerlerinden saçylyp çykýan ýagtylyk şöhlesini gördüm. Hudaýyň sözi ýerine ýetirildi, we munuň netijesinde her şäherde we obada Ony ýatladýan ýadygärlikler bardy. Onuň hakykaty bütin dünýäde wagyz edildi.</w:t>
      </w:r>
    </w:p>
    <w:p>
      <w:pPr>
        <w:pStyle w:val="ArticleScripture"/>
        <w:jc w:val="left"/>
      </w:pPr>
      <w:r>
        <w:rPr>
          <w:rFonts w:ascii="Times New Roman" w:hAnsi="Times New Roman" w:eastAsia="Times New Roman" w:cs="Times New Roman"/>
        </w:rPr>
        <w:t>“Soň bu karta aýrylyp, onuň ýerine başga biri goýuldy. Onuň üstünde ýagtylyk diňe birnäçe ýerden saçýardy. Dünýäniň galan bölegi garaňkylykda bolup, diňe bu ýerde we ol ýerde bir ýalpyldy görünýärdi. Mugallymymyz şeýle diýdi: ‘Bu garaňkylyk adamlaryň öz ýoluny tutmagynyň netijesidir. Olar nesilden-nesle geçen we ösdürilip ýetişdirilen ýamana meýilleri ezizläp sakladylar. Olar sorag astyna almagy, kemçilik gözlemegi we günälemegi öz durmuşlarynyň baş işi etdiler. Olaryň ýürekleri Hudaý bilen dogry däl. Olar öz ýagtylygyny gabanyň astynda gizlediler.’”</w:t>
      </w:r>
    </w:p>
    <w:p>
      <w:pPr>
        <w:pStyle w:val="ArticleScripture"/>
        <w:jc w:val="left"/>
      </w:pPr>
      <w:r>
        <w:rPr>
          <w:rFonts w:ascii="Times New Roman" w:hAnsi="Times New Roman" w:eastAsia="Times New Roman" w:cs="Times New Roman"/>
        </w:rPr>
        <w:t>“Eger Mesihiň her bir esgeri öz borjuny ýerine ýetiren bolsa, eger Sionyň diwarlaryndaky her bir sakçy surnaýdan anyk bir owaz çykaran bolsa, dünýä bu wagta çenli duýduryş habaryny eşiden bolardy. Emma iş ýyllarça yza galypdyr. Adamlar uklap ýatyrkalar, Şeýtan bize garşy öňe geçipdir.” Testimonies, 9-njy tom,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togsan bäşinji bölüm</dc:title>
  <dc:subject>Ýekşenbe Kanunyna barýan ýol: Trampyň orny we Danyýel 11-de pygamberlik wakalarynyň ýaýbaňlanyşy</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