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Togsan Dokuzynjy</w:t>
      </w:r>
    </w:p>
    <w:p>
      <w:pPr>
        <w:pStyle w:val="ArticleSubtitle"/>
        <w:jc w:val="left"/>
      </w:pPr>
      <w:r>
        <w:rPr>
          <w:rFonts w:ascii="Arial" w:hAnsi="Arial" w:eastAsia="Arial" w:cs="Arial"/>
        </w:rPr>
        <w:t>Syýasy pese gaçyş we pygamberlik ykbaly: Mukaddes Kitap pygamberliginiň çäginde Demokratik we Respublikan partiýalaryň soňy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Biz ýer haýwanynyň taryhynda Demokratik we Respublikan partiýalaryň soňuny kesgitleýäris. Ylham kitabynyň on üçünji babyndaky ýer haýwany, Respublikan şahyň pygamberlik taryhynyň içinde göreşýän Respublikan we Demokratik partiýalara bölünýär. Şahlar häkimiýetleriň nyşanlarydyr, we iki şah hem öz pygamberlik taryhynyň içinde özara pygamberlik gatnaşyklarynyň mikrokosmoslaryny öz içine alýar. Respublikan şah üçin şol mikrokosmos, Amerikanyň Birleşen Ştatlarynyň taryhyna aralaşan iki esasy syýasy partiýa arkaly şekillendirilýär. Amerikanyň Birleşen Ştatlary pygamberlik taryhynda iki häkimiýetden ybarat diýlip görkezilen az sanly patyşalyklaryň biridir. Iki häkimiýet bilen şekillendirilen Injil pygamberliginiň öňki ähli milletleri Amerikanyň Birleşen Ştatlaryna tipologiýa taýdan yşarat edýär. Midiýa-Pars imperiýasy, Fransiýa (Sodom we Müsür), hem-de demirgazyk we günorta patyşalyklary bilen Ysraýyl — bularyň ählisi Amerikanyň Birleşen Ştatlarynyň pygamberlik häsiýetlerine goşant goşýar.</w:t>
      </w:r>
    </w:p>
    <w:p>
      <w:pPr>
        <w:pStyle w:val="ArticleBody"/>
        <w:jc w:val="left"/>
      </w:pPr>
      <w:r>
        <w:rPr>
          <w:rFonts w:ascii="Times New Roman" w:hAnsi="Times New Roman" w:eastAsia="Times New Roman" w:cs="Times New Roman"/>
        </w:rPr>
        <w:t>Danyýl pygamberiň sekizinji babyndaky Mýedo-Persiýa imperiýasynyň iki şahy bardy, we soňky şahy (Persiýa) has beýik bolup çykdy. Biz bu elementi, Demokratik partiýanyň taryha Respublikalaýyn partiýadan öň girendigini görkezmek arkaly anykladyk; şonuň üçin Respublikalaýyn partiýa ahyrsoňy bu iki partiýanyň soňkusy bolar. Ilkinji Respublikalaýyn prezident Demokratik partiýanyň gulçulyk tarapdar garaýşyna jogap hökmünde taryha girdi, we ilkinji Respublikalaýyn prezident 1863-nji ýylda, ABŞ-nyň Graždan urşunyň ortasynda hem-de Laodikýa ýagdaýyndaky Ýedinji Gün Adventist ybadathanasynyň gozgalaň ýylynda, Azatlyk yglannamasyny yglan etdi.</w:t>
      </w:r>
    </w:p>
    <w:p>
      <w:pPr>
        <w:pStyle w:val="ArticleBody"/>
        <w:jc w:val="left"/>
      </w:pPr>
      <w:r>
        <w:rPr>
          <w:rFonts w:ascii="Times New Roman" w:hAnsi="Times New Roman" w:eastAsia="Times New Roman" w:cs="Times New Roman"/>
        </w:rPr>
        <w:t>Soňky respublikan prezident ilkinji respublikan prezident arkaly öňden görkezilendir; şonuň üçin soňky prezident taryha Demokratlaryň gulçulygy goldaýan partiýasy bilen onuň gulçulyga garşy respublikan partiýasynyň arasyndaky raýat urşunyň ortasynda girer. Ahyrzamanyň Demokratik partiýasynyň öňe sürýän gulçulygy dünýä ýüzüni gurşap alan gulçulykdyr. Ilkinji respublikan prezidentde bolşy ýaly, soňky respublikan prezident hem gulçulygy goldaýan partiýa tarapyndan öldüriler; edil Trampyň 2020-nji ýylda ogurlanan saýlawda syýasy taýdan öldürilişi ýaly. 1989-njy ýylda ahyrzaman başlanaly bäri altynjy prezident hökmünde Tramp iň baý prezident bolardy we ol diňe Birleşen Ştatlaryň däl, eýsem bütin dünýäniň globalistlerini hem herekete getirerdi. Şeýlelikde, onuň 2015-nji ýylda prezidentlige dalaş etjekdigini yglan etmegi bilen, gulçulygy goldaýan globalistleriň Demokratik partiýasy bilen gulçulyga garşy Respublikan partiýasynyň arasyndaky syýasy raýat urşy başlady.</w:t>
      </w:r>
    </w:p>
    <w:p>
      <w:pPr>
        <w:pStyle w:val="ArticleBody"/>
        <w:jc w:val="left"/>
      </w:pPr>
      <w:r>
        <w:rPr>
          <w:rFonts w:ascii="Times New Roman" w:hAnsi="Times New Roman" w:eastAsia="Times New Roman" w:cs="Times New Roman"/>
        </w:rPr>
        <w:t>Ylham Kitabynyň on birinji babynda aýdylanlaryň ýerine ýetmeginde, Trump ogurlanan 2020-nji ýylky saýlawda syýasy taýdan öldürüldi, we Demokratik partiýa köçelerde şatlanmaga başlady; emma 2022-nji ýylda Trumpyň ýene-de Prezidentlige dalaş etjekdigi aýan bolanda, Ylham Kitabynyň on birinji babynda aýdylanlaryň ýerine ýetmeginde globalistleriň üstüne uly gorky indi we olaryň urşy has-da güýçlendi. Medo-Pers togalaklarynyň şaýatlygy soňky ýüze çykjak togalagyň (Respublikan partiýasynyň) iň soňunda peýda boljakdygyny we beýlekilerden has ýokary göteriljekdigini görkezýär. Soňky Respublikan prezident Demokratik partiýadan üstün çykar.</w:t>
      </w:r>
    </w:p>
    <w:p>
      <w:pPr>
        <w:pStyle w:val="ArticleBody"/>
        <w:jc w:val="left"/>
      </w:pPr>
      <w:r>
        <w:rPr>
          <w:rFonts w:ascii="Times New Roman" w:hAnsi="Times New Roman" w:eastAsia="Times New Roman" w:cs="Times New Roman"/>
        </w:rPr>
        <w:t>2024-nji ýylyň saýlawy Demokratik partiýanyň soňuny alamatlandyrýar, çünki ýekşenbe kanuny ýer ýüzüniň haýwanynyň pygamberlik taryhyny tamamlamazyndan öň olaryň prezidentlige kandidaty hödürlemek üçin indi başga hiç bir mümkinçiligi bolmaz. Ýekşenbe kanunynda Respublikan partiýa hem soňlanýar. Demokratik partiýa 2024-nji ýylyň saýlawynda tamam bolýar, Respublikan partiýa bolsa ýekşenbe kanunynda tamam bolýar. Ýekşenbe kanuny, Mukaddes Kitabyň pygamberligindäki altynjy patyşalygyň soňy bolmak bilen, 1798-nji ýylda ýer ýüzüniň haýwanynyň başlanmagy arkaly şekillendirilipdi. Ýer ýüzüniň haýwanynyň baş pygamberlik häsiýeti onuň “gepleýşi”dir. 1798-nji ýylda Amerikanyň Birleşen Ştatlary Alien and Sedition Acts kanunlaryny kabul etdi, şonuň üçin olar Amerikanyň Birleşen Ştatlarynyň aždarha ýaly geplän wagty bolan ýekşenbe kanunynyň nusgasy bolup durýar.</w:t>
      </w:r>
    </w:p>
    <w:p>
      <w:pPr>
        <w:pStyle w:val="ArticleBody"/>
        <w:jc w:val="left"/>
      </w:pPr>
      <w:r>
        <w:rPr>
          <w:rFonts w:ascii="Times New Roman" w:hAnsi="Times New Roman" w:eastAsia="Times New Roman" w:cs="Times New Roman"/>
        </w:rPr>
        <w:t>1776-njy ýyldan 1798-nji ýyla çenli aralykda Amerikanyň Birleşen Ştatlary, heniz Mukaddes Kitap pygamberliginiň altynjy patyşalygy bolmasa-da, Mukaddes Kitap pygamberliginde Amerikanyň Birleşen Ştatlarynyň geplemeginiň üç ýolgörkezijisini aňladýar. Şol döwür ýer janawarynyň Mukaddes Kitap pygamberliginiň altynjy patyşalygy hökmünde höküm sürmeginiň başlangyjyna alyp bardy; şonuň üçin hem ol ýer janawarynyň altynjy patyşalyk hökmünde höküm sürmeginiň soňuna eltýän döwri aňladýar. 1776-njy ýylda Garaşsyzlyk Jarnamasy, onuň yzyndan 1789-njy ýylda Konstitusiýa we 1798-nji ýylda Daşary ýurtlular we Pitne ýazgylary baradaky kanunlar, ýer janawarynyň ýekşenbe kanunynda altynjy patyşalyk hökmünde soňlanmagyna alyp barýan taryhdaky üç ýolgörkezijini aňladýar. Şol üç ýolgörkezijiniň amala aşmagy Demokratik hem-de Respublikan partiýalaryň ikisiniň hem taryhynyň içinde dürliça aňladylýar.</w:t>
      </w:r>
    </w:p>
    <w:p>
      <w:pPr>
        <w:pStyle w:val="ArticleBody"/>
        <w:jc w:val="left"/>
      </w:pPr>
      <w:r>
        <w:rPr>
          <w:rFonts w:ascii="Times New Roman" w:hAnsi="Times New Roman" w:eastAsia="Times New Roman" w:cs="Times New Roman"/>
        </w:rPr>
        <w:t>2001-nji ýyldaky “Patriot Act” Amerikanyň Birleşen Ştatlarynyň raýatlary üçin garaşsyzlygyň aýrylmagynyň başlangyjyny görkezýär we ol amerikan taryhynyň hakyky watançylarynyň Garaşsyzlyk Jarnamasy arkaly amala aşyran yglany bilen öňden şekillendirilipdi. “Patriot Act”-yň ýolgörkezijisi Respublikan hem-de Demokratik partiýalaryň ikisi üçin hem üç ýolgörkezijiniň ilkinjisidir.</w:t>
      </w:r>
    </w:p>
    <w:p>
      <w:pPr>
        <w:pStyle w:val="ArticleBody"/>
        <w:jc w:val="left"/>
      </w:pPr>
      <w:r>
        <w:rPr>
          <w:rFonts w:ascii="Times New Roman" w:hAnsi="Times New Roman" w:eastAsia="Times New Roman" w:cs="Times New Roman"/>
        </w:rPr>
        <w:t>Demokratik partiýa 2024-nji ýyldaky saýlawda tamamlanýar; bu bolsa, Alien and Sedition Acts arkaly öňden nusgalanan Trampyň Executive Orders-yň güýje girmegine ýol açýar. Şeýle hem, Trampyň soňra çykaryp durmuşa geçirýän Executive Orders-y Sunday law däldir, emma olar aagondarha ýaly geplemegiň bir görnüşidir; sebäbi olar Tramp tarapyndan Sister White-yň ahyrky günlerde “active despotism” boljakdygy baradaky kesgitlemesini berjaý edişinde ulanylar. Despotism — diktaturany aňladýan sözdür; bu bolsa Alien and Sedition Acts-da nusgalanan Executive Orders arkaly amala aşyrylýar. Tramp öz Executive Orders-yny durmuşa geçirende, Baýdeniň şowsuz prezidentligini alamatlandyran Pelosi Trials-yň tersine öwrülmesi bolar.</w:t>
      </w:r>
    </w:p>
    <w:p>
      <w:pPr>
        <w:pStyle w:val="ArticleBody"/>
        <w:jc w:val="left"/>
      </w:pPr>
      <w:r>
        <w:rPr>
          <w:rFonts w:ascii="Times New Roman" w:hAnsi="Times New Roman" w:eastAsia="Times New Roman" w:cs="Times New Roman"/>
        </w:rPr>
        <w:t>Demokratik we Respublikan partiýalarynyň soňuny kesgitleýän wagt döwri Alfa we Omegananyň goluny göterýär, çünki her döwrüň başlangyjy onuň soňuny aňladýar. Şonuň üçin Demokratik partiýa üçin ilkinji ýol belgisi 2001-nji ýylyň Patriot Act-y, ikinji ýol belgisi bolsa 2021-nji ýylda başlanan Pelosi Kazyýetleri bolup durýar. Şol kazyýetler 1789-njy ýylyň Konstitusiýasynyň doly ret edilişini aňladýar. Pelosi Kazyýetleri Demokratik partiýanyň setirindäki orta ýol belgisini görkezýär; bu ýagdaý 1776-njy ýyldan on üç ýyl soň, Konstitusiýa on üç koloniýa tarapyndan tassyklananda nusgalandyrylypdy. Pelosi Kazyýetleri Konstitusiýa garşy gozgalaňy aňladýar we 1789-njy ýyl bilen nusgalandyrylypdy. Demokratik setir üçin üçünji ýol belgisi olaryň syýasy partiýa hökmünde tamamlanýan ýeridir.</w:t>
      </w:r>
    </w:p>
    <w:p>
      <w:pPr>
        <w:pStyle w:val="ArticleBody"/>
        <w:jc w:val="left"/>
      </w:pPr>
      <w:r>
        <w:rPr>
          <w:rFonts w:ascii="Times New Roman" w:hAnsi="Times New Roman" w:eastAsia="Times New Roman" w:cs="Times New Roman"/>
        </w:rPr>
        <w:t>Olar 2024-nji ýylyň saýlawynda tamamlanýar, hem-de 2025-nji ýylyň kasam kabul ediş dabarasy amala aşyrylandan soň, Pelosi Synaglarynyň ikinji toplumy Alien and Sedition Acts arkaly nusgalanan Executive Orders bilen ýüze çykarlar. Şeýlelikde, Demokratik partiýa üçin üçünji ýolbelleýji 1798-nji ýylyň Alien and Sedition Acts bolup durýar. Demokratik partiýanyň soňuny aňladýan döwür bir saýlaw, bir kasam kabul ediş dabarasy we şeýtany syýasy hukuk göreşi bilen başlanýar, hem-de ol bir saýlaw, bir kasam kabul ediş dabarasy we şeýtany syýasy hukuk göreşi bilen tamamlanýar.</w:t>
      </w:r>
    </w:p>
    <w:p>
      <w:pPr>
        <w:pStyle w:val="ArticleBody"/>
        <w:jc w:val="left"/>
      </w:pPr>
      <w:r>
        <w:rPr>
          <w:rFonts w:ascii="Times New Roman" w:hAnsi="Times New Roman" w:eastAsia="Times New Roman" w:cs="Times New Roman"/>
        </w:rPr>
        <w:t>Respublikan partiýa üçin ilkinji ýolgörkeziji 2001-nji ýylyň Patriot Act kanunydyr; bu 1776-njy ýyldaky Garaşsyzlyk Jarnamasy bilen öňünden görkezilýär. Ikinji ýolgörkeziji Demokratik partiýa üçin bolan ikinji ýolgörkeziji bilen birmeňzeş däldir. Demokratlar üçin 1789-njy ýyldaky Konstitusiýa bilen aňladylýan ikinji ýolgörkeziji ilkinji Pelosi kazyýetleri bolan bolsa, Respublikanlar üçin 1789-njy ýyldaky Konstitusiýa bilen aňladylýan ikinji ýolgörkeziji bolsa, 2025-nji ýylda Trampyň ikinji kasam kabul ediş dabarasy amala aşandan soň ýerine ýetýän Alien and Sedition Act-dyr. 1798-nji ýyldaky Alien and Sedition Acts nädip 1789-njy ýyldaky Konstitusiýany aňladyp biler?</w:t>
      </w:r>
    </w:p>
    <w:p>
      <w:pPr>
        <w:pStyle w:val="ArticleBody"/>
        <w:jc w:val="left"/>
      </w:pPr>
      <w:r>
        <w:rPr>
          <w:rFonts w:ascii="Times New Roman" w:hAnsi="Times New Roman" w:eastAsia="Times New Roman" w:cs="Times New Roman"/>
        </w:rPr>
        <w:t>Trampyň ikinji inaugurasiýasynda onuň 1798-nji ýylyň «Alien and Sedition Acts» kanunlary bilen öňden şekillendirilýän Executive Orders-lary diňe bir Pelosi Kazyýetleriniň ikinji tapgyryny başlatman, eýsem şol kararlar haýwanyň keşbiniň emele gelmegini hem başlaýar. Haýwanyň keşbiniň emele gelýän döwri aždaha ýaly geplemek bilen başlanýar we aždaha ýaly geplemek bilen tamamlanýar. Şol döwrüň başyndaky geplemek diktatura hökmünde, ýa-da Sister White-yň atlandyryşy ýaly, “despotism” hökmünde görkezilen patyşalyk häkimiýetleriniň ýola goýulmagyny aňladýar. Haýwanyň keşbiniň emele gelýän döwrüniň ahyryndaky aždahanyň geplemegi bolsa, syýasy häkimiýetleriň üstünden dini häkimiýetleriň agalygynyň ýola goýulýandygyny görkezýär.</w:t>
      </w:r>
    </w:p>
    <w:p>
      <w:pPr>
        <w:pStyle w:val="ArticleBody"/>
        <w:jc w:val="left"/>
      </w:pPr>
      <w:r>
        <w:rPr>
          <w:rFonts w:ascii="Times New Roman" w:hAnsi="Times New Roman" w:eastAsia="Times New Roman" w:cs="Times New Roman"/>
        </w:rPr>
        <w:t>Garaşsyzlyk Jarnamasy Ýewropanyň patyşalarynyň syýasy häkimiýetiniň hem-de Rim ybadathanasynyň dini häkimiýetiniň zulumyna garşy edilen bir jarnama boldy. Haýwanyň şekiliniň emele gelýän döwri şu iki zaýalanan güýjüň birikdirilýän döwrüdir, bu gatnaşykda bolsa dolandyryjy orun dini häkimiýete degişlidir. Bu iki güýjüň emele gelmeginde, ýa-da birikmeginde, iň soňunda ýüze çykýan we has ýokary bolan häkimiýet dini häkimiýetdir. Şonuň üçin, şol döwrüň başlangyjy şol döwrüň soňuny aňladýar. 1798-nji ýylyň Daşary ýurtlular we Basyş kanunlary Demokratik partiýanyň soňuny aňladýar we bu olaryň üçünji ýolbelgisidir, emma şol bir wagtda ol Respublikan partiýanyň soňky döwründäki ikinji ýolbelgini hem aňladýar. Respublikan partiýanyň üçünji ýolbelgisi ýekşenbe gününe mejbur etmekdir.</w:t>
      </w:r>
    </w:p>
    <w:p>
      <w:pPr>
        <w:pStyle w:val="ArticleBody"/>
        <w:jc w:val="left"/>
      </w:pPr>
      <w:r>
        <w:rPr>
          <w:rFonts w:ascii="Times New Roman" w:hAnsi="Times New Roman" w:eastAsia="Times New Roman" w:cs="Times New Roman"/>
        </w:rPr>
        <w:t>Demokratlar partiýasy üçin 1776, 1789 we 1798 bilen görkezilen üç ýol belgisi, 2001-nji ýyly (1776), 2021-nji ýyldaky birinji Pelosi kazyýet işlerini (1789) we 2025-nji ýyldaky ikinji Pelosi kazyýet işlerini (1798) nusgalaýar.</w:t>
      </w:r>
    </w:p>
    <w:p>
      <w:pPr>
        <w:pStyle w:val="ArticleBody"/>
        <w:jc w:val="left"/>
      </w:pPr>
      <w:r>
        <w:rPr>
          <w:rFonts w:ascii="Times New Roman" w:hAnsi="Times New Roman" w:eastAsia="Times New Roman" w:cs="Times New Roman"/>
        </w:rPr>
        <w:t>Respublikan partiýasy üçin 1776, 1789 we 1798 tarapyndan şekillendirilen üç ýolbelgi 2001-nji ýyly (1776), 2025-nji ýylyň ikinji Pelosi kazyýet synaglaryny (1789) we Ýekşenbe kanunyny (1798) nyşanlaýar.</w:t>
      </w:r>
    </w:p>
    <w:p>
      <w:pPr>
        <w:pStyle w:val="ArticleBody"/>
        <w:jc w:val="left"/>
      </w:pPr>
      <w:r>
        <w:rPr>
          <w:rFonts w:ascii="Times New Roman" w:hAnsi="Times New Roman" w:eastAsia="Times New Roman" w:cs="Times New Roman"/>
        </w:rPr>
        <w:t>1776, 1789 we 1798 ýigrimi iki ýyly aňladýar, we ýigrimi iki Hudaýlyk bilen ynsanlygyň birleşmesiniň nyşanydyr. Bu üç ýolgörkeziji “Hakykatyň” şaýatlygyny göterýär, çünki olar ilkinji we soňky ýolgörkezijiniň şol bir hakykaty kesgitleýändigini görkezýär. 1776 garaşsyzlygyň berkarar edilmegini kesgitleýär, 1798 bolsa garaşsyzlygyň aýrylmagyny kesgitleýär. Şonuň üçin olar ýigrimi iki harpdan ybarat bolan ýewreý elipbiýiniň ilkinji we soňky harplaryny aňladýar. On üçünji harp gozgalaňyň nyşanydyr, we şol üç harp — birinji, on üçünji we soňky — bilelikde ýewreýçe “Hakykat” sözüni emele getirýär.</w:t>
      </w:r>
    </w:p>
    <w:p>
      <w:pPr>
        <w:pStyle w:val="ArticleBody"/>
        <w:jc w:val="left"/>
      </w:pPr>
      <w:r>
        <w:rPr>
          <w:rFonts w:ascii="Times New Roman" w:hAnsi="Times New Roman" w:eastAsia="Times New Roman" w:cs="Times New Roman"/>
        </w:rPr>
        <w:t>1776 2001-nji ýylyň 11-nji sentýabryny aňladýar we ýüz kyrk dört müňüň möhürleniş wagtynyň başlangyjyny belleýär. Ol giçki ýagmyryň sepinmeginiň başlangyjyny belleýär; bu döwür, Demokratik aždarha partiýasynyň Respublikan haýwan partiýasy tarapyndan ýeňlişe sezewar edilşi ýaly, ýerine ýetirilen hyzmatlar üçin ажdarhanyň haýwana berilýän wagt aralygydyr.</w:t>
      </w:r>
    </w:p>
    <w:p>
      <w:pPr>
        <w:pStyle w:val="ArticleBody"/>
        <w:jc w:val="left"/>
      </w:pPr>
      <w:r>
        <w:rPr>
          <w:rFonts w:ascii="Times New Roman" w:hAnsi="Times New Roman" w:eastAsia="Times New Roman" w:cs="Times New Roman"/>
        </w:rPr>
        <w:t>Şol taryhyň dowamynda hakyky protestant şahy möhürlenişi, Rebbiň Öz elini ikinji gezek uzadyp, Ysraýylyň kowlup çykarylanlary diýlip tanalýan halky ýygnajak wagtynyň döwründe amala aşyrylýar; olar bolsa Ýekşenbe kanuny wagtynda baýdak hökmünde ýokary galdyrylar.</w:t>
      </w:r>
    </w:p>
    <w:p>
      <w:pPr>
        <w:pStyle w:val="ArticleBody"/>
        <w:jc w:val="left"/>
      </w:pPr>
      <w:r>
        <w:rPr>
          <w:rFonts w:ascii="Times New Roman" w:hAnsi="Times New Roman" w:eastAsia="Times New Roman" w:cs="Times New Roman"/>
        </w:rPr>
        <w:t>2020-nji ýylyň 18-nji iýulynda hakyky protestant şahy dargadyldy, we 2001-nji ýyldan ýigrimi iki ýyl soň, 2023-nji ýylyň iýulynda çölde gygyrýan ses arkaly ikinji ýygnanyş işine badalga berildi. Birinji ýygnanyş 2001-nji ýylda bolup geçdi, şol wagt Ylham kitabynyň on sekizinji babyndaky perişde Nýu-Ýork şäheriniň beýik binalary ýykylýarka aşak düşdi. Şol perişdäniň inmegi möhürleme döwrüniň başlangyjyny aňladýardy, we 2020-nji ýylyň 18-nji iýulynda baş perişde Mikailiň inmegi möhürleme döwrüniň tamamlanmagyny aňladýardy. Isa, Alfa we Omega hökmünde, soňuny hemişe başy bilen görkezýär; şonuň üçin 2001-nji ýylyň 11-nji sentýabrynda başlanan birinji ýygnanyşyň pygamberlik alamatlary ikinji ýygnanyşykda bolup geçýän pygamberlik alamatlaryny aňladýar.</w:t>
      </w:r>
    </w:p>
    <w:p>
      <w:pPr>
        <w:pStyle w:val="ArticleBody"/>
        <w:jc w:val="left"/>
      </w:pPr>
      <w:r>
        <w:rPr>
          <w:rFonts w:ascii="Times New Roman" w:hAnsi="Times New Roman" w:eastAsia="Times New Roman" w:cs="Times New Roman"/>
        </w:rPr>
        <w:t>Ikinji ýygnalyşyň üç aýdyň şekillendirişi bar; olar ýüz kyrk dört müňüň möhürleniş wagtynyň tamamlaýjy taryhyny aňladýar. Olar Mesihiň taryhy, 1840-njy ýylyň 11-nji awgustyndan 1844-nji ýylyň 22-nji oktýabryna çenli birinji we ikinji perişdäniň habarlarynyň taryhy, şeýle hem 1844-nji ýylyň 22-nji oktýabryndan 1863-nji ýylyň pitnesine çenli üçünji perişdäniň taryhydyr. Şol üç şaýat 2023-nji ýylyň iýulyndan ýakyn wagtda geljek Ýekşenbe kanunyna çenli ýüz kyrk dört müňüň ikinji ýygnalyşyny berkidýär. Eger biz her taryhdan bir anyk aýratyn elementi aýryp alsak, onda üçünji betbagtlygyň ornunyň subutnamasyny tapýarys.</w:t>
      </w:r>
    </w:p>
    <w:p>
      <w:pPr>
        <w:pStyle w:val="ArticleBody"/>
        <w:jc w:val="left"/>
      </w:pPr>
      <w:r>
        <w:rPr>
          <w:rFonts w:ascii="Times New Roman" w:hAnsi="Times New Roman" w:eastAsia="Times New Roman" w:cs="Times New Roman"/>
        </w:rPr>
        <w:t>1844-nji ýylyň 17-nji awgustynda Exeter düşelge ýygnagynyň ahyrynda Ýarygije Çagyryşynyň habary yglan edildi. Şol yglan ýüz kyrk dört müňüň taryhynda Ýarygije Çagyryşy habarynyň yglan edilmegini aňladýardy, çünki iki taryh hem on gyzyň tymsalynyň ýerine ýetmesidi we ýerine ýetmesidir. Waýt uýa Mesihiň Ýerusalime ýeňişli girişiniň 1844-nji ýylda Ýarygije Çagyryşyň yglan edilmegini aňladandygyny görkezýär. Mesihiň haýsydyr bir haýwana münen ýeke-täk wagty Onuň Ýerusalime girişindedi, we Onuň münen haýwany eşekdi; bu bolsa yslamyň nyşanydyr. 1844-den 1863-e çenli bolan ikinji ýygnalyş döwründe, 1848-nji ýylda Waýt uýa Ýewropa milletleriniň gaharlandyrylýandygyny görkezýär, we şol taryhda milletleriň gaharlandyrylmagy Yslam tarapyndan Ýewropanyň üstüne dowamly uruş howplarynyň getirilmegi arkaly amala aşyryldy. Ikinji ýygnalyşyň üç taryhynyň hersinde üçünji hasratyň yslamyň orny görkezilýär.</w:t>
      </w:r>
    </w:p>
    <w:p>
      <w:pPr>
        <w:pStyle w:val="ArticleBody"/>
        <w:jc w:val="left"/>
      </w:pPr>
      <w:r>
        <w:rPr>
          <w:rFonts w:ascii="Times New Roman" w:hAnsi="Times New Roman" w:eastAsia="Times New Roman" w:cs="Times New Roman"/>
        </w:rPr>
        <w:t>Bir ýüz kyrk dört müň adamyň möhürleniş wagty 2001-nji ýylyň 11-nji sentýabrynda üçünji waýyň yslamy tarapyndan häzirki zaman şöhratly ýurdy bolan Amerikanyň Birleşen Ştatlaryna garşy edilen garaşylmadyk hüjüm bilen başlandy. Ýigrimi iki ýyl soň, 2023-nji ýylyň 7-nji oktýabrynda üçünji waýyň yslamy gadymy şöhratly ýurda garşy garaşylmadyk hüjümi amala aşyrdy. Ýakyn wagtda geljek Ýekşenbe kanuny ýüze çykanda, ýagny Ylham kitaby on birinji bapdaky beýik ýer titreme bolanda, üçünji waý ýene-de duýdansyz gelýär, çünki ol häzirki zaman şöhratly ýurda garşy ýene bir gezek garaşylmadyk hüjümi amala aşyrýar.</w:t>
      </w:r>
    </w:p>
    <w:p>
      <w:pPr>
        <w:pStyle w:val="ArticleBody"/>
        <w:jc w:val="left"/>
      </w:pPr>
      <w:r>
        <w:rPr>
          <w:rFonts w:ascii="Times New Roman" w:hAnsi="Times New Roman" w:eastAsia="Times New Roman" w:cs="Times New Roman"/>
        </w:rPr>
        <w:t>Mesihi çarmıha gerenleriň nyşany hökmünde hakyky Ysraýyl tarapyndan şekillendirilýän gozgalaň, hem-de üçünji belanyň Yslamynyň üç sany garaşylmadyk hüjümi, “Hakykat” möhürini göterýär. Bir ýüz kyrk dört müň adamy möhürleýän habar, Hudaýyň soňky günlerdäki halkyny ikinji gezek ýygnamak işini amal edýär, üçünji belanyň Yslamynyň hereketleriniň işjeň bolan döwründe ýüze çykýar.</w:t>
      </w:r>
    </w:p>
    <w:p>
      <w:pPr>
        <w:pStyle w:val="ArticleBody"/>
        <w:jc w:val="left"/>
      </w:pPr>
      <w:r>
        <w:rPr>
          <w:rFonts w:ascii="Times New Roman" w:hAnsi="Times New Roman" w:eastAsia="Times New Roman" w:cs="Times New Roman"/>
        </w:rPr>
        <w:t>“ikinji ýygnanyşyk” hökmünde görkezilen pygamberlik döwri, “ikinji ýygnanyşygyň” tutuş taryhyny emele getirýän aýratyn pygamberlik döwürlerini anyk görkezýär. Mesihiň direlişinden soň inişi, haçda dargadylanlary ýygnamak boýunça Onuň işiniň başlanmagyny belleýär.</w:t>
      </w:r>
    </w:p>
    <w:p>
      <w:pPr>
        <w:pStyle w:val="ArticleScripture"/>
        <w:jc w:val="left"/>
      </w:pPr>
      <w:r>
        <w:rPr>
          <w:rFonts w:ascii="Times New Roman" w:hAnsi="Times New Roman" w:eastAsia="Times New Roman" w:cs="Times New Roman"/>
        </w:rPr>
        <w:t>Soňra Isa olara şeýle diýdi: Siz hemmäňiz şu gije Meniň sebäbimden büdrejeksiňiz; çünki şeýle ýazylgandyr: Men çopany uraryn, süriniň goýunlary bolsa dargap gider. Matta 26:31.</w:t>
      </w:r>
    </w:p>
    <w:p>
      <w:pPr>
        <w:pStyle w:val="ArticleBody"/>
        <w:jc w:val="left"/>
      </w:pPr>
      <w:r>
        <w:rPr>
          <w:rFonts w:ascii="Times New Roman" w:hAnsi="Times New Roman" w:eastAsia="Times New Roman" w:cs="Times New Roman"/>
        </w:rPr>
        <w:t>Mazarda üç gün geçenden soň, Mesih şägirtleriň ýanyna indi we olara şahsy öwüt-nesihat bermek üçin kyrk günlük döwri başlatdy; onuň yzysüre Pentikost güni Mukaddes Ruhuň ölçegsiz inderilmeginiň öňüsyrasynda on günlük agzybirlik we doga döwri dowam etdi.</w:t>
      </w:r>
    </w:p>
    <w:p>
      <w:pPr>
        <w:pStyle w:val="ArticleScripture"/>
        <w:jc w:val="left"/>
      </w:pPr>
      <w:r>
        <w:rPr>
          <w:rFonts w:ascii="Times New Roman" w:hAnsi="Times New Roman" w:eastAsia="Times New Roman" w:cs="Times New Roman"/>
        </w:rPr>
        <w:t>Eý Teofilos, men öňki kitabymy Isanyň edip we öwredip başlan ähli zatlary barada ýazdym; ol saýlap alan resullaryna Mukaddes Ruh arkaly buýruklar berenden soň ýokary alnyp gidilen gününe çenli şeýle boldy. Olara hem Öz çekýän ejirinden soň Özünüň diriendigini köp sanly ýalňyşsyz subutnamalar bilen görkezdi; kyrk günüň dowamynda olara görnüp, Hudaýyň patyşalygyna degişli zatlar barada gürrüň berdi. Olar bilen bir ýere ýygnanan wagty, olara: «Iýerusalimden aýrylmaň, eýsem Atanyň wada beren zadyna garaşyň; muny siz Menden eşitdiňiz» diýip buýurdy. Çünki Ýahýa hakykatdan hem suw bilen çokundyrdy; emma siz köp gün geçmänkä Mukaddes Ruh bilen çokundyrylarsyňyz. Şonuň üçin olar bir ýere ýygnananlarynda Ondan sorap: «Ýa Reb, Sen şu wagtda patyşalygy Ysraýyla gaýtadan berersiňmi?» diýdiler. Ol bolsa olara şeýle diýdi: «Atanyň Öz ygtyýarynda goýup belleýän wagtlaryny we möwsümlerini bilmek size degişli däldir. Emma Mukaddes Ruh siziň üstüňize inende siz güýç alarsyňyz; hem Iýerusalimde, hem bütin Ýahudada, hem Samariýada, hatda ýer ýüzüniň iň çetki ýerine çenli Maňa şaýatlar bolarsyňyz». Ol bu sözleri aýdandan soň, olar seredip duran mahaly ýokary göterildi; bir bulut Ony olaryň gözleriniň öňünden alyp gitdi.... Pentikost güni doly ýetende, olaryň hemmesi bir agyzda bir ýerde ýygnanyşyp otyrdylar. Birdenkä gökden güýçli öwüsýän ýeliň sesine meňzeş bir ses geldi-de, olaryň oturan öýüni tutuşlygyna doldurdy. Resullaryň Işleri 1:1–9, 2:1, 2.</w:t>
      </w:r>
    </w:p>
    <w:p>
      <w:pPr>
        <w:pStyle w:val="ArticleBody"/>
        <w:jc w:val="left"/>
      </w:pPr>
      <w:r>
        <w:rPr>
          <w:rFonts w:ascii="Times New Roman" w:hAnsi="Times New Roman" w:eastAsia="Times New Roman" w:cs="Times New Roman"/>
        </w:rPr>
        <w:t>Kyrk günläp, şondan soňra-da şägirtleriň Atanyň wadasyna garaşmak üçin garaşmaly bolan on gününden soň, Mesih Öz şägirtlerini ikinji gezek ýygnapdy. Iýerusalimde garaşylan şol döwür, Matta ýigrimi bäşinji bapdaky hem-de Habakkuk ikinji bapdaky gijä galma wagtlary bilen laýyklykda, eglenme döwrüniň nyşanydyr. Bu döwri bütinleý Mesih Ylýas işinde, Ýahýa çokundyryp ýörkä başlan hökmünde görkezýär, we şol tutuş döwür Pentikostda Mukaddes Ruhuň çokundyrylmagy bilen tamamlanýar. Çokundyrylma ölüm, jaýlanyş we direlişiň nyşanydyr; şonuň üçin bu tutuş döwrüň ortaky ýol belgisi haç boldy, çünki bu tutuş döwür “Hakykatyň” möhürini göterýär.</w:t>
      </w:r>
    </w:p>
    <w:p>
      <w:pPr>
        <w:pStyle w:val="ArticleBody"/>
        <w:jc w:val="left"/>
      </w:pPr>
      <w:r>
        <w:rPr>
          <w:rFonts w:ascii="Times New Roman" w:hAnsi="Times New Roman" w:eastAsia="Times New Roman" w:cs="Times New Roman"/>
        </w:rPr>
        <w:t>Bütin döwür Ýahýanyň Mesihi çokundyrmagy bilen başlanýar; şol wagt Mukaddes Ruh kepderi görnüşinde inipdi. Şondan soň, Hristian ybadathanasynyň binýady bolmaly bolan şägirtleri ýygnamak işi başlady. Şol döwrüň ahyrynda Mesih Öz şägirtlerini ikinji gezek ýygnaýar, we ikinji ýygnanyşyk döwri birinji ýygnanyşyk döwrüniň gaýtalanmasydyr, çünki Mesih bir zadyň soňuny onuň başlangyjy bilen görkezýär.</w:t>
      </w:r>
    </w:p>
    <w:p>
      <w:pPr>
        <w:pStyle w:val="ArticleBody"/>
        <w:jc w:val="left"/>
      </w:pPr>
      <w:r>
        <w:rPr>
          <w:rFonts w:ascii="Times New Roman" w:hAnsi="Times New Roman" w:eastAsia="Times New Roman" w:cs="Times New Roman"/>
        </w:rPr>
        <w:t>Haç Mesihiň çokundyrylmagy arkaly öňden nyşanalanypdy, we iki waka-da şägirtleri ýygnamak işine başlady. Başlangyjy hem-de ahyry kesgitleýän ýol belgisi ölüm, jaýlanyş we direlişi aňladýar. Direlişden soň, çölde geçen kyrk günlük synag, Onuň şägirtleriň ýanyna inmeginden soňky kyrk günlük öwredişini nyşanlady. Bu iki kyrk günlük döwrüň ikisi-de Isa tarapyndan şeýle beýan edilen esasy bir hakykaty aňladýar: «Ýazylgydyr: Adam diňe çörek bilen ýaşamaz, eýsem Hudaýyň agzyndan çykýan her bir söz bilen ýaşar».</w:t>
      </w:r>
    </w:p>
    <w:p>
      <w:pPr>
        <w:pStyle w:val="ArticleBody"/>
        <w:jc w:val="left"/>
      </w:pPr>
      <w:r>
        <w:rPr>
          <w:rFonts w:ascii="Times New Roman" w:hAnsi="Times New Roman" w:eastAsia="Times New Roman" w:cs="Times New Roman"/>
        </w:rPr>
        <w:t>Şol wagt aralygynda Isa pygamberleriň Mesih barada şaýatlyk eden zatlarynyň hemmesini şägirtlere açyp berdi, şeýlelik bilen ol döwrüň Öz pygamberlik Sözüniň açylyşy bolandygyny görkezdi.</w:t>
      </w:r>
    </w:p>
    <w:p>
      <w:pPr>
        <w:pStyle w:val="ArticleScripture"/>
        <w:jc w:val="left"/>
      </w:pPr>
      <w:r>
        <w:rPr>
          <w:rFonts w:ascii="Times New Roman" w:hAnsi="Times New Roman" w:eastAsia="Times New Roman" w:cs="Times New Roman"/>
        </w:rPr>
        <w:t>Ine, şolaryň ikisi şol gün Emaus diýilýän bir oba gidýärdiler; ol Ýerusalimden takmynan altmyş stadion uzaklykdady. Olar bolup geçen bu zatlaryň hemmesi barada özara gürrüň edýärdiler. Şeýle boldy welin, olar özara söhbet edip, pikir alyşýarkalar, Isanyň Özi olara ýakynlaşdy-da, olar bilen bile ýöredi. Emma Ony tanamaz ýaly, olaryň gözleri baglanypdy.... Şonda Ol olara diýdi: Eý, akylsyzlar we pygamberleriň aýdan zatlarynyň hemmesine iman etmekde ýüregi haýal bolanlar! Mesihiň bu zatlary çekip, soňra Öz şöhratyna girmegi gerek dälmidi? Şeýlelikde, Musa bilen ähli pygamberlerden başlap, ähli Mukaddes Ýazgylarda Özi baradaky zatlary olara düşündirdi. Olar barýan obasyna golaýlaşdylar; Ol bolsa, has öňe gitjek ýaly etdi. Emma olar Ony saklap: Biziň bilen gal, çünki agşam bolýar, günem ep-esli geçdi, diýdiler. Şeýlelikde, Ol olar bilen galmak üçin içeri girdi. Şeýle boldy welin, Ol olar bilen saçak başynda oturan wagty, çöregi aldy, bereket berdi, ony döwdi-de, olara berdi. Şonda olaryň gözleri açyldy we Ony tanadylar; emma Ol olaryň gözünden gaýyp boldy. Luka 24:13–16, 26–31.</w:t>
      </w:r>
    </w:p>
    <w:p>
      <w:pPr>
        <w:pStyle w:val="ArticleBody"/>
        <w:jc w:val="left"/>
      </w:pPr>
      <w:r>
        <w:rPr>
          <w:rFonts w:ascii="Times New Roman" w:hAnsi="Times New Roman" w:eastAsia="Times New Roman" w:cs="Times New Roman"/>
        </w:rPr>
        <w:t>Mesih, Özüniň kimdigini tanamaýan şägirtler bilen, olaryň gözlerini açýança galypdy; “we Musadan we ähli pygamberlerden başlap, bütin Ýazgylarda Özi hakdaky zatlary olara düşündirdi.” Olara iýmäge “çörek” berlende, olaryň gözleri açyldy. Kyrk günden soň Mesih asmana çykdy we kyrk günlük öwredişiň başynda Emausyň şägirtlerine edişi ýaly, “olaryň gözleriniň öňünden ýitdi.” Şondan soň olar Pentikost üçin taýýarlygyň on gününe başladylar; bu bolsa tizden geljek ýekşenbe kanunynyň nusgasy bolup durýar.</w:t>
      </w:r>
    </w:p>
    <w:p>
      <w:pPr>
        <w:pStyle w:val="ArticleBody"/>
        <w:jc w:val="left"/>
      </w:pPr>
      <w:r>
        <w:rPr>
          <w:rFonts w:ascii="Times New Roman" w:hAnsi="Times New Roman" w:eastAsia="Times New Roman" w:cs="Times New Roman"/>
        </w:rPr>
        <w:t>Beýik ýer titremesinde, ýagny ýekşenbe kanunynda, yslamyň üçünji waýy çaltlyk bilen gelýär; yslam bolsa Işaýanyň “güýçli” “gündogar şemaly”, ýagny Ýahýanyň dört şemalyndan gelip çykýan, bir ýüz kyrk dört müňüň möhürlenişi döwründe saklanyp goýlan Ýezekiliň demi bolup durýar.</w:t>
      </w:r>
    </w:p>
    <w:p>
      <w:pPr>
        <w:pStyle w:val="ArticleBody"/>
        <w:jc w:val="left"/>
      </w:pPr>
      <w:r>
        <w:rPr>
          <w:rFonts w:ascii="Times New Roman" w:hAnsi="Times New Roman" w:eastAsia="Times New Roman" w:cs="Times New Roman"/>
        </w:rPr>
        <w:t>Bir ýüz kyrk dört müň möhürlenenden soň, dört ýel goýberilýär, we “birden güýçli öwüsýän şemalyňky ýaly asmandan bir ses gelip, bütin öýi doldurdy.” Üçünji hasrata degişli Yslam “birden” we garaşylmadyk ýagdaýda urýar, hem-de ýedinji surnaý bolan, “asmandan gelen sesi” emele getirýär; şol surnaý bolsa Hudaýyň syrynyň haçan tamamlanýandygyny görkezýär. Hudaýyň syry bolsa, Bir ýüz kyrk dört müň üçin, Ylahylygyň (Mukaddes Ruhuň dökülmeginiň) adamzat bilen hemişelik birleşdirilmegi bilen tamamlanýar, hem-de Reb birden Öz ybadathanasyna (şägirtleriň ýygnanan öýüne) gelýär we Bir ýüz kyrk dört müň bilen äht baglaşýar.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Reb bizi daga çykmagymyzy, ýagny Onuň huzuryna has göni girmegimizi isleýär. Biz şeýle bir aýgytly pursata golaýlaşýarys welin, ol dünýä ýaraly bäri bolup geçen öňki islendik döwürden-de beter, Mesihiň adyny agzan her bir kişiden doly bagyşlanmagy talap eder.</w:t>
      </w:r>
    </w:p>
    <w:p>
      <w:pPr>
        <w:pStyle w:val="ArticleScripture"/>
        <w:jc w:val="left"/>
      </w:pPr>
      <w:r>
        <w:rPr>
          <w:rFonts w:ascii="Times New Roman" w:hAnsi="Times New Roman" w:eastAsia="Times New Roman" w:cs="Times New Roman"/>
        </w:rPr>
        <w:t>Aramyzda hakyky takwalygyň gaýtadan janlanmagy ähli zerurlyklarymyzyň içinde iň beýigi we iň gyssaglysydyr. Bizde Hudaýdan gelýän mukaddes ýaglama, Onuň Ruhunyň çokundyrylmagy bolmalydyr; çünki mukaddes hakykaty ýaýratmakda täsirli bolan ýeke-täk serişde şudur. Janlylygyňdan mahrum bolan kalbyň ukyplaryny asman zatlaryna gadyryny bilmek üçin janlandyrýan we söýgüleri Hudaýa hem-de hakykata tarap çekýän zat Hudaýyň Ruhudyr.</w:t>
      </w:r>
    </w:p>
    <w:p>
      <w:pPr>
        <w:pStyle w:val="ArticleScripture"/>
        <w:jc w:val="left"/>
      </w:pPr>
      <w:r>
        <w:rPr>
          <w:rFonts w:ascii="Times New Roman" w:hAnsi="Times New Roman" w:eastAsia="Times New Roman" w:cs="Times New Roman"/>
        </w:rPr>
        <w:t>“Taňrynyň sözüni hakykat hökmünde kabul etmek biziň artykmaçlygymyzdyr. Isa şägirtleriniň ýanyndan aýrylyp, göge çykmakçy bolan wagty, ähli milletlere, dillere we halklara Hoş Habary wagyz etmegi olara tabşyrdy. Olara ýokarydan güýç bilen enjamlaşdyrylýança Iýerusalimde galmagy buýurdy. Bu olaryň üstünligi üçin zerurdy. Mukaddes ýag çalynmasy Taňrynyň hyzmatkärleriniň üstüne inmeli idi. Özlerini Mesihiň şägirtleri hökmünde doly bagyş edenleriň hem-de Hoş Habary wagyz edýänler hökmünde resullar bilen bile bolanlaryň hemmesi Iýerusalimde ýygnandylar. Olar ähli gapma-garşylyklary bir gyra goýdular. Mukaddes Ruhuň wadasynyň berjaý edilmesini kabul etmekleri üçin, olar bir ýürek bolup doga-dilegde we ýalbarmada dowam etdiler; çünki olar Hoş Habary Ruhuň aýan etmesi bilen we Taňrynyň güýji bilen wagyz etmelidilerdi. Bu Mesihiň yzyna eýerijileri üçin uly howp döwrüdi. Olar möjegiň arasynda goýlan goýunlar ýalydylar, emma olar gaýratlydylar, sebäbi Mesih ölümden direlipdi, Özüni olara aýan edipdi hem-de dünýä Onuň Hoş Habaryny wagyz etmek üçin öňe çykmaga olary mynasyp etjek aýratyn bir berekedi wada beripdi. Olar Onuň wadasynyň berjaý edilmegine garaşyp durdular we aýratyn yhlas bilen doga edýärdiler.”</w:t>
      </w:r>
    </w:p>
    <w:p>
      <w:pPr>
        <w:pStyle w:val="ArticleScripture"/>
        <w:jc w:val="left"/>
      </w:pPr>
      <w:r>
        <w:rPr>
          <w:rFonts w:ascii="Times New Roman" w:hAnsi="Times New Roman" w:eastAsia="Times New Roman" w:cs="Times New Roman"/>
        </w:rPr>
        <w:t>“Bu hut şu ýol asmanda bulutlarda Rebbimiziň gelýändigini yglan etmek işinde bir paý alýanlar tarapyndan tutulmalydyr; çünki Hudaýyň beýik gününde durup biljek bir halk taýýarlanylmalydyr. Mesih Öz şägirtlerine Mukaddes Ruhy aljakdyklary baradaky wadany beren hem bolsa, bu doganyň zerurlygyny aradan aýyrmady. Olar has-da yhlas bilen doga etdiler; bir ýürek, bir niýet bilen dogada dowam etdiler. Häzir Rebbiň gelmegine bir halky taýýarlamagyň bu çynlakaý işine gatnaşýanlar hem şonuň ýaly dogada dowam etmelidirler. Ilkinji şägirtler bir agyzdan, bir göwünden idiler. Olarda wada berlen berekediň nähili geljekdigi barada öňe sürer ýaly hiç hili çaklamalar, hiç hili bilesigeliji nazaryýalar ýokdy. Olar imanda we ruhda birdiler. Olar ylalaşykly idiler.”</w:t>
      </w:r>
    </w:p>
    <w:p>
      <w:pPr>
        <w:pStyle w:val="ArticleScripture"/>
        <w:jc w:val="left"/>
      </w:pPr>
      <w:r>
        <w:rPr>
          <w:rFonts w:ascii="Times New Roman" w:hAnsi="Times New Roman" w:eastAsia="Times New Roman" w:cs="Times New Roman"/>
        </w:rPr>
        <w:t>“Ähli şübheleri bir gapdala goýuň. Gorkularyňyzy kowuň, Pawlusyň: «Men Mesih bilen haça çüýlendigim; muňa garamazdan, ýaşaýaryn; emma indi ýaşaýan men däl, mende ýaşaýan Mesihdir; tenimde häzir ýaşaýan ýaşaýyşymy meni söýen we Özüni meniň üçin beren Hudaýyň Ogluna bolan iman arkaly ýaşaýaryn» diýende başdan geçiren tejribesine eýe boluň. [Galatýalylar 2:20.] Hemme zady Mesihe tabşyryň, durmuşyňyz bolsa Hudaýda Mesih bilen gizlenen bolsun. Şonda siz ýagşylyk üçin bir güýç bolarsyňyz. Biri müňü kowar, ikisi bolsa on müňi gaçyrar.”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Togsan Dokuzynjy</dc:title>
  <dc:subject>Syýasy pese gaçyş we pygamberlik ykbaly: Mukaddes Kitap pygamberliginiň çäginde Demokratik we Respublikan partiýalaryň soňy</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