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Sekizinji San</w:t>
      </w:r>
    </w:p>
    <w:p>
      <w:pPr>
        <w:pStyle w:val="ArticleSubtitle"/>
        <w:jc w:val="left"/>
      </w:pPr>
      <w:r>
        <w:rPr>
          <w:rFonts w:ascii="Arial" w:hAnsi="Arial" w:eastAsia="Arial" w:cs="Arial"/>
        </w:rPr>
        <w:t>Paýhas Açyldy: Üç Esse Bileleşigiň we Pygamberlikdäki 666 Syrynyň Öwrenilişi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Birnäçe şaýatlygyň esasynda taryhda-da, pygamberlikde-de Rimiň hemişe sekizinji bolup çykýandygy we şol ýediniň biridigi berkidildi. Bu nyşanyň pygamberlikli tapmajasy, synag möhletiniň tamamlanmagynyň öňüsyrasynda Ýahuda taýpasynyň Arslany tarapyndan açylýan zatlaryň bir bölegidir. Mesih hiç wagt üýtgemeýär, we Millerit taryhynyň Birinji hem-de Beýik Göwnüçökgünliklerinde, Ol göwnüçökgünligiň syryny düşündiren bir hakykaty aýan etdi.</w:t>
      </w:r>
    </w:p>
    <w:p>
      <w:pPr>
        <w:pStyle w:val="ArticleBody"/>
        <w:jc w:val="left"/>
      </w:pPr>
      <w:r>
        <w:rPr>
          <w:rFonts w:ascii="Times New Roman" w:hAnsi="Times New Roman" w:eastAsia="Times New Roman" w:cs="Times New Roman"/>
        </w:rPr>
        <w:t>Millerçi taryhyndaky Birinji Lapkeçlikden soň, Ol 1843-nji ýylyň çyzgysynda görkezilen käbir sanlardaky ýalňyşlykdan Öz elini çekdi. Şol ýalňyşlyk Lapkeçligi döreden pygamberlik düşünmezçiligini aňladýardy. Ahyrsoňunda Millerçiler iki müň üç ýüz günüň başlangyç senesini berk esaslandyran birnäçe düşünjelere getirildiler. Esasan haça çüýlenilen güne daýanan berk bir başlangyç nokady bilen, olar 1843-nji ýyly kesgitlemek üçin ulanan şol bir pygamberlik subutnamasynyň hakykatda diňe 1844-nji ýyly däl, eýsem 1844-nji ýylyň 22-nji oktýabrynyň hut şol gününi-de görkezendigini gördüler.</w:t>
      </w:r>
    </w:p>
    <w:p>
      <w:pPr>
        <w:pStyle w:val="ArticleBody"/>
        <w:jc w:val="left"/>
      </w:pPr>
      <w:r>
        <w:rPr>
          <w:rFonts w:ascii="Times New Roman" w:hAnsi="Times New Roman" w:eastAsia="Times New Roman" w:cs="Times New Roman"/>
        </w:rPr>
        <w:t>Ikinji we beýik Tamamlanan umytsyzlykdan soň, Reb ýene-de bir hakykaty açdy; bu hakykat olaryň 1844-nji ýylyň 22-nji oktýabry Mesihiň Ikinji Gelişi diýip eden nädogry yglany sebäpli ýüze çykan ähli pygamberlik kynçylyklaryna jogap berdi. Reb Mukaddes ýer baradaky temany we onuň bilen baglanyşykly hakykatlary açdy, hem-de Beýik Tamamlanan umytsyzlyk düşündirildi.</w:t>
      </w:r>
    </w:p>
    <w:p>
      <w:pPr>
        <w:pStyle w:val="ArticleScripture"/>
        <w:jc w:val="left"/>
      </w:pPr>
      <w:r>
        <w:rPr>
          <w:rFonts w:ascii="Times New Roman" w:hAnsi="Times New Roman" w:eastAsia="Times New Roman" w:cs="Times New Roman"/>
        </w:rPr>
        <w:t>“Halk hökmünde biz pygamberlige yhlasly okuwçylar bolmalydyrys; Daniel bilen Ýahýanyň görnüşlerinde açylyp görkezilen mukaddes ýer baradaky meselede düşünjeli bolýançak dynç almaly däldiris. Bu mesele häzirki ýagdaýymyza we işimize uly ýagtylyk saçýar hem-de Hudaýyň geçen tejribämizde bize ýol görkezendiginiň jedelsiz subutnamasyny berýär. Ol 1844-nji ýyldaky lapykeçligimizi düşündirýär, arassalanmaly mukaddes ýeriň, biziň çak edişimiz ýaly, ýer ýüzüniň özi däl-de, eýsem Mesihiň şol wagt gökdäki mukaddes ýeriň iň mukaddes bölümine girendigini we şol ýerde pygamber Daniele perişdäniň aýdan şu sözleriniň ýerine ýetirilmegi hökmünde, Öz ruhanylyk wezipesiniň jemleýji işini ýerine ýetirýändigini görkezýär: ‘Iki müň üç ýüz güne çenli; şondan soň mukaddes ýer arassalanar.’”</w:t>
      </w:r>
    </w:p>
    <w:p>
      <w:pPr>
        <w:pStyle w:val="ArticleScripture"/>
        <w:jc w:val="left"/>
      </w:pPr>
      <w:r>
        <w:rPr>
          <w:rFonts w:ascii="Times New Roman" w:hAnsi="Times New Roman" w:eastAsia="Times New Roman" w:cs="Times New Roman"/>
        </w:rPr>
        <w:t>“Birinci, ikinji we üçünji perişdeleriň habarlary babatda biziň imanymyz dogrydy. Biziň geçip gelen beýik ýol belgilerimiz sarsdyryp bolmajakdyr. Jähennemiň goşunlary olary öz binýadyndan gopardyp taşlamaga synanyşsalar-da, hem munuňda üstünlik gazanandyklary baradaky pikir bilen dabaralansalar-da, şonda-da olar üstünlik gazanmaýarlar. Bu hakykatyň sütünleri, ebedi depeler kimin berk durýarlar; adamlaryň ähli tagallalary, Şeýtanyň we onuň goşunynyň tagallalary bilen birleşdirilen hem bolsa, olary ýerinden gymyldadyp bilmeýär. Biz köp zady öwrenip bileris, hem-de bu zatlaryň şeýle-digini görmek üçin Mukaddes Ýazgylary yzygiderli derňäp durmalydyrys. Hudaýyň halky indi öz gözlerini gökdäki mukaddes jaýa dikmelidir, ol ýerde beýik Baş Ruhanymyzyň hökümiň işindäki ahyrky gullugy dowam edýär,—ol ýerde Ol Öz halky üçin şepagat edýär.” Review and Herald, 1883-nji ýylyň 27-nji noýabry.</w:t>
      </w:r>
    </w:p>
    <w:p>
      <w:pPr>
        <w:pStyle w:val="ArticleBody"/>
        <w:jc w:val="left"/>
      </w:pPr>
      <w:r>
        <w:rPr>
          <w:rFonts w:ascii="Times New Roman" w:hAnsi="Times New Roman" w:eastAsia="Times New Roman" w:cs="Times New Roman"/>
        </w:rPr>
        <w:t>Şägirtleriň haça çüýlenişdäki lapykeçligi, Mesihiň haçda berkarar etmeli bolan patyşalygyna nädogry düşünmeklerine esaslanýardy. Ýahýa Çokundyryjynyň hem-de resul Pawlusyň gulluklarynda göni manydaky Ysraýylyň hem-de göni manydaky ýer ýüzündäki mukaddes ýeriň döwranasynyň ruhy Ysraýyla hem-de ruhy asmandaky mukaddes ýere geçendigini aýan etmek işi bardy. Ýahuda taýpasynyň Arslany hemişe “akyldarlara” bu lapykeçligi düşündirýär. Rimiň “sekizinjidir, emma ýediden bolupdyr” diýen pygamberlik tapmajagynyň düşündirilmegi, 2020-nji ýylyň 18-nji iýulyndaky lapykeçligi düşündirmek üçin Ýahuda Arslanynyň ýerine ýetirýän işiniň bir bölegidir.</w:t>
      </w:r>
    </w:p>
    <w:p>
      <w:pPr>
        <w:pStyle w:val="ArticleBody"/>
        <w:jc w:val="left"/>
      </w:pPr>
      <w:r>
        <w:rPr>
          <w:rFonts w:ascii="Times New Roman" w:hAnsi="Times New Roman" w:eastAsia="Times New Roman" w:cs="Times New Roman"/>
        </w:rPr>
        <w:t>Milleritler Rimi Mukaddes Kitap pygamberliginiň dördünji patyşalygy hökmünde görýärdiler we butparazlyk bilen papalygyň arasyndaky tapawudy hem görýärdiler, emma papalyk Rimi Mukaddes Kitap pygamberliginiň bäşinji patyşalygy hökmünde görüp bilmändiler. 1844-nji ýyldan gysga wagt soň, öňdebaryjylar Amerikanyň Birleşen Ştatlarynyň Mukaddes Kitap pygamberliginiň indiki patyşalygydygyny gördüler.</w:t>
      </w:r>
    </w:p>
    <w:p>
      <w:pPr>
        <w:pStyle w:val="ArticleBody"/>
        <w:jc w:val="left"/>
      </w:pPr>
      <w:r>
        <w:rPr>
          <w:rFonts w:ascii="Times New Roman" w:hAnsi="Times New Roman" w:eastAsia="Times New Roman" w:cs="Times New Roman"/>
        </w:rPr>
        <w:t>Şol ykrar 1850-nji ýylyň pionerler çyzgysynda görkezilendir, emma olaryň Mukaddes Kitabyň pygamberligindäki patyşalyklaryň doly suratyny, Ylham kitabynyň on ýedinji babynda görkezilişi ýaly, tanap bilmek ukyby olaryň düşünip bilşinden daşdady; çünki olar 1863-nji ýylda “ýedi wagt”y ret edenlerinden soň Laodikiýanyň çölde azaşyp başladylar.</w:t>
      </w:r>
    </w:p>
    <w:p>
      <w:pPr>
        <w:pStyle w:val="ArticleScripture"/>
        <w:jc w:val="left"/>
      </w:pPr>
      <w:r>
        <w:rPr>
          <w:rFonts w:ascii="Times New Roman" w:hAnsi="Times New Roman" w:eastAsia="Times New Roman" w:cs="Times New Roman"/>
        </w:rPr>
        <w:t>Gadymy Ysraýylyň taryhy Adventist jemagatynyň geçmişdäki tejribesiniň täsirli bir nusgasydyr. Hudaý Öz halkyny advent hereketinde alyp bardy, edil Ysraýyl ogullaryny Müsürden alyp çykyşy ýaly. Uly lapykeçlikde olaryň imany, Gyzyl deňziň başynda ýewreýleriňkisi synalşy ýaly, synaldy. Eger olar geçmişdäki tejribelerinde özleri bilen bolan ýolbelet Ele henizem ynanmagyny dowam etdiren bolsadylar, onda Hudaýyň halas edişini görerdiler. Eger 1844-nji ýylda bu işde agzybir zähmet çekenleriň hemmesi üçünji perişdäniň habaryny kabul edip, ony Mukaddes Ruhuň gudratynda wagyz eden bolsadylar, Reb olaryň tagallalary bilen gudratly işler ederdi. Dünýäniň üstüne ýagtylygyň joşgunly sili dökülipdi. Ýer ýüzüniň ýaşaýjylary ençeme ýyl öň duýdurylypdy, jemleýji iş tamamlanypdy, we Mesih Öz halkyny halas etmek üçin gelipdi.</w:t>
      </w:r>
    </w:p>
    <w:p>
      <w:pPr>
        <w:pStyle w:val="ArticleScripture"/>
        <w:jc w:val="left"/>
      </w:pPr>
      <w:r>
        <w:rPr>
          <w:rFonts w:ascii="Times New Roman" w:hAnsi="Times New Roman" w:eastAsia="Times New Roman" w:cs="Times New Roman"/>
        </w:rPr>
        <w:t>“Ysraýylyň kyrk ýyl çölde azaşyp gezmegi Hudaýyň erki däldi; Ol olary göni Kengan ýurduna alyp baryp, ol ýerde mukaddes, bagtly bir halk hökmünde ýerleşdirmek isleýärdi. Emma ‘olar imansyzlyk sebäpli girip bilmediler’. Ýewreýlere 3:19. Öz yzlaryna gaýdyp gitmeleri we ýüz öwürmeleri sebäpli olar çölde heläk boldular, Wada Berlen Ýurda girmek üçin bolsa beýlekiler çykaryldy. Şonuň ýaly-da, Mesihiň gelşiniň şonça uzak gijikdirilmegi we Onuň halkynyň günä hem gaýgy dünýäsinde şeýle köp ýyllap galmagy Hudaýyň erki däldi. Emma imansyzlyk olary Hudaýdan aýyrdy. Olar Özüniň tabşyran işini etmekden ýüz öwürendikleri üçin, habary wagyz etmek maksady bilen beýlekiler çykaryldy. Dünýä rehim edip, Isanyň gelşi gijikdirilýär, şonuň üçin günäkärleriň duýduryşy eşitmäge hem-de Hudaýyň gazaby dökülmezinden öň Onda pena tapmaga mümkinçilikleri bolsun.” The Great Controversy, 458.</w:t>
      </w:r>
    </w:p>
    <w:p>
      <w:pPr>
        <w:pStyle w:val="ArticleBody"/>
        <w:jc w:val="left"/>
      </w:pPr>
      <w:r>
        <w:rPr>
          <w:rFonts w:ascii="Times New Roman" w:hAnsi="Times New Roman" w:eastAsia="Times New Roman" w:cs="Times New Roman"/>
        </w:rPr>
        <w:t>Ýakup bilen Ellen Waýt ikisi-de bu hereketiň 1856-njy ýylda Laodikiýa hereketine öwrülendigini kesgitlediler, we öňki parçanyň özünde ol şeýle kesgitleýär: “eger 1844-nji ýylda işde biragyzdan zähmet çekenleriň hemmesi üçünji perişdäniň habaryny kabul edip, ony Mukaddes Ruhuň gudraty bilen yglan eden bolsadylar, Reb olaryň tagallalary bilen kuwwatly iş ederdi.” Soňra ol şeýle diýýär: “Edil şonuň ýaly-da,” gadymy Ysraýylyň görkezýän “yza gaýdyşlygy we dönükligi” gadymy Ysraýyly “çölde heläk bolmaga” getirdi. Bu parça, Laodikiýa Adventizminiň Çarýarym Gygyrşy habaryny yglan edenleriň heniz dirikä ýaşan döwründe çölde azaşyp gezip başlamagyny görkezýär.</w:t>
      </w:r>
    </w:p>
    <w:p>
      <w:pPr>
        <w:pStyle w:val="ArticleBody"/>
        <w:jc w:val="left"/>
      </w:pPr>
      <w:r>
        <w:rPr>
          <w:rFonts w:ascii="Times New Roman" w:hAnsi="Times New Roman" w:eastAsia="Times New Roman" w:cs="Times New Roman"/>
        </w:rPr>
        <w:t>Şu günler ilahiyatçylar (alymlar) Ylham kitabynyň on ýedinji baby üçin dürli-dürli ulanylyşlary kesgitleýärler; bular ýa Ýezuitleriň oýlap tapan futurizm usulyndan, ýa-da dinden çykan Protestantlygyň bozulan teologik amallaryndan gelip çykýar. Ylhamyň on ýedinji babyndaky nyşanlar örän ýönekeýdir. Biz zerur nyşanlary kesgitledik; şonuň üçin ol ýerde görkezilen patyşalyklara gaýdyp, olary Daniel kitabynyň ikinji babyndaky patyşalyklar bilen laýyklaşdyrarys, çünki Isa hemişe bir zadyň soňuny onuň başlangyjy arkaly görkezýär.</w:t>
      </w:r>
    </w:p>
    <w:p>
      <w:pPr>
        <w:pStyle w:val="ArticleScripture"/>
        <w:jc w:val="left"/>
      </w:pPr>
      <w:r>
        <w:rPr>
          <w:rFonts w:ascii="Times New Roman" w:hAnsi="Times New Roman" w:eastAsia="Times New Roman" w:cs="Times New Roman"/>
        </w:rPr>
        <w:t>Ýedi patyşa hem bardyr: olaryň bäşi ýykyldy, biri bar, beýlekisi entek gelmedi; ol gelende bolsa, az wagt galmalydyr. Olan, emma häzir ýok wagşy jandar bolsa sekizinjidir, ol şol ýediniň içindendir we heläkçilige gidýär. Seniň gören on şahyň bolsa heniz patyşalyk almadyk on patyşadyr; emma olar wagşy jandar bilen bile bir sagat patyşalar kimin häkimiýet alýarlar. Ylham 17:10–12.</w:t>
      </w:r>
    </w:p>
    <w:p>
      <w:pPr>
        <w:pStyle w:val="ArticleBody"/>
        <w:jc w:val="left"/>
      </w:pPr>
      <w:r>
        <w:rPr>
          <w:rFonts w:ascii="Times New Roman" w:hAnsi="Times New Roman" w:eastAsia="Times New Roman" w:cs="Times New Roman"/>
        </w:rPr>
        <w:t>Üçünji aýatda Ýahýa ruhy taýdan 1798-nji ýyla äkidildi. Taryhyň şol gözýetim nokadynda oňa eýýäm bäş patyşalygyň ýykylandygy aýdyldy. Ol patyşalyklar Wawilon, Meder-Pars, Gresiýa, butparaz Rim we papalyk Rimdi. William Miller on ýedinji bapdaky bu parçany çözüp bilmedi, çünki ol papalyk Rimiň butparaz Rimden aýratyn bir patyşalykdygyny tanap bilmedi. Şeýle-de bolsa, bu yzygiderlilik Ylhamyň on ikinji we on üçünji baplarynda beýan edilýär; sebäbi on ikinji bapdaky aždarha butparaz Rimi aňladýardy, on üçünji bapda deňizden çykan haýwan papalykdyr, ýer haýwany bolsa Amerikanyň Birleşen Ştatlarydyr. Sister White bu üç haýwanyň ählisini aždarha, haýwan we galp pygamber hökmünde kesgitleýär. Ol öz şaýatlygyny berende, patyşalyklaryň yzygiderliligini kesgitleýär, we bu yzygiderlilik biziň Ylhamyň on ýedinji babyna berýän düşündirişimiz bilen gabat gelýär.</w:t>
      </w:r>
    </w:p>
    <w:p>
      <w:pPr>
        <w:pStyle w:val="ArticleScripture"/>
        <w:jc w:val="left"/>
      </w:pPr>
      <w:r>
        <w:rPr>
          <w:rFonts w:ascii="Times New Roman" w:hAnsi="Times New Roman" w:eastAsia="Times New Roman" w:cs="Times New Roman"/>
        </w:rPr>
        <w:t>Uly gyzyl aždarhanyň, barsa meňzeş haýwanyň we guzy meňzeş şahly haýwanyň nyşanlary astynda Hudaýyň kanunyny tapdap geçmekde we Onuň halkyny yzarlamakda aýratyn işjeň boljak ýer ýüzüniň hökümetleri Ýuhanna görkezildi. Bu uruş zamanyň ahyryna çenli dowam edýär. Mukaddes aýal we onuň çagalary bilen nyşanlanan Hudaýyň halky örän azlykda hökmünde görkezildi. Ahyrky günlerde diňe bir galyndy bardy. Olar barada Ýuhanna şeýle diýýär: olar “Hudaýyň tabşyryklaryny saklaýan we Isa Mesihiň şaýatlygyny eýe tutýanlardyr.”</w:t>
      </w:r>
    </w:p>
    <w:p>
      <w:pPr>
        <w:pStyle w:val="ArticleScripture"/>
        <w:jc w:val="left"/>
      </w:pPr>
      <w:r>
        <w:rPr>
          <w:rFonts w:ascii="Times New Roman" w:hAnsi="Times New Roman" w:eastAsia="Times New Roman" w:cs="Times New Roman"/>
        </w:rPr>
        <w:t>“Butparazlygyň üsti bilen, soňra bolsa Papalyk arkaly, Şeýtan köp asyrlar dowamynda Hudaýyň wepaly şaýatlaryny ýer ýüzünden ýok etmek maksady bilen öz güýjüni işledipdi. Butparazlar bilen papistler şol bir aždarha ruhy tarapyndan herekete getirilýärdiler. Olar diňe şu taýdan tapawutlanýardylar: Papalyk, Hudaýa hyzmat edýän ýaly bolup görkezmek bilen, has howply we has zalym duşman bolupdy. Rimçilik arkaly Şeýtan dünýäni ýesir aldy. Hudaýyň özüni şeýle atlandyrýan ybadathanasy bu azaşmagyň hatarlaryna sürülip girizildi, we müň ýyldan gowrak wagtlap Hudaýyň halky ажdarhanyň gazabynyň astynda ejir çekdi. Papalyk bolsa öz güýjünden mahrum edilip, yzarlamany bes etmäge mejbur bolanda, Ýahýa ажdarhanyň sesini gaýtalajak we şol bir zalym hem-de Hudaýa dil ýetiriji işi dowam etdirjek täze bir güýjüň ýüze çykýandygyny gördi. Hudaýyň ybadathanasyna we kanunyna garşy uruş alyp barjak iň soňky bu güýç, guzy meňzeş şahly bir haýwan bilen alamatlandyrylypdy.”</w:t>
      </w:r>
    </w:p>
    <w:p>
      <w:pPr>
        <w:pStyle w:val="ArticleScripture"/>
        <w:jc w:val="left"/>
      </w:pPr>
      <w:r>
        <w:rPr>
          <w:rFonts w:ascii="Times New Roman" w:hAnsi="Times New Roman" w:eastAsia="Times New Roman" w:cs="Times New Roman"/>
        </w:rPr>
        <w:t>Emma pygamberlik galamynyň berk çeken çyzyklary bu asuda görnüşde bir üýtgeşmäniň ýüze çykýandygyny açyp görkezýär. Guzujyga meňzeş şahlary bolan ýyrtyjy haýwan aždarhanyň sesi bilen gepleýär we “özünden öňki birinji haýwanyň ähli häkimiýetini onuň öňünde ulanýar.” Pygamberlik onuň ýer ýüzünde ýaşaýanlara haýwana bir şekil ýasamalydyklaryny aýdjakdygyny yglan edýär, şeýle hem ol “hemmäni — kiçini-de, ulusyny-da, baýy-da, garyby-da, erkin adamyny-da, guluny-da — sag eline ýa-da maňlaýyna bir nyşan almaga mejbur edýär; we haýwanyň nyşany, ýa-da onuň ady, ýa-da adynyň sany bolmadyk hiç kim satyn alyp hem, satyp hem bilmez.” Şeýlelikde protestantlyk Papalygyň yzyna düşýär. “Signs of the Times,” 1899-njy ýylyň 1-nji noýabry.</w:t>
      </w:r>
    </w:p>
    <w:p>
      <w:pPr>
        <w:pStyle w:val="ArticleBody"/>
        <w:jc w:val="left"/>
      </w:pPr>
      <w:r>
        <w:rPr>
          <w:rFonts w:ascii="Times New Roman" w:hAnsi="Times New Roman" w:eastAsia="Times New Roman" w:cs="Times New Roman"/>
        </w:rPr>
        <w:t>Soňky parçanyň birinji abzasynda Uayt uýa butparaz Rimi, papalyk Rimi we Amerikanyň Birleşen Ştatlaryny “ýerdäki hökümetler” diýip kesgitleýär. Ikinji abzasynda bolsa ol bu hökümetleriň yzygiderli bolandygyny şeýle diýmek bilen görkezýär: “butparazlygyň üsti bilen, soňra bolsa Papalyk arkaly,” hem-de “Papalyk güýjünden mahrum edilip, yzarlamany bes etmäge mejbur edilende, Ýahýa aždarhanyň sesini gaýtalamak we şol bir zalym hem-de Hudaýa dil ýetiriji işi dowam etdirmek üçin ýokary galýan täze bir güýji gördi.” Şeýle-de bolsa, ol munuň bilen çäklenmeýär, çünki üçünji abzasynda Amerikanyň Birleşen Ştatlarynyň tutuş dünýä başga bir patyşalygy zor bilen kabul etdirjekdigini görkezýär. Ol şeýle diýýär: “Guzy meňzeş şahly haýwan aždarhanyň sesi bilen gürleýär we ‘öňündäki ilkinji haýwanyň ähli häkimiýetini ulanýar.’ Pygamberlik onuň ýer ýüzünde ýaşaýanlara haýwana bir şekil ýasamagy aýtjakdygyny yglan edýär.”</w:t>
      </w:r>
    </w:p>
    <w:p>
      <w:pPr>
        <w:pStyle w:val="ArticleBody"/>
        <w:jc w:val="left"/>
      </w:pPr>
      <w:r>
        <w:rPr>
          <w:rFonts w:ascii="Times New Roman" w:hAnsi="Times New Roman" w:eastAsia="Times New Roman" w:cs="Times New Roman"/>
        </w:rPr>
        <w:t>Ylham kitabyň on ikinji we on üçünji baplary butparaz Rimini, papalyk Rimini, Amerikanyň Birleşen Ştatlaryny we Amerikanyň Birleşen Ştatlary tarapyndan dikeldilýän haýwanyň bütindünýä keşbini görkezýär. “Haýwanyň keşbi” diýen düşünjäniň kesgitlemesi Buthana bilen Döwletiň birleşmegidir; şonuň üçin hem bütin dünýäniň haýwanyň keşbini dikeltmegi, kesgitleme boýunça, ahyrky günlerde tutuş ýeriň üstüne bir dünýä hökümetiniň zor bilen ornaşdyryljakdygyny görkezýär. Bu patyşalyk Döwletden we Buthanadan ybarat bolar, Buthana bolsa şol gatnaşyga ýolbaşçylyk eder. Ylham kitabyň on ikinji we on üçünji baplary yzly-yzyna gelýän dört patyşalygy görkezýär; şol bir patyşalyklar on ýedinji bapda-da, şeýle hem Daniýel kitabyň ikinji babynda-da beýan edilýär.</w:t>
      </w:r>
    </w:p>
    <w:p>
      <w:pPr>
        <w:pStyle w:val="ArticleBody"/>
        <w:jc w:val="left"/>
      </w:pPr>
      <w:r>
        <w:rPr>
          <w:rFonts w:ascii="Times New Roman" w:hAnsi="Times New Roman" w:eastAsia="Times New Roman" w:cs="Times New Roman"/>
        </w:rPr>
        <w:t>1798-nji ýylda Ýahýa Mukaddes Kitabyň pygamberlikleriniň ilkinji bäş patyşalygynyň eýýäm ýykylandygyny, hem-de 1798-nji ýylda şol wagt bir patyşalygyň bar bolandygyny gördi. Mukaddes Kitabyň pygamberligindäki 1798-nji ýylda başlan patyşalyk, Ylham kitabynyň on üçünji babyndaky ýerden çykan haýwandy; ol guzy ýaly başlap, ahyrsoňy aždarha ýaly gepleýär. Amerikanyň Birleşen Ştatlary, ölüm ýarasyny alan ruhy Wawilonyň bäşinji patyşalygyndan soň gelýän, Mukaddes Kitap pygamberliginiň iki şahly altynjy patyşalygydyr. Bäşinji patyşalyk, göni manydaky Wawilonyň birinji patyşalyk hökmünde nyşanlanan ruhy Wawilondy. Iki şahly altynjy patyşalyk kümüşden bolan iki gol bilen nyşanalanypdyr.</w:t>
      </w:r>
    </w:p>
    <w:p>
      <w:pPr>
        <w:pStyle w:val="ArticleBody"/>
        <w:jc w:val="left"/>
      </w:pPr>
      <w:r>
        <w:rPr>
          <w:rFonts w:ascii="Times New Roman" w:hAnsi="Times New Roman" w:eastAsia="Times New Roman" w:cs="Times New Roman"/>
        </w:rPr>
        <w:t>1798-nji ýylda heniz gelmeli bolan bir patyşalyk bolmalydy, çünki 1798-nji ýylda «beýlekisi entek gelmedi». Şol ýedinji patyşalyk taryha gelende, ol diňe «gysga wagt» dowam etmelidi. Bäşinji patyşalyk ölüm howply ýara aldy, altynjy patyşalygyň iki şahy bardy, ýedinji patyşalyk bolsa diňe gysga bir döwür dowam edýär. Bölümiň baglamy ýedinji patyşalygyň «on patyşa» arkaly şekillendirilýändigini görkezýär, çünki «on patyşa» bir patyşalyga öwrülende, olar diňe «bir sagat» höküm sürýärler, bir «sagat» hem gysga bir «wagt» bolup durýar. «On patyşa» hakykatdan-da höküm sürenlerinde, olar haýwan bilen bilelikde şol «bir sagat» dowamynda höküm sürýärler.</w:t>
      </w:r>
    </w:p>
    <w:p>
      <w:pPr>
        <w:pStyle w:val="ArticleScripture"/>
        <w:jc w:val="left"/>
      </w:pPr>
      <w:r>
        <w:rPr>
          <w:rFonts w:ascii="Times New Roman" w:hAnsi="Times New Roman" w:eastAsia="Times New Roman" w:cs="Times New Roman"/>
        </w:rPr>
        <w:t>Sen gören on şaha on patyşadyr; olar entek patyşalyk almandyrlar, emma wagşy haýwan bilen bile bir sagatlyk patyşa hökmünde häkimiýet alýarlar. Ylham 17:12.</w:t>
      </w:r>
    </w:p>
    <w:p>
      <w:pPr>
        <w:pStyle w:val="ArticleBody"/>
        <w:jc w:val="left"/>
      </w:pPr>
      <w:r>
        <w:rPr>
          <w:rFonts w:ascii="Times New Roman" w:hAnsi="Times New Roman" w:eastAsia="Times New Roman" w:cs="Times New Roman"/>
        </w:rPr>
        <w:t>“On şah” ýedinji patyşalykdyr, emma olar haýwan bilen bilelikde “bir sagat” höküm sürýärler. “Bir sagat” ABŞ-da ýakyn wagtda çykjak ýekşenbe güni baradaky kanundan başlanýan ýekşenbe güni kanuny krizisiniň döwrüdir. Olar haýwan bilen bilelikde höküm sürmäge razy bolýarlar, çünki munuň üçin esasy patyşa, ýagny ABŞ tarapyndan mejbur edilýärler. Ak uýamyz ýaňy-ýakynda salgylanan parçadaky beýanatda Hudaýyň halkyny yzarlajak iň soňky güýjüň ýer haýwanydygyny kesgitleýär.</w:t>
      </w:r>
    </w:p>
    <w:p>
      <w:pPr>
        <w:pStyle w:val="ArticleScripture"/>
        <w:jc w:val="left"/>
      </w:pPr>
      <w:r>
        <w:rPr>
          <w:rFonts w:ascii="Times New Roman" w:hAnsi="Times New Roman" w:eastAsia="Times New Roman" w:cs="Times New Roman"/>
        </w:rPr>
        <w:t>“Ýahýa aždarhanyň sesini gaýtalamak hem-de şol bir zalym we küpür işini dowam etdirmek üçin ýüze çykýan täze bir güýji gördi. Bu güýç, ýygnaga we Hudaýyň kanunyna garşy uruş alyp barmaly iň soňky güýç, guzujyk şekilli şahlary bolan bir wagşy haýwan bilen nyşanlandyrylypdy.” Signs of the Times, November 1, 1899.</w:t>
      </w:r>
    </w:p>
    <w:p>
      <w:pPr>
        <w:pStyle w:val="ArticleBody"/>
        <w:jc w:val="left"/>
      </w:pPr>
      <w:r>
        <w:rPr>
          <w:rFonts w:ascii="Times New Roman" w:hAnsi="Times New Roman" w:eastAsia="Times New Roman" w:cs="Times New Roman"/>
        </w:rPr>
        <w:t>Mukaddes Kitabyň pygamberlikleriniň iň soňky şalygy, Ýalan Pygamber hökmünde Amerikanyň Birleşen Ştatlarynyň amala aşyran aldawy arkaly ýüze çykarylýar. Bu şalyk 1798-nji ýylda guzy hökmünde başlady, emma soňky günlerde ol dünýäni haýwanyň bütindünýä şekilini kabul etmäge mejbur edýär; bu bolsa kesgitleme boýunça, buthananyň gatnaşykda höküm sürýän tarap bolmagy bilen, Buthana bilen Döwletiň birleşmesidir. Şeýle hem şol şalyk üç taraplaýyn birleşik hökmünde tanalýar.</w:t>
      </w:r>
    </w:p>
    <w:p>
      <w:pPr>
        <w:pStyle w:val="ArticleScripture"/>
        <w:jc w:val="left"/>
      </w:pPr>
      <w:r>
        <w:rPr>
          <w:rFonts w:ascii="Times New Roman" w:hAnsi="Times New Roman" w:eastAsia="Times New Roman" w:cs="Times New Roman"/>
        </w:rPr>
        <w:t>“Amerikanyň Birleşen Ştatlarynyň protestantlary ruhçylyga el uzadyp, onuň elinden tutmakda ilkinjileriň hatarynda bolarlar; olar girdabyň üstünden geçip, Rim häkimiýeti bilen el berşerler; we şu üçtaraplaýyn birleşigiň täsiri astynda bu ýurt wyždan azatlygynyň hukuklaryny depgiläp, Rimiň yzyna düşer.” Uly Dawalyşyk, 588.</w:t>
      </w:r>
    </w:p>
    <w:p>
      <w:pPr>
        <w:pStyle w:val="ArticleBody"/>
        <w:jc w:val="left"/>
      </w:pPr>
      <w:r>
        <w:rPr>
          <w:rFonts w:ascii="Times New Roman" w:hAnsi="Times New Roman" w:eastAsia="Times New Roman" w:cs="Times New Roman"/>
        </w:rPr>
        <w:t>Üç taraply birleşik — Ylhamyň on altynjy babynda ýeriň patyşalaryna çykyp, dünýäni Armageddona alyp barýan aždahanyň, haýwanyň we ýalan pygamberiň birleşigidir.</w:t>
      </w:r>
    </w:p>
    <w:p>
      <w:pPr>
        <w:pStyle w:val="ArticleScripture"/>
        <w:jc w:val="left"/>
      </w:pPr>
      <w:r>
        <w:rPr>
          <w:rFonts w:ascii="Times New Roman" w:hAnsi="Times New Roman" w:eastAsia="Times New Roman" w:cs="Times New Roman"/>
        </w:rPr>
        <w:t>Men aždahanyň agzyndan, janawaryň agzyndan we ýalan pygamberiň agzyndan gurbaga meňzeş üç haram ruhuň çykýandygyny gördüm. Çünki olar gudratlar görkezýän şeýtanlaryň ruhlarydyr; olar Ýer ýüzüniň patyşalarynyň we bütin dünýäniň patyşalarynyň ýanyna gidip, olary Gudratygüýçli Hudaýyň şol beýik gününiň söweşine ýygnamak üçin çykýarlar. Ylham 16:13, 14.</w:t>
      </w:r>
    </w:p>
    <w:p>
      <w:pPr>
        <w:pStyle w:val="ArticleBody"/>
        <w:jc w:val="left"/>
      </w:pPr>
      <w:r>
        <w:rPr>
          <w:rFonts w:ascii="Times New Roman" w:hAnsi="Times New Roman" w:eastAsia="Times New Roman" w:cs="Times New Roman"/>
        </w:rPr>
        <w:t>“Rim güýji” — ölüm howply ýara alan papalykdyr, ýagny haýwan we Mukaddes Kitap pygamberliginiň bäşinji patyşalygydyr. “Protestantlar” — Birleşen Ştatlary, ýalan pygamberi we Mukaddes Kitap pygamberliginiň altynjy hem iň soňky patyşalygyny aňladýar. “Ruhçulyk” — Birleşen Milletler Guramasydyr, aždarha hem-de haýwan bilen bir sagatlap höküm sürmäge razy bolan patyşalykdyr. Üç taraply birleşik, Vahý on birde agzalýan “uly ýer titremesiniň” “sagady” bolan “bir sagadyň” dowamynda amala aşyrylýar; bu bolsa ýakyn wagtda geljek ýekşenbe kanunydyr.</w:t>
      </w:r>
    </w:p>
    <w:p>
      <w:pPr>
        <w:pStyle w:val="ArticleScripture"/>
        <w:jc w:val="left"/>
      </w:pPr>
      <w:r>
        <w:rPr>
          <w:rFonts w:ascii="Times New Roman" w:hAnsi="Times New Roman" w:eastAsia="Times New Roman" w:cs="Times New Roman"/>
        </w:rPr>
        <w:t>“Hudaýyň kanunyny bozup, Papalygyň edarasyny mejbury ýagdaýda berkarar edýän karar arkaly milletimiz özüni dogrulykdan doly aýrar. Protestantizm aradaky uçurymy aşyp, Rim häkimiýetiniň elini gysmak üçin elini uzadanda, düýpsüz uçurymyň üstünden geçip, Spiritualizm bilen el berişende, şu üç taraplaýyn birleşigiň täsiri astynda ýurdumyz Protestant we respublikan hökümet hökmünde öz Konstitusiýasynyň her bir ýörelgesini ret edende hem-de papalyk ýalanlarynyň we aldanmalarynyň ýaýramagy üçin şert döredende, şonda biz Şeýtanyň täsin işi üçin wagtyň gelendigini we soňuň golaýandygyny bilip bileris.” Testimonies, 5-nji tom, 451.</w:t>
      </w:r>
    </w:p>
    <w:p>
      <w:pPr>
        <w:pStyle w:val="ArticleBody"/>
        <w:jc w:val="left"/>
      </w:pPr>
      <w:r>
        <w:rPr>
          <w:rFonts w:ascii="Times New Roman" w:hAnsi="Times New Roman" w:eastAsia="Times New Roman" w:cs="Times New Roman"/>
        </w:rPr>
        <w:t>Danyýlyň ikinji babynda altyn kelle bilen görkezilen Mukaddes Kitap pygamberliginiň birinji patyşalygy bolan Wawilon ruhy Wawilony, ýagny Mukaddes Kitap pygamberliginiň bäşinji patyşalygyny alamatlandyrýar. Kümüş eginler we gollar bilen görkezilen Midiýalylaryň we Parsylaryň goşa patyşalygy, Danyýlyň ikinji babyndaky Mukaddes Kitap pygamberliginiň ikinji patyşalygy bolup, iki şahly ýer jandaryny, ýagny Amerikanyň Birleşen Ştatlaryny, Mukaddes Kitap pygamberliginiň altynjy patyşalygyny aňladýar. Danyýlyň ikinji babyndaky şekiliň bürünji, ýagny Mukaddes Kitap pygamberliginiň üçünji patyşalygy bolan Gresiýany görkezmek bilen, Birleşen Milletler Guramasyny, “bir sagat” dowam edýän ýedinji kelläni hem-de aždahanyň, ýyrtyjy haýwanyň we galp pygamberiň üç taraplaýyn birleşiginde orun kabul etmäge razy bolýan güýji aňladýar.</w:t>
      </w:r>
    </w:p>
    <w:p>
      <w:pPr>
        <w:pStyle w:val="ArticleBody"/>
        <w:jc w:val="left"/>
      </w:pPr>
      <w:r>
        <w:rPr>
          <w:rFonts w:ascii="Times New Roman" w:hAnsi="Times New Roman" w:eastAsia="Times New Roman" w:cs="Times New Roman"/>
        </w:rPr>
        <w:t>Daniel kitabyň ikinji babyndaky demir patyşalyk, Mukaddes Ýazgylaryň pygamberlikdäki dördünji patyşalygy, ýediniň içinden bolan sekizinji patyşalygy aňladýar. Hakyky butparaz Rim, ýagny dördünji patyşalyk, häzirki Rimi aňladýar; ol bolsa Ybadathana bilen Döwletiň birleşmeginden düzülen, bu gatnaşykda Ybadathananyň agalyk edýän bir patyşalygydyr. Ol patyşalyk häsiýeti boýunça üç taraplydyr, çünki “on patyşanyň” baş patyşasy altynjy patyşalykdyr, ýagny ýer haýwanydyr. Altynjy patyşalyk Ahabdyr, ol Izebele öýlenipdi. Altynjy patyşalyk öz üç taraply birleşiginde görkezilende, ol häzirki Rimdir; ondan öň bäşinji patyşalyk bolan papalyk Rim gelipdi, onuň öňünden bolsa butparaz Rimiň dördünji patyşalygy gelipdi.</w:t>
      </w:r>
    </w:p>
    <w:p>
      <w:pPr>
        <w:pStyle w:val="ArticleBody"/>
        <w:jc w:val="left"/>
      </w:pPr>
      <w:r>
        <w:rPr>
          <w:rFonts w:ascii="Times New Roman" w:hAnsi="Times New Roman" w:eastAsia="Times New Roman" w:cs="Times New Roman"/>
        </w:rPr>
        <w:t>Milleritler diňe Rim imperiýasyny dördünji we iň soňky patyşalyk hökmünde gördüler. Olar onuň tebigatynyň iki görnüşlidigini ykrar etdiler, emma ondan soň gelýän başga hiç bir ýer ýüzüniň patyşalygyny görüp bilmediler. Dördünji patyşalyk butparaz Rim bolup, ol bäşinji patyşalyk bolan papalyk Rimden öň gelýär; onuň yzyndan bolsa altynjy patyşalyk bolan häzirki zaman Rim gelýär. Altynjy patyşalyk üç Rim görnüşiniň üçünjisidir.</w:t>
      </w:r>
    </w:p>
    <w:p>
      <w:pPr>
        <w:pStyle w:val="ArticleBody"/>
        <w:jc w:val="left"/>
      </w:pPr>
      <w:r>
        <w:rPr>
          <w:rFonts w:ascii="Times New Roman" w:hAnsi="Times New Roman" w:eastAsia="Times New Roman" w:cs="Times New Roman"/>
        </w:rPr>
        <w:t>Aždahanyň, haýwanyň we ýalan pygamberiň üçtaraplaýyn birleşigi hem häzirki zaman Rimidir, hem-de ölümly ýarasy bejerilen Beýik Wawilondyr. Amerikanyň Birleşen Ştatlary, Birleşen Milletler Guramasy we Tiriň jelep aýaly sekizinji we iň soňky patyşalygy aňladýar, emma olaryň üçüsi hem “ybadathana we Hudaýyň kanunyna garşy uruş alyp barmak” üçin bolan iň soňky güýç bolan altynjy patyşalygyň üçtaraplaýyn birleşiginde ýaranlardyr.</w:t>
      </w:r>
    </w:p>
    <w:p>
      <w:pPr>
        <w:pStyle w:val="ArticleBody"/>
        <w:jc w:val="left"/>
      </w:pPr>
      <w:r>
        <w:rPr>
          <w:rFonts w:ascii="Times New Roman" w:hAnsi="Times New Roman" w:eastAsia="Times New Roman" w:cs="Times New Roman"/>
        </w:rPr>
        <w:t>Amerikanyň Birleşen Ştatlary altynjy patyşalygyň üçden biridir. Birleşen Milletler Guramasy hem, üç taraplaýyn birleşigiň bir bölegi hökmünde, altynjy patyşalygyň üçden biridir, papalyk hem altynjy patyşalygyň üçden biridir. Bu derejede Amerikanyň Birleşen Ştatlary üçin san ALTY, Birleşen Milletler Guramasy üçin san ALTY, papalyk üçin hem san ALTYdyr. Üç taraplaýyn birleşik adamyň sanyny, ýagny “günäniň adamy”ny aňladýar, onuň sany bolsa ALTY-ALTY-ALTYdyr.</w:t>
      </w:r>
    </w:p>
    <w:p>
      <w:pPr>
        <w:pStyle w:val="ArticleScripture"/>
        <w:jc w:val="left"/>
      </w:pPr>
      <w:r>
        <w:rPr>
          <w:rFonts w:ascii="Times New Roman" w:hAnsi="Times New Roman" w:eastAsia="Times New Roman" w:cs="Times New Roman"/>
        </w:rPr>
        <w:t>Ine, hikmet bardyr. Düşünjesi bolan haýwanyň sanyny hasaplasyn, çünki ol adamyň sanydyr; onuň sany alty ýüz altmyş altydyr. Ylham 13:18.</w:t>
      </w:r>
    </w:p>
    <w:p>
      <w:pPr>
        <w:pStyle w:val="ArticleBody"/>
        <w:jc w:val="left"/>
      </w:pPr>
      <w:r>
        <w:rPr>
          <w:rFonts w:ascii="Times New Roman" w:hAnsi="Times New Roman" w:eastAsia="Times New Roman" w:cs="Times New Roman"/>
        </w:rPr>
        <w:t>Altynjy we soňky aýratyn patyşalyk Amerikanyň Birleşen Ştatlarydyr, emma ol dünýäni aldýar, çünki ol Ýalançy Pygamberdir.</w:t>
      </w:r>
    </w:p>
    <w:p>
      <w:pPr>
        <w:pStyle w:val="ArticleScripture"/>
        <w:jc w:val="left"/>
      </w:pPr>
      <w:r>
        <w:rPr>
          <w:rFonts w:ascii="Times New Roman" w:hAnsi="Times New Roman" w:eastAsia="Times New Roman" w:cs="Times New Roman"/>
        </w:rPr>
        <w:t>Ol onuň huzurynda birinji haýwanyň ähli ygtyýaryny ulanýar hem-de ýeri we onda ýaşaýanlary ölüm ýarasy bejerilen birinji haýwana çokunmaga mejbur edýär. Ol beýik gudratlar görkezýär, hatda adamlaryň gözüniň alnynda asmandan ýere ot düşürýär. Şeýle-de, haýwanyň huzurynda etmäge ygtyýary bolan şol gudratlaryň üsti bilen ýerde ýaşaýanlary aldap, ýerde ýaşaýanlara gylyçdan ýara alyp hem diri galan haýwana bir şekil ýasamagy aýdýar. Ylham 13:12–14.</w:t>
      </w:r>
    </w:p>
    <w:p>
      <w:pPr>
        <w:pStyle w:val="ArticleBody"/>
        <w:jc w:val="left"/>
      </w:pPr>
      <w:r>
        <w:rPr>
          <w:rFonts w:ascii="Times New Roman" w:hAnsi="Times New Roman" w:eastAsia="Times New Roman" w:cs="Times New Roman"/>
        </w:rPr>
        <w:t>“Öz öňünde bolan birinji haýwanyň güýji” diýilýän zat, 496-njy ýylda Hlodwigden başlap, Ýewropanyň patyşalary tarapyndan papalyga berlen güýji aňladýar. Amerikanyň Birleşen Ştatlary dünýäni aldap-ynamak we mejbur etmek üçin öz ykdysady kuwwaty bilen ugurdaş hereket edýän harby gudratyndan peýdalanýar. Amerikanyň Birleşen Ştatlary ýekşenbe güni ybadatyny mejbury berjaý etdirmek arkaly dünýäni papalyga sežde etmäge mejbur edýär. Amerikanyň Birleşen Ştatlary asmandan ody aşak düşürýän ýaly bolup uly gudratlar görkezýär; bu odyň (habaryň nyşanynyň) amala aşmagy Maglumat Super-Ýoly arkaly ýerine ýetiriler, ol bolsa beýin ýuwmagyň we wagyz-nesihatyň doly ösüşini aňladýar, ýagny bu gipnozyň häzirki zaman görnüşidir. Milletleri gaharlamakdaky wezipesini ýerine ýetirýän yslam tarapyndan ýer ýüzüne getirilen barha güýçlenýän krizis sebäpli, dünýä aždarhadan, haýwandan we ýalan pygamberden ybarat bolan Bütindünýä Çykan we Döwlet birleşmesi ulgamyny kabul etmäge aldanylýar.</w:t>
      </w:r>
    </w:p>
    <w:p>
      <w:pPr>
        <w:pStyle w:val="ArticleBody"/>
        <w:jc w:val="left"/>
      </w:pPr>
      <w:r>
        <w:rPr>
          <w:rFonts w:ascii="Times New Roman" w:hAnsi="Times New Roman" w:eastAsia="Times New Roman" w:cs="Times New Roman"/>
        </w:rPr>
        <w:t>Ylhamyň on üçünji babyndaky on sekizinji aýat haýwanyň sanyny hasaplaň diýende, ol san altynjy we soňky patyşalygy düzýän üç güýji aňladýar. Şol 666 patyşalyk ornaşdyrylanda, sekizinji patyşanyň ýediden bolýandygy baradaky pygamberlik tapmajanyň ýerine ýetmesi bolar. Şol pygamberlik tapmajasy, Ýahuda taýpasynyň Arslany Isa Mesihiň Ylhamyny açanda möhri çözülýän hakykatyň bir bölegidir.</w:t>
      </w:r>
    </w:p>
    <w:p>
      <w:pPr>
        <w:pStyle w:val="ArticleBody"/>
        <w:jc w:val="left"/>
      </w:pPr>
      <w:r>
        <w:rPr>
          <w:rFonts w:ascii="Times New Roman" w:hAnsi="Times New Roman" w:eastAsia="Times New Roman" w:cs="Times New Roman"/>
        </w:rPr>
        <w:t>Şu sebäpli, üç görnüşli altynjy patyşalyk bolan ahyrky patyşalygyň, şeýle hem ýetmiş nyşanly ýyl unudylan ruhy Wawilonyň, häzirki Rimiň, şeýle hem birinji Wawilon patyşalygy we butparaz Rimiň dördünji patyşalygy bilen öňünden nyşanlanan dünýä ýüzündäki haýwanyň keşbiniň tapmaçasy iki gezek güwä geçilýär; ýagny bu hakykata düşünjekleriň “parasatlylar” boljakdygy bilen, çünki 666-nyň syry, edil sekizinji patyşanyň ýediniň biri bolşy baradaky syr ýaly, parasatly bolanlara esaslanýar.</w:t>
      </w:r>
    </w:p>
    <w:p>
      <w:pPr>
        <w:pStyle w:val="ArticleScripture"/>
        <w:jc w:val="left"/>
      </w:pPr>
      <w:r>
        <w:rPr>
          <w:rFonts w:ascii="Times New Roman" w:hAnsi="Times New Roman" w:eastAsia="Times New Roman" w:cs="Times New Roman"/>
        </w:rPr>
        <w:t>Ine, paýhas bardyr. Düşünjesi bolan haýwanyň sanyny hasaplasyn; çünki ol adamyň sanydyr; onuň sany bolsa alty ýüz altmyş altydyr. Ylham 13:18.</w:t>
      </w:r>
    </w:p>
    <w:p>
      <w:pPr>
        <w:pStyle w:val="ArticleScripture"/>
        <w:jc w:val="left"/>
      </w:pPr>
      <w:r>
        <w:rPr>
          <w:rFonts w:ascii="Times New Roman" w:hAnsi="Times New Roman" w:eastAsia="Times New Roman" w:cs="Times New Roman"/>
        </w:rPr>
        <w:t>Ine, paýhasy bolan akyl şudur. Ýedi baş — aýalyň üstünde oturan ýedi dagdyr. Ylham 17:9.</w:t>
      </w:r>
    </w:p>
    <w:p>
      <w:pPr>
        <w:pStyle w:val="ArticleBody"/>
        <w:jc w:val="left"/>
      </w:pPr>
      <w:r>
        <w:rPr>
          <w:rFonts w:ascii="Times New Roman" w:hAnsi="Times New Roman" w:eastAsia="Times New Roman" w:cs="Times New Roman"/>
        </w:rPr>
        <w:t>Isa Mesihiň Ylhamynyň möhürden açylmagyna “paýhaslylar” düşünýärler, erbetler däl. Ylham kitabynda paýhas barada edilen iki salgylanma hem “düşünjesi” bolanlar hakdadyr, “paýhaslylaryň” düşünýän zady bolsa “bilimiň artmagydyr”. Isa Mesihiň Ylhamy bolan şol “bilimiň artmagy”, sekizinji patyşalygyň, ýagny 666-nyň üç esse patyşalygynyň, Danyýel kitabynyň ikinji babynda-da şekillendirilýändiginiň ylhamydyr; çünki Milleriň düýşündäki gymmatbaha daşlar ahyrky günlerde on esse ýagty saçmalydyr.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“Ylhamda Hudaýyň çuň zatlary beýan edilýär. Onuň ylhamlanan sahypalaryna berlen hut şol at — ‘Ylham’ — munuň möhürlenen kitapdygy baradaky pikiri inkär edýär. Ylham — açylan bir zatdyr. Rebbiň Özi bu kitapda jemlenen syrlary Öz hyzmatkärine aýan etdi, we Ol olaryň hemmeler tarapyndan öwrenilmegine açyk bolmagyny niýet edýär. Onuň hakykatlary bu ýeriň taryhynyň soňky günlerinde ýaşaýanlara ýüzlenilýär, şeýle hem Ýahýanyň günlerinde ýaşaýanlara-da. Bu pygamberlikde şekillendirilen sahnalaryň käbiri geçmişe degişlidir, käbiri häzir bolup geçýär; käbirleri garaňkylygyň güýçleri bilen asmanyň Şazadasynyň arasyndaky beýik çaknyşygyň soňuny göz öňüne getirýär, käbirleri bolsa täzelenen ýerde halas edilenleriň ýeňişlerini we şatlyklaryny aýan edýär.</w:t>
      </w:r>
    </w:p>
    <w:p>
      <w:pPr>
        <w:pStyle w:val="ArticleScripture"/>
        <w:jc w:val="left"/>
      </w:pPr>
      <w:r>
        <w:rPr>
          <w:rFonts w:ascii="Times New Roman" w:hAnsi="Times New Roman" w:eastAsia="Times New Roman" w:cs="Times New Roman"/>
        </w:rPr>
        <w:t>Ylham kitabyndaky her bir nyşanyň manysyny düşündirip bilmeýändigi sebäpli, hiç kim bu kitapda bar bolan hakykatyň manysyny bilmek maksady bilen ony öwrenmegiň özi üçin peýdasyzdygyny pikir etmesin. Bu syrları Ýahýa açan Şol Bir Zat hakykaty yhlas bilen agtarýan adama asman zatlarynyň öňünden dadylmagyny berer. Ýürekleri hakykaty kabul etmäge açyk bolanlara onuň taglymatlaryna düşünmek başartdyrylar hem-de “bu pygamberligiň sözlerini eşidýän we onda ýazylan zatlary berjaý edýänlere” wada edilen bereket berler.</w:t>
      </w:r>
    </w:p>
    <w:p>
      <w:pPr>
        <w:pStyle w:val="ArticleScripture"/>
        <w:jc w:val="left"/>
      </w:pPr>
      <w:r>
        <w:rPr>
          <w:rFonts w:ascii="Times New Roman" w:hAnsi="Times New Roman" w:eastAsia="Times New Roman" w:cs="Times New Roman"/>
        </w:rPr>
        <w:t>“Ylhamda Mukaddes Kitabyň ähli kitaplary bir ýerde jemlenýär we tamam bolýar. Ine, bu ýerde Daniýel kitabynyň üstüni ýetirýän bölegi bardyr. Biri pygamberlikdir; beýlekisi ylham arkaly açylyşdyr. Möhürlenen kitap Ylham kitaby däl, eýsem Daniýeliň soňky günler bilen baglanyşykly pygamberliginiň şol bölegidir. Perişde şeýle buýurdy: ‘Emma sen, eý Daniýel, bu sözleri ýap we kitaby ahyrzaman wagtyna çenli möhürle.’ Daniýel 12:4.” Resullaryň Işleri,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Sekizinji San</dc:title>
  <dc:subject>Paýhas Açyldy: Üç Esse Bileleşigiň we Pygamberlikdäki 666 Syrynyň Öwrenilişi</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