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Altmış Bäşinji San</w:t>
      </w:r>
    </w:p>
    <w:p>
      <w:pPr>
        <w:pStyle w:val="ArticleSubtitle"/>
        <w:jc w:val="left"/>
      </w:pPr>
      <w:r>
        <w:rPr>
          <w:rFonts w:ascii="Arial" w:hAnsi="Arial" w:eastAsia="Arial" w:cs="Arial"/>
        </w:rPr>
        <w:t>Pygamberlik Äşgär Edilişi: 2020-nji ýylyň 18-nji iýulyndaky lapykeçlige we Ahyrzamanda Gijeki Nalyşyň kemala gelýän habaryna düşünmek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2024-01-29</w:t>
      </w:r>
    </w:p>
    <w:p>
      <w:pPr>
        <w:pStyle w:val="ArticleBody"/>
        <w:jc w:val="left"/>
      </w:pPr>
      <w:r>
        <w:rPr>
          <w:rFonts w:ascii="Times New Roman" w:hAnsi="Times New Roman" w:eastAsia="Times New Roman" w:cs="Times New Roman"/>
        </w:rPr>
        <w:t>2020-nji ýylyň 18-nji iýulynda Hudaýyň ahyrzamandaky reforma hereketi üçin ilkinji lapykeçlik geldi. Bu, üçünji Wainiň taryhynda, ýagny soňky ýagşyň taryhynda, şeýle hem ýüz kyrk dört müň adamyň möhürlenişiniň taryhynda bir ýol belgisi boldy. Ol taryh mukaddes taryhyň her bir reforma hereketi bilen şekillendirilipdir, has anyk aýdylanda bolsa Millerçiler hereketiniň taryhy arkaly şekillendirilip, on gyzyň tymsaly bilen beýan edilipdir we her bir pygamberiň kesgitlän pygamberlik taryhyny aňladýar.</w:t>
      </w:r>
    </w:p>
    <w:p>
      <w:pPr>
        <w:pStyle w:val="ArticleBody"/>
        <w:jc w:val="left"/>
      </w:pPr>
      <w:r>
        <w:rPr>
          <w:rFonts w:ascii="Times New Roman" w:hAnsi="Times New Roman" w:eastAsia="Times New Roman" w:cs="Times New Roman"/>
        </w:rPr>
        <w:t>2020-nji ýylyň 18-nji iýuly hereketiň ilkinji lapykeçligini aňladýar, şonuň üçin hem ol on gyz we Habakkuk baradaky tymsalda gijä galma döwrüniň gelip ýetendigini belleýär. Milleritler taryhynda olaryň ýalňyş yglan etmegine getiren şol bir subutnama hakyky senäni görkeziji hökmünde görüldi. Şonda on gyz baradaky tymsalyň gijä galma döwri häzirki hakykat hökmünde görlüpdi, we şol gijä galma döwri Habakkuk ikidäki şol bir gijä galma döwri bolupdy. On gyz baradaky tymsal iň ownuk harpyna çenli gaýtalanýar, we şol hakykat diňe lapykeçlige gatnaşanlaryň paýhasly ýa-da akylsyz gyz bolmaga dalaşgärdigini kesgitleýär.</w:t>
      </w:r>
    </w:p>
    <w:p>
      <w:pPr>
        <w:pStyle w:val="ArticleBody"/>
        <w:jc w:val="left"/>
      </w:pPr>
      <w:r>
        <w:rPr>
          <w:rFonts w:ascii="Times New Roman" w:hAnsi="Times New Roman" w:eastAsia="Times New Roman" w:cs="Times New Roman"/>
        </w:rPr>
        <w:t>Laodikiýaly Adventizmiň uly toplumy 2001-nji ýylyň 11-nji sentýabrynda üçünji Wajyň gelmegi bilen synag edildi, we 2020-nji ýylyň 18-nji iýuly baradaky başa barmadyk öňünden aýdyş geçip gidende, Laodikiýaly Adventizm, Millerçi taryhyndaky protestantlar ýaly, Rime tarap maksatsyz süýşüp gitmek üçin yzda galdyryldy.</w:t>
      </w:r>
    </w:p>
    <w:p>
      <w:pPr>
        <w:pStyle w:val="ArticleBody"/>
        <w:jc w:val="left"/>
      </w:pPr>
      <w:r>
        <w:rPr>
          <w:rFonts w:ascii="Times New Roman" w:hAnsi="Times New Roman" w:eastAsia="Times New Roman" w:cs="Times New Roman"/>
        </w:rPr>
        <w:t>Millerçiler diňe bir gijä galma döwrüni on gyz hakdaky meseliň ýerine ýetmesi hökmünde kesgitlemän, eýsem Habakkukda görnüşe garaşmak baradaky buýrugyň, ol gijä galsa-da, şol bir pygamberlik ýolgörkezijisidigini-de gördüler. Şondan soň Habakkuk, ýalňyş görnüşde beýan edilen we ilkinji lapykeçligi döreden görnüşiň ahyrynda “sözlejek” görnüşdigini tassyklaýar.</w:t>
      </w:r>
    </w:p>
    <w:p>
      <w:pPr>
        <w:pStyle w:val="ArticleScripture"/>
        <w:jc w:val="left"/>
      </w:pPr>
      <w:r>
        <w:rPr>
          <w:rFonts w:ascii="Times New Roman" w:hAnsi="Times New Roman" w:eastAsia="Times New Roman" w:cs="Times New Roman"/>
        </w:rPr>
        <w:t>Çünki bu görnüş heniz bellenen wagt üçindir; ýöne ahyrda ol gürlär we ýalan sözlemez: gijä galan ýaly bolsa-da, oňa garaş; sebäbi ol hökman geler, gijä galmaz. Habakuk 2:3.</w:t>
      </w:r>
    </w:p>
    <w:p>
      <w:pPr>
        <w:pStyle w:val="ArticleBody"/>
        <w:jc w:val="left"/>
      </w:pPr>
      <w:r>
        <w:rPr>
          <w:rFonts w:ascii="Times New Roman" w:hAnsi="Times New Roman" w:eastAsia="Times New Roman" w:cs="Times New Roman"/>
        </w:rPr>
        <w:t>Ilkinji lapykeçligi döreden habar, ýakyn geljekde berjaý bolýandygy ykrar edilmelidigi üçin berlen şol bir habardy, emma ol henizem ilkinji nädogry yglanyň beýan edilmeginde ulanylan öňki pygamberlik delillerine esaslanýan habardy.</w:t>
      </w:r>
    </w:p>
    <w:p>
      <w:pPr>
        <w:pStyle w:val="ArticleBody"/>
        <w:jc w:val="left"/>
      </w:pPr>
      <w:r>
        <w:rPr>
          <w:rFonts w:ascii="Times New Roman" w:hAnsi="Times New Roman" w:eastAsia="Times New Roman" w:cs="Times New Roman"/>
        </w:rPr>
        <w:t>Milleritleriň taryhynda öňki äht halky ilki synagdan geçirildi, ondan soň täze äht halky synagdan geçirildi. Protestanlar üçin synag Ylham kitabynyň onunjy bapdaky birinji perişde we Ylham kitabynyň on dördünji bapdaky birinji perişde (çünki olar şol bir perişdedir) 1840-njy ýylyň 11-nji awgustynda inende başlandy. Olaryň synagy ilkinji lapykeçlik we Ylham kitabynyň on dördünji bapdaky ikinji perişdäniň gelmegi bilen tamamlandy.</w:t>
      </w:r>
    </w:p>
    <w:p>
      <w:pPr>
        <w:pStyle w:val="ArticleBody"/>
        <w:jc w:val="left"/>
      </w:pPr>
      <w:r>
        <w:rPr>
          <w:rFonts w:ascii="Times New Roman" w:hAnsi="Times New Roman" w:eastAsia="Times New Roman" w:cs="Times New Roman"/>
        </w:rPr>
        <w:t>Millerit taryhynda Milleritler üçin synag birinji lapykeçlik wagtynda ikinji perişdäniň gelmegi bilen başlap, White uýanyň ikinji perişdä goşulýan köp sanly perişde hökmünde beýan edýän Gijeki ýarym çagyryşyň gelmegi bilen tamamlandy. Mukaddes Ruhuň gudraty astynda Gijeki ýarym çagyryş habaryny tanap kabul eden Milleritler, daş-töwerekleriniň ählisine ýaýraýan habary tanamadyk Milleritlerden şonda aýryldy. 1844-nji ýylyň 22-nji oktýabrynda üçünji perişde geldi we eglenip duran görgü şol wagtda sözledi.</w:t>
      </w:r>
    </w:p>
    <w:p>
      <w:pPr>
        <w:pStyle w:val="ArticleBody"/>
        <w:jc w:val="left"/>
      </w:pPr>
      <w:r>
        <w:rPr>
          <w:rFonts w:ascii="Times New Roman" w:hAnsi="Times New Roman" w:eastAsia="Times New Roman" w:cs="Times New Roman"/>
        </w:rPr>
        <w:t>Bir ýüz kyrk dört müňüň möhürlenişiniň taryhynda ilki öňki äht halky, soňra bolsa täze äht halky synagdan geçirildi. Synag Laodikiýa Adventizmi üçin Ylham kitaby on sekizinji bapdaky perişdäniň birinji sesi hem-de Ylham kitaby on dördünji bapdaky üçünji perişdäniň sesi bilen başlady (çünki olar şol bir perişdedir); ol ses 2001-nji ýylyň 11-nji sentýabrynda inip geldi. Olaryň synagy 2020-nji ýylyň 18-nji iýulyndaky umytsyzlyk bilen tamamlandy.</w:t>
      </w:r>
    </w:p>
    <w:p>
      <w:pPr>
        <w:pStyle w:val="ArticleBody"/>
        <w:jc w:val="left"/>
      </w:pPr>
      <w:r>
        <w:rPr>
          <w:rFonts w:ascii="Times New Roman" w:hAnsi="Times New Roman" w:eastAsia="Times New Roman" w:cs="Times New Roman"/>
        </w:rPr>
        <w:t>Üçünji perişdäniň hereketinde, ýüz kyrk dört müň üçin synag birinji lapykeçligiň gelmegi bilen başlady we Ýarýyllyk Nidasynyň habarynyň gelmegi bilen tamamlanar. Mukaddes Ruhuň güýji astynda, häzirki wagtda Ýarýyllyk Nidasynyň habaryny tanap kabul edýänler, indi özleriniň daş-töweregine her tarapdan inip duran köpugurly habary tanamadyk akmaklardan we pislerden şonda bölünip aýrylýarlar.</w:t>
      </w:r>
    </w:p>
    <w:p>
      <w:pPr>
        <w:pStyle w:val="ArticleBody"/>
        <w:jc w:val="left"/>
      </w:pPr>
      <w:r>
        <w:rPr>
          <w:rFonts w:ascii="Times New Roman" w:hAnsi="Times New Roman" w:eastAsia="Times New Roman" w:cs="Times New Roman"/>
        </w:rPr>
        <w:t>Ýakyn wagtda çykjak ýekşenbe güni baradaky kanun mahalynda, Ylhamyň on sekizinji babyndaky perişdäniň ikinji “sesi” gepleýär; bu, şeýle hem geplemegi “gijikdiren” görnüşdir. Şeýle hem ol, güýçlenip beýik nida öwrülýän üçünji perişdäniň habaryny aňladýar.</w:t>
      </w:r>
    </w:p>
    <w:p>
      <w:pPr>
        <w:pStyle w:val="ArticleBody"/>
        <w:jc w:val="left"/>
      </w:pPr>
      <w:r>
        <w:rPr>
          <w:rFonts w:ascii="Times New Roman" w:hAnsi="Times New Roman" w:eastAsia="Times New Roman" w:cs="Times New Roman"/>
        </w:rPr>
        <w:t>Ýarygijeki Gygyryş öňki perişdä goşulýan köp perişde hökmünde şekillendirilýär. Ýarygijeki Gygyryşyň habary tutuş habara goşant goşýan birnäçe böleklerden ybaratdyr, perişdeler bolsa habarlaryň nyşanlarydyr. Millerçiler taryhynda hakyky Ýarygijeki Gygyryşyň habaryny bir ýere jemläp, ony öňe çykarmakda ýolbaşçy hökmünde kesgitlenen öňdebaryjy Samuel S. Snow bolupdy. Şol taryhda Snowyň Ýarygijeki Gygyryşyň habaryna düşünişiniň belli bir wagtyň dowamynda kemala gelendigi giňden resminamalaşdyrylandyr.</w:t>
      </w:r>
    </w:p>
    <w:p>
      <w:pPr>
        <w:pStyle w:val="ArticleBody"/>
        <w:jc w:val="left"/>
      </w:pPr>
      <w:r>
        <w:rPr>
          <w:rFonts w:ascii="Times New Roman" w:hAnsi="Times New Roman" w:eastAsia="Times New Roman" w:cs="Times New Roman"/>
        </w:rPr>
        <w:t>Şol taryh hut şol harpy-hatyna çenli gaýtalanýar, we ahyrky Ýarygije Gykylygynyň habary 2023-nji ýylyň iýulynyň ahyryndan bäri köpçülige açyk ýagdaýda ösüp gelýär. Ol diňe bir Yslamyň habary bolman, eýsem ýüz kyrk dört müňüň möhürlenmegi baradaky habary hem öz içine alýar. Ol ýerdekeý haýwanyň iki şahasynyň hem, haýwanyň keşbine meňzeş ugurdaşlykda, “ölümden we direlişden” geçýändiginiň ylhamyny öz içine alýar; şol bir taryhyň içinde bolsa, “sekizinji ýedidendir” diýen pygamberlik tapmajasy ýerine ýetýär. Ol Ýedi Gök gürlemesi bilen baglanyşykly “gizlin taryhyň” ylhamlaryny öz içine alýar we Lewiler ýigrimi altydaky “ýedi wagtyň” Milleriň taryhynyň ähli hakykatlaryny 1989-njy ýylda döwrüň ahyrynda açylan hakykatlar bilen bilelikde dokap birleşdirýän sapakdygy aýan edilende, ret edilen “daşyň” “burçuň başyna” öwrülmegi baradaky pygamberlik tapmajasy hem onda ýerine ýetýär. Zeburçy muny şeýle diýýär:</w:t>
      </w:r>
    </w:p>
    <w:p>
      <w:pPr>
        <w:pStyle w:val="ArticleScripture"/>
        <w:jc w:val="left"/>
      </w:pPr>
      <w:r>
        <w:rPr>
          <w:rFonts w:ascii="Times New Roman" w:hAnsi="Times New Roman" w:eastAsia="Times New Roman" w:cs="Times New Roman"/>
        </w:rPr>
        <w:t>Gurluşykçylaryň ret eden daşy burçuň baş daşy boldy. Bu Rebbiň eden işidir; ol gözlerimiziň öňünde haýran galdyryjydyr. Ine, Rebbiň ýaradan güni şudur; onda şatlanyp, begeneliň. Zebur 118:22–24.</w:t>
      </w:r>
    </w:p>
    <w:p>
      <w:pPr>
        <w:pStyle w:val="ArticleBody"/>
        <w:jc w:val="left"/>
      </w:pPr>
      <w:r>
        <w:rPr>
          <w:rFonts w:ascii="Times New Roman" w:hAnsi="Times New Roman" w:eastAsia="Times New Roman" w:cs="Times New Roman"/>
        </w:rPr>
        <w:t>William Milleriň açan ilkinji “gymmatbaha daşy” bolan “daş” (gymmatbaha daşlar hem daşdyr) “Rebbiň ýaradan güni”dir. Öňki makalalarda görkezilişi ýaly, Şenbe baradaky tabşyrygyň gurluşy we sözleri Leýwiler kitabynyň ýigrimi bäşinji babynda beýan edilen mukaddes ýedilik aýlawynyň gurluşy bilen birmeňzeşdir. Ýedinji günde dynç almak, ýeriň ýedinji ýylda dynç almagynyň nyşany bolupdy; bu iki tabşyryk şeýle görnüşde göz öňünde tutulanda, olar Mukaddes Kitabyň pygamberliklerinde bir günüň bir ýyly aňladýandygyna şaýatlyk edýär.</w:t>
      </w:r>
    </w:p>
    <w:p>
      <w:pPr>
        <w:pStyle w:val="ArticleBody"/>
        <w:jc w:val="left"/>
      </w:pPr>
      <w:r>
        <w:rPr>
          <w:rFonts w:ascii="Times New Roman" w:hAnsi="Times New Roman" w:eastAsia="Times New Roman" w:cs="Times New Roman"/>
        </w:rPr>
        <w:t>Olar şeýle hem Milleriň Levitler 26-njy bapdaky Hudaýyň “ýedi wagtlyk” gazaby barada wagyz eden düşünjesiniň “bir gün” hökmünde görkezilýändigini görkezýärler; çünki Reb ýedi ýylyň mukaddes aýlawyny asmanlary we ýeri alty günde ýaradyp, ýedinjisinde dynç alşy ýaly, edil şonuň ýaly berkarar etdi.</w:t>
      </w:r>
    </w:p>
    <w:p>
      <w:pPr>
        <w:pStyle w:val="ArticleBody"/>
        <w:jc w:val="left"/>
      </w:pPr>
      <w:r>
        <w:rPr>
          <w:rFonts w:ascii="Times New Roman" w:hAnsi="Times New Roman" w:eastAsia="Times New Roman" w:cs="Times New Roman"/>
        </w:rPr>
        <w:t>Isa üzümçilik baradaky tymsaly tamamlandan soň, Ol fariseýlere bir sorag berdi.</w:t>
      </w:r>
    </w:p>
    <w:p>
      <w:pPr>
        <w:pStyle w:val="ArticleScripture"/>
        <w:jc w:val="left"/>
      </w:pPr>
      <w:r>
        <w:rPr>
          <w:rFonts w:ascii="Times New Roman" w:hAnsi="Times New Roman" w:eastAsia="Times New Roman" w:cs="Times New Roman"/>
        </w:rPr>
        <w:t>Şeýlelik bilen, üzümçiligiň eýesi gelende, ol şol daýhanlara näme eder? Olar Oňa diýdiler: «Ol şol erbet adamlary rehimsizlik bilen ýok eder-de, öz üzümçiligini miwelerini öz wagtynda berjek başga daýhanlara kärendesine berer». Isa olara diýdi: «Siz Mukaddes Ýazgylarda hiç wagt okamadyňyzmy: “Gurluşykçyların ret eden daşy, şol burçuň baş daşy boldy; bu Reb tarapyndan edildi, we bu biziň gözlerimizde ajaýypdyr”? Şonuň üçin size aýdýaryn: Hudaýyň Patyşalygy sizden alnyp, onuň miwelerini getirýän bir halka berler. Kim bu daşyň üstüne ýykylsa, döwüler; emma bu daş kimiň üstüne düşse, ony kül-owram eder». Baş ruhanylar bilen fariseýler Onuň tymsallaryny eşidenlerinde, Onuň olar hakda gürrüň edýändigine düşündiler. Matta 21:40–45.</w:t>
      </w:r>
    </w:p>
    <w:p>
      <w:pPr>
        <w:pStyle w:val="ArticleBody"/>
        <w:jc w:val="left"/>
      </w:pPr>
      <w:r>
        <w:rPr>
          <w:rFonts w:ascii="Times New Roman" w:hAnsi="Times New Roman" w:eastAsia="Times New Roman" w:cs="Times New Roman"/>
        </w:rPr>
        <w:t>Üzüm bagy baradaky tymsal, öňki saýlanan halkyň geçilip gidilmeginiň we Patyşalygyň täze saýlanan bir halka berilmeginiň tymsalydyr. Isanyň aýdyşy ýaly ret edilen “daş”, onuň nähili kabul edilýändigine görä ýa halas edýän, ýa-da weýran edýän “daşdyr”. Isanyň ulanan manysy içinde bu “daş” hökmany suratda Mukaddes Ýazgylardaky bir hakykat bolmalydyr, sebäbi onuň dogry miwe getirmäge güýji bardyr; Mesihiň dogrulygy bolsa erkeklerde we aýallarda diňe olar Onuň hakykat Sözüni kabul edenlerinde ýüze çykýar.</w:t>
      </w:r>
    </w:p>
    <w:p>
      <w:pPr>
        <w:pStyle w:val="ArticleScripture"/>
        <w:jc w:val="left"/>
      </w:pPr>
      <w:r>
        <w:rPr>
          <w:rFonts w:ascii="Times New Roman" w:hAnsi="Times New Roman" w:eastAsia="Times New Roman" w:cs="Times New Roman"/>
        </w:rPr>
        <w:t>Olary Öz hakykatyň arkaly mukaddesleştir: Seniň sözüň hakykatdyr. Ýahýa 17:17.</w:t>
      </w:r>
    </w:p>
    <w:p>
      <w:pPr>
        <w:pStyle w:val="ArticleBody"/>
        <w:jc w:val="left"/>
      </w:pPr>
      <w:r>
        <w:rPr>
          <w:rFonts w:ascii="Times New Roman" w:hAnsi="Times New Roman" w:eastAsia="Times New Roman" w:cs="Times New Roman"/>
        </w:rPr>
        <w:t>“Daş” kabul edilýän ýa-da ret edilýän taglymatdyr, Isa bolsa Sözdür; Resullaryň Işleri kitabynda Petrus “daşy” Mesih diýip kesgitleýär.</w:t>
      </w:r>
    </w:p>
    <w:p>
      <w:pPr>
        <w:pStyle w:val="ArticleScripture"/>
        <w:jc w:val="left"/>
      </w:pPr>
      <w:r>
        <w:rPr>
          <w:rFonts w:ascii="Times New Roman" w:hAnsi="Times New Roman" w:eastAsia="Times New Roman" w:cs="Times New Roman"/>
        </w:rPr>
        <w:t>Hemmäňize, şeýle hem ähli Ysraýyl halkyna mälim bolsun: sizleriň haça çüýlän, ýöne Hudaýyň ölümden direlden Nasyraly Isa Mesihiň ady bilen bu adam siziň öňüňizde sap-sag durandyr. Gurluşykçylar bolan sizleriň ret eden daşyňyz burçuň baş daşy boldy. Başga hiç kimde gutulyş ýokdur; çünki asmanyň astynda adamlaryň arasynda bize berlen, biziň gutulmagymyz üçin başga at ýokdur. Resullaryň işleri 4:10–12.</w:t>
      </w:r>
    </w:p>
    <w:p>
      <w:pPr>
        <w:pStyle w:val="ArticleBody"/>
        <w:jc w:val="left"/>
      </w:pPr>
      <w:r>
        <w:rPr>
          <w:rFonts w:ascii="Times New Roman" w:hAnsi="Times New Roman" w:eastAsia="Times New Roman" w:cs="Times New Roman"/>
        </w:rPr>
        <w:t>Soňra Birinji Petrusda ol “daş” baradaky nyşanany has hem çuňlaşdyrýar, ýöne ony öňki äht halkynyň geçip gitmegi we täze saýlanan halkyň seçilip alynmagy baradaky şol bir mazmunda saklaýar; ol hakda şeýle diýýär: “ozal halk däl ekeniňiz, emma indi Hudaýyň halkysyňyz; ozal rehim gazanmadykdyňyz, emma indi rehim gazandyňyz.”</w:t>
      </w:r>
    </w:p>
    <w:p>
      <w:pPr>
        <w:pStyle w:val="ArticleScripture"/>
        <w:jc w:val="left"/>
      </w:pPr>
      <w:r>
        <w:rPr>
          <w:rFonts w:ascii="Times New Roman" w:hAnsi="Times New Roman" w:eastAsia="Times New Roman" w:cs="Times New Roman"/>
        </w:rPr>
        <w:t>Oňa geleniňizde, Ol ýaşaýan daşa meňzedilendir; hakykatdan-da adamlar tarapyndan ret edildi, emma Hudaý tarapyndan saýlanyp alnan we gymmatlydyr. Siz hem diri daşlar hökmünde ruhy bir öý, mukaddes ruhanylyk bolup gurulýarsyňyz, şeýlelikde Isa Mesih arkaly Hudaýa makbul bolan ruhy gurbanlyklary hödürläsiňiz. Şonuň üçin hem Mukaddes Ýazgyda şeýle diýilýär: Ine, Men Sionda saýlanan, gymmatly baş burç daşy goýýaryn; Oňa iman edýän hiç haçan utanja galmaz. Şeýlelikde, iman edýän sizler üçin Ol gymmatlydyr; emma boýun egmeýänler üçin gurluşykçylaryň ret eden şol daşy hut burçuň baş daşy boldy, we büdreme daşy, päsgelçilik gaýasy boldy; olar Söze büdreýärler, sebäbi boýun egmeýärler; olar munuň üçin hem bellenipdi. 1 Petrus 2:4–8.</w:t>
      </w:r>
    </w:p>
    <w:p>
      <w:pPr>
        <w:pStyle w:val="ArticleBody"/>
        <w:jc w:val="left"/>
      </w:pPr>
      <w:r>
        <w:rPr>
          <w:rFonts w:ascii="Times New Roman" w:hAnsi="Times New Roman" w:eastAsia="Times New Roman" w:cs="Times New Roman"/>
        </w:rPr>
        <w:t>Petrus öňki saýlanan halk barada şeýle diýýär: «itaatsyzlyk edýänler üçin gurluşykçylaryň ret eden daşy burçuň baş daşy boldy, büdredýän daş we päsgelçilik gaýasy boldy, hut Söze büdreýän, boýun egmeýän şolara; olar şoňa-da bellenilipdi».</w:t>
      </w:r>
    </w:p>
    <w:p>
      <w:pPr>
        <w:pStyle w:val="ArticleBody"/>
        <w:jc w:val="left"/>
      </w:pPr>
      <w:r>
        <w:rPr>
          <w:rFonts w:ascii="Times New Roman" w:hAnsi="Times New Roman" w:eastAsia="Times New Roman" w:cs="Times New Roman"/>
        </w:rPr>
        <w:t>Isa her mukaddes binýat şekili arkaly beýanyny tapýar.</w:t>
      </w:r>
    </w:p>
    <w:p>
      <w:pPr>
        <w:pStyle w:val="ArticleScripture"/>
        <w:jc w:val="left"/>
      </w:pPr>
      <w:r>
        <w:rPr>
          <w:rFonts w:ascii="Times New Roman" w:hAnsi="Times New Roman" w:eastAsia="Times New Roman" w:cs="Times New Roman"/>
        </w:rPr>
        <w:t>Çünki hiç kim goýulan binýatdan başga binýat goýup bilmez; ol hem Isa Mesihdir. 1 Korinfliler 3:11.</w:t>
      </w:r>
    </w:p>
    <w:p>
      <w:pPr>
        <w:pStyle w:val="ArticleBody"/>
        <w:jc w:val="left"/>
      </w:pPr>
      <w:r>
        <w:rPr>
          <w:rFonts w:ascii="Times New Roman" w:hAnsi="Times New Roman" w:eastAsia="Times New Roman" w:cs="Times New Roman"/>
        </w:rPr>
        <w:t>Milleritleriň guran binýady Äsyrlar gaýasy (Daş) bolupdy.</w:t>
      </w:r>
    </w:p>
    <w:p>
      <w:pPr>
        <w:pStyle w:val="ArticleScripture"/>
        <w:jc w:val="left"/>
      </w:pPr>
      <w:r>
        <w:rPr>
          <w:rFonts w:ascii="Times New Roman" w:hAnsi="Times New Roman" w:eastAsia="Times New Roman" w:cs="Times New Roman"/>
        </w:rPr>
        <w:t>“Duýduryş gelip ýetdi: 1842, 1843 we 1844-nji ýyllardaky habaryň gelen döwründen bäri biz gurup gelýän imanyň binýadyny sarsdyrjak hiç bir zadyň içeri girmegine ýol berilmeli däldir. Men şol habaryň içindedim, şondan bäri hem Hudaýyň bize beren ýagtysyna wepaly bolup, dünýäniň öňünde durup gelýärin. Biz günbe-gün yhlasly doga bilen Rebbe ýüz tutup, ýagtylyk agtarýan mahalymyzda aýaklarymyzyň goýlan münberinden aýaklarymyzy aýyrmagy niýet etmeýäris. Meniň Hudaýyň maňa beren ýagtysyny terk edip biljekdigimi pikir edýärsiňizmi? Ol Asyrlaryň Gaýasy ýaly bolmalydyr. Ol maňa berlen gününden bäri meni ýolbeletlik edip gelýär.” Review and Herald, April 14, 1903.</w:t>
      </w:r>
    </w:p>
    <w:p>
      <w:pPr>
        <w:pStyle w:val="ArticleBody"/>
        <w:jc w:val="left"/>
      </w:pPr>
      <w:r>
        <w:rPr>
          <w:rFonts w:ascii="Times New Roman" w:hAnsi="Times New Roman" w:eastAsia="Times New Roman" w:cs="Times New Roman"/>
        </w:rPr>
        <w:t>Milleriň açan ilkinji göwheri, ýagny Asyrlaryň Gaýasy kimin Millerçi binýadynyň bir bölegine öwrülen hakykat, Levililer ýigrimi altynjy bapdaky “ýedi wagt” boldy; we şol “ýedi wagt” hut Millerçi binýadyny ýaňy bina eden Millerçi öňbaşçylar tarapyndan bir gyra goýlan ilkinji binýatlaýyn hakykat boldy. Binýat taşyny ret etmeli bolanlar bina edijileriň özleri boldy. Mesihiň nusgasy bolan şol “daş” Rebbiň ýaradan güni hem bolup durýar, çünki Ol ýedinji güni dynç güni edip ýaratdy, hem-de ýedinji ýyly ýeriň dynç aljak ýyly edip belledi. 1863-nji ýylda binýat daşy ret edildi, emma ol boýun egmeýänler üçin “burçuň baş daşy” we “büdremäniň daşy” edilmelidir.</w:t>
      </w:r>
    </w:p>
    <w:p>
      <w:pPr>
        <w:pStyle w:val="ArticleBody"/>
        <w:jc w:val="left"/>
      </w:pPr>
      <w:r>
        <w:rPr>
          <w:rFonts w:ascii="Times New Roman" w:hAnsi="Times New Roman" w:eastAsia="Times New Roman" w:cs="Times New Roman"/>
        </w:rPr>
        <w:t>Üçünji waýyň Yslam baradaky habary ýüz kyrk dört müňlükleriň reforma hereketiniň temasydyr, we synag işi Ylhamyň on sekizinji babyndaky perişde inip gelende, 2001-nji ýylyň 11-nji sentýabrynda Nýu-Ýork şäheriniň beýik binalary ýere ýumrulanda başlandy. Adventizm 2001-nji ýylyň 11-nji sentýabrynyň “gündogar şemalynyň güni”nyň gelip ýetmegi bolandygyny pygamberlik taýdan kesgitlemek babatda dymdy. 2020-nji ýylyň 18-nji iýulynda olar Ylham kitabynyň on birinji babynyň iki şaýadynyň şol uly şäheriň köçelerinde öldürilmegi bilen yzda galdyryldy. Adventizmiň synagy tamamlandy, we Yslam baradaky habary ykrar edendiklerini öňe sürenler üçin synag başlanýardy.</w:t>
      </w:r>
    </w:p>
    <w:p>
      <w:pPr>
        <w:pStyle w:val="ArticleBody"/>
        <w:jc w:val="left"/>
      </w:pPr>
      <w:r>
        <w:rPr>
          <w:rFonts w:ascii="Times New Roman" w:hAnsi="Times New Roman" w:eastAsia="Times New Roman" w:cs="Times New Roman"/>
        </w:rPr>
        <w:t>2023-nji ýylyň iýul aýynyň ahyryna çenli köçelerde öli ýatan gury süňkler soňra Ýezekiliň ilkinji habary arkaly oýandyryldy. Ýezekiliň ikinji habary üçünji Hasrata degişli Yslamyň dört ýeliniň habarydyr; ol gijäniň ýaryndaky Gykylygyň habarynyň kem-kemden açylmagyny aňladýar. Bu hem gijä galan görnüş bolup, hereketiň tutuş döwrüniň esasy temasydyr. Şondan soň dürli hakykatlar açyldy, çünki gijäniň ýaryndaky Gykylygyň habary köp taraply bir habary aňladýar. Öli gury süňkleriň öňünde duran ilkinji hakykat Laodikýaçy Adventizmiň ret eden ilkinji hakykaty boldy, hem-de ol Laodikýanyň Filadelfiýa geçişini alamatlandyrýan hakykaty aňladýar.</w:t>
      </w:r>
    </w:p>
    <w:p>
      <w:pPr>
        <w:pStyle w:val="ArticleBody"/>
        <w:jc w:val="left"/>
      </w:pPr>
      <w:r>
        <w:rPr>
          <w:rFonts w:ascii="Times New Roman" w:hAnsi="Times New Roman" w:eastAsia="Times New Roman" w:cs="Times New Roman"/>
        </w:rPr>
        <w:t>Hakykat möhürleme habarydyr, şonuň üçin hem ol akyl taýdan-da, ruhy taýdan-da berk ornaşdyrylmalydyr. Iki şaýadyň köçede öli ýatan döwrüniň “ýedi wagtyň” dargamagynyň nyşanydygyny diňe ykrar etmek ýeterlik däldir; bu hakykaty tejribe arkaly kabul etmek hem talap edilýär.</w:t>
      </w:r>
    </w:p>
    <w:p>
      <w:pPr>
        <w:pStyle w:val="ArticleBody"/>
        <w:jc w:val="left"/>
      </w:pPr>
      <w:r>
        <w:rPr>
          <w:rFonts w:ascii="Times New Roman" w:hAnsi="Times New Roman" w:eastAsia="Times New Roman" w:cs="Times New Roman"/>
        </w:rPr>
        <w:t>1798-nji ýylda ahyrzaman döwründe möhri açylan hakykatlary aňladýan Milleriň şaý-sepleri soňky günleriň päk gyzlary üçin synag bolýar. Hakykatda “ruhy” taýdan berkarar bolmak tejribesi Milleriň ilkinji şaý-sepi bilen görkezilýär, hakykatda “akyl” taýdan berkarar bolmak bolsa üçünji waýyň Yslam habary bilen görkezilýär. “Ýedi gezek” bilen görkezilen toba etmäge we boýun almaga çagyryş, Iň Mukaddes Ýerde Mesih bilen bilelikde amala aşyrylýan bir işi kesgitleýär we “mareh” görnüşi bilen görkezilýär.</w:t>
      </w:r>
    </w:p>
    <w:p>
      <w:pPr>
        <w:pStyle w:val="ArticleBody"/>
        <w:jc w:val="left"/>
      </w:pPr>
      <w:r>
        <w:rPr>
          <w:rFonts w:ascii="Times New Roman" w:hAnsi="Times New Roman" w:eastAsia="Times New Roman" w:cs="Times New Roman"/>
        </w:rPr>
        <w:t>Üçünji Hasratdaky Yslamyň “intellektual” düşünilişi “çazon” görnüşi bilen görkezilýär, we möhürlenjekler üçin bularyň ikisi-de zerurdyr. 1863-nji ýylda Laodikiýadaky Adventizm Erihony gaýtadan gurmagy saýlap, Iýerusalimi dikeltmek işini taşlady. Eriho, Laodikiýanyň körlügi bilen hem görkezilişi ýaly, baýlygyň nyşanydyr.</w:t>
      </w:r>
    </w:p>
    <w:p>
      <w:pPr>
        <w:pStyle w:val="ArticleScripture"/>
        <w:jc w:val="left"/>
      </w:pPr>
      <w:r>
        <w:rPr>
          <w:rFonts w:ascii="Times New Roman" w:hAnsi="Times New Roman" w:eastAsia="Times New Roman" w:cs="Times New Roman"/>
        </w:rPr>
        <w:t>Ýurtdaky iň berk galalaryň biri bolan — uly hem baý ýeriho şäheri — olaryň öňünde, emma Gilgaldaky düşelgesinden azajyk aralykda ýerleşýärdi. Tropikleriň baý we dürli önümleri bilen doly hasylly düzlükleriň çäginde ýerleşen, köşkleri we ybadathanalary nepis ýaşaýşyň hem ahlaksyzlygyň mesgeni bolan bu tekepbir şäher, özüniň äpet gala diwarlarynyň aňyrsyndan Ysraýylyň Hudaýyna garşy çykýardy. Ýeriho butparaz ybadatyň esasy merkezleriniň biri bolup, aýratyn-da aý hudaý zenany Aştarota bagyşlanypdy. Kenganlylaryň dinindäki iň nejis we iň peseldiji zatlaryň bary şu ýerde jemlenýärdi. Aklynda Bet-pegordaky günäleriniň elhenç netijeleri heniz täzeligini saklap duran Ysraýyl halky bu butparaz şähere diňe ýigrenç we dehşet bilen seredip bilýärdi». Ata-babalar we pygamberler, 487.</w:t>
      </w:r>
    </w:p>
    <w:p>
      <w:pPr>
        <w:pStyle w:val="ArticleBody"/>
        <w:jc w:val="left"/>
      </w:pPr>
      <w:r>
        <w:rPr>
          <w:rFonts w:ascii="Times New Roman" w:hAnsi="Times New Roman" w:eastAsia="Times New Roman" w:cs="Times New Roman"/>
        </w:rPr>
        <w:t>1863-nji ýylda, olar Ýerikony täzeden guraýarkalar, gurluşykçylar tarapyndan ret edilen “daş”, ahyrky günlerde hakykata (gymmatbaha daşa) öwrüljek “ýedi wagt” bolup, ol “burçuň baş daşy” bolýar; çünki ol, Milleritleriň hereketinde Adwentizmiň başlangyjyny, ýüz kyrk dört müňüň hereketinde Adwentizmiň soňy bilen sepleşdirýän hakykatdyr. “Ýedi wagt” bolan şol gymmatbaha daş, şeýle hem “Rebbiň ýaradan güni”dir, we ol Mesihiň Özüdür; çünki Ol Sözdür, we Ol “Hakykatdyr.” Yslamyň mowzugy öňki hem-de täze saýlanan halkyň ikisiniň-de päklenmegini amala aşyrýan tema bolup, bu goşa päklenme 2001-nji ýylyň 11-nji sentýabrynda, ýagny “gündogar ýeliniň güni”nde başlandy. Şol günde garawullar, Mesih üzümçilik baradaky tymsaly yglan eden mahaly Onuň aýdan şol bir aýdymy aýtmalydylar. Ýüz kyrk dört müň Musanyň aýdymyny (“ýedi wagt”), hem-de Guzynyň aýdymyny aýdýar.</w:t>
      </w:r>
    </w:p>
    <w:p>
      <w:pPr>
        <w:pStyle w:val="ArticleScripture"/>
        <w:jc w:val="left"/>
      </w:pPr>
      <w:r>
        <w:rPr>
          <w:rFonts w:ascii="Times New Roman" w:hAnsi="Times New Roman" w:eastAsia="Times New Roman" w:cs="Times New Roman"/>
        </w:rPr>
        <w:t>Men oda garyşyk aýna deňzine meňzeş bir zady gördüm; hem-de wagşy haýwanyň üstünden, onuň şekiliniň üstünden, onuň nyşanynyň üstünden we adynyň sanynyň üstünden ýeňiş gazananlaryň Hudaýyň liralaryny alyp, aýna deňziniň üstünde durandyklaryny gördüm. Olar şeýle aýdyp, Hudaýyň hyzmatkäri Musanyň aýdymyny we Guzynyň aýdymyny aýdýarlar: Beýik we ajaýypdyr Seniň işleriň, ähli zada Hökmürowan Reb Hudaý; adalatlydyr we hakykatdyr Seniň ýollaryň, eý mukaddesleriň Patyşasy. Ylham 15:2, 3.</w:t>
      </w:r>
    </w:p>
    <w:p>
      <w:pPr>
        <w:pStyle w:val="ArticleBody"/>
        <w:jc w:val="left"/>
      </w:pPr>
      <w:r>
        <w:rPr>
          <w:rFonts w:ascii="Times New Roman" w:hAnsi="Times New Roman" w:eastAsia="Times New Roman" w:cs="Times New Roman"/>
        </w:rPr>
        <w:t>“Guzujyk” — öldürilen Mesihdir; we Ol iki müň bäş ýüz ýigrimi günüň ortasynda öldürildi. Şeýlelikde, Öz ömrüniň we ganynyň gurbanlygyny (şol ýerde Ol ähti tassyklady) Musanyň Levililer kitaby ýigrimi altynjy bapdaky “Onuň ähtiniň jedeli” bilen bir sapaga düzýär. Musanyň we Guzujygyň aýdymy pygamberlik taryhynyň chazonynyň aýdymy hem-de Onuň “zuhurynyň” marehiniň aýdymydyr. Ol Danyýel kitabynyň sekizinji babyndaky iki görnüş arkaly görkezilişi ýaly, akyl-paýhasly we ruhy düşünjäniň aýdymydyr. Ol äht halkynyň höküm edilip, gapdaldan geçilýän, şol bir wagtyň özünde bolsa täze saýlanan halkyň seçilýän aýdymydyr. Saýlanyş prosesi, we şonuň üçin hem bu aýdym, 2001-nji ýylyň 11-nji sentýabrynda başlady.</w:t>
      </w:r>
    </w:p>
    <w:p>
      <w:pPr>
        <w:pStyle w:val="ArticleScripture"/>
        <w:jc w:val="left"/>
      </w:pPr>
      <w:r>
        <w:rPr>
          <w:rFonts w:ascii="Times New Roman" w:hAnsi="Times New Roman" w:eastAsia="Times New Roman" w:cs="Times New Roman"/>
        </w:rPr>
        <w:t>Jacobdan bolanlar kök salar; Ysraýyl gül açar we pyntyklap çykar, hem dünýäniň ýüzüni miwe bilen doldurar. Ol özüni uranlary urşy ýaly, ony-da urdumy? Ýa-da onuň tarapyndan öldürilenleriň gyrgynyna görä, ol hem öldürüldimi? Ölçeg bilen, ol ösüp çykanda, Sen onuň bilen dawalaşarsyň; gündogar şemalynyň gününde Ol Öz gazaply şemalyny saklar. Şeýlelik bilen, Ýakubyň etmişi päklener; onuň günäsini aýyrmagyň ähli miwesi şudur: ol gurbanlyk sypasynyň ähli daşlaryny owranan hek daşlary dek edeninde, buthanalar we oýma şekiller dik durmaz. Emma berk galasyzlandyrylan şäher haraba bolar, mesgen taşlanyp, çöle meňzär halde goýlar; şol ýerde göle otlar, şol ýerde ýatar we onuň şahalaryny iýip gutarar. Onuň şahalary guranda, olar döwler; aýallar gelip, olary oda ýakarlar; çünki bu düşünjesiz bir halkdyr; şonuň üçin olary Ýaradan olara rehim etmez, olary döreden hem olara merhemet görkezmez. Şol günde şeýle bolar: Reb derýanyň hanasyndan Müsüriň akabasy aralygyna çenli kakyşdyryp ýygnar, eý Ysraýyl ogullary, siz bolsa birin-birin ýygnalarsyňyz. Şol günde şeýle bolar: beýik surnaý çalnar, we Aşur ýurdunda ýok bolmaga taýýar bolanlar hem Müsür ýurdundaky sürgün edilenler gelerler, hem-de Iýerusalimdäki mukaddes dagda Rebbe sežde ederler. Işaýa 27:6–13.</w:t>
      </w:r>
    </w:p>
    <w:p>
      <w:pPr>
        <w:pStyle w:val="ArticleBody"/>
        <w:jc w:val="left"/>
      </w:pPr>
      <w:r>
        <w:rPr>
          <w:rFonts w:ascii="Times New Roman" w:hAnsi="Times New Roman" w:eastAsia="Times New Roman" w:cs="Times New Roman"/>
        </w:rPr>
        <w:t>Dogry düşünilende, bu aýatlar 2001-nji ýylyň 11-nji sentýabryndan ýakynda geljek Ýekşenbe kanunyna çenli bolan döwri görkezýär. Altynjy aýat, kök urýan ösümligiň başlangyjyny, soňra onuň gülleýşini we pyntyk açyşyny, ahyrsoňy bolsa ýeri miwe bilen doldurýşyny görkezmek bilen, tutuş taryhy kesgitleýär. Ýeri doldurýan miwe muny “sagatda” amala aşyrýar; bu bolsa Ýekşenbe kanuny krizisidir. Şol wagtda Mesih Öz miwesini Öz ammaryna ýygnap ýörkä, ol bir wagtda hem Wawilona höküm getirýär. Ýer miwe bilen dolýan döwürde bolup geçýän höküm ýedinji aýatda beýan edilýär; şol ýerde iki sowal berilýär: “Hath he smitten him, as he smote those that smote him? or is he slain according to the slaughter of them that are slain by him?”</w:t>
      </w:r>
    </w:p>
    <w:p>
      <w:pPr>
        <w:pStyle w:val="ArticleBody"/>
        <w:jc w:val="left"/>
      </w:pPr>
      <w:r>
        <w:rPr>
          <w:rFonts w:ascii="Times New Roman" w:hAnsi="Times New Roman" w:eastAsia="Times New Roman" w:cs="Times New Roman"/>
        </w:rPr>
        <w:t>Soň sekizinji aýatda giçki ýagşyň sepilişi: «ölçeg bilen» diýen sözler arkaly görkezilýär. Ösümlikleriň gögerip çykmagyna sebäp bolýan zat ýagdyr; giçki ýagşyň başlanşy bolsa «ölçeg bilen, ol gögerip çykanda» diýip görkezilip başlanýar. Giçki ýagyş başlananda, ol «ölçeg bilen» dökülýär, çünki hasyl hakyky bilen ýalanyň garyndysy bolsa, ol ölçegsiz dökülmeýär.</w:t>
      </w:r>
    </w:p>
    <w:p>
      <w:pPr>
        <w:pStyle w:val="ArticleScripture"/>
        <w:jc w:val="left"/>
      </w:pPr>
      <w:r>
        <w:rPr>
          <w:rFonts w:ascii="Times New Roman" w:hAnsi="Times New Roman" w:eastAsia="Times New Roman" w:cs="Times New Roman"/>
        </w:rPr>
        <w:t>“Hakykatdan hem ýürekden imana gelen her bir jan, başgalary ýalňyşlygyň garaňkylygyndan Isa Mesihiň adalatynyň ajaýyp nuruna çykarmagy örän güýçli isläp durar. Bütin ýeri Öz şöhraty bilen ýagtylandyrýan Hudaýyň Ruhunyň beýik dökülşi, biz tejribe arkaly Hudaý bilen bilelikde zähmet çekýänler bolmagyň näme aňladýandygyny bilýän, aňy açylan bir halk bolýançak gelmez. Biz Mesihiň hyzmatyna doly, bütin ýürekden bagyşlananymyzda, Hudaý bu ýagdaýy Öz Ruhuny ölçegsiz dökmegi bilen ykrar eder; emma ybadathananyň iň uly bölegi Hudaý bilen bilelikde zähmet çekýänler bolmadykça, bu beýle bolmaz. Hudaý bencillik we öz höwesini gandyrmak şeýle aç-açan görünýän mahaly, eger sözlere salnanda, Kabylyň şol jogabyny beýan etjek ruh höküm sürýän mahaly, Öz Ruhuny döküp bilmez: ‘Men doganym üçin jogapkärmi?’ Eger şu döwür üçin hakykat, eger hemme tarapda barha köpelenip, hemme zadyň soňunyň golaýlap gelendigine şaýatlyk edýän alamatlar, hakykaty bilýändiklerini ykrar edýänleriň ukuda ýatan gujur-gaýratyny oýarmaga ýeterlik bolmasa, onda şugla saçyp duran nura laýyk garaňkylyk bu janlaryň üstüne iner. Ahyrky hasaplaşyk gününde olaryň Hudaýa hödürläp biljek biperwaýlyklary üçin hatda sähelçe-de ötünç sudury bolmaz. Olar Hudaýyň Sözüniň mukaddes hakykatynyň nurunda näme üçin ýaşamandyklaryna, ýöremändiklerine we zähmet çekmändiklerine, şeýlelikde öz alyp barşlary, duýgudaşlygy we yhlasy arkaly günäniň garaňkylygyna çümüp galan dünýä Injiliň güýjüniň we hakykatynyň inkär edilip bilinmejekdigini näme üçin görkezmändiklerine degişli hödürlemäge hiç bir sebäpleri bolmaz.” Review and Herald, 1896-njy ýylyň 21-nji iýuly.</w:t>
      </w:r>
    </w:p>
    <w:p>
      <w:pPr>
        <w:pStyle w:val="ArticleBody"/>
        <w:jc w:val="left"/>
      </w:pPr>
      <w:r>
        <w:rPr>
          <w:rFonts w:ascii="Times New Roman" w:hAnsi="Times New Roman" w:eastAsia="Times New Roman" w:cs="Times New Roman"/>
        </w:rPr>
        <w:t>Waýt uýam Vahiydäki perişdäniň inýän pursady hökmünde görkezýär, çünki ol şeýle diýýär: “tutuş ýeri Öz şöhraty bilen ýagtyldýan Hudaýyň Ruhunyň beýik guýulyşy.” Şu makalalarda biz köplenç ýüzlenen başga bir parçasynda bolsa, ol “Nýu-Ýorkuň beýik binalary” “ýykyljak” wagtynda “Vahiy kitabynyň on sekizinji babynyň birinji aýatdan üçünji aýada çenli” ýerine ýetjekdigini görkezdi.</w:t>
      </w:r>
    </w:p>
    <w:p>
      <w:pPr>
        <w:pStyle w:val="ArticleBody"/>
        <w:jc w:val="left"/>
      </w:pPr>
      <w:r>
        <w:rPr>
          <w:rFonts w:ascii="Times New Roman" w:hAnsi="Times New Roman" w:eastAsia="Times New Roman" w:cs="Times New Roman"/>
        </w:rPr>
        <w:t>Bu pikirleri indiki makalada dowam etdireris.</w:t>
      </w:r>
    </w:p>
    <w:p>
      <w:pPr>
        <w:pStyle w:val="ArticleScripture"/>
        <w:jc w:val="left"/>
      </w:pPr>
      <w:r>
        <w:rPr>
          <w:rFonts w:ascii="Times New Roman" w:hAnsi="Times New Roman" w:eastAsia="Times New Roman" w:cs="Times New Roman"/>
        </w:rPr>
        <w:t>Indi men öz söýgüliň hakynda, onuň üzümligi barada söýgülim üçin bir aýdym aýdaryn. Meniň söýgülimiň örän hasylly depede bir üzümligi bardy. Ol onuň daşyny gorag bilen gabady, içindäki daşlary aýyrdy, ony iň saýlama üzüm nahallary bilen oturtdy, ortasynda bir diň gurdy, şol ýerde bir çakyr sykylýan ýer hem ýasady; ol üzüm berer diýip garaşdy, emma ol ýabany üzüm berdi. Indi bolsa, eý, Iýerusalimiň ýaşaýjylary we Ýahudanyň adamlary, sizden haýyş edýärin, meniň bilen meniň üzümligimiň arasynda höküm çykaralyň. Meniň üzümligim üçin edip boljak, meniň onda etmän goýan nämäm bardy? Näme üçin men onuň üzüm bermegine garaşanymda, ol ýabany üzüm berdi? Indi bolsa geliň, men size öz üzümligime näme etjekdigimi aýdaryn: onuň goragyny aýyraryn, ol hem iýlip gutarylar; onuň diwaryny ýykararyn, ol hem depelenip tapdalanar. Men ony harabaçylyga öwürerin; ol budalmaz hem gazylmaz; onda tikenekler we haşal otlar ösüp çykar; bulutlara hem onuň üstüne ýagyş ýagdyrmazlygy buýuraryn. Çünki Hökmürowan Rebbiň üzümligi Ysraýyl öýidir, Ýahudanyň adamlary bolsa Onuň göwün söýen nahalydyr; Ol adalata garaşdy, emma ine, zulum; dogrulyga garaşdy, emma ine, perýat. Işaýa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Altmış Bäşinji San</dc:title>
  <dc:subject>Pygamberlik Äşgär Edilişi: 2020-nji ýylyň 18-nji iýulyndaky lapykeçlige we Ahyrzamanda Gijeki Nalyşyň kemala gelýän habaryna düşünmek</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