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segsen sekiz</w:t>
      </w:r>
    </w:p>
    <w:p>
      <w:pPr>
        <w:pStyle w:val="ArticleSubtitle"/>
        <w:jc w:val="left"/>
      </w:pPr>
      <w:r>
        <w:rPr>
          <w:rFonts w:ascii="Arial" w:hAnsi="Arial" w:eastAsia="Arial" w:cs="Arial"/>
        </w:rPr>
        <w:t>Galp Soňky Ýagyşyň Ýalanlygyny Paş Etmek: 2001-nji ýylyň 11-nji sentýabryndan başlanýan pygamberlik sapary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Perişdäniň aşak inmegi bilen başlanýan synag prosesi, kitaby perişdäniň elinden alyp iýip-iýmezlik synagy arkaly görkezilýär. Habary iýmegi saýlanlar soňra lapykeçlige ýazgyn edilýär, iýmekden ýüz öwren topar bolsa yzda galdyrylýar. Iýilmeli kiçi kitap, ýa 1798-de, ýa-da 1989-da “ahyrzamanyň wagtynda” ilkinji gezek açylan habaryň “bilimiň artmagy”ny aňladýardy; soňra bolsa şol wagt diri bolan nesli artan bilimiň nuruna jogapkär edjek bir habara resmileşdirildi. Her iki taryhda-da, Yslamyň pygamberligi berjaý edilenden soň, perişdäniň elindäki iýilmeli habar ýa kabul edildi, ýa-da ret edildi. Eger kitap bilen aňladylýan habar ret edilse, onda şeýle edýänler, şonda-da özleriniň entegem Hudaý tarapyndan saýlananlar diýen ykrarçylygyny goldamaga çalyşyp, galp soňky ýagyn habaryny döretmäge mejbur bolýarlar.</w:t>
      </w:r>
    </w:p>
    <w:p>
      <w:pPr>
        <w:pStyle w:val="ArticleBody"/>
        <w:jc w:val="left"/>
      </w:pPr>
      <w:r>
        <w:rPr>
          <w:rFonts w:ascii="Times New Roman" w:hAnsi="Times New Roman" w:eastAsia="Times New Roman" w:cs="Times New Roman"/>
        </w:rPr>
        <w:t>2001-nji ýylyň 11-nji sentýabrynda Adventizmiň nesilleriniň geçmişdäki gozgalaňlary ýene-de synag meselelerine öwrüldi. Habakkugyň ikinji baby şol ýerde görkezilen pygamberlik taryhynda ýüze çykýan bir jedeli kesgitleýär; bu taryh on gyzyň tymsalyna paralel bolan pygamberlik çyzygydyr. Garawul on gyzyň tymsalynyň taryhynda näme jogap berjegini soranda, oňa: “Röýany ýaz, ony tagtalarda düşnükli et” diýip buýruldy. Millerit taryhynyň garawullary 1842-nji ýylda 1843-nji ýylyň çyzgysyny taýýarladylar, we onuň taýýarlanylmagy bir ýol belgisine öwrüldi. Ahyrda geplemeli bolan zat, Habakkugyň ikinji babyndaky “röýa” — tagtalarda düşnükli edilen şol röýa — boldy.</w:t>
      </w:r>
    </w:p>
    <w:p>
      <w:pPr>
        <w:pStyle w:val="ArticleBody"/>
        <w:jc w:val="left"/>
      </w:pPr>
      <w:r>
        <w:rPr>
          <w:rFonts w:ascii="Times New Roman" w:hAnsi="Times New Roman" w:eastAsia="Times New Roman" w:cs="Times New Roman"/>
        </w:rPr>
        <w:t>2001-nji ýylyň 11-nji sentýabryndan gysga wagt soň, üçünji betbagtçylygyň Yslamyň işjeňligini ykrar edenler Ýeremiýanyň “gadymy ýollaryna” dolanmaga hem-de şolarda ýöremäge ugrukdyryldy. Şol “gadymy ýollar” Ylham kitaby sekizinji babyň on üçünji aýatyndaky üç betbagtçylygyň Yslamyň pygamberlik wezipesini aňladýandygyny kesgitledi. Şondan dessine soň, Future for America Habakkuk kitaby ikinji babyndaky iki çyzgyny täzeden neşir etmäge başlady; Milleritleriň muňa deň gelýän taryhynyň hut şol nokadynda, 1842-nji ýylda çap edilen 1843-nji ýylyň çyzgysynyň görkezşi ýaly, bu iki çyzgy bir ýol belgisi hökmünde öňe sürüldi.</w:t>
      </w:r>
    </w:p>
    <w:p>
      <w:pPr>
        <w:pStyle w:val="ArticleScripture"/>
        <w:jc w:val="left"/>
      </w:pPr>
      <w:r>
        <w:rPr>
          <w:rFonts w:ascii="Times New Roman" w:hAnsi="Times New Roman" w:eastAsia="Times New Roman" w:cs="Times New Roman"/>
        </w:rPr>
        <w:t>1842-nji ýylyň maý aýynda Boston şäherinde [Massachusetts] Umumy konferensiýa çagyryldy. Bu ýygnagyň açylyşynda Haverhilliň ýaşaýjylary bolan doganlar Charles Fitch bilen Apollos Hale, Daniel bilen Ýuhannanyň şekilli pygamberliklerini, olaryň berjaý bolşuny görkezýän pygamberlik sanlary bilen, mata üstünde çekip hödürlediler. Dogan Fitch konferensiýanyň öňünde öz çyzgysy arkaly düşündiriş berýärkä, bu pygamberlikleri barlaýarka, eger şu ýerde görkezilişi ýaly bir zady taýýarlap bilse, munuň meseläni ýönekeýleşdirjekdigini we ony diňleýjileriň öňünde beýan etmegi özüne has aňsat etjekdigini pikir edendigini aýtdy. Ine, ýolumyzda has köp nur bardy. Bu doganlar Rebbiň 2,468 ýyl ozal Habakkuga görüminde görkezýän zadyny ýerine ýetirýärdiler, şeýle diýýärdi: «Görmi ýaz we ony tagtalaryň üstünde düşnükli et, ony okaýan ylgap bilsin. Çünki görüm heniz bellik edilen wagt üçindir». Habakkuk 2:2.</w:t>
      </w:r>
    </w:p>
    <w:p>
      <w:pPr>
        <w:pStyle w:val="ArticleScripture"/>
        <w:jc w:val="left"/>
      </w:pPr>
      <w:r>
        <w:rPr>
          <w:rFonts w:ascii="Times New Roman" w:hAnsi="Times New Roman" w:eastAsia="Times New Roman" w:cs="Times New Roman"/>
        </w:rPr>
        <w:t>Bu mesele boýunça biraz ara alnyp maslahatlaşylandan soň, muňa meňzeş üç ýüz sanysy litografiýa usuly bilen çap edilmegi üçin biragyzdan karar kabul edildi; bu hem tiz wagtda amala aşyryldy. Olara “’43 çyzgylary” diýip at berildi. Bu örän möhüm Maslahatdy.” Joseph Batesiň Öz Terjimehaly, 263.</w:t>
      </w:r>
    </w:p>
    <w:p>
      <w:pPr>
        <w:pStyle w:val="ArticleScripture"/>
        <w:jc w:val="left"/>
      </w:pPr>
      <w:r>
        <w:rPr>
          <w:rFonts w:ascii="Times New Roman" w:hAnsi="Times New Roman" w:eastAsia="Times New Roman" w:cs="Times New Roman"/>
        </w:rPr>
        <w:t>“Ikinji Gelişi wagyz edýän lektorlaryň hem-de neşirleriň, ‘asyl imanyň’ üstünde durýan wagtlarynda, çartyň neşir edilmeginiň Habakkuk 2:2, 3 aýatlarynyň amala aşmasydygy baradaky şaýatlygy bitewi bir şaýatlykdy. Eger çart pygamberlik mowzugy bolan bolsa (we muny inkär edýänler asyl imandan ýüz öwürýärler), onda munuň yz ýanyndan 2300 günüň başlanýan ýylynyň b. e. öň 457-nji ýyl bolýandygy gelip çykýar. ‘Görünşüň’ ‘eglenmegi’, ýagny egleniş döwrüniň bolmagy üçin 1843-nji ýylyň ilkinji gezek neşir edilen wagt bolmagy zerurdy; şol döwürde gyzlar topary wagt baradaky beýik meselede, edil özleriniň Gije ýarymky Nida arkaly oýaradylmaly pursadynyň öň ýanynda, maýmylap ukuda ýatmalydy.” James White, Second Advent Review and Sabbath Herald, I tom, 2-nji san.</w:t>
      </w:r>
    </w:p>
    <w:p>
      <w:pPr>
        <w:pStyle w:val="ArticleScripture"/>
        <w:jc w:val="left"/>
      </w:pPr>
      <w:r>
        <w:rPr>
          <w:rFonts w:ascii="Times New Roman" w:hAnsi="Times New Roman" w:eastAsia="Times New Roman" w:cs="Times New Roman"/>
        </w:rPr>
        <w:t>“Indi biziň taryhymyz, William Milleriň peýdalanan şol bir hronologik çyzgylaryndan sapak beren, hemmesi bir häsiýetli, ýüzlerçe adamyň bolandygyny görkezýär. Şonda habaryň bitewiligi bir temanyň töwereginde jemlenýärdi: Rebbimiz Isa Mesihiň belli bir wagtda, ýagny 1844-nji ýylda gelmegi.” Joseph Bates, Early SDA Pamphlets, 17.</w:t>
      </w:r>
    </w:p>
    <w:p>
      <w:pPr>
        <w:pStyle w:val="ArticleBody"/>
        <w:jc w:val="left"/>
      </w:pPr>
      <w:r>
        <w:rPr>
          <w:rFonts w:ascii="Times New Roman" w:hAnsi="Times New Roman" w:eastAsia="Times New Roman" w:cs="Times New Roman"/>
        </w:rPr>
        <w:t>1843-nji we 1850-nji ýyllaryň çyzgylarynyň 2001-nji ýylyň 11-nji sentýabryndan soňky göni taryh döwründe gaýtadan çap edilmegi, 1843-nji ýylyň çyzgysynyň 1842-nji ýylda neşir edilşi ýaly, Habakkuk ikinji bapdaky pygamberligiň berjaý bolmagydy. Tablisalaryň taýýarlanylmagy Habakkuk ikinji bapyň beýanatynyň bir bölegidir we onuň amala aşmagy zerurdy. 2001-nji ýylyň 11-nji sentýabrynda, Ýeremýanyň “gadymy ýollaryna” dolanmakdan ýüz öwüren şol Laodikýa Adventistleri tarapyndan, 1863-nji ýylyň gozgalaňy ýene bir gezek gaýtalandy.</w:t>
      </w:r>
    </w:p>
    <w:p>
      <w:pPr>
        <w:pStyle w:val="ArticleScripture"/>
        <w:jc w:val="left"/>
      </w:pPr>
      <w:r>
        <w:rPr>
          <w:rFonts w:ascii="Times New Roman" w:hAnsi="Times New Roman" w:eastAsia="Times New Roman" w:cs="Times New Roman"/>
        </w:rPr>
        <w:t>Duşman, erkek we aýal doganlarymyzyň akyllaryny bu soňky günlerde durup biljek bir halky taýýarlamak işinden sowmaga çalyşýar. Onuň hileli pikirleri akyllary şu döwrüň howplaryndan we borçlaryndan daşlaşdyrmak üçin niýetlenendir. Olar Mesihiň Öz halky üçin Ýuhanna bermek maksady bilen gökden getirip beren nuruny az gymmatly hasap edýärler. Olar biziň öňümizde duran wakalaryň aýratyn üns berilmäge ýeterlik derejede möhüm däldigini öwredýärler. Olar asmany gelip çykyşly hakykaty güýjünden mahrum edýärler we onuň deregine ýalan ylym berip, Hudaý halkyny özleriniň geçmişdäki tejribesinden mahrum edýärler. “Reb şeýle diýýär: Ýollarda duruň-da, görüň, gadymy ýollary soraň, ýagşy ýol nirede bolsa, şol boýunça ýöräň.” [Ýermeýa 6:16.]</w:t>
      </w:r>
    </w:p>
    <w:p>
      <w:pPr>
        <w:pStyle w:val="ArticleScripture"/>
        <w:jc w:val="left"/>
      </w:pPr>
      <w:r>
        <w:rPr>
          <w:rFonts w:ascii="Times New Roman" w:hAnsi="Times New Roman" w:eastAsia="Times New Roman" w:cs="Times New Roman"/>
        </w:rPr>
        <w:t>“Hiç kimse imanamyzyň esaslaryny söküp taşlamaga synanyşmasyn,—işimiziň başynda, Sözü doga bilen öwrenmek we ylham arkaly goýlan şol esaslary. Biz elli ýyldan hem gowrak wagt bäri şol esaslaryň üstünde gurup gelýäris. Adamlar täze bir ýol tapandyklaryny, goýlan esasdan has berk binýat goýup biljekdiklerini güman edip bilerler; emma bu uly bir aldawdyr. ‘Goýlan esasdan başga hiç kim başga esas goýup bilmez.’ [1 Korinfliler 3:11.] Geçmişde köp adam täze bir iman gurmaga, täze ýörelgeleri berkarar etmäge synanyşdy; emma olaryň binasy näçe wagt durdy? Ol tiz wagtda ýykyldy; çünki ol gaýanyň üstünde esaslandyrylmady.” Testimonies, volume 8, 296, 297.</w:t>
      </w:r>
    </w:p>
    <w:p>
      <w:pPr>
        <w:pStyle w:val="ArticleBody"/>
        <w:jc w:val="left"/>
      </w:pPr>
      <w:r>
        <w:rPr>
          <w:rFonts w:ascii="Times New Roman" w:hAnsi="Times New Roman" w:eastAsia="Times New Roman" w:cs="Times New Roman"/>
        </w:rPr>
        <w:t>Ýeremiýa “köne ýollarda” ýöremegiň “dynçlygy” tapmakdygyny, dynçlygyň bolsa 2001-nji ýylyň 11-nji sentýabrynda, Nýu-Ýork şäheriniň beýik binalary ýykylansoň, milletler gaharlananda başlanan “giçki ýagyş”dygyny kesgitleýär. Şonda habary iýenler Habakugyň “görkezijini ýazmaly we ony aýdyň etmeli” bolan garawullary boldular. Ýeremiýa hut şol bir garawullary “dynçlyk” wagtynda, ýagny “giçki ýagyş” döwründe görkezýär.</w:t>
      </w:r>
    </w:p>
    <w:p>
      <w:pPr>
        <w:pStyle w:val="ArticleScripture"/>
        <w:jc w:val="left"/>
      </w:pPr>
      <w:r>
        <w:rPr>
          <w:rFonts w:ascii="Times New Roman" w:hAnsi="Times New Roman" w:eastAsia="Times New Roman" w:cs="Times New Roman"/>
        </w:rPr>
        <w:t>Şeýle diýýär Reb: Ýollaryň başynda duruň, serediň, gadymy ýodalary soraň: gowy ýol nirede bolsa, şonda ýöreň, şonda janlaryňyz üçin rahatlyk taparsyňyz. Emma olar: “Biz şol ýolda ýöremez” diýdiler. Men üstüňize garawullar hem belledim we: “Surnaýyň sesine gulak asyň” diýdim. Emma olar: “Biz gulak asmarys” diýdiler. Ýermeýa 6:16, 17.</w:t>
      </w:r>
    </w:p>
    <w:p>
      <w:pPr>
        <w:pStyle w:val="ArticleBody"/>
        <w:jc w:val="left"/>
      </w:pPr>
      <w:r>
        <w:rPr>
          <w:rFonts w:ascii="Times New Roman" w:hAnsi="Times New Roman" w:eastAsia="Times New Roman" w:cs="Times New Roman"/>
        </w:rPr>
        <w:t>Olaraň üflemeli bolan surnaýy Millerit taryhyndaky ikinji waýyň altynjy surnaýydyr, ahyrky günlerde bolsa ol üçünji waýyň ýedinji surnaýydyr. Habakugyň gözegçileri, ýagny Ýeremiýanyň gözegçileri, 1888-nji ýylyň pitnesinde ret edilen duýduryş habaryny yglan edýärler. 1888-nji ýylda ret edilen altynjy surnaý Laodikýä berlen habardyr.</w:t>
      </w:r>
    </w:p>
    <w:p>
      <w:pPr>
        <w:pStyle w:val="ArticleScripture"/>
        <w:jc w:val="left"/>
      </w:pPr>
      <w:r>
        <w:rPr>
          <w:rFonts w:ascii="Times New Roman" w:hAnsi="Times New Roman" w:eastAsia="Times New Roman" w:cs="Times New Roman"/>
        </w:rPr>
        <w:t>A. T. Jones bilen E. J. Waggoner arkaly bize berlen habar, Laodikýa ýygnagyna Hudaýyň habarydyr; hakykata ynanýandygyny ykrar edip-de, Hudaý tarapyndan berlen şöhleleri başgalara şöhlelendirmeýän her kime waý bolsun. The 1888 Materials, 1053.</w:t>
      </w:r>
    </w:p>
    <w:p>
      <w:pPr>
        <w:pStyle w:val="ArticleBody"/>
        <w:jc w:val="left"/>
      </w:pPr>
      <w:r>
        <w:rPr>
          <w:rFonts w:ascii="Times New Roman" w:hAnsi="Times New Roman" w:eastAsia="Times New Roman" w:cs="Times New Roman"/>
        </w:rPr>
        <w:t>1888-nji ýylyň ýedinji surnaý habary ilkinji gezek 1856-njy ýylda Laodikeýa jar edildi, soňra bolsa Laodikeýanyň habary “ýedi wagtyň” artýan nurunyň çäginde ýerleşdirildi. 2001-nji ýylyň 11-nji sentýabrynda Ýeremiýanyň gadymy ýollaryna dolanmak we olarda ýöremek çagyryşy — ýagny giçki ýagmyryň habaryny almak maksady bilen berlen çagyryş — Laodikeýa berlen habar hökmünde görkezilýän ýedinji Surnaýyň duýduryş habaryny hem-de binýatlaryň nyşany bolan “ýedi wagty” hem öz içine alýardy.</w:t>
      </w:r>
    </w:p>
    <w:p>
      <w:pPr>
        <w:pStyle w:val="ArticleBody"/>
        <w:jc w:val="left"/>
      </w:pPr>
      <w:r>
        <w:rPr>
          <w:rFonts w:ascii="Times New Roman" w:hAnsi="Times New Roman" w:eastAsia="Times New Roman" w:cs="Times New Roman"/>
        </w:rPr>
        <w:t>Pawlusyň ýazgylarynda beýan edilen güýçli azgynlyga getirýän pygamberlik tarapyndan görkezilen “ýalan” 1931-nji ýylda, aýal pygamberiň aradan çykmagyndan on alty ýyl soň, Laodikýa Adventizminiň üçünji nesline ýerleşdirildi. Üçünji nesle giren şol “ýalan” pygamberlik taýdan “Tammuz üçin aglaýan aýallar” hökmünde görkezilen döwürde ýerleşdirilýär, şonuň üçin hem ol ýalan ahyrky ýagyn habary bilen baglanyşyklydyr.</w:t>
      </w:r>
    </w:p>
    <w:p>
      <w:pPr>
        <w:pStyle w:val="ArticleBody"/>
        <w:jc w:val="left"/>
      </w:pPr>
      <w:r>
        <w:rPr>
          <w:rFonts w:ascii="Times New Roman" w:hAnsi="Times New Roman" w:eastAsia="Times New Roman" w:cs="Times New Roman"/>
        </w:rPr>
        <w:t>“Ýalanyň” nähili ýaýradylandygynyň jikme-jikliklerine düşünilmelidir; şeýle hem ahyrzaman pygamberliginde “ýalanyň” pygamberlikdäki ornuna-da düşünilmelidir. Soňky ýagşyň döwründe, ýagny ýüz kyrk dört müňüň möhürleniş wagtynda, Iýerusalimi dolandyrýan masgaraçy adamlar Hezekieliň sekizinji babynda “Tammuz üçin aglaýan aýallar” arkaly şekillendirilişi ýaly, Adventizmiň üçünji neslinde galp soňky ýagşy habaryny döretdiler. Olaryň galp soňky ýagşy habary Hezekiel tarapyndan galp esas, goragyň galp diwary we galp parahatçylyk hem howpsuzlyk habary hökmünde-de şekillendirilýär.</w:t>
      </w:r>
    </w:p>
    <w:p>
      <w:pPr>
        <w:pStyle w:val="ArticleScripture"/>
        <w:jc w:val="left"/>
      </w:pPr>
      <w:r>
        <w:rPr>
          <w:rFonts w:ascii="Times New Roman" w:hAnsi="Times New Roman" w:eastAsia="Times New Roman" w:cs="Times New Roman"/>
        </w:rPr>
        <w:t>«Siz bihuda bir görnüşi görmediňizmi we ýalan pal açyp sözlemediňizmi? Çünki siz: “Reb şeýle diýýär” diýýärsiňiz, emma Men sözlemedim. Şonuň üçin Hökmürowan Reb şeýle diýýär: Siz bihuda zatlary sözläp, ýalanlary göreniňiz sebäpli, ine, Men size garşy çykýaryn, diýip Hökmürowan Reb aýdýar. Elim bihuda görnüşleri görýän we ýalan pal açýan pygamberleriň üstünde bolar; olar halkymyň ýygnagynda bolmazlar, Ysraýyl öýüniň ýazgysyna ýazylmazlar, Ysraýyl ýurduna girmezler; şonda siz Meniň Hökmürowan Rebdigimi bilersiňiz. Sebäbi, hawa, hut şonuň üçinem olar halkymy azaşdyrdylar, “Parahatçylyk” diýdiler, emma parahatçylyk ýokdy; biri diwar guranda, ine, başgalar ony ýuwşadylmadyk suwag bilen suwadýarlar. Ýuwşadylmadyk suwag bilen suwaýanlara aýt: ol ýykylar; güýçli ýagyn ýagşy bolar; eý, uly doly daşlary, siz hem düşersiňiz; tupantly ýel hem ony ýyrtyp taşlar. Ine, diwar ýykylanda, size: “Ony suwan suwagyňyz nirede?” diýilmezmi? Şonuň üçin Hökmürowan Reb şeýle diýýär: Gazabymda Men ony tupantly ýel bilen ýyrtaryn; gaharymda güýçli ýagyn bolar, gazabymda bolsa ony ýok etmek üçin uly doly daşlary ýagdyraryn. Şeýlelikde, ýuwşadylmadyk suwag bilen suwan diwaryňyzy ýykaryn, ony ýere deňläp taşlaryn, onuň binýady açylar; ol ýykylar, siz hem onuň ortasynda heläk bolarsyňyz; şonda siz Meniň Rebdigimi bilersiňiz. Şeýlelikde, gazabymy diwarda hem-de ony ýuwşadylmadyk suwag bilen suwanlarda doly ýerine ýetirerin we size: “Diwar indi ýokdur, ony suwanlar hem ýokdur” diýerin. Ýagny, Iýerusalim barada pygamberlik edýän, onuň üçin parahatçylyk görnüşlerini görýän, emma parahatçylyk ýok wagty hem şeýle edýän Ysraýyl pygamberleri barada diýýärin, diýip Hökmürowan Reb aýdýar. Hezekiýel 13:7–16.»</w:t>
      </w:r>
    </w:p>
    <w:p>
      <w:pPr>
        <w:pStyle w:val="ArticleBody"/>
        <w:jc w:val="left"/>
      </w:pPr>
      <w:r>
        <w:rPr>
          <w:rFonts w:ascii="Times New Roman" w:hAnsi="Times New Roman" w:eastAsia="Times New Roman" w:cs="Times New Roman"/>
        </w:rPr>
        <w:t>Işaýa pygamberiň ýigrimi sekizinji we ýigrimi dokuzynjy baplarynda aýdylşy ýaly, Iýerusalimdäki masgaralaýjy adamlaryň astynda gizlenýän galplyk we ýalan ahyrsoňy “daşyp geçýän jeza” tarapyndan höküm edilip ýok ediler.</w:t>
      </w:r>
    </w:p>
    <w:p>
      <w:pPr>
        <w:pStyle w:val="ArticleScripture"/>
        <w:jc w:val="left"/>
      </w:pPr>
      <w:r>
        <w:rPr>
          <w:rFonts w:ascii="Times New Roman" w:hAnsi="Times New Roman" w:eastAsia="Times New Roman" w:cs="Times New Roman"/>
        </w:rPr>
        <w:t>Hökümi hem ölçeýji çyzyga, dogrulygy hem gurşun agramyna görä goýaryn; doly ýalan gaçybatalgasyny süpürip äkider, suwlar hem gizleniş ýerini basyp galar. Ölüm bilen baglaşan ähtiňyz hem bozulyp aýrylar, dowzah bilen eden ylalaşygyňyz hem durmaz; joşup geçýän bela ötüp geçende, siz onuň astynda depelener­siňiz. Işaýa 28:17, 18.</w:t>
      </w:r>
    </w:p>
    <w:p>
      <w:pPr>
        <w:pStyle w:val="ArticleBody"/>
        <w:jc w:val="left"/>
      </w:pPr>
      <w:r>
        <w:rPr>
          <w:rFonts w:ascii="Times New Roman" w:hAnsi="Times New Roman" w:eastAsia="Times New Roman" w:cs="Times New Roman"/>
        </w:rPr>
        <w:t>Işaýanyň “joşup gelýän gamçysy” Ýezekieliň “joşup gelýän ýagşy”dyr; ol “ýalan ylahy sözlänleriň” üstüne “bihuda görnüş” görkezmek we “Reb şeýle diýýär” diýip aýtmak arkaly getirilýär, “ýogsa-da” Reb “geplemändi.” Gadymy adamlaryň astynda bukulýan “ýalan” olaryň Reb aýdypdyr diýip öňe sürýän bir zady hökmünde görkezilýär; şonuň üçin ol Hudaýyň Sözi barada aýdylýan “ýalandyr.” Olar ýa Hudaýyň Sözünden bolan bir taglymaty ýalňyş diýip kesgitläpdirler, ýa-da Mukaddes Kitabyň bir taglymaty babatda Hudaýyň olaryň düşünjesine ýol görkezendigini (Hudaýyň gepledigini) nädogry beýan edipdirler.</w:t>
      </w:r>
    </w:p>
    <w:p>
      <w:pPr>
        <w:pStyle w:val="ArticleBody"/>
        <w:jc w:val="left"/>
      </w:pPr>
      <w:r>
        <w:rPr>
          <w:rFonts w:ascii="Times New Roman" w:hAnsi="Times New Roman" w:eastAsia="Times New Roman" w:cs="Times New Roman"/>
        </w:rPr>
        <w:t>1931-nji ýylda gelen “ýalan”, Daniel kitabyndaky “gündelik” barada Sister White-nyň ýalan garaýşy goldandygy baradaky öňe sürme boldy. “Gündelik” Mesihiň mukaddes ýer hyzmatyny aňladýar diýen ýalan garaýyş, 1910-njy ýylda Ellen White-nyň A. G. Daniells-e onuň we Prescottyň “gündelik” baradaky, onuň Mesihiň mukaddes ýer hyzmatyny aňladýandygy hakyndaky garaýşynyň, muňa ters gelýän öz göni ýazma sözlerine garamazdan, hakykatdan hem dogrudygyny habar berendigini öňe süren bir “ýalana” esaslandyrylypdy.</w:t>
      </w:r>
    </w:p>
    <w:p>
      <w:pPr>
        <w:pStyle w:val="ArticleBody"/>
        <w:jc w:val="left"/>
      </w:pPr>
      <w:r>
        <w:rPr>
          <w:rFonts w:ascii="Times New Roman" w:hAnsi="Times New Roman" w:eastAsia="Times New Roman" w:cs="Times New Roman"/>
        </w:rPr>
        <w:t>Şol wagt (1931-nji ýylda) Laodikeýa Adventizminde ornaşdyrylan “gündelik” baradaky ýalan garaýyş, Ezekiýeliň “parahatçylyk we howpsuzlyk” diýip beýan edýän habaryny gurmak üçin ulanylan teologik binýat boldy. Bu ýalan binýady goldamak üçin ulanylýan dürli deliller, Milleriň düýşünde gören dürli galp teňňeleri we gymmatbaha daşlarydyr. Düýşüniň ahyryna çenli onuň asyl gymmatbaha daşlary doly galp zatlar we hapalar bilen örtülýär; şol hapalar hem-de galp gymmatbaha daşlar we teňňeler bolsa, “gündelik” Mesihiň mukaddes ýer gullugyny aňladýar diýen olaryň binýatlaýyn ýalňyşlygyna esaslanan habary aňladýar.</w:t>
      </w:r>
    </w:p>
    <w:p>
      <w:pPr>
        <w:pStyle w:val="ArticleBody"/>
        <w:jc w:val="left"/>
      </w:pPr>
      <w:r>
        <w:rPr>
          <w:rFonts w:ascii="Times New Roman" w:hAnsi="Times New Roman" w:eastAsia="Times New Roman" w:cs="Times New Roman"/>
        </w:rPr>
        <w:t>Ezekieliň bölüminde hapalar we galp gymmatbaha daşlar “diwar” hökmünde görkezilýär; ol şeýle bir ejiz sement bilen gurlandyr welin, “tupanly şemalyň” ýa-da “joşup ýagýan ýagmyryň” basyşyna çydap bilmeýär.</w:t>
      </w:r>
    </w:p>
    <w:p>
      <w:pPr>
        <w:pStyle w:val="ArticleBody"/>
        <w:jc w:val="left"/>
      </w:pPr>
      <w:r>
        <w:rPr>
          <w:rFonts w:ascii="Times New Roman" w:hAnsi="Times New Roman" w:eastAsia="Times New Roman" w:cs="Times New Roman"/>
        </w:rPr>
        <w:t>Ýahudadan bolan, Ýerobogamy ýazgaran boýun egmeýän pygamber ahyrsoňy bir «eşegiň» we bir «arslanyň» arasynda öldi. Arslan Wawilony, eşek bolsa Yslamy aňladýar. Laodikeýa Adventizminiň görüp bilmeýän, boýun egmeýän pygamberiň ölümi bilen şekillendirilýän şol iki taglymat papalyk baradaky habar (arslan) hem-de üçünji Betbagtlygyň Yslamy baradaky habar (eşek) bolup durýar.</w:t>
      </w:r>
    </w:p>
    <w:p>
      <w:pPr>
        <w:pStyle w:val="ArticleBody"/>
        <w:jc w:val="left"/>
      </w:pPr>
      <w:r>
        <w:rPr>
          <w:rFonts w:ascii="Times New Roman" w:hAnsi="Times New Roman" w:eastAsia="Times New Roman" w:cs="Times New Roman"/>
        </w:rPr>
        <w:t>Ezekiýeliň “tupanly ýeli” ýigrimi ýedinji bapdaky “gündogar ýeliniň gününde” togtadylýan Işaýanyň “güýçli ýeliniň” nyşanydyr. Ezekiýeliň “tupanly ýeli” şeýle hem Ylham kitabynyň ýedinji babyndaky, Hudaýyň gullary möhürlenýänçä saklanyp durulýan “dört ýeldir”. Ezekiýeliň “tupanly ýeli” onuň otuz ýedinji bapdaky “dört ýelden” gelýän habarydyr; ol öli, gurak süňkleri güýçli bir goşun hökmünde dirildirýär. “Gatylmadyk palçyk bilen gurlan diwary” ýykýan Ezekiýeliň “tupanly ýeli” üçünji Wanyň soňky ýagyş habarydyr.</w:t>
      </w:r>
    </w:p>
    <w:p>
      <w:pPr>
        <w:pStyle w:val="ArticleBody"/>
        <w:jc w:val="left"/>
      </w:pPr>
      <w:r>
        <w:rPr>
          <w:rFonts w:ascii="Times New Roman" w:hAnsi="Times New Roman" w:eastAsia="Times New Roman" w:cs="Times New Roman"/>
        </w:rPr>
        <w:t>Hezekieliň “jöwzaly ýagyşy” papalygyň nyşanydyr, has takygy bolsa, ol Amerikanyň Birleşen Ştatlarynda ýakyn wagtda çykaryljak ýekşenbe kanuny bilen başlanýan ýekşenbe kanuny krizisiniň döwrüniň nyşanydyr. Eşek bilen ýolbarsyň arasynda ölen Ýahudadan bolan boýun egmedik pygamber, 2001-nji ýylyň 11-nji sentýabrynda eşegiň (üçünji hasratyň) gelmegi bilen ýakyn wagtda çykaryljak ýekşenbe kanunynyň (ýolbarsyň) arasynda bolup geçýän Laodikeýa Adventizminiň ölümine wekilçilik edýär. Laodikeýa Adventizminiň ölümi, 2001-nji ýylyň 11-nji sentýabrynda milletler gaharlanyp, emma saklanyp galnan wagty başlan we ýakyn wagtda çykaryljak ýekşenbe kanunynda tamamlanýan ýüz kyrk dört müňüň möhürlenişi döwründe bolup geçýär. Oların ölümi, boýun egmedik pygamberde görkezilişi ýaly, özlerine hiç haçan “masgaralaýjylaryň ýygnagyna” dolanmazlyk barada göni habar berlen hem bolsa, mürtede öwrülen protestantizmiň usulýetine gaýdyp baranlary sebäpli ýüze çykýar.</w:t>
      </w:r>
    </w:p>
    <w:p>
      <w:pPr>
        <w:pStyle w:val="ArticleBody"/>
        <w:jc w:val="left"/>
      </w:pPr>
      <w:r>
        <w:rPr>
          <w:rFonts w:ascii="Times New Roman" w:hAnsi="Times New Roman" w:eastAsia="Times New Roman" w:cs="Times New Roman"/>
        </w:rPr>
        <w:t>Olaryň ölümi ýüz kyrk dört müňüň möhürlenişiniň taryhynda bolup geçýär. Hudaýyň halky möhürlenen badyna, ýok ediji perişdeler öz işlerine başlaýarlar. 2001-nji ýylyň 11-nji sentýabryndan tizden geljek ýekşenbe kanunyna çenli dirileriň hökmi Hudaýyň ýygnagynda amala aşyrylýar, çünki höküm Ierusalimde başlanýar we ol halkyň goragçylary bolmaly, emma dört nesliň dowamynda öz jogapkärçiliklerini terk eden ýaşuly adamlardan başlanýar. Şol döwürde möhüri kabul edýänler milletlere galdyrylan baýdakdyr. Olar tizden geljek ýekşenbe kanunyndan öň möhürlenýärler, çünki Hudaýyň beýleki sürüsine duýduryş berilmeginiň ýeke-täk ýoly ýekşenbe kanuny krizisinde Hudaýyň möhürine eýe bolan erkekleri we aýallary görmekdir.</w:t>
      </w:r>
    </w:p>
    <w:p>
      <w:pPr>
        <w:pStyle w:val="ArticleScripture"/>
        <w:jc w:val="left"/>
      </w:pPr>
      <w:r>
        <w:rPr>
          <w:rFonts w:ascii="Times New Roman" w:hAnsi="Times New Roman" w:eastAsia="Times New Roman" w:cs="Times New Roman"/>
        </w:rPr>
        <w:t>Mukaddes Ruhuň işi dünýäni günä, dogrulyk we höküm barada ynandyrmakdyr. Dünýä diňe hakykata ynanýanlaryň hakykat arkaly mukaddeslenendigini, beýik we mukaddes ýörelgelere görä hereket edýändigini, Hudaýyň tabşyryklaryny saklaýanlar bilen olary aýak astyna salýanlaryň arasyndaky tapawut çyzygyny beýik we ýokary manyda görkezýändigini görmek arkaly duýdurylyp bilner. Ruhuň mukaddesleýşi Hudaýyň möhürine eýe bolanlar bilen galp dynç gününi saklaýanlaryň arasyndaky tapawudy aýdyň görkezýär. Synag gelende, haýwanyň nyşanynyň nämedigi açyk görkeziler. Ol ýekşenbe gününi saklamakdyr. Hakykaty eşidenden soň hem bu güni mukaddes hasaplamagyny dowam etdirýänler, wagtlary we kanunlary üýtgetmegi niýet eden günä adamsynyň goluny göterýärler. Bible Training School, December 1, 1903.</w:t>
      </w:r>
    </w:p>
    <w:p>
      <w:pPr>
        <w:pStyle w:val="ArticleBody"/>
        <w:jc w:val="left"/>
      </w:pPr>
      <w:r>
        <w:rPr>
          <w:rFonts w:ascii="Times New Roman" w:hAnsi="Times New Roman" w:eastAsia="Times New Roman" w:cs="Times New Roman"/>
        </w:rPr>
        <w:t>Laodikýäniň Adventizminiň ölümi, 2001-nji ýylyň 11-nji sentýabrynda sepelenip başlamyş soňky ýagşyň taryhynyň dowamynda amala aşyrylýar; bu soňky ýagyş ýakynda geljek Ýekşenbe kanunynda ölçegsiz dökülýär, şol wagt Hudaý ebedilik üçin möhürlenen bir halky berkarar edip, soňra-da olary baýdak hökmünde ýokary galdyrýar.</w:t>
      </w:r>
    </w:p>
    <w:p>
      <w:pPr>
        <w:pStyle w:val="ArticleBody"/>
        <w:jc w:val="left"/>
      </w:pPr>
      <w:r>
        <w:rPr>
          <w:rFonts w:ascii="Times New Roman" w:hAnsi="Times New Roman" w:eastAsia="Times New Roman" w:cs="Times New Roman"/>
        </w:rPr>
        <w:t>Şol wagt döwründe, Laodikeýa Adventizmindäki haýwanyň nyşanyna taýýarlanýan we ony kabul etjek bolanlar, Ezekieliň sekizinji babynda güne tagzym edýän ýigrimi bäş erkek adam arkaly şekillendirilýär. Olar şol taryhda hakyky garawullar tarapyndan yglan edilýän hakyky soňky ýagyş habaryna galp meňzeşlik hökmünde görkezilýän, Ezekieliň ýalan “parahatçylyk we howpsuzlyk” habaryny kabul edenlerdir. Şol ýalan soňky ýagyş habarynyň binýady, Daniýel kitabyndaky “gündelik” sözüniň hakykatda Şeýtanyň nyşany bolmagyna garamazdan, Mesihiň nyşanydygyny kesgitlemekdir. Şol ýalan esasy ynanç, “Iýerusalim halkyna höküm sürýän masgaralaýjy adamlar” özleriniň suwalmadyk diwaryny gurmak üçin ulanýan taglymatydyr.</w:t>
      </w:r>
    </w:p>
    <w:p>
      <w:pPr>
        <w:pStyle w:val="ArticleBody"/>
        <w:jc w:val="left"/>
      </w:pPr>
      <w:r>
        <w:rPr>
          <w:rFonts w:ascii="Times New Roman" w:hAnsi="Times New Roman" w:eastAsia="Times New Roman" w:cs="Times New Roman"/>
        </w:rPr>
        <w:t>“Gündelik” diýen zadyň Mesihe degişli nyşan hökmünde kesgitlenmegi taryhy taýdan 1931-nji ýylda bir “ýalan” arkaly ornaşdyryldy. Şondan soň galp teňňelerden we şaý-seplerden gurulan suwagy tutulmadyk diwar dikeldi. Ol “diwar”, Onuň harmanyny düýpli arassalamak üçin kir-çotga adam gelende, ýykylmaga ýazgyn edilendir. Şol arassalama taryhyň pygamberlik döwründe, “tüweleýli şemal” (2001-nji ýylyň 11-nji sentýabryndaky eşek) bilen “joşup akýan ýagynlaryň” (ýakynda geljek ýekşenbe kanunynyň ýolbarsy) arasynda amala aşyrylýar. Şol taryhda boýun egmedik pygamber öldürilýär we Beýteldäki ýalan pygamberiň gabyryna jaýlanýar. Uayt uýa pygamberlikdäki “diwary” Hudaýyň kanuny hökmünde kesgitleýär.</w:t>
      </w:r>
    </w:p>
    <w:p>
      <w:pPr>
        <w:pStyle w:val="ArticleScripture"/>
        <w:jc w:val="left"/>
      </w:pPr>
      <w:r>
        <w:rPr>
          <w:rFonts w:ascii="Times New Roman" w:hAnsi="Times New Roman" w:eastAsia="Times New Roman" w:cs="Times New Roman"/>
        </w:rPr>
        <w:t>Pygamber bu ýerde hakykatdan we dogrulykdan umumy ýüz öwrülýän döwürde, Hudaýyň Patyşalygynyň binýady bolan ýörelgeleri dikeltmäge ymtylýan bir halky suratlandyrýar. Olar Hudaýyň kanunynda edilen ýarygy bejerijilerdir — Onuň saýlanlary goraýyş üçin olaryň daşyna goýlan diwary; adalat, hakykat we päklik baradaky onuň buýruklaryna boýun bolmak bolsa, olar üçin hemişelik gorag bolmalydyr.</w:t>
      </w:r>
    </w:p>
    <w:p>
      <w:pPr>
        <w:pStyle w:val="ArticleScripture"/>
        <w:jc w:val="left"/>
      </w:pPr>
      <w:r>
        <w:rPr>
          <w:rFonts w:ascii="Times New Roman" w:hAnsi="Times New Roman" w:eastAsia="Times New Roman" w:cs="Times New Roman"/>
        </w:rPr>
        <w:t>Pygamber düşnüksiz manyly sözler bilen diwary gurýan bu galyndy halkyň anyk işini görkezýär. “Eger sen aýagyňy Sabatdan, Menim mukaddes günümde öz islegiňi etmekden saklasaň; we Sabady lezzet, Rebbiň mukaddes güni, hormata mynasyp diýip atlandyrsaň; we Ony hormatlasaň, öz ýollaryň bilen ýöremän, öz lezzetiňi gözlemän, öz sözleriňi sözlemän: onda sen Rebde lezzet taparsyň; Men seni ýeriň belent ýerleriniň üstünde gezdirerin we seni ataň Ýakubyň mirasy bilen iýdirerin; çünki muny Rebbiň agzy aýdandyr.” Işaýa 58:13, 14.” Pygamberler we Patyşalar, 678.</w:t>
      </w:r>
    </w:p>
    <w:p>
      <w:pPr>
        <w:pStyle w:val="ArticleBody"/>
        <w:jc w:val="left"/>
      </w:pPr>
      <w:r>
        <w:rPr>
          <w:rFonts w:ascii="Times New Roman" w:hAnsi="Times New Roman" w:eastAsia="Times New Roman" w:cs="Times New Roman"/>
        </w:rPr>
        <w:t>Adwentizmiň dördünji nesliniň başlangyjy, üçünji nesliň başlangyjynda bolşy ýaly, bir kitabyň neşir edilmegi bilen bellenýär. Üçünji nesil W. W. Preskottuň The Doctrine of Christ atly kitabynyň neşir edilmegi bilen başlady, we şol nesil Questions on Doctrine atly eseriň neşir edilmegi bilen tamamlandy. The Doctrine of Christ Milleritleriň pygamberlik habaryndan bilkastlaýyn mahrum edilen bir Hoş Habary hödürledi. Questions on Doctrine bolsa, Mesih tarapyndan amala aşyrylýan mukaddeslenme işini inkär edýän bir Hoş Habary hödürledi. The Doctrine of Christ pygamberlik taryhynyň (chazon) görnüşiniň nuruny aýyrdy, Questions on Doctrine bolsa Mesihiň “görünmeginiň” (Mareh) görnüşiniň nuruny aýyrdy.</w:t>
      </w:r>
    </w:p>
    <w:p>
      <w:pPr>
        <w:pStyle w:val="ArticleBody"/>
        <w:jc w:val="left"/>
      </w:pPr>
      <w:r>
        <w:rPr>
          <w:rFonts w:ascii="Times New Roman" w:hAnsi="Times New Roman" w:eastAsia="Times New Roman" w:cs="Times New Roman"/>
        </w:rPr>
        <w:t>Şol iki kitabyň arasynda “Tammuz üçin aglaýan aýallar” bilen şekillendirilýän galp soňky ýagyn habary ösdürilip çykaryldy. Hut şol taryhda “1931-nji ýylyň ýalançylygy” öňe sürüldi. Şol üçünji nesil (ýigrenji zat) Pergamodaky üçünji ybadathananyň ylalaşygy bilen hem şekillendirilýär. Üçünji ybadathanadaky ylalaşyk nyşany, dünýä institutlaryndan akkreditasiýa almaga ymtylmak işini görkezýär; şol institutlar ylahyýet üçin düzgünleri we lukmançylyk üçin düzgünleri belläp berýärdiler. Hut üçünji nesilde hakykatyň ylalaşyga gurban edilmegi amala aşyryldy; bu bolsa bozulan golýazmalardan terjime edilen Mukaddes Kitaplaryň ulanylmagynyň girizilmegini we nygtalmagyny öz içine alýardy.</w:t>
      </w:r>
    </w:p>
    <w:p>
      <w:pPr>
        <w:pStyle w:val="ArticleBody"/>
        <w:jc w:val="left"/>
      </w:pPr>
      <w:r>
        <w:rPr>
          <w:rFonts w:ascii="Times New Roman" w:hAnsi="Times New Roman" w:eastAsia="Times New Roman" w:cs="Times New Roman"/>
        </w:rPr>
        <w:t>1957-nji ýylda neşir edilen *Questions on Doctrine* atly kitap Hoş Habaryň esasy hakykatyna boýun egmegi aňladýardy. Şol hakykat bolsa, Isanyň bizi günäden “halas etmek” üçin ölendigidir, emma bizi günäniň “içinde” halas etmek üçin ölen däldir. Adamyň Hudaýyň Sözüne tabyn bolup bilmeýändigi baradaky katolik we dinden çykan protestant taglymaty Şeýtanyň baky delilidir. Adam Hudaýyň Sözüne tabyn bolup biler-de, bolmalydyr hem, hatda Şeýtan: “sen hökman ölmezsiň” diýse-de. Adamlaryň günäni ýeňip bilmeýändigi, şonuň üçin-de Isa Öz ikinji gelişinde olary gudrat bilen tabyn robotlara öwürýänçä, adamlar Hudaýyň kanunyna tabyn bolup bilmeýärler diýen dinden çykan protestant garaýşy *Questions on Doctrine* atly kitabyň taglymatlaryna girizildi.</w:t>
      </w:r>
    </w:p>
    <w:p>
      <w:pPr>
        <w:pStyle w:val="ArticleBody"/>
        <w:jc w:val="left"/>
      </w:pPr>
      <w:r>
        <w:rPr>
          <w:rFonts w:ascii="Times New Roman" w:hAnsi="Times New Roman" w:eastAsia="Times New Roman" w:cs="Times New Roman"/>
        </w:rPr>
        <w:t>1957-nji ýylda Laodikýa Adventizminiň dördünji nesli başlandy we onuň suwalmadyk diwary (kanun) bina edildi; şeýlelikde, bu ýagdaý ýüz kyrk dört müň adamyň möhürleniş wagtynyň ahyrynda ýigrimi bäş gadymy adamyň güneşe tagzym etmegine ýol berjek mantygy üpjün etdi. Hudaýyň kanunyny berjaý etmegiň mümkin däldigi baradaky ynanç bolan şol suwalmadyk diwar, ýakyn wagtda geljek ýekşenbe kanunynda Ybadathana bilen Döwletiň arasyndaky aýrybaşgalanyň “diwary” aýrylanda süpürilip ýok edilýär. Ýekşenbe kanuny joşup inýän ýagynlardyr, ýa-da Işaýanyň beýan edişi ýaly, ol joşup geçýän bela-beterdir; şol sil bolsa Amerikanyň Birleşen Ştatlarynda ýakyn wagtda geljek ýekşenbe kanunynda başlanýar.</w:t>
      </w:r>
    </w:p>
    <w:p>
      <w:pPr>
        <w:pStyle w:val="ArticleBody"/>
        <w:jc w:val="left"/>
      </w:pPr>
      <w:r>
        <w:rPr>
          <w:rFonts w:ascii="Times New Roman" w:hAnsi="Times New Roman" w:eastAsia="Times New Roman" w:cs="Times New Roman"/>
        </w:rPr>
        <w:t>Amerikanyň Birleşen Ştatlarynda ýekşenbe kanuny güýje girende, duşman (papa) “joşgunly sil ýaly” (daşyp-joşýan bela) gelip girýär, we hut şol wagt oňa garşy “nyşan” galdyrylýar. Hut şol wagt hem Laodikýaçyl Adventizmiň “gündelik” düşünjesiniň ýalan ulanylyşynyň üstünde bina eden “suwaglanmadyk diwar” süpürilip aýrylýar.</w:t>
      </w:r>
    </w:p>
    <w:p>
      <w:pPr>
        <w:pStyle w:val="ArticleScripture"/>
        <w:jc w:val="left"/>
      </w:pPr>
      <w:r>
        <w:rPr>
          <w:rFonts w:ascii="Times New Roman" w:hAnsi="Times New Roman" w:eastAsia="Times New Roman" w:cs="Times New Roman"/>
        </w:rPr>
        <w:t>Olaryň eden işlerine görä, Ol hem şoňa laýyklykda gaýtaryp berer: garşydaşlaryna gaharyny, duşmanlaryna jezany; adalara hem jezany gaýtaryp berer. Şeýlelikde, olar Rebbiň adyndan günbatardan, Onuň şöhratyndan bolsa günüň dogýan tarapyndan gorkarlar. Duşman sil kimin gelende, Rebbiň Ruhy oňa garşy baýdak galdyrar. Halasgär Siýona we Ýakubyň içinde günäden ýüz öwrenlere geler, diýýär Reb. Meniň olara degişli ähtim bolsa şudur, diýýär Reb: seniň üstüňdäki Ruhum we agzyňa salan sözlerim agzyňdan, nesliňiň agzyndan, nesliňiň nesliniň agzyndan şu günden başlap ebediyen aýrylmaz, diýýär Reb. Tur, şöhle saç; çünki nuryň geldi, Rebbiň şöhraty seniň üstüňde dogdy. Çünki ine, ýeri garaňkylyk, halklary bolsa goýy garaňkylyk örtüp alar; emma Reb seniň üstüňde dogar, Onuň şöhraty seniň üstüňde görnär. Milletler seniň nuryňa, patyşalar bolsa dogşuňyň ýagtylygyna geler. Işaýa 59:18–60:3.</w:t>
      </w:r>
    </w:p>
    <w:p>
      <w:pPr>
        <w:pStyle w:val="ArticleBody"/>
        <w:jc w:val="left"/>
      </w:pPr>
      <w:r>
        <w:rPr>
          <w:rFonts w:ascii="Times New Roman" w:hAnsi="Times New Roman" w:eastAsia="Times New Roman" w:cs="Times New Roman"/>
        </w:rPr>
        <w:t>Hudaýyň şöhraty Öz halkynyň üstünde bolanda, beýleki milletler şol ýagtylyga gelýärler; bu bolsa duşman suw joşmasy ýaly girip gelende bolýar. Şol duşman girip gelende, Hudaý oňa garşy baýdak (alamat) galdyrýar. Beýleki milletleriň ýüzlenýän şol adamlarynyň üstünde bolan Rebbiň şöhraty — Onuň häsiýetidir; Onuň häsiýeti bolsa günä etmeýär. Erkekleriň we aýallaryň günäni ýeňip bilmejekdigini öwredýän habar ýalan parahatçylyk we howpsuzlyk habarydyr. Şol habar hakyky soňky ýagyş habarynyň wagtynda wagyz edilýän ýalan soňky ýagyş habarydyr; hakyky habar bolsa 2001-nji ýylyň 11-nji sentýabrynda geldi. Şol ýalan habar Hudaýyň kanuny, ýagny “diwar” hakynda ýalan habardyr. Şol ýalan taglymat Questions on Doctrine kitabynda aňladylýar; ol bolsa Laodikeýa Adventizminiň dördünji we ahyrky nesliniň gelip ýetendigini belläpdi.</w:t>
      </w:r>
    </w:p>
    <w:p>
      <w:pPr>
        <w:pStyle w:val="ArticleBody"/>
        <w:jc w:val="left"/>
      </w:pPr>
      <w:r>
        <w:rPr>
          <w:rFonts w:ascii="Times New Roman" w:hAnsi="Times New Roman" w:eastAsia="Times New Roman" w:cs="Times New Roman"/>
        </w:rPr>
        <w:t>2001-nji ýylyň 11-nji sentýabrynda Laodikeýa Adventizminiň dört gozgalaňy iň soňky nesli atalarynyň günäleri bilen synag etmek üçin geldi. Şol senede Hudaý Öz halkyna Ýeremiýanyň gadymy ýollaryna dolanmagy görkezdi, şeýlelikde olar Milleriň gymmatbahaly daşlary hökmünde şekillendirilen esas goýujy habara düşünip, ony kabul edip bilerler. Şeýle eden bolsalar, olar Ýeremiýanyň “rahatlyk” diýip atlandyran giçki ýagşyny tapardylar. Gadymy ýollara dolanmak çagyryşy 1863-nji ýylyň gozgalaňyny ýüze çykaran synagyň gaýtalanmasydy.</w:t>
      </w:r>
    </w:p>
    <w:p>
      <w:pPr>
        <w:pStyle w:val="ArticleBody"/>
        <w:jc w:val="left"/>
      </w:pPr>
      <w:r>
        <w:rPr>
          <w:rFonts w:ascii="Times New Roman" w:hAnsi="Times New Roman" w:eastAsia="Times New Roman" w:cs="Times New Roman"/>
        </w:rPr>
        <w:t>2001-nji ýylyň 11-nji sentýabrynda, ýagny Işaýanyň “gündogar gününiň we şemalyň” güni diýýän wagtynda, “üzümçilik aýdymy” aýdylymalydy; bu aýdym Vahý kitabyň on dördünji bap, üçünji aýatynda, şeýle hem on bäşinji bap, üçünji aýatynda Musa bilen Guzynyň aýdymyny aýdýanlar tarapyndan aýdylýar. Şol aýdym Laodikeýa habarydyr; ol öňki saýlanan halkyň şonda çetden geçilýändigini görkezýärdi, çünki şol wagtda Hudaý Öz üzümçiligini onuň göz öňünde tutulan miwelerini getirjek erkeklere we aýallara bermek işiniň içindedi. Şol üzümçilik habary Laodikeýa habarydyr, ol bolsa 1888-nji ýylyň gozgalaňynda Jons bilen Waggoner tarapyndan ýetirilen habar bolupdy.</w:t>
      </w:r>
    </w:p>
    <w:p>
      <w:pPr>
        <w:pStyle w:val="ArticleBody"/>
        <w:jc w:val="left"/>
      </w:pPr>
      <w:r>
        <w:rPr>
          <w:rFonts w:ascii="Times New Roman" w:hAnsi="Times New Roman" w:eastAsia="Times New Roman" w:cs="Times New Roman"/>
        </w:rPr>
        <w:t>2001-nji ýylyň 11-nji sentýabrynda soňky ýagyn başlandy, we Habakugyň ikinji babyndaky jedelde iki tagtanyň habaryny beýan eden bir topar kesgitlenýär; çünki olar Ýeremiýanyň gadymy ýollaryna dolanyp gelipdiler we Işaýanyň “setir üstüne setir” bolan usulyýetiň getirilýändigini kesgitleýän “dynçlyk we täzelenişi” kabul edýärdiler. Olaryň gatnaşan jedeli, “Tammuz üçin aglaýan aýallar” arkaly şekillendirilen, ýalan soňky ýagyn habaryna garşy durýardy; ol habar ukuda bolan Laodikiýa halkyny parahatçylyk we howpsuzlyk habary bilen höweslendirýärdi.</w:t>
      </w:r>
    </w:p>
    <w:p>
      <w:pPr>
        <w:pStyle w:val="ArticleBody"/>
        <w:jc w:val="left"/>
      </w:pPr>
      <w:r>
        <w:rPr>
          <w:rFonts w:ascii="Times New Roman" w:hAnsi="Times New Roman" w:eastAsia="Times New Roman" w:cs="Times New Roman"/>
        </w:rPr>
        <w:t>Parahatçylyk we howpsuzlyk habary erkekler bilen aýallaryň günä etmezliginiň mümkin däldigini öňe sürýär, şonuň üçin-de Hudaý olary diňe günäleriniň “içinde” aklap biler we aklajakdyr. Masgaralaýjy adamlar özleriniň parahatçylyk we howpsuzlyk habarynyň Jones bilen Waggoneriň beýan eden imana esaslanýan aklanma baradaky hakyky habar diýýärler, emma bu habar Hudaýyň aklan kişisini mukaddesleşdirýändigini aýdýan hakykaty aýryp taşlaýar; çünki Hudaý adamlary günäleriniň içinde halas etmek üçin däl-de, günälerinden halas etmek üçin öldi.</w:t>
      </w:r>
    </w:p>
    <w:p>
      <w:pPr>
        <w:pStyle w:val="ArticleBody"/>
        <w:jc w:val="left"/>
      </w:pPr>
      <w:r>
        <w:rPr>
          <w:rFonts w:ascii="Times New Roman" w:hAnsi="Times New Roman" w:eastAsia="Times New Roman" w:cs="Times New Roman"/>
        </w:rPr>
        <w:t>2001-nji ýylyň 11-nji sentýabry ýüz kyrk dört müň adamyň möhürleniş döwrüniň başlangyjyny belläp geçdi; bu döwür ahyrsoňy bir toparyň Hudaýyň möhürini almagy bilen tamamlanýar. Bu topar, ybadathanadaky we ýurtdaky nejislikler üçin ah çekip aglaýanlar bilen şekillendirilýär; beýleki bir topar bolsa üçünji perişdäniň iň soňky işiniň amala aşyrylýan ybadathanasyna arkalaryny öwrüp, güne baş egýärler. Milleritleriň taryhy üçünji perişdäniň hereketiniň taryhyny görkezýär, şeýle etmek bilen hem iň ýokary nokat giç ýagşyň habary we ony iýmegi saýlanlarda emele getirýän tejribesi barada bolýar.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“Öňden emele gelen garaýyşlardan ýüz döndermäge hem-de bu hakykaty kabul etmäge islegsizlik, Minneapolisde Doganlar Waggoner we Jones arkaly Rebbiň habaryna garşy görkezilen garşylygyň ep-esli böleginiň düýbüni emele getirdi. Şol garşylygy tutaşdyrmak arkaly Şeýtan Hudaýyň olara bermäge ýüreginde besläp gelen Mukaddes Ruhuň aýratyn güýjüni halkymyzdan uly ölçegde daşda saklamagy başardy. Duşman olaryň Pentikost gününden soň resullar ony wagyz edişleri ýaly, hakykaty dünýä ýetirmekde özleriniňki bolup biljek täsirliligi gazanmagyna päsgel berdi. Öz şöhraty bilen bütin ýeri ýagtyltmaly bolan ýagtylyga garşy duruldy, we öz doganlarymyzyň hereketi netijesinde ol dünýäden uly derejede daşda saklanyldy.” Selected Messages, book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segsen sekiz</dc:title>
  <dc:subject>Galp Soňky Ýagyşyň Ýalanlygyny Paş Etmek: 2001-nji ýylyň 11-nji sentýabryndan başlanýan pygamberlik sapary</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