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Amerika üçin geljek we 2020-nji ýylyň 18-nji iýuly — Dörtünji sany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2023-09-19</w:t>
      </w:r>
    </w:p>
    <w:p>
      <w:pPr>
        <w:pStyle w:val="ArticleHeading"/>
        <w:jc w:val="left"/>
      </w:pPr>
      <w:r>
        <w:rPr>
          <w:rFonts w:ascii="Arial" w:hAnsi="Arial" w:eastAsia="Arial" w:cs="Arial"/>
        </w:rPr>
        <w:t>1863</w:t>
      </w:r>
    </w:p>
    <w:p>
      <w:pPr>
        <w:pStyle w:val="ArticleBody"/>
        <w:jc w:val="left"/>
      </w:pPr>
      <w:r>
        <w:rPr>
          <w:rFonts w:ascii="Times New Roman" w:hAnsi="Times New Roman" w:eastAsia="Times New Roman" w:cs="Times New Roman"/>
        </w:rPr>
        <w:t>Ulai derýasy arkaly beýan edilen Danyýel kitabynyň sekizinji we dokuzynjy baplarynyň habary 1798-nji ýylda açyldy. Sekizinji bapyň pygamberligi dokuzynjy bapda Jebraýyl tarapyndan düşündirildi, ýöne bu diňe Danyýel Injildäki ynsan tarapyndan edilen iň möhüm doga-dilegleriň biri hasap edilýän bir dogany beýan edenden soň bolup geçdi. Şol dogada Danyýel, Ýerusalimiň harabaçylygynyň Ýeremiýanyň kitabynda tapandygyňa görä ýetmiş ýyl dowam etjekdigine düşünendigini görkezýär.</w:t>
      </w:r>
    </w:p>
    <w:p>
      <w:pPr>
        <w:pStyle w:val="ArticleScripture"/>
        <w:jc w:val="left"/>
      </w:pPr>
      <w:r>
        <w:rPr>
          <w:rFonts w:ascii="Times New Roman" w:hAnsi="Times New Roman" w:eastAsia="Times New Roman" w:cs="Times New Roman"/>
        </w:rPr>
        <w:t>Ahaşweruşyň ogly, Mady neslinden bolan Darýuşyň Kaldelileriň patyşalygynyň üstüne patyşa edilen birinji ýylynda, onuň hökümdarlygynyň ilkinji ýylynda men, Daniel, kitaplar arkaly Rebbiň sözüniň Ýermeýa pygambere gelen ýyllarynyň sanyna düşündim, ýagny Ýerusalimiň harabaçylyklarynda ýetmiş ýylyň doljakdygyna düşündim. Daniel 9:1, 2.</w:t>
      </w:r>
    </w:p>
    <w:p>
      <w:pPr>
        <w:pStyle w:val="ArticleBody"/>
        <w:jc w:val="left"/>
      </w:pPr>
      <w:r>
        <w:rPr>
          <w:rFonts w:ascii="Times New Roman" w:hAnsi="Times New Roman" w:eastAsia="Times New Roman" w:cs="Times New Roman"/>
        </w:rPr>
        <w:t>Ýeremiýa hem şol ýetmiş ýylyň ahyrynda, Dariýiň serkerdesi Kiriň Wawilony basyp almagy bilen, Belşassaranyň öljekdigini görkezdi.</w:t>
      </w:r>
    </w:p>
    <w:p>
      <w:pPr>
        <w:pStyle w:val="ArticleScripture"/>
        <w:jc w:val="left"/>
      </w:pPr>
      <w:r>
        <w:rPr>
          <w:rFonts w:ascii="Times New Roman" w:hAnsi="Times New Roman" w:eastAsia="Times New Roman" w:cs="Times New Roman"/>
        </w:rPr>
        <w:t>Şu ähli ýer harabaçylyga we haýran galdyryjy bir weýrançylyga öwrüler; bu milletler hem ýetmiş ýyl Babel patyşasyna gulluk ederler. Emma ýetmiş ýyl dolandan soň, olaryň etmişi üçin Babel patyşasyny-da, şol milleti-de, şeýle-de Kaldeýleriň ýurduny-da jezalandyryp, ony ebedilik harabaçylyklara öwürerin, diýýär Reb. Ýeremýa 25:11, 12.</w:t>
      </w:r>
    </w:p>
    <w:p>
      <w:pPr>
        <w:pStyle w:val="ArticleBody"/>
        <w:jc w:val="left"/>
      </w:pPr>
      <w:r>
        <w:rPr>
          <w:rFonts w:ascii="Times New Roman" w:hAnsi="Times New Roman" w:eastAsia="Times New Roman" w:cs="Times New Roman"/>
        </w:rPr>
        <w:t>Danyýel hem ýetmiş ýyllap süren weýrançylygyň Musanyň ýazga geçiren pygamberliginiň ýerine ýetmesi bolandygyny anyklady.</w:t>
      </w:r>
    </w:p>
    <w:p>
      <w:pPr>
        <w:pStyle w:val="ArticleScripture"/>
        <w:jc w:val="left"/>
      </w:pPr>
      <w:r>
        <w:rPr>
          <w:rFonts w:ascii="Times New Roman" w:hAnsi="Times New Roman" w:eastAsia="Times New Roman" w:cs="Times New Roman"/>
        </w:rPr>
        <w:t>Hawa, bütin Ysraýyl Seniň kanunyňy bozdy, hatda Seniň sözüňe gulak asmamak üçin ýüz öwürdi; şonuň üçin-de Hudaýyň hyzmatkäri Musa kanunynda ýazylan nälet hem ant içimizde döküldi, çünki biz Oňa garşy günä etdik. Ol bize garşy we bizi höküm eden kazylarymyza garşy aýdan sözlerini başymyza uly betbagtçylyk getirmek bilen berjaý etdi; çünki bütin asmanyň astynda Iýerusalime edilen ýaly zat edilmedikdir. Musa kanunynda ýazylyşy ýaly, bu betbagtçylygyň bary biziň başymyza geldi; emma biz Reb Hudaýymyzyň huzurynda doga etmedik, öz etmişlerimizden dönmek we Seniň hakykatyňa düşünmek üçin. Daniel 9:11–13.</w:t>
      </w:r>
    </w:p>
    <w:p>
      <w:pPr>
        <w:pStyle w:val="ArticleBody"/>
        <w:jc w:val="left"/>
      </w:pPr>
      <w:r>
        <w:rPr>
          <w:rFonts w:ascii="Times New Roman" w:hAnsi="Times New Roman" w:eastAsia="Times New Roman" w:cs="Times New Roman"/>
        </w:rPr>
        <w:t>Ysraýylyň bozup, netijesinde “näletiň” ýüze çykmagyna sebäp bolan “kasamy” Levililer kitabynyň ýigrimi altynjy babyndaky “ýedi esse”di. Levililer kitabynyň ýigrimi altynjy babynda “ýedi esse” diýip terjime edilen söz, Daniýel kitabynyň dokuzynjy babynda “kasam” diýip terjime edilen şol bir ýewreý sözüdür. “Ýedi esse” diýip terjime edilen söz bilen aňladylýan Musanyň kasamy William Miller tarapyndan açylan ilkinji wagt pygamberligidi we ol 1863-nji ýylda bir gyra goýlan onuň esasy hakykatlarynyň ilkinjisidi. William Miller Ylýas peygamberi alamatlandyrýardy, we bu Pygamberlik Ruhy tarapyndan tassyklanýar.</w:t>
      </w:r>
    </w:p>
    <w:p>
      <w:pPr>
        <w:pStyle w:val="ArticleScripture"/>
        <w:jc w:val="left"/>
      </w:pPr>
      <w:r>
        <w:rPr>
          <w:rFonts w:ascii="Times New Roman" w:hAnsi="Times New Roman" w:eastAsia="Times New Roman" w:cs="Times New Roman"/>
        </w:rPr>
        <w:t>“Müňlerçe adam William Miller tarapyndan wagyz edilen hakykaty kabul etmäge getirildi, we habary yglan etmek üçin Hudaýyň gullukçylary Ylýasyň ruhunda we gudratynda galdyryldy.” Irki Ýazgylar, 233.</w:t>
      </w:r>
    </w:p>
    <w:p>
      <w:pPr>
        <w:pStyle w:val="ArticleBody"/>
        <w:jc w:val="left"/>
      </w:pPr>
      <w:r>
        <w:rPr>
          <w:rFonts w:ascii="Times New Roman" w:hAnsi="Times New Roman" w:eastAsia="Times New Roman" w:cs="Times New Roman"/>
        </w:rPr>
        <w:t>1863-nji ýylda Millerit hereketi tamamlandy, çünki ozal şol hereketiň içinde bolanlar Ýedinji Gün Adventist ybadathanasyny döretdiler. Olar ybadathana hökmünde başlanlarynda, hereket tamamlandy. Ol Levililer 26-daky “ýedi wagt” arkaly şekillendirilişi ýaly Musany öldürenlerinde tamamlandy, we şol bir wagtda herekete Musanyň “antyny” hödürlän habarçy Ylýasy hem öldürdiler. Musa bilen Ylýas ikisi-de 1863-nji ýylda öldürüldi we 2001-nji ýylyň 11-nji sentýabryndan soňra çenli direldilmeli däldiler; şol wagt Hudaý Future for America hereketini köne ýollara gaýtaryp getirdi.</w:t>
      </w:r>
    </w:p>
    <w:p>
      <w:pPr>
        <w:pStyle w:val="ArticleBody"/>
        <w:jc w:val="left"/>
      </w:pPr>
      <w:r>
        <w:rPr>
          <w:rFonts w:ascii="Times New Roman" w:hAnsi="Times New Roman" w:eastAsia="Times New Roman" w:cs="Times New Roman"/>
        </w:rPr>
        <w:t>“Future for America” 2001-nji ýylyň 11-nji sentýabryny üçünji wähimiň gelşi hökmünde tanady, we 11-nji sentýabrdaky Yslamyň hüjüminiň şeýle kesgitlenişini tassyklaýan zat bolsa, Milleritler tarapyndan kesgitlenilişi ýaly ilkinji iki wähimiň taryhydyr; bu taryh hem 1843-nji we 1850-nji ýyllaryň iki öňdebaryjy çyzgysynda aýratyn beýan edilendir. Yslamyň häzirki zamandaky ornuny goldamak üçin Milleritleriň taryhyna gaýdyp barmak bilen, Reb soňra “Future for America”-nyň Lewiler 26-daky “ýedi wagt” baradaky düşünjesini açdy; bu hem iki çyzgyda merkez sütüninde grafiki taýdan görkezilendir. Iki çyzgyda-da merkez sütüniň merkezi haçdyr. Hudaý Habakkugyň iki tablisiniň hem taýýarlanylmagyna ýolbaşçylyk edeninde, Musanyň “antynyň”, ýagny Lewiler 26-daky “ýedi wagt”-yň beýleki ähli pygamberlik şekillendirişleriniň merkezi bolmagyny, hem-de iki tablisa-da Mesihiň edil merkeziň özüne ýerleşdirilmegini üpjün etdi.</w:t>
      </w:r>
    </w:p>
    <w:p>
      <w:pPr>
        <w:pStyle w:val="ArticleBody"/>
        <w:jc w:val="left"/>
      </w:pPr>
      <w:r>
        <w:rPr>
          <w:rFonts w:ascii="Times New Roman" w:hAnsi="Times New Roman" w:eastAsia="Times New Roman" w:cs="Times New Roman"/>
        </w:rPr>
        <w:t>Bu, Danyýeliň dokuzynjy babynda Jebraýyl tarapyndan düşündirilen başga bir pygamberlikde görkezilen döwür bilen gabat gelýärdi; ol ýerde Mesihiň bir hepdäniň dowamynda köpler bilen ähti tassyk etjekdigi kesgitlenýärdi.</w:t>
      </w:r>
    </w:p>
    <w:p>
      <w:pPr>
        <w:pStyle w:val="ArticleScripture"/>
        <w:jc w:val="left"/>
      </w:pPr>
      <w:r>
        <w:rPr>
          <w:rFonts w:ascii="Times New Roman" w:hAnsi="Times New Roman" w:eastAsia="Times New Roman" w:cs="Times New Roman"/>
        </w:rPr>
        <w:t>Ol köp bilen bir hepdälik ähti tassyklar; hepdäniň ortasynda bolsa gurbanlygy we sadakany bes etdirer; ýigrenji zatlaryň ýaýrap gitmegi sebäpli ol haraba öwrer, hatda tamamlanýança çenli; bellenen jeza hem şol haraba bolan üstüne döküler. Daniel 9:27.</w:t>
      </w:r>
    </w:p>
    <w:p>
      <w:pPr>
        <w:pStyle w:val="ArticleBody"/>
        <w:jc w:val="left"/>
      </w:pPr>
      <w:r>
        <w:rPr>
          <w:rFonts w:ascii="Times New Roman" w:hAnsi="Times New Roman" w:eastAsia="Times New Roman" w:cs="Times New Roman"/>
        </w:rPr>
        <w:t>Pygamberlik hepdesi iki müň bäş ýüz ýigrimi simwolik günden ybaratdyr, we Jebraýylyň düşündirýän pygamberligi şol iki müň bäş ýüz ýigrimi simwolik günüň “ortasynda”, ýagny merkezinde, Mesihiň haça çüýlenjekdigini görkezdi. Mesih Habakugyň iki tagtasynda hem, şeýle hem Onuň köpler bilen ähti berkiden hepdesinde-de, “iki müň bäş ýüz ýigriminiň” merkezidir.</w:t>
      </w:r>
    </w:p>
    <w:p>
      <w:pPr>
        <w:pStyle w:val="ArticleBody"/>
        <w:jc w:val="left"/>
      </w:pPr>
      <w:r>
        <w:rPr>
          <w:rFonts w:ascii="Times New Roman" w:hAnsi="Times New Roman" w:eastAsia="Times New Roman" w:cs="Times New Roman"/>
        </w:rPr>
        <w:t>1863-nji ýylda adventizm ýygnak hökmünde başlandy, we Ylýas ruhy bilen güýçlendirilen Millerçi hereket öldürildi. Millerçi hereket, Ylham kitabyndaky ýedi ýygnagyň çäginde özleriniň Filadelfiýa ýygnagy bolandyklaryna düşünýärdi. 1844-nji ýyldaky Beýik Lapykeçlikden soň olardan aýrylanlar bolsa, şondan soň Laodikiýalylar hökmünde kesgitlenildi. 1856-njy ýylda Jeýms Uaýt Review and Herald neşirinde birgiden makalalara başlap, Filadelfiýa hökmünde başlanan hereketiň Laodikiýa öwrülendigini we şonuň üçin agzalaryň Laodikiýa ýygnagyna hödürlenen em çäresini gözlemelidigini kesgitledi. Şol ýylyň özünde, şol neşirde Jeýms Uaýt Levililer 26-daky iki müň bäş ýüz ýigrimi ýyl pygamberligi barada Hýram Edson tarapyndan ýazylan birgiden makalalary çap etdi. Makalalar hiç wagt tamamlanmady.</w:t>
      </w:r>
    </w:p>
    <w:p>
      <w:pPr>
        <w:pStyle w:val="ArticleBody"/>
        <w:jc w:val="left"/>
      </w:pPr>
      <w:r>
        <w:rPr>
          <w:rFonts w:ascii="Times New Roman" w:hAnsi="Times New Roman" w:eastAsia="Times New Roman" w:cs="Times New Roman"/>
        </w:rPr>
        <w:t>Reb 2001-nji ýylyň 11-nji sentýabryndan soň Future for America hereketini gaýtadan gadymy ýollara alyp baranda, Edsonyň makalalary täzeden ýüze çykaryldy, we taryhda ilkinji gezek iki müň bäş ýüz ýigrimi ýyllyk döwürleriň ikisiniň hem iki lagnat hökmünde ykrar edilendigi görüldi. Olaryň biri demirgazykdaky on taýpa garşy, beýlekisi bolsa günortadaky iki taýpa garşydy. Miller günortadaky Ýahuda patyşalygyna garşy bolan ýedi wagty kesgitläpdi, emma Edson demirgazykdaky Ysraýyl patyşalygyna garşy bolan ýedi wagty kesgitledi. Future for America olaryň ikisiniň hem ulanylmalydygyny gördi. Iki dargadylyş birleşdirilende, olar Miller ýa-da Edson tarapyndan hiç wagt ykrar edilmedik pygamberlik nuruny berýär.</w:t>
      </w:r>
    </w:p>
    <w:p>
      <w:pPr>
        <w:pStyle w:val="ArticleBody"/>
        <w:jc w:val="left"/>
      </w:pPr>
      <w:r>
        <w:rPr>
          <w:rFonts w:ascii="Times New Roman" w:hAnsi="Times New Roman" w:eastAsia="Times New Roman" w:cs="Times New Roman"/>
        </w:rPr>
        <w:t>Reb 2001-den soň Reb “Future for America”-ny gadymy ýollara gaýtaryp getirende, Musanyň “anty” täzeden janlandy we aýak üstünde durdy. Şondan soň “ant” bilen baglanyşykly habar üçünji perişdäniň ilçileri tarapyndan, edil birinji perişdäniň ilçileriniň ony hödürlän we nyşanlandyran görnüşinde beýan edildi. “Future for America” “Musa” bilen şekillendirilen habary “Iliýanyň” gudratynda yglan eden hereketdi, we Iliýa takmynan 2012-nji ýylda tamamlanan “Habakkukyň Tablisalry” atly çykyşlar toplumynyň ahyryna çenli Musanyň şaýatlygyny aýdyň berdi. Şol çykyşlar toplumy tamamlananda, düýpsüz çuňlukdan çykan haýwan Musa bilen Iliýa garşy uruş açmak üçin ýokary galdy. Şol uruş “Future for America” 1996-njy ýyldan bäri alyp barýan işini bes etmegi we onuň deregine öz buýsanjynda “Pygamberler Mekdebi” diýip atlandyran bir mekdebi başlamagy karar eden wagty başlandy. Ol mekdebe “ýalançy pygamberleriň mekdebi” diýip at goýmak has gowusy bolardy!</w:t>
      </w:r>
    </w:p>
    <w:p>
      <w:pPr>
        <w:pStyle w:val="ArticleBody"/>
        <w:jc w:val="left"/>
      </w:pPr>
      <w:r>
        <w:rPr>
          <w:rFonts w:ascii="Times New Roman" w:hAnsi="Times New Roman" w:eastAsia="Times New Roman" w:cs="Times New Roman"/>
        </w:rPr>
        <w:t>Mekdep Rebbe tarapyndan Öz habarlary hökmünde hiç haçan tassyklanmadyk adamlara öz pikirlerini girizmäge ýol berip başlanda ýüze çykan başagaýlyk we bulaşyklyk 2020-nji ýylyň 18-nji iýulynda Future for America-nyň ölümi bilen tamamlandy. Şol pursatda Musa bilen Ylýas köçelerde öldürilipdi.</w:t>
      </w:r>
    </w:p>
    <w:p>
      <w:pPr>
        <w:pStyle w:val="ArticleScripture"/>
        <w:jc w:val="left"/>
      </w:pPr>
      <w:r>
        <w:rPr>
          <w:rFonts w:ascii="Times New Roman" w:hAnsi="Times New Roman" w:eastAsia="Times New Roman" w:cs="Times New Roman"/>
        </w:rPr>
        <w:t>Olar öz şaýatlyklaryny tamamlansoň, düýpsüz çuňlukdan çykýan wagşy haýwan olara garşy uruş açar, olary ýeňer we öldürer. Olaryň jesetleri ruhy manyda Sodom we Müsür diýlip atlandyrylýan, şeýle hem Rebimiz haça çüýlenen uly şäheriň köçesinde ýatar. Ylham 11:7, 8.</w:t>
      </w:r>
    </w:p>
    <w:p>
      <w:pPr>
        <w:pStyle w:val="ArticleBody"/>
        <w:jc w:val="left"/>
      </w:pPr>
      <w:r>
        <w:rPr>
          <w:rFonts w:ascii="Times New Roman" w:hAnsi="Times New Roman" w:eastAsia="Times New Roman" w:cs="Times New Roman"/>
        </w:rPr>
        <w:t>Ynamdar bolan şaýatlyk, Habakkugyň Tablisalary atly toplumyň jemlenişinde tamamlanan şaýatlykdyr. Soňra ýyrtyjy hüjüm etdi. Häzirki makalalary kimiň yzarlaýandygy barada hiç bir düşünjäm ýok, emma men onuň düzüminde Future for America-nyň duşmanlarynyň hem, 18-nji iýulyň lapykeçligi bilen henizem ylalaşmaga synanyşýanlaryň hem deň derejede bardygyny çak edýärin. Şonuň üçin men duşmanlar diýip kesgitleýän toparyma degişli bolanlaryň, pygamberlik taryhynyň şu ulanylyşynyň öz aklamasyna hyzmat edýän ýaly bolup görünýändigini öz pikirlerinde görkezjekdiklerine garaşýaryn. Goý şeýle bolsun. Future for America-nyň taryhynyň Millerit hereketi bilen nusgalaşdyrylan hereket hökmünde aç-açan kesgitlenendigini inkär edýän ýaly görünmäge wagt juda gysgadyr; şeýle hem şol hereketde ýolbaşçylyk etmek üçin galdyrylan, kemçilikli Laodikeli ynsan habarçysynyň William Miller bilen nusgalaşdyrylandygyny inkär edýän ýaly görünmäge hem wagt juda gysgadyr.</w:t>
      </w:r>
    </w:p>
    <w:p>
      <w:pPr>
        <w:pStyle w:val="ArticleBody"/>
        <w:jc w:val="left"/>
      </w:pPr>
      <w:r>
        <w:rPr>
          <w:rFonts w:ascii="Times New Roman" w:hAnsi="Times New Roman" w:eastAsia="Times New Roman" w:cs="Times New Roman"/>
        </w:rPr>
        <w:t>Miller Filadelfiýa döwrüne degişli adamdy, men bolsa 1975-nji ýylda dünýäden Adventizme geldim; şonuň üçin men tassyklanan Laodikýaçy Adventistdirin. Durmuş taryhym şol hakykata şaýatlyk edýär. Şeýle bolsa-da, asmanlaryň rehimli Hudaýy ýakynda maňa häzir açyp görkezýän habaryny ýazmaça beýan edip, ybadathanalara ibermegi tabşyrdy. Onuň tabşyrygy şeýle wada bilen geldi: Ol Musa bilen Ylýasy direldeninde, olar Laodikýaçylar hökmünde däl-de, Filadelfiýaçylar hökmünde direldiler. Millerçi taryhynda başlanan hereket Filadelfiýanyň wagtydy; ol ahyrsoňy 1856-njy ýylda Laodikýa geçdi, şonda ol Millerçiler tarapyndan goýlan esaslary ret etmek işine başlady. Ret etmek Hiram Edsonyň galamy arkaly hödürlenen ýagtylygyň täze ösüşini bir gyra goýmak bilen başlady. Ýedi ýyl soň, 1863-nji ýylda, Musanyň habaryny hödürlän Ylýas hereketi öldürüldi. Hereket öldürilen şol bir wagtda, hereketiň ornuny tutmak üçin bir ybadathana girizildi. Musa bilen Ylýas Adventizmiň başynda öldürüldiler, olar Adventizmiň ahyrynda-da ýene öldürüldiler.</w:t>
      </w:r>
    </w:p>
    <w:p>
      <w:pPr>
        <w:pStyle w:val="ArticleBody"/>
        <w:jc w:val="left"/>
      </w:pPr>
      <w:r>
        <w:rPr>
          <w:rFonts w:ascii="Times New Roman" w:hAnsi="Times New Roman" w:eastAsia="Times New Roman" w:cs="Times New Roman"/>
        </w:rPr>
        <w:t>Pygamberlik taýdan Laodikeýanyň soňunda, 1989-njy ýylda Hiddekel derýasynyň görnüşi möhürden açyldy we Laodikeýa eneden doglan bir hereket başlandy. Reb biwagt tutulmady we Öz üç perişdäniň işini nähili başlan bolsa, şonuň ýaly-da tamamlaýynjakdygyny bilýärdi. Ol ony Filadelfiýalylaryň hereketi bilen tamamlardy, edil nähili başlan bolsa, şonuň ýaly; muny ýerine ýetirmek üçin bolsa, dogluşy boýunça Laodikeýaly bolan hereket öldürilmeli we Filadelfiýalylar hökmünde direldilmeli boldy. Şeýle etmek bilen, Laodikeýa ybadathanasyndan çykarylan şol hereket, edil üç esse birleşigiň ýediden bolan sekizinjä öwrüljek taryhynyň öz içinde, ýediden bolan sekizinjä öwrülerdi. Şol bir taryhyň özünde Respublikançylygyň şahy hem Müsüriň we Sodomyň “woke-izmi” tarapyndan öldürilen, ýöne ýediden bolan sekizinjiniň direlişini başdan geçirer; emma pygamberlik çyzygynyň şol ugry makalalarda soňrak beýan ediler.</w:t>
      </w:r>
    </w:p>
    <w:p>
      <w:pPr>
        <w:pStyle w:val="ArticleScripture"/>
        <w:jc w:val="left"/>
      </w:pPr>
      <w:r>
        <w:rPr>
          <w:rFonts w:ascii="Times New Roman" w:hAnsi="Times New Roman" w:eastAsia="Times New Roman" w:cs="Times New Roman"/>
        </w:rPr>
        <w:t>Halklardan, tirelerden, dillerden we milletlerden bolanlar olaryň jesetlerini üç gün ýarym görerler we olaryň jesetleriniň gabyra goýulmagyna ýol bermezler. Ýeriň ýüzünde ýaşaýanlar olaryň üstünden şatlanarlar, şowhun ederler we biri-birine sowgat ibererler; çünki bu iki pygamber ýeriň ýüzünde ýaşaýanlary köseýärdi. Üç gün ýarymdan soň bolsa, Hudaýdan gelen ýaşaýyş ruhy olaryň içine girdi, we olar aýaklarynyň üstünde durdular; olary görenleriň üstüne uly gorky indi. Ylham 11:9–11.</w:t>
      </w:r>
    </w:p>
    <w:p>
      <w:pPr>
        <w:pStyle w:val="ArticleBody"/>
        <w:jc w:val="left"/>
      </w:pPr>
      <w:r>
        <w:rPr>
          <w:rFonts w:ascii="Times New Roman" w:hAnsi="Times New Roman" w:eastAsia="Times New Roman" w:cs="Times New Roman"/>
        </w:rPr>
        <w:t>Amerika üçin Geljek gabra goýulmady, ol diňe öldürilen ýerindäki köçede ýatyp galdy, şol wagt onuň duşmanlary onuň görünýän ölümini baýram edip şatlanypdylar. Şeýle-de bolsa, “üç gün ýarymdan soň Hudaýdan gelen ýaşaýyş ruhy olaryň içine girdi, olar hem aýaklarynyň üstünde durdular.” Wagt indi ýokdur, şonuň üçin üç gün ýarym, Vahyý on ikinji bapdaky altynjy we on dördünji aýatlarda mukaddes ýeriň we goşunyň aýak astyna alnandygyna degişli çöli aňladýan bir müň iki ýüz altmyş günüň ýa-da ýylyň nyşanydyr. Eger olar gabra goýlan bolan bolsalar, onda aýak astyna alnyp bilinjek köçede bolmazdylar. Amerika üçin Geljegiň aýak astyna alynmagy diňe bir nyşanlaýyn döwür bolman, eýsem ol Musanyň ant içmesi bilen görkezilen “ýedi wagtyň” habarynyň nyşanlaýyn döwrüdir.</w:t>
      </w:r>
    </w:p>
    <w:p>
      <w:pPr>
        <w:pStyle w:val="ArticleScripture"/>
        <w:jc w:val="left"/>
      </w:pPr>
      <w:r>
        <w:rPr>
          <w:rFonts w:ascii="Times New Roman" w:hAnsi="Times New Roman" w:eastAsia="Times New Roman" w:cs="Times New Roman"/>
        </w:rPr>
        <w:t>Olar gylyjyň gylyjyndan ýykylarlar, ähli milletleriň arasyna ýesir alnyp gidilerler; we milletleriň wagtlary dolýança, Iýerusalim başga milletler tarapyndan tapdalanar. Luka 21:24.</w:t>
      </w:r>
    </w:p>
    <w:p>
      <w:pPr>
        <w:pStyle w:val="ArticleBody"/>
        <w:jc w:val="left"/>
      </w:pPr>
      <w:r>
        <w:rPr>
          <w:rFonts w:ascii="Times New Roman" w:hAnsi="Times New Roman" w:eastAsia="Times New Roman" w:cs="Times New Roman"/>
        </w:rPr>
        <w:t>Iýerusalim üç gezek aýak astyna salyndy. Birinjisi, biziň eramyzdan öň 677-nji ýyldan biziň eramyzdan öň 607-nji ýyla çenli Babil tarapyndan boldy. Ikinji gezek aýak astyna salynmagy butparaz Rim tarapyndan biziň eramyzyň 66-njy ýylyndan 70-nji ýylyna çenli boldy. Üçünji gezek bolsa ruhy Rim tarapyndan 538-nji ýyldan 1798-nji ýyla çenli boldy. Luka ýigrimi birde milletler tarapyndan Iýerusalimiň aýak astyna salynmagy papalyk hökümdarlygynyň müň iki ýüz altmyş ýylydy. Musa bilen Ylýasyň şaýatlygyny tapýan Ylham on birinji bap şol döwür aralygynyň görkezilmegi bilen açylýar.</w:t>
      </w:r>
    </w:p>
    <w:p>
      <w:pPr>
        <w:pStyle w:val="ArticleScripture"/>
        <w:jc w:val="left"/>
      </w:pPr>
      <w:r>
        <w:rPr>
          <w:rFonts w:ascii="Times New Roman" w:hAnsi="Times New Roman" w:eastAsia="Times New Roman" w:cs="Times New Roman"/>
        </w:rPr>
        <w:t>Maňa taýak kimin gamyş berildi; perişde durup şeýle diýdi: Tur-da, Hudaýyň ybadathanasyny, gurbanlyk ojagyny we onuň içinde ybadat edýänleri ölçäý. Emma ybadathananyň daşky howlusyny goýber, ony ölçeme; çünki ol başga milletlere berildi; olar mukaddes şäheri kyrk iki aýlap aýak astyna salarlar. Ylham 11:1, 2.</w:t>
      </w:r>
    </w:p>
    <w:p>
      <w:pPr>
        <w:pStyle w:val="ArticleBody"/>
        <w:jc w:val="left"/>
      </w:pPr>
      <w:r>
        <w:rPr>
          <w:rFonts w:ascii="Times New Roman" w:hAnsi="Times New Roman" w:eastAsia="Times New Roman" w:cs="Times New Roman"/>
        </w:rPr>
        <w:t>Ybadathanany we onuň içindäki seždä gatnaşýanlary ölçemek baradaky buýruk 1844-nji ýylda höküm işiniň açylandygyny aňladýar, çünki ondan öňki iki aýat Ýahýanyň 1844-nji ýylda Uly Bimydyrmanylygyň ajylygyny başdan geçirenini görkezýär; soňra bolsa oňa habary yglan etmek işini gaýtadan dowam etdirmelidigi aýdylandan soň, on birinji babyň birinji aýaty şol höküm işiniň ýaňy başlandygyny görkezýär.</w:t>
      </w:r>
    </w:p>
    <w:p>
      <w:pPr>
        <w:pStyle w:val="ArticleScripture"/>
        <w:jc w:val="left"/>
      </w:pPr>
      <w:r>
        <w:rPr>
          <w:rFonts w:ascii="Times New Roman" w:hAnsi="Times New Roman" w:eastAsia="Times New Roman" w:cs="Times New Roman"/>
        </w:rPr>
        <w:t>“Silkilip biläýjek ähli zatlaryň silkinjek, silkinip bolmaýan zatlaryň bolsa galjak wagty gelip ýetdi. Her bir ýagdaý Hudaýyň öňünde gaýtadan gözden geçirilýär; çünki Ol Hudaýyň ybadathanasyny we onuň içindäki ybadat edýänleri ölçeýär. ‘Sag elinde ýedi ýyldyzy tutýan, ýedi altyn şemdanyň arasynda gezip ýören şeýle diýýär: Seniň işleriňi bilýärin…. Saňa garşy bir zadym bar, sebäbi sen ilkinji söýgiňi ýitirdiň; şonuň üçin nireden ýykylandygyňy ýatla, toba et we öňki işleri et; bolmasa, men saňa tiz gelerin we şemdanyňy ornundan aýyraryn.’ ‘Toba et; bolmasa, men saňa tiz gelerin we agzymyzdaky gylyç bilen saňa garşy söweşerin. Gulagy bolan, Ruhuň ýygnaklara näme diýýändigini eşitsin: Ýeňýän adama gizlin mannadan iýmäge bererin, oňa ak daş hem bererin, daşyň üstünde täze at ýazylan bolar; ony kabul edýän adamdan başga hiç kim ol ady bilmez.’” The 1888 Materials, 1116.</w:t>
      </w:r>
    </w:p>
    <w:p>
      <w:pPr>
        <w:pStyle w:val="ArticleBody"/>
        <w:jc w:val="left"/>
      </w:pPr>
      <w:r>
        <w:rPr>
          <w:rFonts w:ascii="Times New Roman" w:hAnsi="Times New Roman" w:eastAsia="Times New Roman" w:cs="Times New Roman"/>
        </w:rPr>
        <w:t>Ýahýa 1844-nji ýylda barlag höküminiň açylmagyny aňladýandygy sebäpli, oňa ybadathananyň howlusyny goýup geçmek buýrulýar; çünki ol mukaddes şäheri müň iki ýüz altmyş ýyl basgylap geçjek milletlere berlipdi. Luka ýigrimi birinji bapda milletleriň Ierusalimi milletleriň “wagtlary” dolýança basgylap geçjekdigi görkezilýär. Ýahýa on birinji bapda milletler tarapyndan Ierusalimiň basgylanýan wagtynyň 538-nji ýyldan 1798-nji ýyla çenli bolan taryhdygyny ýaňy görkezdi. Ýahýa bu döwri on ikinji bapda iki gezek çöl diýip atlandyrýar; bu, ybadathananyň papanyň getirýän yzarlamasyndan gaçyp baran wagt döwri bolupdy.</w:t>
      </w:r>
    </w:p>
    <w:p>
      <w:pPr>
        <w:pStyle w:val="ArticleBody"/>
        <w:jc w:val="left"/>
      </w:pPr>
      <w:r>
        <w:rPr>
          <w:rFonts w:ascii="Times New Roman" w:hAnsi="Times New Roman" w:eastAsia="Times New Roman" w:cs="Times New Roman"/>
        </w:rPr>
        <w:t>Musa bilen Ylýas öldürilip, üç ýarym günüň dowamynda aýak astynda depelenmek üçin köçede taşlanyp goýlanda, mundan ozalky Iýerusalimiň depelenen üç taryhy wakasyna şol döwri nyşanlaýjy hökmünde düşünilmelidir. Luka ýigrimi birde başga milletler mukaddes şäheri başga milletleriň “wagtlary” dolýança depelärler.</w:t>
      </w:r>
    </w:p>
    <w:p>
      <w:pPr>
        <w:pStyle w:val="ArticleBody"/>
        <w:jc w:val="left"/>
      </w:pPr>
      <w:r>
        <w:rPr>
          <w:rFonts w:ascii="Times New Roman" w:hAnsi="Times New Roman" w:eastAsia="Times New Roman" w:cs="Times New Roman"/>
        </w:rPr>
        <w:t>Şeýlelikde, Luka başga ýewreý däl halklaryň birden köp döwrüni görkezýär, ýöne biz ýewreý däl halklaryň döwrüniň dolmagynyň 1798-nji ýylda bolup geçendigini bilýäris. “Ýewreý däl halklaryň” ilkinji “döwri” miladydan öň 723-nji ýylda, Ysraýylyň demirgazyk patyşalygy Aşur tarapyndan depelenip basylyp alnanda başlady. Şol depelenip basylma butparaz bir güýjüň eziji hereketi bilen başlap, 538-nji ýyla çenli dowam etdi; ondan soň papalyk güýji şol işi 1798-nji ýyla çenli dowam etdirdi. Butparazlyk göni manydaky Ysraýyly dargatdy we depeläp basdy, papalyk bolsa ruhy Ysraýyly dargatdy hem-de depeläp basdy. Ýewreý däl halklaryň “döwürleri” Levitler 26-daky iki müň bäş ýüz ýigrimi ýyly aňladýar; bu bolsa iki depeläp basyş döwrüni görkezýär. Birinjisi Aşur, soňra Babil, soňra bolsa butparaz Rim arkaly görkezilen butparazlyk tarapyndan amala aşyryldy. Soňra bolsa Milleriň peýdalanan pygamberlikleriň mukaddes gurluşynda onuň kesgitlän ikinji harabalaýjy güýç papalyk boldy we ol depeläp basmagy 1798-nji ýyla çenli dowam etdirerdi. Butparazlygyň hem-de papalygyň depeläp basmagy hut gökdäki gepleşikde gozgalýan soragdyr; şol gepleşikden çykýan jogap bolsa Adventizmiň binýady we merkezi sütüni bolup durýar.</w:t>
      </w:r>
    </w:p>
    <w:p>
      <w:pPr>
        <w:pStyle w:val="ArticleScripture"/>
        <w:jc w:val="left"/>
      </w:pPr>
      <w:r>
        <w:rPr>
          <w:rFonts w:ascii="Times New Roman" w:hAnsi="Times New Roman" w:eastAsia="Times New Roman" w:cs="Times New Roman"/>
        </w:rPr>
        <w:t>Soň men bir mukaddesiň gepleýändigini eşitdim, we şol gepleýän belli mukaddese başga bir mukaddes şeýle diýdi: Gündelik gurbanlyk, weýran ediji günä baradaky bu görnüş, hem mukaddes ýeriň, hem goşunyň aýak astyna salynmagy näçe wagta çenli dowam eder? Ol maňa diýdi: Iki müň üç ýüz gün çenli; şondan soň mukaddes ýer tämizlener. Daniel 8:13, 14.</w:t>
      </w:r>
    </w:p>
    <w:p>
      <w:pPr>
        <w:pStyle w:val="ArticleBody"/>
        <w:jc w:val="left"/>
      </w:pPr>
      <w:r>
        <w:rPr>
          <w:rFonts w:ascii="Times New Roman" w:hAnsi="Times New Roman" w:eastAsia="Times New Roman" w:cs="Times New Roman"/>
        </w:rPr>
        <w:t>Jebraýyl perişde we beýleki perişdeler Milleri “gündelik” sözüniň butparazçylygy, “weýrançylygyň günäsiniň” bolsa papalygy aňladýandygyna düşünmäge getirdiler. Butparazçylyk hem-de papalyk mukaddes ýeri we goşuny aýak astyna salar. Şonuň üçin Lukanyň agzaýan milletleriň “wagtlary” her biri bir müň iki ýüz altmyş ýyldan ybarat bolan, bilelikde Lewiler ýigrimi altydaky ýedi wagt bolan iki aýak astyna salyş döwrüdir.</w:t>
      </w:r>
    </w:p>
    <w:p>
      <w:pPr>
        <w:pStyle w:val="ArticleBody"/>
        <w:jc w:val="left"/>
      </w:pPr>
      <w:r>
        <w:rPr>
          <w:rFonts w:ascii="Times New Roman" w:hAnsi="Times New Roman" w:eastAsia="Times New Roman" w:cs="Times New Roman"/>
        </w:rPr>
        <w:t>Musanyň “kasamynyň” habary, Musanyň habaryny ýetirip beren Ylýas ilçisi bilen birlikde, 1863-nji ýylda öldürildi. Musanyň habary hem, Ylýas ilçisi hem 2001-nji ýylyň 11-nji sentýabryndan soň direldildi. Ylýas tarapyndan ýene-de yglan edilen Musanyň habaryndan soň, olaryň ikisiniň hem öldürilip, soňra köçede goýlup, bir müň iki ýüz altmyş günläp jaýlanman galdyrylmagy, Daniýeliň Musanyň “kasamy” diýip atlandyrýan “ýedi wagt” habary bilen gönüden-göni baglanyşyklydyr. Miller we Millerçiler arkaly nusgalaşdyrylyşy ýaly, Musanyň Ylýas habaryny gaýtalaýan hereket hem-de ilçi ahyrsoňunda aýak üstünde durar we direldiler.</w:t>
      </w:r>
    </w:p>
    <w:p>
      <w:pPr>
        <w:pStyle w:val="ArticleScripture"/>
        <w:jc w:val="left"/>
      </w:pPr>
      <w:r>
        <w:rPr>
          <w:rFonts w:ascii="Times New Roman" w:hAnsi="Times New Roman" w:eastAsia="Times New Roman" w:cs="Times New Roman"/>
        </w:rPr>
        <w:t>Üç gün ýarymdan soňra, Hudaýdan gelen ýaşaýyş Ruhu olaryň içine girdi, olar aýaklarynyň üstünde dik durdular; olary görenleriň üstüne uly gorky indi. Olar gökden özlerine şeýle diýen beýik bir sesi eşitdiler: «Bu ýere çykyň». Şeýlelikde olar bulut içinde göge göterildiler; duşmanlary hem olary görüp durdular. Ylham 11:11, 12.</w:t>
      </w:r>
    </w:p>
    <w:p>
      <w:pPr>
        <w:pStyle w:val="ArticleBody"/>
        <w:jc w:val="left"/>
      </w:pPr>
      <w:r>
        <w:rPr>
          <w:rFonts w:ascii="Times New Roman" w:hAnsi="Times New Roman" w:eastAsia="Times New Roman" w:cs="Times New Roman"/>
        </w:rPr>
        <w:t>Biz bu hakykata indiki makalada ýüzleneris.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Amerika üçin geljek we 2020-nji ýylyň 18-nji iýuly — Dörtünji sany</dc:title>
  <dc:subject/>
  <dc:creator>Jeff Pippenger</dc:creator>
  <cp:keywords/>
  <dc:description>Generated by ArticleDigger from future_for_america\04_future_for_america.json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