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üçin geljek we 2020-nji ýylyň 18-nji iýuly — Alty belgisi</w:t>
      </w:r>
    </w:p>
    <w:p>
      <w:pPr>
        <w:pStyle w:val="ArticleSubtitle"/>
        <w:jc w:val="left"/>
      </w:pPr>
      <w:r>
        <w:rPr>
          <w:rFonts w:ascii="Arial" w:hAnsi="Arial" w:eastAsia="Arial" w:cs="Arial"/>
        </w:rPr>
        <w:t>Baýdak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Üç gün ýarymdan soňra olara Hudaýdan ýaşaýyş Ruhy girdi, olar aýak üstüne galdylar; olary görenleriň üstüne bolsa uly gorky indi. Olar gökden özlerine şeýle diýýän beýik bir sesi eşitdiler: «Bärik çykyň». Olar buludyň içinde göge göterildiler; duşmanlary hem olary gördi. Ylham 11:11, 12.</w:t>
      </w:r>
    </w:p>
    <w:p>
      <w:pPr>
        <w:pStyle w:val="ArticleBody"/>
        <w:jc w:val="left"/>
      </w:pPr>
      <w:r>
        <w:rPr>
          <w:rFonts w:ascii="Times New Roman" w:hAnsi="Times New Roman" w:eastAsia="Times New Roman" w:cs="Times New Roman"/>
        </w:rPr>
        <w:t>Köçede aýak astyna salnandan soň, Ylýas bilen Musa Teselli Berijini kabul edýärler, şondan soň bolsa aýaklarynyň üstünde dik durýarlar. Ezikieliň süňkler jülgesindäkiler ilki bir ses eşidýärler, soňra sarsgyny başdan geçirýärler, emma olar heniz hem demi ýok ýagdaýdadylar.</w:t>
      </w:r>
    </w:p>
    <w:p>
      <w:pPr>
        <w:pStyle w:val="ArticleScripture"/>
        <w:jc w:val="left"/>
      </w:pPr>
      <w:r>
        <w:rPr>
          <w:rFonts w:ascii="Times New Roman" w:hAnsi="Times New Roman" w:eastAsia="Times New Roman" w:cs="Times New Roman"/>
        </w:rPr>
        <w:t>Şeýlelikde, maňa buýruşy ýaly pygamberlik etdim; men pygamberlik edýärkäm, bir ses çykdy, ine, bir sarsgyn boldy, süňkler biri-birine goşuldy, her süňk öz süňgüne. Men seredenimde, ine, olaryň üstünde siňirler peýda boldy, et bitdi, ýokarsyndan deri bilen örtüldi; emma olarda dem ýokdy. Ezekiel 37:7, 8.</w:t>
      </w:r>
    </w:p>
    <w:p>
      <w:pPr>
        <w:pStyle w:val="ArticleBody"/>
        <w:jc w:val="left"/>
      </w:pPr>
      <w:r>
        <w:rPr>
          <w:rFonts w:ascii="Times New Roman" w:hAnsi="Times New Roman" w:eastAsia="Times New Roman" w:cs="Times New Roman"/>
        </w:rPr>
        <w:t>Jesetler täzeden dikeldilende, olar dört ýeliň habaryny eşidýärler.</w:t>
      </w:r>
    </w:p>
    <w:p>
      <w:pPr>
        <w:pStyle w:val="ArticleScripture"/>
        <w:jc w:val="left"/>
      </w:pPr>
      <w:r>
        <w:rPr>
          <w:rFonts w:ascii="Times New Roman" w:hAnsi="Times New Roman" w:eastAsia="Times New Roman" w:cs="Times New Roman"/>
        </w:rPr>
        <w:t>Soňra Ol maňa şeýle diýdi: Ýele pygamberlik et, pygamberlik et, eý ynsan ogly, we ýele aýt: Reb Hudaý şeýle diýýär: Eý dem, dört ýelden gel-de, şu öldürilenleriň üstüne üfle, goý, olar janlansynlar. Şeýlelikde men maňa buýruşy ýaly pygamberlik etdim, dem olaryň içine girdi, olar janlandylar we aýaklarynyň üstünde turdular, örän uly bir goşun boldular. Hezekiýel 37:9, 10.</w:t>
      </w:r>
    </w:p>
    <w:p>
      <w:pPr>
        <w:pStyle w:val="ArticleBody"/>
        <w:jc w:val="left"/>
      </w:pPr>
      <w:r>
        <w:rPr>
          <w:rFonts w:ascii="Times New Roman" w:hAnsi="Times New Roman" w:eastAsia="Times New Roman" w:cs="Times New Roman"/>
        </w:rPr>
        <w:t>Ähli pygamberler dünýäniň ahyryny kesgitleýär, şonuň üçin Ezekiýelden alnan bu parça Ylham kitabynyň on birinji babyndaky iki pygamberiň habaryndan gaça durmak isleýänler üçin bir kynçylyk döredýär. Elbetde, bu habary ret etmek isleýänler üçin özlerine aýdyp biljek iň aňsat ýalan — Ylham kitabynyň on birinji baby diňe Fransuz rewolýusiýasyny görkezýän taryhdyr we onuň dünýäniň ahyryna degişli hiç bir ulanylyşy ýok diýmekdir. Emma siz hatda Ylham kitabynyň on birinji baby hem dünýäniň ahyryny görkezýär diýen öňden goýlan pikiri kabul edýän bolsaňyz, onda dünýäniň ahyrynda güýçli seslenme bilen üçünji perişdäniň habaryny ýetirýän gudratly goşunyň Hudaýyň goşuny bolup aýaga galmazyndan öň ölen we direlen hökmünde görkezilýändigi baradaky hakykaty sazlaşdyrmaly bolarsyňyz.</w:t>
      </w:r>
    </w:p>
    <w:p>
      <w:pPr>
        <w:pStyle w:val="ArticleScripture"/>
        <w:jc w:val="left"/>
      </w:pPr>
      <w:r>
        <w:rPr>
          <w:rFonts w:ascii="Times New Roman" w:hAnsi="Times New Roman" w:eastAsia="Times New Roman" w:cs="Times New Roman"/>
        </w:rPr>
        <w:t>Soňra ol maňa şeýle diýdi: «Eý adam ogly, bu süňkler Ysraýyl öýüniň tutuşlygydyr. Ine, olar: “Süňklerimiz gurady, umydymyz ýok boldy, biz öz paýlarymyzdan kesilip aýryldyk” diýýärler. Şonuň üçin pygamberlik et-de, olara aýt: Hökmürowan Reb şeýle diýýär: Ine, eý Meniň halkym, Men siziň gabyrlaryňyzy açaryn, sizi gabyrlaryňyzdan çykaryp getirerin we Ysraýyl ýurduna getirerin. Eý Meniň halkym, Men siziň gabyrlaryňyzy açyp, sizi gabyrlaryňyzdan çykaryp getirýänimde, Meniň Rebdigimi bilersiňiz. Ruhumy siziň içine goýaryn, siz dirilersiňiz, sizi öz ýurduňyzda ýerleşdirerin. Şonda Meniň, Rebbiň, aýdanymy aýdyp hem ony ýerine ýetirendigimi bilersiňiz» diýýär Reb. Hezekiýel 37:11–14.</w:t>
      </w:r>
    </w:p>
    <w:p>
      <w:pPr>
        <w:pStyle w:val="ArticleBody"/>
        <w:jc w:val="left"/>
      </w:pPr>
      <w:r>
        <w:rPr>
          <w:rFonts w:ascii="Times New Roman" w:hAnsi="Times New Roman" w:eastAsia="Times New Roman" w:cs="Times New Roman"/>
        </w:rPr>
        <w:t>Mesih bulut bilen göge çykdy we Ol bulutlar bilen gaýdyp gelýär, bulutlar bolsa perişdeleri aňladýar. Musa bilen Ylýas Birleşen Ştatlarda Ýekşenbe kanuny wagty gök asmanyň ortasynda uçýan üçünji perişdäniň habaryny aňladýan bir bulutda göge çykýarlar. Musa bilen Ylýas Yslam hakyndaky bir habar bilen baglanyşyklylykda Ýekşenbe kanuny wagty göge çykýarlar.</w:t>
      </w:r>
    </w:p>
    <w:p>
      <w:pPr>
        <w:pStyle w:val="ArticleBody"/>
        <w:jc w:val="left"/>
      </w:pPr>
      <w:r>
        <w:rPr>
          <w:rFonts w:ascii="Times New Roman" w:hAnsi="Times New Roman" w:eastAsia="Times New Roman" w:cs="Times New Roman"/>
        </w:rPr>
        <w:t>Işaýa bu taryh bilen baglanyşykly hakykatlaryň köpüsini, hut Isa Öz hyzmatyny tanatmak üçin salgylanan şol bir parçasynda beýan edýär. Ol Illýas we Elişa pygamberleri öz halkdaşlary tarapyndan pygamberlik habarynyň kabul edilmezligine mysal hökmünde ulandy, bu bolsa Nazaretde ýygnakdakylary derrew gazaba getirdi, şeýlelikde olar Ony öldürmäge synanyşdylar.</w:t>
      </w:r>
    </w:p>
    <w:p>
      <w:pPr>
        <w:pStyle w:val="ArticleScripture"/>
        <w:jc w:val="left"/>
      </w:pPr>
      <w:r>
        <w:rPr>
          <w:rFonts w:ascii="Times New Roman" w:hAnsi="Times New Roman" w:eastAsia="Times New Roman" w:cs="Times New Roman"/>
        </w:rPr>
        <w:t>Reb Hudaýyň Ruhy meniň üstümdedir; çünki Reb meni pesgöwünlilere hoş habary wagyz etmäge mesh etdi; ol meni ýüregi döwükleri bejermäge, ýesirlere azatlygy, baglylara zyndanyň açylmagyny yglan etmäge iberdi; Rebbiň makbul ýylyny we Hudaýymyzyň öç alyş gününi yglan etmäge; aglaýanlaryň hemmesini teselli bermäge; Sionda aglaýanlara bellemäge, olara külüň ýerine gözellik, matamyň ýerine şatlyk ýagy, gamgynlyk ruhunyň ýerine öwgi lybasyny bermäge; şeýlelikde olar dogrulygyň agaçlary, Rebbiň ekeni, Onuň şöhratlanmagy üçin atlandyrylsynlar. Olar gadymy harabalary bina ederler, öňki weýrançylyklary dikelderler, köp nesilleriň harabaçylyga öwrülen şäherlerini abatlap gurarlar. Daş ýurtlular gelip siziň sürüleriňizi bakarlar, kesekileriň ogullary siziň ýer sürüjileriňiz we üzümlikleriňizi ideg edijileriňiz bolarlar. Emma siz Rebbiň Ruhanylary diýlip atlandyryljaksyňyz; adamlar size Hudaýymyzyň Hyzmatkärleri diýerler; siz milletleriň baýlyklaryny iýersiňiz, olaryň şöhraty bilen öwünersiňiz. Siziň utanjyňyzyň ýerine iki esse paýyňyz bolar; masgaraçylygyň ýerine olar öz paýlarynda şatlanarlar; şonuň üçin olar öz ýurtlarynda iki esse mirasa eýe bolarlar; ebedi şatlyk olar üçin bolar. Çünki Men, Reb, adalaty söýýärin, ýakma gurbanlygy üçin talaňçylygy ýigrenýärin; olaryň işini hakykatda ugrukdyraryn, olar bilen ebedi äht baglaşaryn. Olaryň nesli milletleriň arasynda tanalar, olaryň perzentleri halklaryň arasynda belli bolar; olary görýänleriň hemmesi olary ykrar ederler, olaryň Rebbiň bereket beren neslidigini. Men Rebde örän şatlanaryn, janym Hudaýymda şat bolar; çünki Ol meni gutulyş lybaslary bilen geýindirdi, meni dogrulyk donuna bürdi; gelniň bezegler bilen bezelişi ýaly, gelniň hem gymmatbaha şaý-sepleri bilen bezelişi ýaly. Çünki ýer öz pyntygyny çykaryşy ýaly, bag hem onda ekilen zatlaryň gögerip çykmagyna sebäpkär bolşy ýaly, Reb Hudaý hem ähli milletleriň öňünde dogrulygy we öwgi-şöhraty gögerdip çykarar.</w:t>
      </w:r>
    </w:p>
    <w:p>
      <w:pPr>
        <w:pStyle w:val="ArticleScripture"/>
        <w:jc w:val="left"/>
      </w:pPr>
      <w:r>
        <w:rPr>
          <w:rFonts w:ascii="Times New Roman" w:hAnsi="Times New Roman" w:eastAsia="Times New Roman" w:cs="Times New Roman"/>
        </w:rPr>
        <w:t>Sionyň hatyrasy üçin men dymmaryn, Ýerusalimiň hatyrasy üçin hem dynç alman, onuň dogrulygy ýagtylyk ýaly lowurdaýança, gutulyşy bolsa ýanyp duran çyrä meňzäp görünýänçä durmaryn. Milletler seniň dogrulygyňy, ähli patyşalar hem şöhratyňy görerler; sen Rebbiň agzy bilen dakyljak täze at bilen atlandyryljaksyň. Şeýle hem sen Rebbiň elinde şöhrat täji, Hudaýyňyň elinde şalyk serpaýy bolarsyň. Indi saňa “Taşlanan” diýilmez, ýeriňe-de mundan beýläk “Haraba” diýilmez; gaýta saňa “Hepsiba”, ýeriňe bolsa “Beula” diýler; çünki Reb seniň bilen hoşal bolar, ýeriň hem äre berler. Çünki ýigit gyza öýlenişi ýaly, seniň ogullaryň hem saňa öýlenerler; hem-de öýlenýän ýigidiň gelniň üstünde şatlanşy ýaly, seniň Hudaýyň hem seniň üstüňde şatlanar. Eý, Ýerusalim, men seniň diwarlaryň üstünde garawullar goýdum; olar gije-gündiz asla dymmazlar. Eý, Rebbe ýatlama edýänler, siz hem ümsüm bolmaň. Ol Ýerusalimi berkitýänçä we ony ýer ýüzünde öwgi ediňilýän edýänçä, Oňa rahatlyk bermäň. Reb Öz sag eli bilen, Öz güýjüniň goly bilen ant içdi: “Mundan beýläk seniň dänäňi duşmanlaryň üçin iýmit edip bermerin; kesekiler hem seniň zähmet çekip taýýarlan şerabyňy içmezler. Ýöne ony ýygnanlar ony iýip, Rebbe öwgü aýdarlar; ony jemlänler bolsa ony meniň mukaddes howlularymda içerler.” Derwezelerdan geçiň, geçiň; halk üçin ýol taýýarlaň; uly ýoly galdyryň, galdyryň; daşlary aýryň; halk üçin baýdak galdyryň. Ine, Reb dünýäniň çetine çenli yglan etdi: “Sion gyzyna aýdyň: Ine, seniň gutulyşyň gelýär; ine, Onuň sylagy Özi bilen, zähmeti hem öňündedir.” Olar hem olary “Mukaddes halk”, “Reb tarapyndan satyn alnanlar” diýip atlandyrarlar; sen bolsa “Gözlenilip tapylan”, “Taşlanylmadyk şäher” diýlip atlandyryljaksyň. Işaýa 61:1–62:12.</w:t>
      </w:r>
    </w:p>
    <w:p>
      <w:pPr>
        <w:pStyle w:val="ArticleBody"/>
        <w:jc w:val="left"/>
      </w:pPr>
      <w:r>
        <w:rPr>
          <w:rFonts w:ascii="Times New Roman" w:hAnsi="Times New Roman" w:eastAsia="Times New Roman" w:cs="Times New Roman"/>
        </w:rPr>
        <w:t>Reb ýüz kyrk dört müň adam bilen ozal “taşlanyp gidilen”, emma soňra “taşlanyp gidilmedik” “şähere” öwrülen halk bilen “ebedi äht” baglaşýar. Olar “weýran” bolupdylar we köçede öli ýatýardylar. Işaýa olary “Rebbiň Ruhanylary”, Rebbiň “hyzmatkärleri”, “mukaddes halk” we Siýonyň diwarlaryndaky “garawullar” diýip atlandyrýar.</w:t>
      </w:r>
    </w:p>
    <w:p>
      <w:pPr>
        <w:pStyle w:val="ArticleBody"/>
        <w:jc w:val="left"/>
      </w:pPr>
      <w:r>
        <w:rPr>
          <w:rFonts w:ascii="Times New Roman" w:hAnsi="Times New Roman" w:eastAsia="Times New Roman" w:cs="Times New Roman"/>
        </w:rPr>
        <w:t>Olaryň jesetleriniň üstünde şatlananlar bilen deňeşdirilende, Hudaý soňra olar hakda “ýigit gelni üçin nähili şatlanýan bolsa” şonuň ýaly şatlanýar. Şonda gelin taýýar edilendir. Filadelfiýa berlen wada-da bolşy ýaly, Reb olara “täze at” berýär, we olaryň adyny “Hephzibah” hem-de “Beulah” diýip görkezýär. Hephzibah “Meniň lezzetim ondadyr” diýmekdir, Beulah bolsa “nikalaşmak” diýmekdir. Reb Ylýas we Musa arkaly şekillendirilenler bilen nikalaşýar.</w:t>
      </w:r>
    </w:p>
    <w:p>
      <w:pPr>
        <w:pStyle w:val="ArticleBody"/>
        <w:jc w:val="left"/>
      </w:pPr>
      <w:r>
        <w:rPr>
          <w:rFonts w:ascii="Times New Roman" w:hAnsi="Times New Roman" w:eastAsia="Times New Roman" w:cs="Times New Roman"/>
        </w:rPr>
        <w:t>Olara ynanylan iş, Mesihiň Ikinji Gelişine ýol taýýarlamak bolup, Mesihi we Onuň dogruçyllygyny “dünýäniň ahyryna çenli” “hoş habary” wagyz etmekdir. Olar Ruhuň dökülip berlişinde Teselli Beriji tarapyndan mesh edilendirler we şondan soň “alamat hökmünde” ýokary galdyrylar, edil “gökden gelen uly sesiň” olara: “Bärik çykyň” diýşi ýaly. Şondan soň olar Rebbiň elinde “şöhrat täji” we “patyşalyk selemesi” ýaly bolarlar. Zekarýa şol bir täji alamat hökmünde görkezýär, şol bir wagtyň özünde-de bu wakany giçki ýagşyň döwründe ýerleşdirýär.</w:t>
      </w:r>
    </w:p>
    <w:p>
      <w:pPr>
        <w:pStyle w:val="ArticleScripture"/>
        <w:jc w:val="left"/>
      </w:pPr>
      <w:r>
        <w:rPr>
          <w:rFonts w:ascii="Times New Roman" w:hAnsi="Times New Roman" w:eastAsia="Times New Roman" w:cs="Times New Roman"/>
        </w:rPr>
        <w:t>Şol gün olaryň Hudaýy Reb olary Öz halkynyň sürüsi dek halas eder; çünki olar Onuň ýurdunyň üstünde baýdak kimin ýokary galdyrylan täjiň gymmatbahaly daşlary ýaly bolarlar. Çünki Onuň ýagşylygy nähili beýikdir, Onuň gözelligi nähili beýikdir! Galla ýaş ýigitleri şatlandyrar, täze şerap gyzlary. Soňky ýagşyň wagtynda Rebden ýagyş soraň; şonda Reb ýyldyrymly bulutlar döreder, olara ýagyş ýagdyrar, meýdandaky her kime ot berer. Zakarýa 9:16–10:1.</w:t>
      </w:r>
    </w:p>
    <w:p>
      <w:pPr>
        <w:pStyle w:val="ArticleBody"/>
        <w:jc w:val="left"/>
      </w:pPr>
      <w:r>
        <w:rPr>
          <w:rFonts w:ascii="Times New Roman" w:hAnsi="Times New Roman" w:eastAsia="Times New Roman" w:cs="Times New Roman"/>
        </w:rPr>
        <w:t>Olar “Onuň halkynyň sürüsi” bolarlar, emma Rebbiň ikinji bir sürüsi hem bardyr; olar şol wagtda heniz Wawilondadyr, Reb olary-da çagyrar. Olaryň işi “köne” harabalyklary we köp nesilleriň “weýrançylyklaryny” täzeden dikeltmek bolar. Olar Adventizmiň içinde-de, daşynda-da ret edilip, üsti basyrylan köne ýollary yzyna getirip, olary gaýtadan berkarar edýänler bolarlar. Olar Millerit esas goýujy hakykatlaryna dolanarlar we olary öz arassalygynda Laodikeýa Adventizmine hödürlärler; şeýle hem Adventizmiň daşyndakylara Hudaýyň kanuny bilen baglanyşykly “köne” hakykatlar, aýratyn-da Sabat barada habary ýetirерler. Muny etmek bilen olar täze taryhy suratlandyrmak üçin köp nesilleriň taryhlaryny ulanarlar. Olaryň işi giçki ýagşyň döwründe, Hudaýyň hökümleri ýurtda bolanda amala aşar. Reb Öz sag eli bilen olary baýdak hökmünde ýokary galdyranda, ozal olaryň jesetleriniň köçede ýatmagyna begenen bütin dünýä şol baýdagy görer we garawullaryň duýduryş surnaýyny eşider.</w:t>
      </w:r>
    </w:p>
    <w:p>
      <w:pPr>
        <w:pStyle w:val="ArticleScripture"/>
        <w:jc w:val="left"/>
      </w:pPr>
      <w:r>
        <w:rPr>
          <w:rFonts w:ascii="Times New Roman" w:hAnsi="Times New Roman" w:eastAsia="Times New Roman" w:cs="Times New Roman"/>
        </w:rPr>
        <w:t>Eý, dünýäniň ähli ýaşaýjylary we ýerde mesgen tutanlar, Ol daglarda bir baýdak galdyranda, görüň; we Ol surnaý çalanda, diňläň. Işaýa 18:3.</w:t>
      </w:r>
    </w:p>
    <w:p>
      <w:pPr>
        <w:pStyle w:val="ArticleBody"/>
        <w:jc w:val="left"/>
      </w:pPr>
      <w:r>
        <w:rPr>
          <w:rFonts w:ascii="Times New Roman" w:hAnsi="Times New Roman" w:eastAsia="Times New Roman" w:cs="Times New Roman"/>
        </w:rPr>
        <w:t>Ylhamyň on birinji babynda olaryň jesetleriniň üstünde şatlanýanlar olaryň aýaga galandygyny görenlerinde, “olary görenleriň üstüne uly gorky indi.”</w:t>
      </w:r>
    </w:p>
    <w:p>
      <w:pPr>
        <w:pStyle w:val="ArticleScripture"/>
        <w:jc w:val="left"/>
      </w:pPr>
      <w:r>
        <w:rPr>
          <w:rFonts w:ascii="Times New Roman" w:hAnsi="Times New Roman" w:eastAsia="Times New Roman" w:cs="Times New Roman"/>
        </w:rPr>
        <w:t>Şonda Aşurly gylyç bilen ýykylar, emma ol güýçli adamyň gylyjy bilen däl; ol pes adamyň gylyjy bilen hem däl, gylyç ony ýuwdar; ýöne ol gylyçdan gaçar, onuň ýaş ýigitleri bolsa ýeňler. Ol gorkudan öz galasyna geçer, onuň begleri bolsa baýdakdan gorkar, diýýär Reb, Oňaň ody Siondadyr, Oňaň ojagy bolsa Ýerusalimdedir. Işaýa 31:8, 9.</w:t>
      </w:r>
    </w:p>
    <w:p>
      <w:pPr>
        <w:pStyle w:val="ArticleBody"/>
        <w:jc w:val="left"/>
      </w:pPr>
      <w:r>
        <w:rPr>
          <w:rFonts w:ascii="Times New Roman" w:hAnsi="Times New Roman" w:eastAsia="Times New Roman" w:cs="Times New Roman"/>
        </w:rPr>
        <w:t>Pygamberleriň ähli şaýatlyklary Ylham kitabynda bir ýere jemlenýär. Aşurly, Daniýel kitabynyň on birinji babynyň kyrkynjy aýatyndan kyrk bäşinji aýatyna çenli beýan edilen, öz ahyryna hiç kim kömek etmezden ýetýän demirgazygyň patyşasyny aňladýar. Hudaýyň garawullary bolan ýüz kyrk dört müň surnaý çalanda, bütin dünýä muny eşider we gorkar. Iki pygamber bilen aňladylýanlar, Daniýel kitabynyň on birinji babynyň kyrk dördünji aýatynda demirgazygyň patyşasyny “biynjalyk edýän” we “gündogardan hem-de demirgazykdan çykýan habarlar” bolan “hoş habary wagyz etmek” üçin Teselli Beriji tarapyndan “mesh edilerler”; bu bolsa ýekşenbe kanuny krizisiniň yzarlanmasynyň başlanandygyny alamatlandyrýar. Şol wagtda başga milletler Babyldan çykmak baradaky habara jogap bererler hem-de Rebbin ruhanylaryna gelip goşularlar; olar şol bir wagtda “Ýesseýniň köki” hökmünde-de aňladylýar, şeýlelikde olar duýduryş habaryny başga milletlere ýetirmekde ulanajak mukaddes kitaba mahsus usulyýeti kesgitläp görkezýär.</w:t>
      </w:r>
    </w:p>
    <w:p>
      <w:pPr>
        <w:pStyle w:val="ArticleScripture"/>
        <w:jc w:val="left"/>
      </w:pPr>
      <w:r>
        <w:rPr>
          <w:rFonts w:ascii="Times New Roman" w:hAnsi="Times New Roman" w:eastAsia="Times New Roman" w:cs="Times New Roman"/>
        </w:rPr>
        <w:t>Şol günde Ýeşiň kökünden bir kök çykar, ol halklar üçin baýdak bolup durar; milletler oňa ýüz tutar; onuň mesgeni şöhratly bolar. Şol günde Reb Öz halkynyň galan galyndysyny gaýtadan, ikinji gezek, Assiriýadan, Müsürden, Patrosdan, Kuşdan, Elamdan, Şinardan, Hamatdan we deňiz adalaryndan yzyna almak üçin elini uzadar. Ol milletler üçin bir baýdak diker, Ysraýylyň kowulanlaryny ýygnar we Ýehudanyň pytradylyp gidenlerini ýer ýüzüniň dört burçundan bir ýere toplar. Işaýa 11:10–12.</w:t>
      </w:r>
    </w:p>
    <w:p>
      <w:pPr>
        <w:pStyle w:val="ArticleBody"/>
        <w:jc w:val="left"/>
      </w:pPr>
      <w:r>
        <w:rPr>
          <w:rFonts w:ascii="Times New Roman" w:hAnsi="Times New Roman" w:eastAsia="Times New Roman" w:cs="Times New Roman"/>
        </w:rPr>
        <w:t>Reb Öz halkyny 2001-nji ýylyň 11-nji sentýabrynda Yslamyň hüjümini üçünji waýyň gelip ýetmegi hökmünde kesgitlän habar bilen ýygnady. Reb Öz halkyny, olar köçede ölüp ýatandan soň, ýene-de ikinji gezek ýygnar. Şeýle edeninde, ýygnalanlar “Ysraýylyň kowlanlary”, “Ýahudanyň dagynkylary” diýlip tanadylýar. Olar 2020-nji ýylyň 18-nji iýulynda köçelere kowuldy, emma olar heniz-de Wawilonda bolan Hudaýyň beýleki sürüsini ýygnajak baýdak bolmak üçin ikinji gezek ýygnalýar. Heniz-de Wawilonda bolanlaryň ýygnanyşygy Amerikanyň Birleşen Ştatlarynda ýekşenbe kanuny güýje giren wagty başlanýar; bu bolsa Ylham kitaby on sekizinji bapdaky iki sesiň ikinjisidir.</w:t>
      </w:r>
    </w:p>
    <w:p>
      <w:pPr>
        <w:pStyle w:val="ArticleBody"/>
        <w:jc w:val="left"/>
      </w:pPr>
      <w:r>
        <w:rPr>
          <w:rFonts w:ascii="Times New Roman" w:hAnsi="Times New Roman" w:eastAsia="Times New Roman" w:cs="Times New Roman"/>
        </w:rPr>
        <w:t>Ilkinji ýygnanyşyk 2001-nji ýylyň 11-nji sentýabrynda, Yslam Amerikanyň Birleşen Ştatlaryna uranda bolup geçdi. Ikinji gezek ýygnaljak baýdak hökmünde olar Ýesseýiň köki hökmünde görkezilýär; bu bolsa Alfa we Omega işini aňladýan, bir zadyň ahyryny onuň başlangyjy bilen suratlandyrýan nyşandyr. Ilkinji ýygnanyşyk Yslamyň Amerikanyň Birleşen Ştatlaryna eden urşy bilen bellendi hem-de Amerikanyň Birleşen Ştatlaryna edilen yslam urşuny ikinji ýygnanyşyk hökmünde görkezýär we anyklaýar. Ýesseýiň köki beýleki milletler üçin baýdak bolup duranda, onuň “dynçlygy” şöhratly bolar, sebäbi bu baýdak heniz-de Wawilonda bolanlary ýedinji gün Sabatynyň Mukaddes Kitapdaky gadymy ýoluna yzyna alyp barar; şeýlelik bilen, bu ýagdaý Ýekşenbe kanuny çökgünliginde beýleki milletler üçin baýdagyň galdyrylmagyny belleýär.</w:t>
      </w:r>
    </w:p>
    <w:p>
      <w:pPr>
        <w:pStyle w:val="ArticleBody"/>
        <w:jc w:val="left"/>
      </w:pPr>
      <w:r>
        <w:rPr>
          <w:rFonts w:ascii="Times New Roman" w:hAnsi="Times New Roman" w:eastAsia="Times New Roman" w:cs="Times New Roman"/>
        </w:rPr>
        <w:t>“Baýdak” ilki bilen Malahy kitabynyň üçünji babynda, Mesihiň ybadathana bilen baglanyşykly iki arassalanyşynda we, elbetde, Millerit hereketiniň ahyryndaky on gyz baradaky tymsalda suratlandyrylan päkleniş işini başdan geçirýär. Başlangyçdaky bu päkleniş işi ahyrda hem sözüň doly manysynda gaýtalanýar we Işaýa tarapyndan kitapda bellenip geçilen ýeke-täk bir saçak bilen baglanyşykda görkezilýär. Adventizmiň gozgalaňy, Habakuk kitabynyň ikinji babynda bellenen iki saçagy ret etmek we olaryň ornuny çalyşmak üçin 1863-nji ýylda döredilen galp saçakdyr.</w:t>
      </w:r>
    </w:p>
    <w:p>
      <w:pPr>
        <w:pStyle w:val="ArticleScripture"/>
        <w:jc w:val="left"/>
      </w:pPr>
      <w:r>
        <w:rPr>
          <w:rFonts w:ascii="Times New Roman" w:hAnsi="Times New Roman" w:eastAsia="Times New Roman" w:cs="Times New Roman"/>
        </w:rPr>
        <w:t>Indi git-de, muny olaryň öňünde bir tagtada ýaz, ony bir kitaba-da belläp goý; geljek döwür üçin, ebedilik saklansyn: çünki bu — boýun egmeýän halkdyr, ýalançy perzentlerdir, Rebbiň kanunyna gulak asmak islemeýän perzentlerdir; olar görýänlere: “Görmäň”, pygamberlere bolsa: “Bize dogry zatlary pygamberlik etmäň, bize ýakymly zatlary sözläň, aldawlary pygamberlik ediň; ýoldan çykyň, ýodadan sowulyň, Ysraýylyň Mukaddesini gözümiziň öňünden aýryň” diýýärler. Şonuň üçin Ysraýylyň Mukaddesi şeýle diýýär: “Siz bu sözi ýigreneniňiz, süteme we azgynlyga bil baglap, şoňa daýanynyňyz sebäpli, bu ýazyk size ýykylmaga taýyn duran jaýryk ýaly bolar, belent diwaryň çişip çykýan bölegi dek; onuň ýykylşy birden, duýdansyz geler. Ol ony küýzegäriň gapynyň bölek-bölek edilip döwlişi ýaly döwüp taşlar; hiç aýamaz, şonuň döwlen bölekleriniň arasynda ojakdan ot almaga ýarajak bir döwük hem, çukurdan suw almaga ýarajak bir parça hem tapylmaz.” Çünki Hökmürowan Reb, Ysraýylyň Mukaddesi şeýle diýýär: “Yza dolanyp, rahatlykda gutularsyňyz; ümsümlikde we ynamda güýjüňiz bolar”; emma siz muny islemediňiz. Gaýtam: “Ýok, biz atlara münüp gaçarys” diýdiňiz; şonuň üçin gaçarsyňyz; “Biz çalt atlarga münüp gideris” diýdiňiz; şonuň üçin sizi kowalajaklar hem çalt bolar. Müň kişi biriniň käýinjinden gaçar; bäşisiniň käýinjinden hem gaçarsyňyz; ahyrynda dagyň depesindäki bir direg ýaly, baýyryň üstündäki bir baýdak ýaly galarsyňyz. Şonuň üçinem Reb size merhemet etmek üçin garaşar, size rehim etmek üçin belende göteriler; çünki Reb adalat Hudaýydyr; Oňa garaşýanlaryň hemmesi bagtlydyr. Çünki halk Sionda, Iýerusalimde ýaşar; indi aglamarsyň; nalanyň sesine Ol saňa örän mähirli bolar; eşiden badyna saňa jogap berer. Işaýa 30:8–19.</w:t>
      </w:r>
    </w:p>
    <w:p>
      <w:pPr>
        <w:pStyle w:val="ArticleBody"/>
        <w:jc w:val="left"/>
      </w:pPr>
      <w:r>
        <w:rPr>
          <w:rFonts w:ascii="Times New Roman" w:hAnsi="Times New Roman" w:eastAsia="Times New Roman" w:cs="Times New Roman"/>
        </w:rPr>
        <w:t>1863-nji ýylda Adventizm Habakkugyň iki mukaddes tagtasynda beýan edilen William Milleryň pygamberlik habaryny ret etmek işine başlady. Isa soňy başlangyç arkaly şekillendirýär. Bu parçanda Adventizmiň başlangyjyndaky pitneçiler, Adventizmiň soňundaky pitneçileri hem aňladýar. Iki ýagdaýda-da pitne şol taryhyň hersine degişli pygamberlik habarynyň hem-de usulyýetiniň ret edilmegini aňladýar; olar “görüjilere”: “Görmäň”; we pygamberlere: “Bize dogry zatlary pygamberlik etmäň, bize ýakymly zatlary aýdyň, aldawlary pygamberlik ediň” diýip jar edýärler.</w:t>
      </w:r>
    </w:p>
    <w:p>
      <w:pPr>
        <w:pStyle w:val="ArticleBody"/>
        <w:jc w:val="left"/>
      </w:pPr>
      <w:r>
        <w:rPr>
          <w:rFonts w:ascii="Times New Roman" w:hAnsi="Times New Roman" w:eastAsia="Times New Roman" w:cs="Times New Roman"/>
        </w:rPr>
        <w:t>Olar şeýle hem: «Ýoldan çekiliň, ýoldan sowluň, goý, Ysraýylyň Mukaddesi biziň öňümizden ýok bolsun» diýib yglan edenlerinde, ýoly terk etmegi ýüreklerine düwýärler. Dogrularyň ýoly Ýeremiýanyň altynjy babyndaky on altynjy we on ýedinji aýatlardaky «gadymy ýollardyr». Gozgalaňçylar düýpli hakykatlarda ýöremegi ýa-da beýgeldilen garawullar tarapyndan çalynýan surnaý sesine gulak asmagy ýüreklerine düwmeýärler; bu garawullar Millerit hereketini we Future for America hereketini aňladýar.</w:t>
      </w:r>
    </w:p>
    <w:p>
      <w:pPr>
        <w:pStyle w:val="ArticleScripture"/>
        <w:jc w:val="left"/>
      </w:pPr>
      <w:r>
        <w:rPr>
          <w:rFonts w:ascii="Times New Roman" w:hAnsi="Times New Roman" w:eastAsia="Times New Roman" w:cs="Times New Roman"/>
        </w:rPr>
        <w:t>Reb şeýle diýýär: Ýollarda duruň, syn ediň, gadymy ýodalary soraň, ýagşy ýol nirededigini biliň we şol ýol bilen ýöräň; şonda janyňyza rahatlyk taparsyňyz. Emma olar: “Biz ol ýol bilen ýöremeris” diýdiler. Şeýle hem Men üstüňizden gözegçiler goýdum, olar: “Surnaý sesine gulak asyň” diýdiler. Emma olar: “Biz gulak asmarys” diýdiler. Şonuň üçin diňläň, eý milletler, we biliň, eý ýygnak, olaryň arasynda näme bardygyny. Diňle, eý ýer ýüzi: ine, Men bu halkyň üstüne bela indererin, ýagny olaryň pikirleriniň miwesini; çünki olar Meniň sözlerime gulak asmadylar, kanunyma hem gulak bermediler, tersine, ony ret etdiler. Ýermeýa 6:16–19.</w:t>
      </w:r>
    </w:p>
    <w:p>
      <w:pPr>
        <w:pStyle w:val="ArticleBody"/>
        <w:jc w:val="left"/>
      </w:pPr>
      <w:r>
        <w:rPr>
          <w:rFonts w:ascii="Times New Roman" w:hAnsi="Times New Roman" w:eastAsia="Times New Roman" w:cs="Times New Roman"/>
        </w:rPr>
        <w:t>Gozgalaňçylaryň gadymy ýollarda ýöremekden ýüz öwürmegi, olaryň “Ysraýylyň Mukaddesini özleriniň öňünden aýyrmaga” bolan islegi hökmünde hem görkezilýär we bu, Adventizmiň ahyryny başlangyç bilen Alpha we Omega arkaly suratlandyrýan ýarygije Gykylygynyň habaryny ret etmegi aňladýar.</w:t>
      </w:r>
    </w:p>
    <w:p>
      <w:pPr>
        <w:pStyle w:val="ArticleScripture"/>
        <w:jc w:val="left"/>
      </w:pPr>
      <w:r>
        <w:rPr>
          <w:rFonts w:ascii="Times New Roman" w:hAnsi="Times New Roman" w:eastAsia="Times New Roman" w:cs="Times New Roman"/>
        </w:rPr>
        <w:t>“Olaryň arkasynda, ýoluň başynda, ýagty bir nur goýlupdy; bir perişde maňa munuň ‘ýarygijeki çagyryş’dygyny aýtdy. Bu nur ýoluň bütin dowamynda şöhle saçýardy hem-de olaryň büdremezligi üçin aýaklaryna ýagtylyk berýärdi.</w:t>
      </w:r>
    </w:p>
    <w:p>
      <w:pPr>
        <w:pStyle w:val="ArticleScripture"/>
        <w:jc w:val="left"/>
      </w:pPr>
      <w:r>
        <w:rPr>
          <w:rFonts w:ascii="Times New Roman" w:hAnsi="Times New Roman" w:eastAsia="Times New Roman" w:cs="Times New Roman"/>
        </w:rPr>
        <w:t>“Olar özleriniň gözlerini öňlerinde bolup, olary şäher tarap alyp barýan Isa berk dikip saklanlarynda, howpsuzdylar. Emma tiz wagtdan käbirleri ýadadylar-da, şäheriň örän uzakdygyny aýdyp, oňa mundan öň eýýäm gireris diýip garaşandyklaryny beýan etdiler. Şonda Isa Öz şöhratly sag elini galdyryp, olary ruhlandyrardy, we Onuň golundan advent toparynyň üstünde tolkun atyp duran bir yşyk çykardy, şonda olar: ‘Alleluia!’ diýip gygyryşardylar. Beýlekiler bolsa paýhassyzlyk bilen özleriniň yzyndaky yşygy inkär etdiler-de, olary şunça uzaklara çenli alyp çykananyň Hudaý däldigini aýtdylar. Olaryň yzyndaky yşyk öçdi, aýaklaryny doly garaňkylykda galdyrdy; olar büdrediler, nyşandan hem Isadan hem gözlerini ýitirdiler, hem-de ýoldan aşakdaky garaňky hem pis dünýäniň içine ýykyldylar.” Christian Experience and Teachings of Ellen G. White, 57.</w:t>
      </w:r>
    </w:p>
    <w:p>
      <w:pPr>
        <w:pStyle w:val="ArticleBody"/>
        <w:jc w:val="left"/>
      </w:pPr>
      <w:r>
        <w:rPr>
          <w:rFonts w:ascii="Times New Roman" w:hAnsi="Times New Roman" w:eastAsia="Times New Roman" w:cs="Times New Roman"/>
        </w:rPr>
        <w:t>Ýarygije aglaýyş bilen görkezilen arassalanma prosesi ybadat edýänleriň iki toparyny emele getirýär, we Işaýa kitabynyň otuzynjy babynda akmak gyzlaryň ýag ýetmezçiligi, suw ýygnap bilmezlik ýa-da ot alyp bilmezlik hökmünde görkezilýär; bularyň ikisi-de Teselli berijiniň nyşanlarydyr. Çünki Işaýa şeýle ýazýar: “onuň döwülmegi duýdansyz, birden bolup geçer. Ony küýzäni ýenjip parça-parça edişleri ýaly döwer; ol aýamaz, şeýlelikde onuň döwülen bölekleriniň arasynda ojakdan ot almaga ýa-da çukurdan suw almaga ýaramly bir döwük hem tapylmaz.” Olaryň höküm edilmegi ýary gijedäki gykylyk bilen görkezilişi ýaly “duýdansyz” gelýär; şol wagt bolsa olar ýagy edinmek üçin indi gaty gijedigini bilýärler. Işaýanyň şaýatlygyndaky ot bilen suw, on gyzyň tymsalyndaky ýagyň başgaça bir beýanyndan başga zat däldir. Ýag, suw we ot häsiýeti aňladýar; olar habary hem, Teselli berijiniň huzuryny hem aňladýar. Bu nyşanlaryň hiç biri on gyzyň hökümi “duýdansyz, birden” gelende edinilip bilinmez. Şonda eýýäm gaty gijedir.</w:t>
      </w:r>
    </w:p>
    <w:p>
      <w:pPr>
        <w:pStyle w:val="ArticleBody"/>
        <w:jc w:val="left"/>
      </w:pPr>
      <w:r>
        <w:rPr>
          <w:rFonts w:ascii="Times New Roman" w:hAnsi="Times New Roman" w:eastAsia="Times New Roman" w:cs="Times New Roman"/>
        </w:rPr>
        <w:t>Ýeke-täk amanlyk “yzyna dolanmakdadyr”; bu bolsa ilkinji lapykeçlikde lapykeç bolanlary wekilçilik eden mahaly Ýeremiýa berlen wadadyr. Eger Hudaýyň halky Oňa dolansa, Ol hem olara dolar; emma pitneçiler boýun gaçyrýarlar, şeýlelikde ýoly ýagtylandyran nur söndi. Başlangyçdaky nur Ýarygije Çagyryşydy, öňe barýan ýol bolsa Mesihe degişli şöhratly sag goly tarapyndan bakylyga çenli doly ýagtylandyryldy. Mesih ýoldakylaryň öňündedi, şonuň üçin yzda bolan nur hem şol bir nur bolmalydyr; çünki Mesih ýoluň soňuny onuň başlangyjy bilen suratlandyrýar. Ýarygije Çagyryşy şol döwürde-de, häzirki wagtda-da häzirki hakykat bolupdy we bolup galýar.</w:t>
      </w:r>
    </w:p>
    <w:p>
      <w:pPr>
        <w:pStyle w:val="ArticleScripture"/>
        <w:jc w:val="left"/>
      </w:pPr>
      <w:r>
        <w:rPr>
          <w:rFonts w:ascii="Times New Roman" w:hAnsi="Times New Roman" w:eastAsia="Times New Roman" w:cs="Times New Roman"/>
        </w:rPr>
        <w:t>“On gyzyň tymsaly maňa köplenç ýatlanylýar; olaryň bäşi akylly, bäşi bolsa akylsyzdy. Bu tymsal sözüň doly manysynda ýerine ýetdi we ýerine ýetiriler, çünki onuň hut şu döwre degişli aýratyn ulanylyşy bar we ol, üçünji perişdäniň habary ýaly, ýerine ýetdi hem-de zamanyň ahyryna çenli häzirki hakykat bolup galmagyny dowam etdirer.” Review and Herald, August 19, 1890.</w:t>
      </w:r>
    </w:p>
    <w:p>
      <w:pPr>
        <w:pStyle w:val="ArticleBody"/>
        <w:jc w:val="left"/>
      </w:pPr>
      <w:r>
        <w:rPr>
          <w:rFonts w:ascii="Times New Roman" w:hAnsi="Times New Roman" w:eastAsia="Times New Roman" w:cs="Times New Roman"/>
        </w:rPr>
        <w:t>Mukaddesi olaryň öňünden aýyrmaga bolan isleg diňe bir Mesihi däl, eýsem Mesihi Alfa we Omega hökmünde-de ret etmekdir. Bu, Gijeki Ýarym Çagyryş habaryny ret etmekdir. Adventizmiň başlangyjyndaky Gijeki Ýarym Çagyryş habary başa barmadyk öňünden aýdylşyň düzedilişi boldy.</w:t>
      </w:r>
    </w:p>
    <w:p>
      <w:pPr>
        <w:pStyle w:val="ArticleBody"/>
        <w:jc w:val="left"/>
      </w:pPr>
      <w:r>
        <w:rPr>
          <w:rFonts w:ascii="Times New Roman" w:hAnsi="Times New Roman" w:eastAsia="Times New Roman" w:cs="Times New Roman"/>
        </w:rPr>
        <w:t>“Köne ýollary” ret eden gozgalaňçylar, Millerit hereketiniň Gijäniň Ýarysynyň Çagyryşynyň ýerine ýetmeginde görkezilişi ýaly, dogrulardan aýry bolan galp bir “stol” döretdiler. Soňra “biriniň käýinji üçin” “müň adam” gaçdy, we hereket birden elli müňden ellä çenli pese düşdi. Olar “käýinji” sebäpli gaçdylar; bu käýinç paýlaşmaga ýagynyň ýokdugyny aýdyp, öz ýaglaryny gidip satyn almalydyklaryny olara beýan eden “bäş” paýhasly gyzdan geldi. Akylsyzlaryň paýhaslylardan aýrylmagy paýhasly gyzlary “dagyň depesinde bir nyşan ýaly, depäniň üstünde bir baýdak ýaly” galdyrdy. 1844-nji ýylyň 22-nji oktýabrynda akylsyz gyzlaryň gozgalaňy 1863-nji ýylyň gozgalaňyny şekillendirdi; çünki 1844-nji ýylyň 22-nji oktýabry Lewiler kitaby 26-njy bapdaky “ýedi wagtyň” soňuny aňladýan on dokuz ýylyň başlangyjydy. Bu mowzuk barada aýtmaly zatlarymyz ýene bar, emma 1844-nji ýyldaky gozgalaň 1863-nji ýyldaky gozgalaňyň bir nusgasy boldy we galp stoluň döredilen pursadyny belleýär.</w:t>
      </w:r>
    </w:p>
    <w:p>
      <w:pPr>
        <w:pStyle w:val="ArticleBody"/>
        <w:jc w:val="left"/>
      </w:pPr>
      <w:r>
        <w:rPr>
          <w:rFonts w:ascii="Times New Roman" w:hAnsi="Times New Roman" w:eastAsia="Times New Roman" w:cs="Times New Roman"/>
        </w:rPr>
        <w:t>Akmak gyzlaryň başdan geçirýän gorkusy, paýhasly gyzlar täzeden ýaşa getirilip, aýaklarynyň üstünde duranda görkezilen gorkudyr. Şonda 2020-nji ýylyň 18-nji iýulyndaky lapykeçlikden yza dolanmak üçin juda giç bolýar, we soň bolup geçjek zat, Ýekşenbe kanuny wagtynda amala aşýan göge ýokary galmakdyr. Şonda uly bir ýer titremesi bolup geçýär.</w:t>
      </w:r>
    </w:p>
    <w:p>
      <w:pPr>
        <w:pStyle w:val="ArticleScripture"/>
        <w:jc w:val="left"/>
      </w:pPr>
      <w:r>
        <w:rPr>
          <w:rFonts w:ascii="Times New Roman" w:hAnsi="Times New Roman" w:eastAsia="Times New Roman" w:cs="Times New Roman"/>
        </w:rPr>
        <w:t>Şol sagatda uly ýer titremesi boldy; şäheriň ondan bir bölegi ýykyldy, ýer titremesinde ýedi müň adam heläk boldy; galanlary bolsa gorky içinde bolup, asmanyň Hudasyna şöhrat berdiler. Ikinji hasrat geçip gitdi; ine, üçünji hasrat tizden gelýär. Ylham 11:13, 14.</w:t>
      </w:r>
    </w:p>
    <w:p>
      <w:pPr>
        <w:pStyle w:val="ArticleBody"/>
        <w:jc w:val="left"/>
      </w:pPr>
      <w:r>
        <w:rPr>
          <w:rFonts w:ascii="Times New Roman" w:hAnsi="Times New Roman" w:eastAsia="Times New Roman" w:cs="Times New Roman"/>
        </w:rPr>
        <w:t>Ylhamyň on birinji baby Fransuz rewolýusiýasy döwründe şäheriň ondan bir böleginiň ýykylandygyny görkezýär, we şol taryhda Sodom we Müsür hökmünde beýan edilen, pygamberlik taýdan iki şahdan ybarat bolan Fransiýa milleti agdaryldy. Fransiýanyň iki şahy Amerikanyň Birleşen Ştatlarynyň iki şahynyň nusgasydyr.</w:t>
      </w:r>
    </w:p>
    <w:p>
      <w:pPr>
        <w:pStyle w:val="ArticleBody"/>
        <w:jc w:val="left"/>
      </w:pPr>
      <w:r>
        <w:rPr>
          <w:rFonts w:ascii="Times New Roman" w:hAnsi="Times New Roman" w:eastAsia="Times New Roman" w:cs="Times New Roman"/>
        </w:rPr>
        <w:t>Fransiýa pygamberlik taýdan Daniýel ýedinji bapdaky butparaz Rimi aňladýan on patyşalygyň biri bolupdy, şonuň üçin patyşalygyň (şäheriň) ondan bir bölegi ýykyldy. Aslynda, ahyrsoňy 538-nji ýylda papalygy ýer ýüzüniň tagtyna çykaryp oturdan Daniýel ýedinjidäki şol on şahyň arasynda, papalygy esaslandyran baş patyşalyk Fransiýa bolupdy. Daniýel ýedinjidäki on güýjüň biri hökmünde Fransiýa Ylham on üçünji bapdaky iki şahly ýer haýwanynyň ornuny alamatlandyrýar. Amerikanyň Birleşen Ştatlary ahyrda papalyk üçin Fransiýanyň başda eden şol bir işini amala aşyrýar. Amerikanyň Birleşen Ştatlary Birleşen Milletler Guramasyny aňladýan on patyşanyň baş güýjüdir, we ol Ýekşenbe kanunynyň ýer titremesinde ýykylýar. Bu aýatlara indiki makalada has doly serederis.</w:t>
      </w:r>
    </w:p>
    <w:p>
      <w:pPr>
        <w:pStyle w:val="ArticleBody"/>
        <w:jc w:val="left"/>
      </w:pPr>
      <w:r>
        <w:rPr>
          <w:rFonts w:ascii="Times New Roman" w:hAnsi="Times New Roman" w:eastAsia="Times New Roman" w:cs="Times New Roman"/>
        </w:rPr>
        <w:t>Bu makalanyň esasy meseleleriniň biri, onuň Hudaýyň halkyny aýaga galdyrýan habardygydyr; çünki olary aýaga galdyrýan Teselli Beriji ýag bilen aňladylýar, ýag bolsa diňe bir Mukaddes Ruhu däl, eýsem Hudaýyň Öz halkyna iberýän aragatnaşyklaryny-da aňladýar. Wahy kitaby on birinji bapdaky Musa bilen Ylýasy aýaga galdyrýan habar hem Ýeremiýa berlen wada arkaly aňladylýar.</w:t>
      </w:r>
    </w:p>
    <w:p>
      <w:pPr>
        <w:pStyle w:val="ArticleScripture"/>
        <w:jc w:val="left"/>
      </w:pPr>
      <w:r>
        <w:rPr>
          <w:rFonts w:ascii="Times New Roman" w:hAnsi="Times New Roman" w:eastAsia="Times New Roman" w:cs="Times New Roman"/>
        </w:rPr>
        <w:t>Şonuň üçin Reb şeýle diýýär: Eger sen dolansaň, Men seni gaýtadan getirerin, sen hem meniň öňümde durarsyň; eger gymmatlyny bihaýadan aýryp çykarsaň, meniň agzym ýaly bolarsyň; goý, olar saňa dolansynlar, emma sen olara dolanma. Men seni bu halk üçin berk bürünç diwar ederin; olar saňa garşy söweşerler, ýöne saňa üstün çykyp bilmezler; çünki Men seni halas etmek we gutarmak üçin seniň bilen bile bolaryn, diýýär Reb. Men seni pisleriň elinden halas ederin, gazaplylaryň elinden hem halas edip, azat ederin. Ýermeýa 15:19–21.</w:t>
      </w:r>
    </w:p>
    <w:p>
      <w:pPr>
        <w:pStyle w:val="ArticleBody"/>
        <w:jc w:val="left"/>
      </w:pPr>
      <w:r>
        <w:rPr>
          <w:rFonts w:ascii="Times New Roman" w:hAnsi="Times New Roman" w:eastAsia="Times New Roman" w:cs="Times New Roman"/>
        </w:rPr>
        <w:t>Işaýa hem şonuň ýaly çagyryş edip şeýle diýdi: “Çünki Reb Hudaý, Ysraýylyň Mukaddesi, şeýle diýýär; Yza dolanmakda we rahatlyga çekilmekde siz halas bolarsyňyz”. Işaýa “yza dolanmagyň” tymsalyň gijä galma wagty bilen baglanyşyklydygyny hem goşup ýazdy, çünki ol şeýle ýazdy: “Şonuň üçin Reb size merhemet etmegi üçin garaşar, şonuň üçin hem size rehimdarlyk görkezmegi üçin beýgeldiler: çünki Reb höküm Hudaýydyr; Oňa garaşýanlaryň hemmesi bagtlydyr.”</w:t>
      </w:r>
    </w:p>
    <w:p>
      <w:pPr>
        <w:pStyle w:val="ArticleBody"/>
        <w:jc w:val="left"/>
      </w:pPr>
      <w:r>
        <w:rPr>
          <w:rFonts w:ascii="Times New Roman" w:hAnsi="Times New Roman" w:eastAsia="Times New Roman" w:cs="Times New Roman"/>
        </w:rPr>
        <w:t>Ýermeýanyň beýan edişi ýaly, Hudaýyň “agzy” bolmak artykmaçlygy, Amerikanyň Birleşen Ştatlarynyň “aždarha ýaly gepleýän” döwründe Hudaýyň adyndan geplemek artykmaçlygydyr. Şonda Hudaýyň halky tarapyndan aýdylar sözler papalyk ýyrtyjysynyň belligine garşy duýduryş bolar. Şol şöhratly herekete gatnaşmak üçin, biziň dolanmagymyz zerurdyr.</w:t>
      </w:r>
    </w:p>
    <w:p>
      <w:pPr>
        <w:pStyle w:val="ArticleScripture"/>
        <w:jc w:val="left"/>
      </w:pPr>
      <w:r>
        <w:rPr>
          <w:rFonts w:ascii="Times New Roman" w:hAnsi="Times New Roman" w:eastAsia="Times New Roman" w:cs="Times New Roman"/>
        </w:rPr>
        <w:t>«Eger sen dolanmak isleseň, eý, Ysraýyl, Reb şeýle diýýär, maňa dolan; we eger nejislikleriňi meniň göz öňümden aýyrsaň, onda başga ýerbe-ýer bolmarsyň. Sen: “Reb diridir” diýip, hakykat bilen, adalat bilen we dogrulyk bilen ant içersiň; milletler Onuň arkaly özlerini mübärek saýarlar, Onuň bilen buýsanç duýarlar. Çünki Reb Ýahuda erkeklerine we Iýerusalimiň ýaşaýjylaryna şeýle diýýär: boş ýatan ýeriňizi sürüň, tikenleriň arasyna ekmäň. Eý, Ýahuda erkekleri we Iýerusalimiň ýaşaýjylary, Reb üçin sünnetleniň, ýüregiňiziň sünnetsiz gabygyny aýryň; ýogsa gahar-gazabym od ýaly çykyp, eden işleriňiziň ýamanlygy sebäpli, hiç kimiň söndürip bilmejek derejede ýanar. Ýahudada yglan ediň, Iýerusalimde jar ediň; şeýle diýiň: Ýurtda surnaý çalyň; gygyryp, jemleniň we diýiň: Ýygnanyň, geliň, gala bilen berkidilen şäherlere gireliň. Baýraga Siýon tarapa galdyryň; yza çekiliň, durmaň; çünki men demirgazykdan bela we uly weýrançylyk getirerin. Arslan öz gyrymsy ýerinden çykdy, milletleri ýok ediji ýola düşdi; ol ýurduňy çolara döndermek üçin öz ýerinden çykdy; şäherleriň ýaşaýjysyz weýran bolar». Ýermeýa 4:1–7.</w:t>
      </w:r>
    </w:p>
    <w:p>
      <w:pPr>
        <w:pStyle w:val="ArticleScripture"/>
        <w:jc w:val="left"/>
      </w:pPr>
      <w:r>
        <w:rPr>
          <w:rFonts w:ascii="Times New Roman" w:hAnsi="Times New Roman" w:eastAsia="Times New Roman" w:cs="Times New Roman"/>
        </w:rPr>
        <w:t>Emma Rebbiň Ruhy Gideonyň üstüne indi, ol surnaý çaldy; Abyezer bolsa onuň yzyna ýygnandy. Ol bütin Manaşşä habarçylar iberdi; olar hem onuň yzyna ýygnandylar. Şeýle hem Aşere, Zebuluna we Naftala habarçylar iberdi; olar bolsa olary garşylamaga çykyp geldiler. Kazylar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üçin geljek we 2020-nji ýylyň 18-nji iýuly — Alty belgisi</dc:title>
  <dc:subject>Baýdak</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