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Rebbiň Eli Tarapyndan Ýolbaşçylyk Edilen</w:t>
      </w:r>
    </w:p>
    <w:p>
      <w:pPr>
        <w:pStyle w:val="ArticleSubtitle"/>
        <w:jc w:val="left"/>
      </w:pPr>
      <w:r>
        <w:rPr>
          <w:rFonts w:ascii="Arial" w:hAnsi="Arial" w:eastAsia="Arial" w:cs="Arial"/>
        </w:rPr>
        <w:t>Habakkugyň Iki Tagtasy</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2012-10-16</w:t>
      </w:r>
    </w:p>
    <w:p>
      <w:pPr>
        <w:pStyle w:val="ArticleBody"/>
        <w:jc w:val="left"/>
      </w:pPr>
      <w:r>
        <w:rPr>
          <w:rFonts w:ascii="Times New Roman" w:hAnsi="Times New Roman" w:eastAsia="Times New Roman" w:cs="Times New Roman"/>
        </w:rPr>
        <w:t>Habakugyň Iki Tagtasy 95-den 4</w:t>
      </w:r>
      <w:r>
        <w:rPr>
          <w:rFonts w:ascii="Nirmala UI" w:hAnsi="Nirmala UI" w:eastAsia="Nirmala UI" w:cs="Nirmala UI"/>
        </w:rPr>
        <w:t>॥</w:t>
      </w:r>
    </w:p>
    <w:p>
      <w:pPr>
        <w:pStyle w:val="ArticleBody"/>
        <w:jc w:val="left"/>
      </w:pPr>
      <w:r>
        <w:rPr>
          <w:rFonts w:ascii="Times New Roman" w:hAnsi="Times New Roman" w:eastAsia="Times New Roman" w:cs="Times New Roman"/>
        </w:rPr>
        <w:t>Meniň üçin, takmynan bir sagatlyk çykyşda sekiz sahypalyk bellikleri doly geçip çykmak ep-esli kyn. Üstesine-de, üns berseňiz, bizde 20 sahypa bar; şonuň üçin, men bu bellikleri doly okamak niýetinde däldigimi size diňe habar berýärin. Men bu ýerdäki käbir parçalary okamakçy, şonuň üçin LiveStream arkaly tomaşa edýänler bellikleri ýükläp alyp bilerler; şeýle hem, soňunda muny DVD-de görjekler, eger bu makalalar eýýäm olaryň elinde ýok bolsa, muny özleri üçin ýazgyda saklap bilerler. Biziň garap çykýan zadymyz Habakgugyň Iki Tablicasydyr, we şu pursatda biziň edýän ähli işimiz Ellen Waýtyň 1843-nji ýylyň bu Çyzgysynda görkezilen hakykatlar bilen ylalaşykly bolandygyny görkezmäge synanyşmakdan ybaratdyr.</w:t>
      </w:r>
    </w:p>
    <w:p>
      <w:pPr>
        <w:pStyle w:val="ArticleBody"/>
        <w:jc w:val="left"/>
      </w:pPr>
      <w:r>
        <w:rPr>
          <w:rFonts w:ascii="Times New Roman" w:hAnsi="Times New Roman" w:eastAsia="Times New Roman" w:cs="Times New Roman"/>
        </w:rPr>
        <w:t>Düýn tamamlanymyz ilkinji üç tanyşdyryş, Ellen Waýtyň “Early Writings”, 236-njy sahypada 2520 wagt pygamberligini dogry diýip aç-açan we anyk taýdan goldaýandygyny görkezýärdi.</w:t>
      </w:r>
    </w:p>
    <w:p>
      <w:pPr>
        <w:pStyle w:val="ArticleBody"/>
        <w:jc w:val="left"/>
      </w:pPr>
      <w:r>
        <w:rPr>
          <w:rFonts w:ascii="Times New Roman" w:hAnsi="Times New Roman" w:eastAsia="Times New Roman" w:cs="Times New Roman"/>
        </w:rPr>
        <w:t>Ol 1844-nji ýylyň mart aýyndaky ilkinji lapykeçlik barada gürrüň edende, ol lapykeçlikden soň Milleritleriň Mukaddes Kitaby öwrenmegini dowam etdirendiklerini we olaryň 2520, 2300 hem-de 1335 üçin 1843-nji ýyly öňünden aýtmaga alyp baran şol bir subutnamanyň, şol bir subutnamanyň soňra 1844-nji ýylda tanalyp, bu pygamberlik döwürleriniň 1844-nji ýylda tamamlanýandygyny subut etmek üçin ulanylandygyny aýdýar. Biz hem onuň diňe şu iki pygamberlik döwri [1843-nji ýylyň Çyzgysyndaky 2520 we 2300-e salgylanyp] barada aýdyp biljekdigini, 1335 barada däldigini ara alyp maslahatlaşdyk. 1335 biziň eramyzyň döwründe başlady; ol 1843-nji ýylda tamamlandy. Şonuň üçin, ol 2520 we 2300 ýyllyk pygamberlik baradaky düşünjä öz goldawyny berýär.</w:t>
      </w:r>
    </w:p>
    <w:p>
      <w:pPr>
        <w:pStyle w:val="ArticleBody"/>
        <w:jc w:val="left"/>
      </w:pPr>
      <w:r>
        <w:rPr>
          <w:rFonts w:ascii="Times New Roman" w:hAnsi="Times New Roman" w:eastAsia="Times New Roman" w:cs="Times New Roman"/>
        </w:rPr>
        <w:t>Soňra ol sözüni dowam etdirip, şol döwrüň dowamynda üç wagt pygamberliginiň 1844-nji ýylda tamamlanandygyny subut edip başlanda, hut şonuň Milleritleri ýygnakdan kowup çykaran yzarlamanyň sebäbi bolandygyny aýtdy. Şeýlelikde, dünýäniň soňunda erkekleriň we aýallaryň 2520-niň näme üçin 1844-nji ýylda tamamlanandygyny görkezýän maglumatlary beýan edýändikleri üçin Adventist ýygnagynda yzarlanylmagy tötänlik däldir.</w:t>
      </w:r>
    </w:p>
    <w:p>
      <w:pPr>
        <w:pStyle w:val="ArticleHeading"/>
        <w:jc w:val="left"/>
      </w:pPr>
      <w:r>
        <w:rPr>
          <w:rFonts w:ascii="Arial" w:hAnsi="Arial" w:eastAsia="Arial" w:cs="Arial"/>
        </w:rPr>
        <w:t>Rebbiň Eli Tarapyndan Ýöneldilen</w:t>
      </w:r>
    </w:p>
    <w:p>
      <w:pPr>
        <w:pStyle w:val="ArticleBody"/>
        <w:jc w:val="left"/>
      </w:pPr>
      <w:r>
        <w:rPr>
          <w:rFonts w:ascii="Times New Roman" w:hAnsi="Times New Roman" w:eastAsia="Times New Roman" w:cs="Times New Roman"/>
        </w:rPr>
        <w:t>Şeýlelik bilen, indi biz başga bir mowzuga geçýäris, hut şu ýerde durýanyna [1843-nji ýylyň Çyzgysyndaky AD508-e salgylanyp]. Eger siz bu Çyzgylara seretmedik bolsaňyz, görersiňiz, White uýa bu 1843-nji ýylyň Çyzgysy barada şeýle diýýär: “Men Rebbiň bu Çyzgyda ýol görkezendigini gördüm,” we ol bu 1850-nji ýylyň Çyzgysy barada bolsa, Hudaýyň bu Çyzgynyň neşir edilmeginde bolandygyny aýdýar. Şeýlelikde, ol bize Hudaýyň bu Çyzgylaryň ikisiniň-de taýýarlanyşyna gatnaşandygyny aýtdy, we olaryň nähili gurluşa salnandygy ynsan nukdaýnazaryndan maksatly boldy. Milleritler muny bilgeşleýin etdiler, emma bu Hudaýyň niýeti boýunça boldy.</w:t>
      </w:r>
    </w:p>
    <w:p>
      <w:pPr>
        <w:pStyle w:val="ArticleBody"/>
        <w:jc w:val="left"/>
      </w:pPr>
      <w:r>
        <w:rPr>
          <w:rFonts w:ascii="Times New Roman" w:hAnsi="Times New Roman" w:eastAsia="Times New Roman" w:cs="Times New Roman"/>
        </w:rPr>
        <w:t>Bu ýerde, miladydan öňki 677-nji ýyldan olaryň ynanjyna görä milady 1843-nji ýyla çenli, bu sütün [1843-nji ýylyň Çyzgysynda çepden ikinji sütüne salgylanyp] 2520-ni kesgitleýän sütündür; ol miladydan öňki 677-nji ýylda başlanýar we olaryň pikirine görä milady 1843-nji ýylda tamamlanýar.</w:t>
      </w:r>
    </w:p>
    <w:p>
      <w:pPr>
        <w:pStyle w:val="ArticleBody"/>
        <w:jc w:val="left"/>
      </w:pPr>
      <w:r>
        <w:rPr>
          <w:rFonts w:ascii="Times New Roman" w:hAnsi="Times New Roman" w:eastAsia="Times New Roman" w:cs="Times New Roman"/>
        </w:rPr>
        <w:t>Olar bu aýdyň şekilli mysaly 1850-nji ýylyň Çyzgysynda hem saklapdyrlar: şu ýerden [çepden üçünji sütüne salgylanyp] b.e. öň 677-den şu ýere çenli, b.e. 1844. Bu iki Çyzgyda-da bar bolan 2520-niň sütüni bolup durýar.</w:t>
      </w:r>
    </w:p>
    <w:p>
      <w:pPr>
        <w:pStyle w:val="ArticleBody"/>
        <w:jc w:val="left"/>
      </w:pPr>
      <w:r>
        <w:rPr>
          <w:rFonts w:ascii="Times New Roman" w:hAnsi="Times New Roman" w:eastAsia="Times New Roman" w:cs="Times New Roman"/>
        </w:rPr>
        <w:t>Şu sütünleriň hut ortasynda, iki ýagdaýda-da, haç ýerleşýär.</w:t>
      </w:r>
    </w:p>
    <w:p>
      <w:pPr>
        <w:pStyle w:val="ArticleBody"/>
        <w:jc w:val="left"/>
      </w:pPr>
      <w:r>
        <w:rPr>
          <w:rFonts w:ascii="Times New Roman" w:hAnsi="Times New Roman" w:eastAsia="Times New Roman" w:cs="Times New Roman"/>
        </w:rPr>
        <w:t>Haçyň edil aşagynda Gündelik baradaky salgylanma ýerleşýär. Gündeligiň nyşany bolan butparazlygyň, ýagny butparaz dininiň kökiniň manysy özüni beýgeltmekdir; hem-de bu ýerde Rebbiň elini, bu iki çyzgyda hökman adam elini däl-de, görüp bolýandygyny görmek bolýar.</w:t>
      </w:r>
    </w:p>
    <w:p>
      <w:pPr>
        <w:pStyle w:val="ArticleBody"/>
        <w:jc w:val="left"/>
      </w:pPr>
      <w:r>
        <w:rPr>
          <w:rFonts w:ascii="Times New Roman" w:hAnsi="Times New Roman" w:eastAsia="Times New Roman" w:cs="Times New Roman"/>
        </w:rPr>
        <w:t>Özümiziň beýgeldilmeginiň bizden aýrylmagy üçin, siziň-de, meniň-de, ýa-da islendik biriniň-de, bu iki Çartda-da şöhlelendirilşi ýaly, haça çüýlenişiň düýbüne gelmegimiz gerekdir. Şol sapak şekillendirilýär.</w:t>
      </w:r>
    </w:p>
    <w:p>
      <w:pPr>
        <w:pStyle w:val="ArticleBody"/>
        <w:jc w:val="left"/>
      </w:pPr>
      <w:r>
        <w:rPr>
          <w:rFonts w:ascii="Times New Roman" w:hAnsi="Times New Roman" w:eastAsia="Times New Roman" w:cs="Times New Roman"/>
        </w:rPr>
        <w:t>Elbetde, biz ortasynda haç ýerleşdirilen 2520-niň sütünleri barada gürrüň edenimizde, Daniel 9-yň ýerine ýetmeginde Mesihiň köpler bilen ähti bir hepde üçin tassyk etmäge gelende, şol bir hepde 2520 güne deň bolandygyny, we şol hepdäniň ortasynda Onuň haça çüýlenendigini bilýäris. Şeýlelik bilen, şu Çyzgylaryň her birindäki bu sütünleriň ortasynda biz haçy görýäris, we olar Mesihiň köpler bilen ähti tassyk eden 2520 gününi aňladýar.</w:t>
      </w:r>
    </w:p>
    <w:p>
      <w:pPr>
        <w:pStyle w:val="ArticleBody"/>
        <w:jc w:val="left"/>
      </w:pPr>
      <w:r>
        <w:rPr>
          <w:rFonts w:ascii="Times New Roman" w:hAnsi="Times New Roman" w:eastAsia="Times New Roman" w:cs="Times New Roman"/>
        </w:rPr>
        <w:t>Şeýlelik bilen, indi biz «Gündelik» we Ellen Waýtyň oňa beren goldawyny ele alarys.</w:t>
      </w:r>
    </w:p>
    <w:p>
      <w:pPr>
        <w:pStyle w:val="ArticleScripture"/>
        <w:jc w:val="left"/>
      </w:pPr>
      <w:r>
        <w:rPr>
          <w:rFonts w:ascii="Times New Roman" w:hAnsi="Times New Roman" w:eastAsia="Times New Roman" w:cs="Times New Roman"/>
        </w:rPr>
        <w:t>23-nji sentýabrda Reb maňa Öz halkynyň galanlaryny yzyna getirmek üçin Öz elini ikinji gezek uzadandygyny görkezdi we bu ýygnalyş döwründe edilýän tagallalaryň iki esse güýçlendirilmelidigini görkezdi. Dargadylyşda Ysraýyl urlup-ýenjildi we parçalandy, emma indi, ýygnalyş döwründe, Hudaý Öz halkyny sagaldar we ýaralaryny sarar. Dargadylyşda hakykaty ýaýratmak üçin edilen tagallalaryň täsiri örän az boldy, örän az zat ýa-da asla hiç zat başarmady; emma ýygnalyşda, Hudaý Öz halkyny ýygnamak üçin Öz elini uzadanda, hakykaty ýaýratmak üçin edilen tagallalar göz öňünde tutulan netijesini berer. Ähli adamlar bu işde birleşen we yhlasly bolmalydyr. Men häzir bizi ýygnalyşda dolandyrmak üçin mysal hökmünde dargadylyşa salgylanmagyň islendik adam üçin nädogrudygyny gördüm; çünki Hudaý bize häzir şol wagtkydan artyk hiç zat etmeli bolmasa, Ysraýyl hiç wagt ýygnalmazdy. Men 1843-nji ýylyň çyzgysynyň Rebbiň eli bilen ugrukdyrylandygyny we onuň üýtgedilmeli däldigini gördüm; sanlaryň Onuň isleýşi ýaly bolandygyny; Onuň eliniň sanlaryň käbirindäki bir ýalňyşlygy örtüp we gizläp saklandygyny, şonuň üçin Onuň eli aýrylýança hiç kim ony görüp bilmeýändigini gördüm.</w:t>
      </w:r>
    </w:p>
    <w:p>
      <w:pPr>
        <w:pStyle w:val="ArticleScripture"/>
        <w:jc w:val="left"/>
      </w:pPr>
      <w:r>
        <w:rPr>
          <w:rFonts w:ascii="Times New Roman" w:hAnsi="Times New Roman" w:eastAsia="Times New Roman" w:cs="Times New Roman"/>
        </w:rPr>
        <w:t>Soňra men “gündelik” bilen baglanyşyklylykda (Daniel 8:12) gördüm: “gurbanlyk” sözi adamyň paýhasy bilen goşulypdyr, ol tekste degişli däldir, we Reb höküm sagady habaryny berenlere onuň dogry düşünjesini beripdir. 1844-den öň, birlik bar wagty, tas hemmesi “gündelik” barada dogry düşünjede birleşýärdiler; emma 1844-den bäri bolan bulaşyklykda başga garaýyşlar kabul edildi, munuň yzyndan garaňkylyk we bulaşyklyk geldi. 1844-den bäri wagt synag bolmady, indi hem hiç haçan gaýtadan synag bolmaz.</w:t>
      </w:r>
    </w:p>
    <w:p>
      <w:pPr>
        <w:pStyle w:val="ArticleScripture"/>
        <w:jc w:val="left"/>
      </w:pPr>
      <w:r>
        <w:rPr>
          <w:rFonts w:ascii="Times New Roman" w:hAnsi="Times New Roman" w:eastAsia="Times New Roman" w:cs="Times New Roman"/>
        </w:rPr>
        <w:t>Reb maňa üçünji perişdäniň habarynyň gitmelidigini we Rebbiň dargadylan çagalaryna yglan edilmelidigini görkezdi, ýöne ol wagt bilen baglanyşdyrylmaly däldir. Men käbirleriniň wagt hakynda wagyz edilmeginden döreýän galp joşguny kabul edýändiklerini gördüm; emma üçünji perişdäniň habary wagtyň berip biljek zadyndan has güýçlüdir. Men bu habaryň öz düýbüne daýanyp durup bilýändigini we ony berkitmek üçin wagta mätäç däldigini gördüm; ol gudratly güýç bilen gider, öz işini ýerine ýetirer we adalatda gysgaldylar.</w:t>
      </w:r>
    </w:p>
    <w:p>
      <w:pPr>
        <w:pStyle w:val="ArticleScripture"/>
        <w:jc w:val="left"/>
      </w:pPr>
      <w:r>
        <w:rPr>
          <w:rFonts w:ascii="Times New Roman" w:hAnsi="Times New Roman" w:eastAsia="Times New Roman" w:cs="Times New Roman"/>
        </w:rPr>
        <w:t>Soňra men, Rebbiň gelmezinden öň olaryň Köne Iýerusalime gitmeginiň özleriniň borjudygyna ynanýan we ol ýerde etmeli bir işi bardyr diýip pikir edýän käbir adamlaryň uly ýalňyşlygyna gönükdirildim. Şeýle garaýyş üçünji perişdäniň habary astyndaky Rebbiň häzirki işinden akyly we gyzyklanmagy sowmaga ukyplydyr; çünki Iýerusalime entek gitmelidiris diýip pikir edýänleriň akyllary şol ýerde bolar, özlerini we başgalary ol ýere ýetirmek üçin olaryň serişdeleri häzirki hakykatyň işinden saklanyp galyner. Men şeýle bir missiýanyň hakykatda hiç hili peýda getirmejekdigini gördüm; Mesihiň hatda ilkinji gelişine juda az sanly ýehudylary ynandyrmak üçin hem örän köp wagt gerek bolardy, Onuň ikinji gelişine ynandyrmak bolsa ondan-da beter kyn bolardy. Men Şeýtanyň bu meselede käbirlerini juda güýçli aldanandygyny, ýeri gelende şu ýurtda olaryň töweregindäki janlara özleri tarapyndan kömek edilip bilinjekdigini we olaryň Hudaýyň buýruklaryny saklamaga ugrukdyrylyp bilinjekdigini, emma olaryň bolsa şol janlary heläk bolmaga taşlap gidýändiklerini gördüm. Şeýle hem men Köne Iýerusalimiň hiç haçan gaýtadan gurlup dikeldilmejekdigini gördüm; we Şeýtanyň ýygnalyş wagtynda Rebbiň çagalarynyň akyllaryny şu zatlara gönükdirmek, olary Rebbiň häzirki işine ähli gyzyklanmalaryny doly bagyş etmekden saklamak hem-de olary Rebbiň güni üçin zerur taýýarlygy äsgermezlik etmäge getirmek maksady bilen elinden gelenini edýändigini hem gördüm." Irki Ýazgylar, 74–76.</w:t>
      </w:r>
    </w:p>
    <w:p>
      <w:pPr>
        <w:pStyle w:val="ArticleBody"/>
        <w:jc w:val="left"/>
      </w:pPr>
      <w:r>
        <w:rPr>
          <w:rFonts w:ascii="Times New Roman" w:hAnsi="Times New Roman" w:eastAsia="Times New Roman" w:cs="Times New Roman"/>
        </w:rPr>
        <w:t>Görkezjek bolýan birnäçe zadymyz bar: bizde «Early Writings» kitabynyň 74-nji sahypasyndan bir parça bar. Biz muny öň hem ara alyp maslahatlaşypdyk. Şu çykyşda seredip geçjek zatlarymyzyň köpüsini biz öň hem ele alypdyk; emma köpümiz «Early Writings»-daky bu parçanyň ösüş döwründen geçendigine düşünmeýäris. «Early Writings» kitabynda häzirki görnüşi bilen, adamlar hakykaty nädogry görkezmek üçin «Early Writings»-daky ýazylana daýanyp bilerler. Emma, eger siz asyl çeşme resminamalaryna dolansaňyz, olaryň hakykaty nädogry görkezmek üçin ulanýan mantygy aradan aýrylýar.</w:t>
      </w:r>
    </w:p>
    <w:p>
      <w:pPr>
        <w:pStyle w:val="ArticleBody"/>
        <w:jc w:val="left"/>
      </w:pPr>
      <w:r>
        <w:rPr>
          <w:rFonts w:ascii="Times New Roman" w:hAnsi="Times New Roman" w:eastAsia="Times New Roman" w:cs="Times New Roman"/>
        </w:rPr>
        <w:t>Şeýlelikde, bu barada aýdyljak zat köp. Biz bu ýerde Gündelik bilen iş salyşýandygymyz üçin, men diňe birnäçe nokady görkezmekçi. Emma, “Early Writings” kitabyndaky bu parçadan, 23-nji sentýabr bilen baglanyşykly ilkinji iki pikire üns bermegiňizi isleýärin.</w:t>
      </w:r>
    </w:p>
    <w:p>
      <w:pPr>
        <w:pStyle w:val="ArticleBody"/>
        <w:jc w:val="left"/>
      </w:pPr>
      <w:r>
        <w:rPr>
          <w:rFonts w:ascii="Times New Roman" w:hAnsi="Times New Roman" w:eastAsia="Times New Roman" w:cs="Times New Roman"/>
        </w:rPr>
        <w:t>Bolýar. 23-nji sentýabr, eger siz muňa tanyş däl bolsaňyz, ol ýerde 1850-ni goýup bilersiňiz; 1850-nji ýylyň 23-nji sentýabry. Munuň Gündelik baradaky meseläni dogry düşünmäge täsiri bar.</w:t>
      </w:r>
    </w:p>
    <w:p>
      <w:pPr>
        <w:pStyle w:val="ArticleBody"/>
        <w:jc w:val="left"/>
      </w:pPr>
      <w:r>
        <w:rPr>
          <w:rFonts w:ascii="Times New Roman" w:hAnsi="Times New Roman" w:eastAsia="Times New Roman" w:cs="Times New Roman"/>
        </w:rPr>
        <w:t>Birinji abzasyň ahyrynda soňky birnäçe günüň dowamynda eýýäm bu ýerde sereden beýanymyz şeýle diýýär: “1843-nji ýylyň çyzgysynyň Rebbiň eli bilen gönükdirilendigini gördüm, ol üýtgedilmeli däldir; sanlaryň Onuň isleýşi ýaly bolandygyny; Onuň eliniň olaryň käbirindäki bir ýalňyşlygyň üstünde bolup, ony gizländigini, şonuň üçin Onuň eli aýrylýança hiç kimiň ony görüp bilmändigini.”</w:t>
      </w:r>
    </w:p>
    <w:p>
      <w:pPr>
        <w:pStyle w:val="ArticleBody"/>
        <w:jc w:val="left"/>
      </w:pPr>
      <w:r>
        <w:rPr>
          <w:rFonts w:ascii="Times New Roman" w:hAnsi="Times New Roman" w:eastAsia="Times New Roman" w:cs="Times New Roman"/>
        </w:rPr>
        <w:t>Ikinji abzasda şeýle diýilýär: «Soňra men —“gündelik” bilen baglanyşykly gördim (Danyýel 8:12) . . . .» Indi bolsa, men siziň muny diňe ýadyňyzda saklamagyňyzy isleýärin — muny, Reb islese, soňra gürrüňsiz ara alyp maslahatlaşarys — haçan-da Gündelik 1843-nji ýylyň Çartynda, hut şu ýerde görkezilende, ol ýerde şeýle diýilýär: «gündeligi aýyrmak»; şeýle hem: «Danyýel 12:11 we 12.» 1850-nji ýylyň Çartynda bolsa, Gündelik barada gürrüň edilende, şeýle diýilýär: «butparaz agalygy ýa-da gündelik aýrylanda, Danyýel 11:31.» Şeýlelikde, bu iki Çartda olaryň Danyýel 11:31-den we Danyýel 12:11-den kesgitleýän ünsi Gündeligiň aýrylmagyna gönükdirilendir. Bolýarmy?</w:t>
      </w:r>
    </w:p>
    <w:p>
      <w:pPr>
        <w:pStyle w:val="ArticleScripture"/>
        <w:jc w:val="left"/>
      </w:pPr>
      <w:r>
        <w:rPr>
          <w:rFonts w:ascii="Times New Roman" w:hAnsi="Times New Roman" w:eastAsia="Times New Roman" w:cs="Times New Roman"/>
        </w:rPr>
        <w:t>Danyýel 11:31-de we Danyýel 12:11-de “aýyrmak” diýip terjime edilen ýewreýçe söz **sur** bolup, onuň manysy “aýyrmakdyr”; ol “ýok etmek” diýmekdir.</w:t>
      </w:r>
    </w:p>
    <w:p>
      <w:pPr>
        <w:pStyle w:val="ArticleBody"/>
        <w:jc w:val="left"/>
      </w:pPr>
      <w:r>
        <w:rPr>
          <w:rFonts w:ascii="Times New Roman" w:hAnsi="Times New Roman" w:eastAsia="Times New Roman" w:cs="Times New Roman"/>
        </w:rPr>
        <w:t>Emma, Daniel 8-nji bapda, 11-nji aýatda, “Gündelik” aýrylyp alynýar diýilýän ýerde, başga bir ýewreýçe söz ulanylýar. Ol rum sözüdür we manysy “ýokary götermek hem-de belent tutmak” diýmekdir.</w:t>
      </w:r>
    </w:p>
    <w:p>
      <w:pPr>
        <w:pStyle w:val="ArticleBody"/>
        <w:jc w:val="left"/>
      </w:pPr>
      <w:r>
        <w:rPr>
          <w:rFonts w:ascii="Times New Roman" w:hAnsi="Times New Roman" w:eastAsia="Times New Roman" w:cs="Times New Roman"/>
        </w:rPr>
        <w:t>Şeýlelik bilen, William Miller Cruden’s Concordance-den peýdalandy, emma Cruden’s Concordance size ýewreýçe ýa-da grekçe barada hiç hili düşünje bermeýär. Şonuň üçin Reb Milleritlere ýolbaşçylyk edýärdi; sebäbi, Daniel kitabynda “Daily” barada agzalýan üç ýeriň, ýagny Daniel 8-nji bapda, Daniel 11-nji bapda we Daniel 12-nji bapda, 11-nji we 12-nji baplarda “take away” diýip terjime edilen ýewreý sözi hakykatdan-da “aýyryp almak” diýmegi aňladýar. Şeýle-de, olaryň şu Çyzgylarda nygtaýan zady hem şudur: butparazlyk aýrylyp alnanda, 1290 we 1335 pygamberlikleri başlanar.</w:t>
      </w:r>
    </w:p>
    <w:p>
      <w:pPr>
        <w:pStyle w:val="ArticleBody"/>
        <w:jc w:val="left"/>
      </w:pPr>
      <w:r>
        <w:rPr>
          <w:rFonts w:ascii="Times New Roman" w:hAnsi="Times New Roman" w:eastAsia="Times New Roman" w:cs="Times New Roman"/>
        </w:rPr>
        <w:t>Emma, Daniýel 8-de “Gündelik” aýrylyp alnanda, bu onuň ýok edilmegi barada gürrüň etmeýär; ol Butparazlygyň dininiň ýokary galdyrylyp, beýgeldilmegi barada gürrüň edýär. Şeýlelikde, Millerçiler muny dogry düşündiler. Olar Daniýelde “Gündeligiň” aýrylyp alynmagy barada bolan iki baby görkezýärdiler.</w:t>
      </w:r>
    </w:p>
    <w:p>
      <w:pPr>
        <w:pStyle w:val="ArticleBody"/>
        <w:jc w:val="left"/>
      </w:pPr>
      <w:r>
        <w:rPr>
          <w:rFonts w:ascii="Times New Roman" w:hAnsi="Times New Roman" w:eastAsia="Times New Roman" w:cs="Times New Roman"/>
        </w:rPr>
        <w:t>Emma bu ýerde, “Irki Ýazgylarda”, şeýle hem asyl çeşme resminamalaryna gaýdyp seredenimizde, siz şu bapda aslynda Danyýel 8:12 baradaky bu salgynyň ol ýerde ýokdugyny görersiňiz. Ellen Waýtyň 1882-nji ýylda “Irki Ýazgylar” çap edilende muny şol ýere goşmagy tabşyrandygyny, ýa-da muny redaktorlaryň biriniň goşandygyny men bilemok. Bu meni howsala salmaýar, çünki bu ýerde ol “aýrylyp alynma” barada gürrüň etmeýär.</w:t>
      </w:r>
    </w:p>
    <w:p>
      <w:pPr>
        <w:pStyle w:val="ArticleBody"/>
        <w:jc w:val="left"/>
      </w:pPr>
      <w:r>
        <w:rPr>
          <w:rFonts w:ascii="Times New Roman" w:hAnsi="Times New Roman" w:eastAsia="Times New Roman" w:cs="Times New Roman"/>
        </w:rPr>
        <w:t>Ikinji abzasda şeýle diýilýär: «Soňra men “hemişelik” babatda (Daniel 8:12) “gurbanlyk” sözüniň adam paýhasy tarapyndan goşulandygyna, onuň tekste degişli däldigine hem-de Rebbiň onuň dogry düşünjesini höküm sagadynyň jaryny yglan edenlere berendigini gördüm».</w:t>
      </w:r>
    </w:p>
    <w:p>
      <w:pPr>
        <w:pStyle w:val="ArticleBody"/>
        <w:jc w:val="left"/>
      </w:pPr>
      <w:r>
        <w:rPr>
          <w:rFonts w:ascii="Times New Roman" w:hAnsi="Times New Roman" w:eastAsia="Times New Roman" w:cs="Times New Roman"/>
        </w:rPr>
        <w:t>Birnäçe ýyl ozal Germaniýada Germaniýanyň käbir görnükli pastorlary we Germaniýadan käbir seminaryýa mugallymlary bilen duşuşygymyz boldy; men şol ýerde çykyş etdim, olar hem bu habara garşy daşlaryny atdylar.</w:t>
      </w:r>
    </w:p>
    <w:p>
      <w:pPr>
        <w:pStyle w:val="ArticleBody"/>
        <w:jc w:val="left"/>
      </w:pPr>
      <w:r>
        <w:rPr>
          <w:rFonts w:ascii="Times New Roman" w:hAnsi="Times New Roman" w:eastAsia="Times New Roman" w:cs="Times New Roman"/>
        </w:rPr>
        <w:t>Italiýadan bir pastor hem şol ýerde bardy, ol hem bu aýat hakynda aýdylýan akylsyz delilleriň birini öňe sürdi. Onuň aýdan zady şu boldy — we “gündelik” barada birnäçe akylsyz deliller bar, şonuň üçin bu akylsyz deliliň ýygy-ýygydan ulanylýandygyny görersiňiz, biz hem muny şu ýerde ýazgyda ýerleşdireris. Onda şeýle diýilýär: “Soňra men ‘gündelik’ bilen baglanyşyklylykda (Daniel 8:12) ‘gurbanlyk’ sözüniň adamyň paýhasy bilen goşulandygyny we tekste degişli däldigini, hem-de Rebbiň bu barada dogry garaýşy höküm sagadynyň çagyryşyny berenlere berendigini gördüm.” Ine, akylsyz delil şu: Olar Ellen Waýtyň bu ýerde “gündeligi” goldamaýandygyny aýdýarlar; tersine, onuň “gurbanlyk” sözüniň ynsan paýhasy bilen goşulandygy we tekste degişli däldigi baradaky pioneýr düşünjesini goldaýandygyny aýdýarlar. Düşnüklimi? Şeýlelikde, bu italýan pastor şu delili öňe sürýär.</w:t>
      </w:r>
    </w:p>
    <w:p>
      <w:pPr>
        <w:pStyle w:val="ArticleBody"/>
        <w:jc w:val="left"/>
      </w:pPr>
      <w:r>
        <w:rPr>
          <w:rFonts w:ascii="Times New Roman" w:hAnsi="Times New Roman" w:eastAsia="Times New Roman" w:cs="Times New Roman"/>
        </w:rPr>
        <w:t>Men şeýle diýdim: «Onda indiki sözlemi maňa düşündiriň, Pastor».</w:t>
      </w:r>
    </w:p>
    <w:p>
      <w:pPr>
        <w:pStyle w:val="ArticleBody"/>
        <w:jc w:val="left"/>
      </w:pPr>
      <w:r>
        <w:rPr>
          <w:rFonts w:ascii="Times New Roman" w:hAnsi="Times New Roman" w:eastAsia="Times New Roman" w:cs="Times New Roman"/>
        </w:rPr>
        <w:t>Indiki söz şeýle diýýär: “Agzybirlik bar wagty, 1844-den öň, tas hemmesi ‘gündelik’ baradaky dogry garaýyşda birleşipdiler; . . . .” Bu, adam akyly bilen goşulan “gurbanlyk” sözüniň dogry düşündirişi barada däldir. Ellen Waýt bu ýerde — we bu agyr mesele, bu häzirki Adventizmde eşitmekden ýüz öwürýän we görmekden ýüz öwürýän adamlar üçin örän agyr mesele. Bu paragraf, ähtimal, Pygamberlik Ruhundaky beýleki ähli paragrafdan has köp teologyň gutulyşyny ýitirmegine sebäp bolan paragrafdyr. Men mubalagha etmeýärin; meniň pikirimçe, bu, ähtimal, dogrudyr.</w:t>
      </w:r>
    </w:p>
    <w:p>
      <w:pPr>
        <w:pStyle w:val="ArticleBody"/>
        <w:jc w:val="left"/>
      </w:pPr>
      <w:r>
        <w:rPr>
          <w:rFonts w:ascii="Times New Roman" w:hAnsi="Times New Roman" w:eastAsia="Times New Roman" w:cs="Times New Roman"/>
        </w:rPr>
        <w:t>XX asyryň başlarynda “Gündelik” barada ýalan düşünje Adventizme girizilip başlanda, bu meseläniň iki tarapynda hem onuň üstünde göreşenleriň ählisi özleriniň hut şu abzasyň üstünde göreşýändiklerini bilýärdiler. Stefan Haskell “Gündeligiň” butparazlykdygy baradaky Pioner garaýşyny goramaga çykanda, ol näme etdi? Ol 1843-nji ýylyň şu Çartyny täzeden çap etdi we şu abzasy onuň aşagyna ýerleşdirdi. Şeýlelikde, hut şu abzas jedeliň merkezidir, we köp-köp adam hut şu ýerde öz gylyçlarynyň üstüne ýykylyp heläk boldular.</w:t>
      </w:r>
    </w:p>
    <w:p>
      <w:pPr>
        <w:pStyle w:val="ArticleBody"/>
        <w:jc w:val="left"/>
      </w:pPr>
      <w:r>
        <w:rPr>
          <w:rFonts w:ascii="Times New Roman" w:hAnsi="Times New Roman" w:eastAsia="Times New Roman" w:cs="Times New Roman"/>
        </w:rPr>
        <w:t>Şeýlelikde, bu ýerde meniň size görkezesim gelýän zadyň iň pes derejesinde-de şeýle: soňky wagtlarda White Horse Ministries-den Stiw Wohlberg ýaly adamlar bu habara garşy çykýarlar. Onuň delilleriniň biri şeýle: “Ellen Waýtyň Gündelik barada hiç hili garaýşy bolmandyr, şonuň üçin meniň hem bolmaly däl”, bu bolsa düýbünden akylsyz bir garaýyşdy. Emma, hatda Ellen Waýtyň bu meselede hiç hili garaýşy bolmandyr diýen mümkinçiligi oňa bersek-de, ol bu sitatada näme diýýär? Ol öňdebaryjylaryň bu barada dogry garaýşa eýedigini aýdýar. Hatda onuň özi onuň nämedigini bilmedik bolan ýagdaýynda-da, ine, şu ýerde onuň dogry bir garaýşyň bardygyny aýdýandygyny görýäris; bu bolsa nädogry bir garaýşyň, belki-de birnäçe nädogry garaýyşlaryň hem bardygyny aňladýar.</w:t>
      </w:r>
    </w:p>
    <w:p>
      <w:pPr>
        <w:pStyle w:val="ArticleBody"/>
        <w:jc w:val="left"/>
      </w:pPr>
      <w:r>
        <w:rPr>
          <w:rFonts w:ascii="Times New Roman" w:hAnsi="Times New Roman" w:eastAsia="Times New Roman" w:cs="Times New Roman"/>
        </w:rPr>
        <w:t>Size Vance Ferrell ýaly adamlar bar. Vance Ferrell; adamlar Vance Ferrelliň pygamberlik düşündirişlerine ynam bildirýärler, munuň sebäbini bolsa men bilemok. Vance Ferrell ýeke-täk däl, emma ol Gündelik diýen zadyň hem bütparazçylygy, hem-de Mesihiň Mukaddeslikdäki hyzmatyny aňladýandygyny aýdýan adamlaryň biridir. Dogrumy? Ol bu nyşanyň Şeýtany hem, Mesihi hem aňladýandygyny aýdýar.</w:t>
      </w:r>
    </w:p>
    <w:p>
      <w:pPr>
        <w:pStyle w:val="ArticleBody"/>
        <w:jc w:val="left"/>
      </w:pPr>
      <w:r>
        <w:rPr>
          <w:rFonts w:ascii="Times New Roman" w:hAnsi="Times New Roman" w:eastAsia="Times New Roman" w:cs="Times New Roman"/>
        </w:rPr>
        <w:t>Şeýle pikirlendiriş ulanylanda, nähili paýhasly saýgaryş ulanylýar?</w:t>
      </w:r>
    </w:p>
    <w:p>
      <w:pPr>
        <w:pStyle w:val="ArticleBody"/>
        <w:jc w:val="left"/>
      </w:pPr>
      <w:r>
        <w:rPr>
          <w:rFonts w:ascii="Times New Roman" w:hAnsi="Times New Roman" w:eastAsia="Times New Roman" w:cs="Times New Roman"/>
        </w:rPr>
        <w:t>Bolýar, Waýt uýa, bu ýerde “Gündelik” nämäni aňladýandygyna garamazdan, ol dogry bir düşünjäniň bardygyny aýdýar. Şeýlelikde, iň bolmanda, şu ýerde şol öňe sürülýän pikire ylalaşyp bileris, şeýle dälmi?</w:t>
      </w:r>
    </w:p>
    <w:p>
      <w:pPr>
        <w:pStyle w:val="ArticleScripture"/>
        <w:jc w:val="left"/>
      </w:pPr>
      <w:r>
        <w:rPr>
          <w:rFonts w:ascii="Times New Roman" w:hAnsi="Times New Roman" w:eastAsia="Times New Roman" w:cs="Times New Roman"/>
        </w:rPr>
        <w:t>Soňra men “hemişelik” bilen baglanyşykly (Daniel 8:12) “gurbanlyk” sözüniň adam akyly tarapyndan goşulandygyny, onuň tekste degişli däldigini, hem-de Rebbiň onuň dogry düşünilişini höküm sagadynyň jaryny yglan edenlere berendigini gördüm. 1844-nji ýyldan öň, agzybirlik bar wagty, tas hemmeler “hemişeligiň” dogry düşünilişinde birleşipdiler; emma 1844-nji ýyldan bäri dowam edip gelýän bulaşyklykda başga garaýyşlar kabul edildi,</w:t>
      </w:r>
    </w:p>
    <w:p>
      <w:pPr>
        <w:pStyle w:val="ArticleBody"/>
        <w:jc w:val="left"/>
      </w:pPr>
      <w:r>
        <w:rPr>
          <w:rFonts w:ascii="Times New Roman" w:hAnsi="Times New Roman" w:eastAsia="Times New Roman" w:cs="Times New Roman"/>
        </w:rPr>
        <w:t>Men italýan ruhanysyna şuny aýtdym. Men şeýle diýdim: «Bolýar. Maňa 1844-nji ýyldan soň “gurbanlyk” sözi barada kabul edilen başga garaýyşlaryň bolandygyna degişli haýsydyr bir taryhy salgylanmalary berip bilersiňizmi?»</w:t>
      </w:r>
    </w:p>
    <w:p>
      <w:pPr>
        <w:pStyle w:val="ArticleBody"/>
        <w:jc w:val="left"/>
      </w:pPr>
      <w:r>
        <w:rPr>
          <w:rFonts w:ascii="Times New Roman" w:hAnsi="Times New Roman" w:eastAsia="Times New Roman" w:cs="Times New Roman"/>
        </w:rPr>
        <w:t>Ol şu pursatda ondan birneme yza çekildi.</w:t>
      </w:r>
    </w:p>
    <w:p>
      <w:pPr>
        <w:pStyle w:val="ArticleBody"/>
        <w:jc w:val="left"/>
      </w:pPr>
      <w:r>
        <w:rPr>
          <w:rFonts w:ascii="Times New Roman" w:hAnsi="Times New Roman" w:eastAsia="Times New Roman" w:cs="Times New Roman"/>
        </w:rPr>
        <w:t>1844-nji ýyldan bäri “Gündelik” barada başga garaýyşlar kabul edildi, olar näme döretdi? Garaňkylyk we bulaşyklyk.</w:t>
      </w:r>
    </w:p>
    <w:p>
      <w:pPr>
        <w:pStyle w:val="ArticleBody"/>
        <w:jc w:val="left"/>
      </w:pPr>
      <w:r>
        <w:rPr>
          <w:rFonts w:ascii="Times New Roman" w:hAnsi="Times New Roman" w:eastAsia="Times New Roman" w:cs="Times New Roman"/>
        </w:rPr>
        <w:t>“Aňkylyk we bulaşyklyk” diýen sözleriň aşagyny çyzyň, sebäbi uýam Waýt hemişelik hakynda mundan beýläk hem aýdanda, ol garaňkylyk we bulaşyklyk barada gürrüň edýär, we biz şu gün irden olaryň käbirini size görkezjek.</w:t>
      </w:r>
    </w:p>
    <w:p>
      <w:pPr>
        <w:pStyle w:val="ArticleHeading"/>
        <w:jc w:val="left"/>
      </w:pPr>
      <w:r>
        <w:rPr>
          <w:rFonts w:ascii="Arial" w:hAnsi="Arial" w:eastAsia="Arial" w:cs="Arial"/>
        </w:rPr>
        <w:t>Gündelik baradaky nädogry garaýyş garaňkylygy we bulaşyklygy döredýär.</w:t>
      </w:r>
    </w:p>
    <w:p>
      <w:pPr>
        <w:pStyle w:val="ArticleBody"/>
        <w:jc w:val="left"/>
      </w:pPr>
      <w:r>
        <w:rPr>
          <w:rFonts w:ascii="Times New Roman" w:hAnsi="Times New Roman" w:eastAsia="Times New Roman" w:cs="Times New Roman"/>
        </w:rPr>
        <w:t>“Wagt 1844-nji ýyldan bäri synag bolmandyr, indi bolsa ol hiç haçan gaýtadan synag bolmaz.”</w:t>
      </w:r>
    </w:p>
    <w:p>
      <w:pPr>
        <w:pStyle w:val="ArticleBody"/>
        <w:jc w:val="left"/>
      </w:pPr>
      <w:r>
        <w:rPr>
          <w:rFonts w:ascii="Times New Roman" w:hAnsi="Times New Roman" w:eastAsia="Times New Roman" w:cs="Times New Roman"/>
        </w:rPr>
        <w:t>Şeýlelik bilen, bu ýerde görýän Gündelik bilen baglanyşyklylykda, ine, delil şudur. Ine, şu günki delil; ine, Ellen Waýtyň oglunyň öňe süren delili. Ony başgalar hem öňe sürüpdi, emma ony Adventizmiň taryhy ýazgysyna girizen hut şoldur. Munuň manysy şudur: bu parçany okanyňyzda, düşünmeli zadyňyz wagt kesgitlemegiň kontekstidigidir.</w:t>
      </w:r>
    </w:p>
    <w:p>
      <w:pPr>
        <w:pStyle w:val="ArticleBody"/>
        <w:jc w:val="left"/>
      </w:pPr>
      <w:r>
        <w:rPr>
          <w:rFonts w:ascii="Times New Roman" w:hAnsi="Times New Roman" w:eastAsia="Times New Roman" w:cs="Times New Roman"/>
        </w:rPr>
        <w:t>—“beýleki garaýyşlar kabul edildi,”—Gündelik babatda—“we onuň yzyndan garaňkylyk we bulaşyklyk geldi. 1844-nji ýyldan bäri wagt synag bolmady, indi hem hiç haçan synag bolmaz.”</w:t>
      </w:r>
    </w:p>
    <w:p>
      <w:pPr>
        <w:pStyle w:val="ArticleBody"/>
        <w:jc w:val="left"/>
      </w:pPr>
      <w:r>
        <w:rPr>
          <w:rFonts w:ascii="Times New Roman" w:hAnsi="Times New Roman" w:eastAsia="Times New Roman" w:cs="Times New Roman"/>
        </w:rPr>
        <w:t>Rebbiň maňa görkezdi welin, üçünji perişdäniň habary gitmeli we Rebbiň dargadylan çagalaryna yglan edilmelidir, ýöne ol wagta daňylmaly däldir.</w:t>
      </w:r>
    </w:p>
    <w:p>
      <w:pPr>
        <w:pStyle w:val="ArticleBody"/>
        <w:jc w:val="left"/>
      </w:pPr>
      <w:r>
        <w:rPr>
          <w:rFonts w:ascii="Times New Roman" w:hAnsi="Times New Roman" w:eastAsia="Times New Roman" w:cs="Times New Roman"/>
        </w:rPr>
        <w:t>Willy White-nyň wagt belläp goýmagyň mazmunyna garamalydygymyzy aýdýandygynyň sebäbine düşünýärsiňizmi?</w:t>
      </w:r>
    </w:p>
    <w:p>
      <w:pPr>
        <w:pStyle w:val="ArticleBody"/>
        <w:jc w:val="left"/>
      </w:pPr>
      <w:r>
        <w:rPr>
          <w:rFonts w:ascii="Times New Roman" w:hAnsi="Times New Roman" w:eastAsia="Times New Roman" w:cs="Times New Roman"/>
        </w:rPr>
        <w:t>Ol Günü baradaky nädogry garaýyşlaryň emele getiren bulaşyklygy barada gürrüň edýär, wagty kesgitlemek synag bolmandyr; soň bolsa wagty bellemek barada bir paragraf bar.</w:t>
      </w:r>
    </w:p>
    <w:p>
      <w:pPr>
        <w:pStyle w:val="ArticleBody"/>
        <w:jc w:val="left"/>
      </w:pPr>
      <w:r>
        <w:rPr>
          <w:rFonts w:ascii="Times New Roman" w:hAnsi="Times New Roman" w:eastAsia="Times New Roman" w:cs="Times New Roman"/>
        </w:rPr>
        <w:t>Bolýar, siz şu zady düşünmeli: wagt kesgitlemek baradaky bu abzas asyl çeşme resminamasynda ýokdy; we, wagt barada synag bolmandygy hakdaky beýannama, şol sözlem üýtgedilipdir. Ol Ellen Waýtyň asyl pikirini nädogry beýan edýär. Ol wagt kesgitlemek barada hiç zady «Gündelik» bilen baglanyşdyrmandyr. Biz şu gün irden şoňa garamak isleýäris.</w:t>
      </w:r>
    </w:p>
    <w:p>
      <w:pPr>
        <w:pStyle w:val="ArticleBody"/>
        <w:jc w:val="left"/>
      </w:pPr>
      <w:r>
        <w:rPr>
          <w:rFonts w:ascii="Times New Roman" w:hAnsi="Times New Roman" w:eastAsia="Times New Roman" w:cs="Times New Roman"/>
        </w:rPr>
        <w:t>Şeýlelik bilen, aýdyşym ýaly, biz bu sahypalaryň hemmesini okajak däl. Men diňe olary siziň elinizde bolmagyny üpjün etjek, şeýdip meniň aýdýan zatlarymy synap görüp bilersiňiz; sebäbi meniň, ynsan hökmünde, sizi ýalňyş ýola gönükdirýän bolmagym mümkin.</w:t>
      </w:r>
    </w:p>
    <w:p>
      <w:pPr>
        <w:pStyle w:val="ArticleBody"/>
        <w:jc w:val="left"/>
      </w:pPr>
      <w:r>
        <w:rPr>
          <w:rFonts w:ascii="Times New Roman" w:hAnsi="Times New Roman" w:eastAsia="Times New Roman" w:cs="Times New Roman"/>
        </w:rPr>
        <w:t>Artur Waýt — “Wagty Kesgitlemegiň Konteksti”</w:t>
      </w:r>
    </w:p>
    <w:p>
      <w:pPr>
        <w:pStyle w:val="ArticleBody"/>
        <w:jc w:val="left"/>
      </w:pPr>
      <w:r>
        <w:rPr>
          <w:rFonts w:ascii="Times New Roman" w:hAnsi="Times New Roman" w:eastAsia="Times New Roman" w:cs="Times New Roman"/>
        </w:rPr>
        <w:t>Köne garaýşyň tarapdarlary bu beýannamanyň [Early Writings, 74–75.] sözleýşiniň Milleriň goldan we soňra Uriah Smith tarapyndan gaýtalanan “gündelik” baradaky garaýşa Asmanyň makullamasyny berendigini öňe sürýärdiler.</w:t>
      </w:r>
    </w:p>
    <w:p>
      <w:pPr>
        <w:pStyle w:val="ArticleBody"/>
        <w:jc w:val="left"/>
      </w:pPr>
      <w:r>
        <w:rPr>
          <w:rFonts w:ascii="Times New Roman" w:hAnsi="Times New Roman" w:eastAsia="Times New Roman" w:cs="Times New Roman"/>
        </w:rPr>
        <w:t>Artur Waýt, Uilli Waýtyň ogly, Ellen Waýtyň taryhy baradaky alty jiltlik toplumynda atasynyň “Gündelik” baradaky dogry garaýşy ret edýän ornuny ýatlap, EGW-niň 6-njy jildiniň 252-nji sahypasynda şeýle diýýär,</w:t>
      </w:r>
    </w:p>
    <w:p>
      <w:pPr>
        <w:pStyle w:val="ArticleBody"/>
        <w:jc w:val="left"/>
      </w:pPr>
      <w:r>
        <w:rPr>
          <w:rFonts w:ascii="Times New Roman" w:hAnsi="Times New Roman" w:eastAsia="Times New Roman" w:cs="Times New Roman"/>
        </w:rPr>
        <w:t>“Köne garaýşyň tarapdarlary” — ýagny Gündelik butparazlygy aňladýardy diýenler — “bu beýannamanyň sözleýşi [Early Writings, 74–75.] asmanyň tassyklamasyny Milleriň kabul eden we soňra Uriah Smith tarapyndan gaýtalanan gündelik baradaky garaýşa berýändigini öňe sürdüler.”</w:t>
      </w:r>
    </w:p>
    <w:p>
      <w:pPr>
        <w:pStyle w:val="ArticleBody"/>
        <w:jc w:val="left"/>
      </w:pPr>
      <w:r>
        <w:rPr>
          <w:rFonts w:ascii="Times New Roman" w:hAnsi="Times New Roman" w:eastAsia="Times New Roman" w:cs="Times New Roman"/>
        </w:rPr>
        <w:t>Eger Artur Uaýt hakyky, takyk taryhçy boljak bolan bolsa, onuň şol ýerde näme diýmelidigini bilýäňizmi? Ol diňe şol ýere bir sözi goşardy; ýöne Artur Uaýt bu ýerde ýalňyşdy. Ol şeýle diýerdi: “Köne garaýşyň tarapdarlary bu beýannamanyň söz düzüminiň [dogry görnüşde] —bu beýannamanyň söz düzüminiň [Early Writings, 74–75.] — Milleriň öňe süren we soňunda Uriýa Smit tarapyndan gaýtalanyp aýdylan ‘gündelik’ baradaky garaýşa Gögüň tassyklamasyny berendigini öňe sürýärdiler.”</w:t>
      </w:r>
    </w:p>
    <w:p>
      <w:pPr>
        <w:pStyle w:val="ArticleBody"/>
        <w:jc w:val="left"/>
      </w:pPr>
      <w:r>
        <w:rPr>
          <w:rFonts w:ascii="Times New Roman" w:hAnsi="Times New Roman" w:eastAsia="Times New Roman" w:cs="Times New Roman"/>
        </w:rPr>
        <w:t>Ýöne ol muny şol ýere dogry ýerleşdirmeýär. Ol diňe olaryň tutýan garaýşyny aýdýar, edil olaryň nädogry bir garaýşy tutýan bolmak mümkinçiligi bar ýaly. Emma olar beýle däldiler; olaryň garaýşy dogrydy.</w:t>
      </w:r>
    </w:p>
    <w:p>
      <w:pPr>
        <w:pStyle w:val="ArticleBody"/>
        <w:jc w:val="left"/>
      </w:pPr>
      <w:r>
        <w:rPr>
          <w:rFonts w:ascii="Times New Roman" w:hAnsi="Times New Roman" w:eastAsia="Times New Roman" w:cs="Times New Roman"/>
        </w:rPr>
        <w:t>—«Täze garaýşy goldaýanlar»—onuň kakasy Willy, A. G. Daniells, W. W. Prescott, men bolsa häzir muňa geçmerin—«bu beýannamanyň öz baglanyşygynda, ýagny wagt bellemek baglanyşygynda düşünilmelidigini öňe sürýärdiler.»</w:t>
      </w:r>
    </w:p>
    <w:p>
      <w:pPr>
        <w:pStyle w:val="ArticleBody"/>
        <w:jc w:val="left"/>
      </w:pPr>
      <w:r>
        <w:rPr>
          <w:rFonts w:ascii="Times New Roman" w:hAnsi="Times New Roman" w:eastAsia="Times New Roman" w:cs="Times New Roman"/>
        </w:rPr>
        <w:t>Biz olaryň “Early Writings” atly eseriniň 74-nji sahypasyndaky delilini size häzir aýdyp berdik.</w:t>
      </w:r>
    </w:p>
    <w:p>
      <w:pPr>
        <w:pStyle w:val="ArticleBody"/>
        <w:jc w:val="left"/>
      </w:pPr>
      <w:r>
        <w:rPr>
          <w:rFonts w:ascii="Times New Roman" w:hAnsi="Times New Roman" w:eastAsia="Times New Roman" w:cs="Times New Roman"/>
        </w:rPr>
        <w:t>—“Täze garaýşy goldaýanlar bu beýannamanyň onuň kontekstinde — wagty bellemek kontekstinde — kabul edilmelidigini öňe sürýärdiler. Ellen Waýtyň gaýtalap eden: ‘meniň bu mesele babatda hiç hili nuryum ýok’ (Letter 226, 1908) hem-de ‘sorag astyna alnan meseleleri men açyk-aýdyň kesgitläp bilemok’ (Letter 250, 1908) diýen sözleri, şeýle hem bu mesele onuň öňünde gyssagly goýlanda, anyk bir beýannama bermäge ukypsyzlygy olaryň çykaran netijesine goldaw berýär ýaly bolup görünýärdi. Olar, üstesine-de, Ellen Waýtyň üsti bilen berlen habarlaryň taryhyň aýdyň berkidilen wakalary bilen gapma-garşy gelmejekdigine ynamlydylar.” Arthur White, EGW, volume 6, 252.</w:t>
      </w:r>
    </w:p>
    <w:p>
      <w:pPr>
        <w:pStyle w:val="ArticleBody"/>
        <w:jc w:val="left"/>
      </w:pPr>
      <w:r>
        <w:rPr>
          <w:rFonts w:ascii="Times New Roman" w:hAnsi="Times New Roman" w:eastAsia="Times New Roman" w:cs="Times New Roman"/>
        </w:rPr>
        <w:t>Asyl Nusga — Review and Herald, 1850-nji ýylyň 1-nji noýabry</w:t>
      </w:r>
    </w:p>
    <w:p>
      <w:pPr>
        <w:pStyle w:val="ArticleBody"/>
        <w:jc w:val="left"/>
      </w:pPr>
      <w:r>
        <w:rPr>
          <w:rFonts w:ascii="Times New Roman" w:hAnsi="Times New Roman" w:eastAsia="Times New Roman" w:cs="Times New Roman"/>
        </w:rPr>
        <w:t>Hem-de “Early Writings” kitabynyň 74-nji sahypasy — ol haçan çap edildi? 1882; “Early Writings” kitaby 1882-nji ýylda çap edildi.</w:t>
      </w:r>
    </w:p>
    <w:p>
      <w:pPr>
        <w:pStyle w:val="ArticleBody"/>
        <w:jc w:val="left"/>
      </w:pPr>
      <w:r>
        <w:rPr>
          <w:rFonts w:ascii="Times New Roman" w:hAnsi="Times New Roman" w:eastAsia="Times New Roman" w:cs="Times New Roman"/>
        </w:rPr>
        <w:t>Emma göz öňünde tutýan irki ýazgylaryň bu bölegi asyl görnüşinde Review and Herald neşiriniň 1850-nji ýylyň 1-nji noýabrdaky sanynda duş gelýär, we bu sizde bellikleriňizde hem bar. Ol birnäçe abzasy öz içine alýar, we meniň aýdyşym ýaly, biz olaryň hemmesini okajak däl.</w:t>
      </w:r>
    </w:p>
    <w:p>
      <w:pPr>
        <w:pStyle w:val="ArticleBody"/>
        <w:jc w:val="left"/>
      </w:pPr>
      <w:r>
        <w:rPr>
          <w:rFonts w:ascii="Times New Roman" w:hAnsi="Times New Roman" w:eastAsia="Times New Roman" w:cs="Times New Roman"/>
        </w:rPr>
        <w:t>Biz 2-nji sahypada dört paragrafy, soňra 3-nji sahypada dört paragrafy görýäris:</w:t>
      </w:r>
    </w:p>
    <w:p>
      <w:pPr>
        <w:pStyle w:val="ArticleScripture"/>
        <w:jc w:val="left"/>
      </w:pPr>
      <w:r>
        <w:rPr>
          <w:rFonts w:ascii="Times New Roman" w:hAnsi="Times New Roman" w:eastAsia="Times New Roman" w:cs="Times New Roman"/>
        </w:rPr>
        <w:t>Eziz doganlar we uýalar, Rebbiň soňky döwürde maňa görnüşde görkezen zatlary barada size gysgaça beýany bermek isleýärin. Maňa Isanyň gözelligi we perişdeleriň biri-birine bolan söýgüsi görkezildi. Perişde aýtdy: —Olaryň söýgüsini görüp bilmeýärsiňizmi?— şonuň yzyna eýeriň. Hut şonuň ýaly-da, Hudaýyň halky biri-birini söýmeli. Aýyby doganyňa däl-de, özüňe ýöňkemegi has gowy hasapla. Men —bar zadyňyzy satyň we sadaka beriň’ diýen habaryň käbirleri tarapyndan onuň aýdyň nurunda berilmändigini gördüm; Halasgärimiziň şol sözleriniň hakyky maksadynyň düşnükli beýan edilmändigini gördüm. Men satmagyň maksadynyň zähmet çekip, özüni ekläp bilýänlere bermek däl-de, hakykaty ýaýratmakdygyny gördüm. Zähmet çekmäge ukyply bolanlary ýaltaçylykda saklamak we olara ýüz bermek günädir. Käbirleri ähli ýygnaklara gatnaşmaga yhlasly boldular; emma bu Hudaýy şöhratlandyrmak üçin däl-de, —nan we balyklar’ üçindi. Şeýle adamlaryň öýde bolup, öz elleri bilen —ýagşy zady’ işläp, maşgalalarynyň zerurlyklaryny üpjün etmegi we häzirki hakykatyň gymmatly işini goldamak üçin berere bir zadynyň bolmagy has gowy bolardy.</w:t>
      </w:r>
    </w:p>
    <w:p>
      <w:pPr>
        <w:pStyle w:val="ArticleScripture"/>
        <w:jc w:val="left"/>
      </w:pPr>
      <w:r>
        <w:rPr>
          <w:rFonts w:ascii="Times New Roman" w:hAnsi="Times New Roman" w:eastAsia="Times New Roman" w:cs="Times New Roman"/>
        </w:rPr>
        <w:t>Käbirleriniň, men gördüm, imansyzlaryň öňünde hassalaryň şypa tapmagy üçin doga etmekde ýalňyşandyklary bardy. Eger aramyzda biri näsag bolup, Ýakup 5:14, 15-e görä ýygnagyň ýaşulularyny öz üstüne doga etmäge çagyrsa, biz Isanyň nusgasyna eýermelidiris. Ol imansyzlary otagdan çykardy, soňra hassany sagaltdy; şonuň üçin aramyzda bolan hassalar üçin doga edenimizde, iman etmeýänleriň imansyzlygyndan üzňe bolmaga çalyşmalydyrys.</w:t>
      </w:r>
    </w:p>
    <w:p>
      <w:pPr>
        <w:pStyle w:val="ArticleScripture"/>
        <w:jc w:val="left"/>
      </w:pPr>
      <w:r>
        <w:rPr>
          <w:rFonts w:ascii="Times New Roman" w:hAnsi="Times New Roman" w:eastAsia="Times New Roman" w:cs="Times New Roman"/>
        </w:rPr>
        <w:t>Soňra men Isanyň Öz şägirtlerini aýrylykda bir ýokarky otaga alyp gidip, ilki olaryň aýaklaryny ýuwany, soň bolsa olara döwlen çöregi iýmäge berendigi, onuň döwlen bedenini aňlatmak üçin, hem-de üzüm şiresini onuň dökülen ganyny aňlatmak üçin berendigi wagtyna gaýtadan gönükdirildim. Men hemmeleriň bu zatlarda düşünjeli hereket etmelidigini we Isanyň göreldesine eýermelidigini, hem-de bu düzgünleri ýerine ýetirýän wagtlarynda mümkin boldugyça imansyzlardan aýry bolmalydygyny gördüm.</w:t>
      </w:r>
    </w:p>
    <w:p>
      <w:pPr>
        <w:pStyle w:val="ArticleScripture"/>
        <w:jc w:val="left"/>
      </w:pPr>
      <w:r>
        <w:rPr>
          <w:rFonts w:ascii="Times New Roman" w:hAnsi="Times New Roman" w:eastAsia="Times New Roman" w:cs="Times New Roman"/>
        </w:rPr>
        <w:t>Soňra maňa görkezildi: Isa Mukaddes ýerden çykandan soň, soňky ýedi bela döküler. Perişde şeýle diýdi: «Hudaýyň we Guzynyň gazaby pisleriň heläk bolmagyna ýa-da ölümine sebäp bolýar. Hudaýyň sesi bilen mukaddesler baýdakly goşun dek güýçli hem elhenç bolarlar; emma olar şol wagtda ýazylan hökümi ýerine ýetirmezler. Hökümiň ýerine ýetirilmegi 1000 ýylyň ahyrynda bolar.»</w:t>
      </w:r>
    </w:p>
    <w:p>
      <w:pPr>
        <w:pStyle w:val="ArticleScripture"/>
        <w:jc w:val="left"/>
      </w:pPr>
      <w:r>
        <w:rPr>
          <w:rFonts w:ascii="Times New Roman" w:hAnsi="Times New Roman" w:eastAsia="Times New Roman" w:cs="Times New Roman"/>
        </w:rPr>
        <w:t>Mukaddesler ölümsüzlige öwrülenden, hemmesi bilelikde ýokara alnyp gidilenden, we öz arfalaryny, täçlerini we ş.m. alandan soň, hem-de Mukaddes Şähere girenden soň, Isa bilen mukaddesler höküm çykarmaga oturýarlar. Kitaplar açylýar: ýaşaýyş kitaby we ölüm kitaby; ýaşaýyş kitabynda mukaddesleriň ýagşy işleri, ölüm kitabynda bolsa zalymalaryň erbet işleri ýazylgydyr. Bu kitaplar Kanun kitaby, ýagny Mukaddes Kitap bilen deňeşdirildi, we şoňa görä olar höküm edildi. Mukaddesler Isa bilen bir agyzdan zalym ölüleriň üstünden öz hökümlerini çykarýarlar. Ine, görüň! diýip perişde aýtdy, mukaddesler Isa bilen bir agyzdan hökümde oturýarlar we bedende edilen işlerine görä zalymalaryň hersine paýyny berýärler, hem-de höküm ýerine ýetirilende olaryň näme almalydygy atlarynyň garşysyna ýazylýar. Men munuň 1000 ýylyň dowamynda, Mukaddes Şäher ýere düşmezinden öň, mukaddesleriň Isa bilen bilelikde Mukaddes Şäherdäki işi bolandygyny gördüm. Soňra 1000 ýylyň ahyrynda Isa, perişdeler we onuň bilen ähli mukaddesler Mukaddes Şäherden çykýar, we ol olar bilen bilelikde ýere inip gelýärkä, zalym ölüler direldilýär; soň bolsa Ony naýza bilen deşen şol adamlaryň hut özleri direldilip, Ony ähli şöhraty bilen, perişdeleri we mukaddesleri bilen bilelikde uzakdan görerler we Onuň sebäpli nala çekerler. Olar Onuň ellerindäki we aýaklaryndaky dyrnak yzlaryny, hem-de gapdalyna naýza sokulan ýerini görerler. Dyrnaklaryň we naýzanyň yzlary şol wagt Onuň şöhraty bolar. 1000 ýylyň ahyrynda Isa Zeýtun dagynyň üstünde durar, dag iki ýana bölüner we uly bir düzlük bolar, şol wagtda gaçýanlar bolsa ýaňy direldilen zalymalardyr. Soňra Mukaddes Şäher aşak inip, şol düzlükde ýerleşer.</w:t>
      </w:r>
    </w:p>
    <w:p>
      <w:pPr>
        <w:pStyle w:val="ArticleScripture"/>
        <w:jc w:val="left"/>
      </w:pPr>
      <w:r>
        <w:rPr>
          <w:rFonts w:ascii="Times New Roman" w:hAnsi="Times New Roman" w:eastAsia="Times New Roman" w:cs="Times New Roman"/>
        </w:rPr>
        <w:t>Soňra Şeýtan direldilen erbet adamlary öz ruhy bilen doldurýar. Ol olary ýalpyldadyp, Şäherdäki goşunyň azdygyny, öz goşunynyň bolsa köpdügini, şonuň üçin-de olaryň mukaddesleri ýeňip, Şäheri ele geçirip biljekdigini aýdýar. Şeýtan öz goşunyny jemläp durka, mukaddesler Şäheriň içinde bolup, Hudaýyň Jennetiniň gözelligine we şöhratyna tomaşa edýärdiler. Isa olaryň öňündedi we olara ýol görkezýärdi. Birdenkä şol mähirli Halasgär biziň aramyzdan ýitdi; emma tizden onuň mähirli sesini eşitdik, ol şeýle diýýärdi: — Eý Atamyň mübärekleri, geliň, dünýä ýaradylandan bäri siziň üçin taýýarlanan patyşalygy miras alyň. Biz Isanyň daşyna üýşdük, we ol Şäheriň derwezelerini ýapýan pursadynda, erbetleriň üstüne nälet yglan edildi. Derwezeler ýapyldy. Soňra mukaddesler ganatlaryny ulanyp, Şäheriň diwarynyň depesine galdylar. Isa hem olar bilen bile bolupdy; onuň täji ýalkym saçýan we şöhratly görünýärdi. Ol täç içinde täçdi, jemi ýedidi. Mukaddesleriň täçleri iň sap altyndan bolup, ýyldyzlar bilen bezelipdi. Olaryň ýüzleri şöhrat bilen lowurdýardy, çünki olar Isanyň doly keşbinde idiler; we olar ýokary galyp, hemmesi bilelikde Şäheriň depesine tarap hereket edenlerinde, men bu görnüşe bendi bolup galypdym.</w:t>
      </w:r>
    </w:p>
    <w:p>
      <w:pPr>
        <w:pStyle w:val="ArticleScripture"/>
        <w:jc w:val="left"/>
      </w:pPr>
      <w:r>
        <w:rPr>
          <w:rFonts w:ascii="Times New Roman" w:hAnsi="Times New Roman" w:eastAsia="Times New Roman" w:cs="Times New Roman"/>
        </w:rPr>
        <w:t>Soňra pisler özleriniň nämeden mahrum bolandyklaryny gördüler; Hudaýdan olaryň üstüne ot inip geldi-de, olary ýok etdi. Bu höküm çykarylmasynyň ýerine ýetirilmegidi. Şondan soň pisler, mukaddesleriň Isanyň bilen birlikde 1000 ýylyň dowamynda özlerine ölçäp berenine görä, jezalaryny aldylar. Pisleri ýok eden şol bir Hudaýyň oty bütin ýeri arassalady. Dargap, ýyrtyk-ýamyk daglar güýçli gyzgynlykda eredi, atmosfera hem, şeýle hem ähli saman çöpüsi ýakylyp ýok edildi. Soňra mirasymyz öňümizde açyldy, şöhratly we ajaýyp boldy, biz hem täzeden döredilen bütin ýeri miras aldyk. Barymyz gaty ses bilen: «Şöhrat, Alleluýa» diýip gygyrdyk.</w:t>
      </w:r>
    </w:p>
    <w:p>
      <w:pPr>
        <w:pStyle w:val="ArticleScripture"/>
        <w:jc w:val="left"/>
      </w:pPr>
      <w:r>
        <w:rPr>
          <w:rFonts w:ascii="Times New Roman" w:hAnsi="Times New Roman" w:eastAsia="Times New Roman" w:cs="Times New Roman"/>
        </w:rPr>
        <w:t>Men şeýle-de çopanlaryň Mukaddes Kitabyň goldaýandyr diýip hasaplap biljek möhüm täze bir pikiri öňe sürmezlerinden öň, ynanmaga esaslarynyň bar bolan adamlary, ähli habarlaryň içinde bolanlary hem-de häzirki hakykatyň ählisinde berk duranlary bilen geňeşmelidigini gördüm. Şonda çopanlar kämil derejede birleşerler, we çopanlaryň birligi ýygnak tarapyndan duýlar. Şeýle bir ýoluň betbagtçylykly bölünişikleriň öňüni aljakdygyny gördüm; şonda gymmatly süriniň bölünmegi, goýunlaryň bolsa çopansyz dargamagy howpy bolmaz.”—</w:t>
      </w:r>
    </w:p>
    <w:p>
      <w:pPr>
        <w:pStyle w:val="ArticleBody"/>
        <w:jc w:val="left"/>
      </w:pPr>
      <w:r>
        <w:rPr>
          <w:rFonts w:ascii="Times New Roman" w:hAnsi="Times New Roman" w:eastAsia="Times New Roman" w:cs="Times New Roman"/>
        </w:rPr>
        <w:t>Soňra ol meniň siziň üçin çarçuwa içine alan ýene bäş abzasym bilen tamamlanýar, sebäbi makaladan alnan şol bäş abzas soňunda *Early Writings* kitabyna girjek bolanlardyr. Şonuň üçinem hut şu soňky bäş abzas çarçuwa içine alnan.</w:t>
      </w:r>
    </w:p>
    <w:p>
      <w:pPr>
        <w:pStyle w:val="ArticleScripture"/>
        <w:jc w:val="left"/>
      </w:pPr>
      <w:r>
        <w:rPr>
          <w:rFonts w:ascii="Times New Roman" w:hAnsi="Times New Roman" w:eastAsia="Times New Roman" w:cs="Times New Roman"/>
        </w:rPr>
        <w:t>23-nji sentýabrda Reb maňa Öz halkynyň galyndysyny halas etmek üçin elini ikinji gezek uzadandygyny we bu ýygnalyş döwründe tagallalaryň has-da güýçlendirilmelidigini görkezdi. Dargadylyş döwründe Ysraýyl uruldy we parçalandy; emma indi ýygnalyş döwründe Hudaý Öz halkyny sagaldar we olaryň ýaralaryny sarar. Dargadylyşda hakykaty ýaýratmak üçin edilen tagallalar juda az täsir etdi, juda az zat bitirdi ýa-da hiç zat bitirmedi; emma ýygnalyşda, Hudaý Öz halkyny ýygnamak üçin elini uzadanda, hakykaty ýaýratmak ugrunda edilen tagallalar göz öňünde tutulan täsirini ýetirer. Ähli kişi bu işe agzybirlik bilen we yhlas bilen gatnaşmalydyr. Men häzirki ýygnalyş döwründe bize ýol görkezmek üçin dargadylyşdan mysallara ýüzlenmegiň her kim üçin utançly zatdygyny gördüm; çünki Hudaý häzir bize şol wagtkydan artyk hiç zat etmejek bolsa, onda Ysraýyl hiç haçan ýygnalmazdy. Hakykaty wagyz etmek nähili zerur bolsa, ony gazetde çap etmek hem şonça zerurdyr.</w:t>
      </w:r>
    </w:p>
    <w:p>
      <w:pPr>
        <w:pStyle w:val="ArticleScripture"/>
        <w:jc w:val="left"/>
      </w:pPr>
      <w:r>
        <w:rPr>
          <w:rFonts w:ascii="Times New Roman" w:hAnsi="Times New Roman" w:eastAsia="Times New Roman" w:cs="Times New Roman"/>
        </w:rPr>
        <w:t>Reb maňa 1843-nji ýylyň çyzgysynyň Öz eli bilen ugrukdyrylandygyny görkezdi we onuň hiç bir böleginiň üýtgedilmeli däldigini; sanlaryň Onuň isleýşi ýalydygyny. Şeýle-de, Onuň eliniň käbir sanlardaky bir ýalňyşlygy üstüni basyp, gizläp durandygyny, şeýlelikde Onuň eli aýrylýança hiç kimiň ony görüp bilmändigini görkezdi.</w:t>
      </w:r>
    </w:p>
    <w:p>
      <w:pPr>
        <w:pStyle w:val="ArticleScripture"/>
        <w:jc w:val="left"/>
      </w:pPr>
      <w:r>
        <w:rPr>
          <w:rFonts w:ascii="Times New Roman" w:hAnsi="Times New Roman" w:eastAsia="Times New Roman" w:cs="Times New Roman"/>
        </w:rPr>
        <w:t>Soňra men “Gündelik” bilen baglanyşyklylykda gördüm welin, “gurban” sözi ynsan paýhasy tarapyndan goşulypdyr we tekste degişli däldir; hem-de Reb dogry düşünjäni höküm sagadynyň jaryny berenlere beripdir. 1844-den öň, birlik bar wagty, tas hemmesi “Gündelik” baradaky dogry düşünjede birleşipdi; emma 1844-den bäri, bulaşyklykda, başga garaýyşlar kabul edildi, we şondan soň garaňkylyk hem bulaşyklyk yzarlady.</w:t>
      </w:r>
    </w:p>
    <w:p>
      <w:pPr>
        <w:pStyle w:val="ArticleScripture"/>
        <w:jc w:val="left"/>
      </w:pPr>
      <w:r>
        <w:rPr>
          <w:rFonts w:ascii="Times New Roman" w:hAnsi="Times New Roman" w:eastAsia="Times New Roman" w:cs="Times New Roman"/>
        </w:rPr>
        <w:t>Reb maňa Wagtanyň 1844-nji ýyldan bäri synag bolmandygyny we wagtyň mundan beýläk hiç haçan ýene-de synag bolmajakdygyny görkezdi.</w:t>
      </w:r>
    </w:p>
    <w:p>
      <w:pPr>
        <w:pStyle w:val="ArticleScripture"/>
        <w:jc w:val="left"/>
      </w:pPr>
      <w:r>
        <w:rPr>
          <w:rFonts w:ascii="Times New Roman" w:hAnsi="Times New Roman" w:eastAsia="Times New Roman" w:cs="Times New Roman"/>
        </w:rPr>
        <w:t>Soňra Reb gelmezinden öň mukaddesleriň heniz Köne Iýerusalime gitmelidigi we ş.m. baradaky uly ýalňyşlykda bolan käbir adamlara ünsüm çekildi. Şeýle garaýyş, üçünji perişdäniň habary astyndaky Hudaýyň häzirki işinden aňy we gyzyklanmany sowup biljek häsiýete eýedir; çünki eger biz Iýerusalime gitmeli bolsak, onda aňymyz tebigy ýagdaýda şol ýerde bolar, hem-de serişdelerimiz mukaddesleri Iýerusalime ýetirmek üçin beýleki maksatlar üçin ulanylman saklanyp galar. Men olaryň bu uly ýalňyşlyga ýol bermekleriniň sebäbiniň, birnäçe ýyllardan bäri bolup gelen ýalňyşlyklaryny boýun alyp, olardan ýüz öwürmändikleri sebäpli bolandygyny gördüm. Review and Herald, 1850-nji ýylyň 1-nji noýabry.</w:t>
      </w:r>
    </w:p>
    <w:p>
      <w:pPr>
        <w:pStyle w:val="ArticleBody"/>
        <w:jc w:val="left"/>
      </w:pPr>
      <w:r>
        <w:rPr>
          <w:rFonts w:ascii="Times New Roman" w:hAnsi="Times New Roman" w:eastAsia="Times New Roman" w:cs="Times New Roman"/>
        </w:rPr>
        <w:t>Olary görýärsiňizmi? Meniň näme hakda aýdýandygymy bilýärsiňizmi?</w:t>
      </w:r>
    </w:p>
    <w:p>
      <w:pPr>
        <w:pStyle w:val="ArticleBody"/>
        <w:jc w:val="left"/>
      </w:pPr>
      <w:r>
        <w:rPr>
          <w:rFonts w:ascii="Times New Roman" w:hAnsi="Times New Roman" w:eastAsia="Times New Roman" w:cs="Times New Roman"/>
        </w:rPr>
        <w:t>Bolýar. Eger biz şu soňky bäş abzasynyň içine girsek, asyl nusgada «Early Writings», 74-nji sahypada tapjak zatlaryňyzdan tapawutly bolan käbir zatlary görersiňiz.</w:t>
      </w:r>
    </w:p>
    <w:p>
      <w:pPr>
        <w:pStyle w:val="ArticleBody"/>
        <w:jc w:val="left"/>
      </w:pPr>
      <w:r>
        <w:rPr>
          <w:rFonts w:ascii="Times New Roman" w:hAnsi="Times New Roman" w:eastAsia="Times New Roman" w:cs="Times New Roman"/>
        </w:rPr>
        <w:t>DIŇLEÝJIDEN: Şeýlelikde, siz gutudakylaryň asyl nusgalar diýýärsiňizmi?</w:t>
      </w:r>
    </w:p>
    <w:p>
      <w:pPr>
        <w:pStyle w:val="ArticleBody"/>
        <w:jc w:val="left"/>
      </w:pPr>
      <w:r>
        <w:rPr>
          <w:rFonts w:ascii="Times New Roman" w:hAnsi="Times New Roman" w:eastAsia="Times New Roman" w:cs="Times New Roman"/>
        </w:rPr>
        <w:t>Gutynyň içindäkiler, bular bu asyl makaladaky soňky bäş paragrafdyr, we bu guty olary gurşap dur. Hut şu bäş paragraf soňunda Early Writings kitabynyň 74-nji sahypasyna girýär.</w:t>
      </w:r>
    </w:p>
    <w:p>
      <w:pPr>
        <w:pStyle w:val="ArticleBody"/>
        <w:jc w:val="left"/>
      </w:pPr>
      <w:r>
        <w:rPr>
          <w:rFonts w:ascii="Times New Roman" w:hAnsi="Times New Roman" w:eastAsia="Times New Roman" w:cs="Times New Roman"/>
        </w:rPr>
        <w:t>Ýöne bu haçan neşir edildi, bu haçan ýazyldy? 1850-nji ýylyň noýabry.</w:t>
      </w:r>
    </w:p>
    <w:p>
      <w:pPr>
        <w:pStyle w:val="ArticleBody"/>
        <w:jc w:val="left"/>
      </w:pPr>
      <w:r>
        <w:rPr>
          <w:rFonts w:ascii="Times New Roman" w:hAnsi="Times New Roman" w:eastAsia="Times New Roman" w:cs="Times New Roman"/>
        </w:rPr>
        <w:t>Şeýlelik bilen, men bu bäş abzasdan üýtgediljek zatlary goýy şrift bilen belläp goýdum. Munuň bilen baglanyşykly bir metamorfoz bolar; sebäbi juda ýakyn geljekde, 1851-nji ýylda, Ellen G. White-yň A Sketch of the Christian Experience and Views atly kitaby çap ediler we olar bu abzasy alyp, A Sketch of the Christian Experience and Views of Ellen G. White kitabyna ýerleşdirerler. Şeýle hem, şu ýerden [Review and Herald-daky makala, 1850-nji ýylyň noýabry] A Sketch of the Christian Experience and Views of Ellen G. White kitabyna çenli, bu bäş abzasda bolup geçen käbir ownuk redaksiýa üýtgeşmeleri bar. Soňra bolsa, 1851-nji ýyldaky A Sketch of the Christian Experience and Views of Ellen G. White-den 1882-nji ýyldaky Early Writings-a çenli, ýene-de birnäçe redaksiýa üýtgeşmeleri boldy, we hut şol redaksiýa üýtgeşmeleri Early Writings kitabynyň 74-nji sahypasyny çylşyrymly edýär.</w:t>
      </w:r>
    </w:p>
    <w:p>
      <w:pPr>
        <w:pStyle w:val="ArticleBody"/>
        <w:jc w:val="left"/>
      </w:pPr>
      <w:r>
        <w:rPr>
          <w:rFonts w:ascii="Times New Roman" w:hAnsi="Times New Roman" w:eastAsia="Times New Roman" w:cs="Times New Roman"/>
        </w:rPr>
        <w:t>Şeýlelik bilen, asyl golýazmada jemlenýän şu bäş abzasyň birinjisinde, “23-nji sentýabrda Reb maňa görkezdi . . . ,” diýen sözler üýtgediler.</w:t>
      </w:r>
    </w:p>
    <w:p>
      <w:pPr>
        <w:pStyle w:val="ArticleBody"/>
        <w:jc w:val="left"/>
      </w:pPr>
      <w:r>
        <w:rPr>
          <w:rFonts w:ascii="Times New Roman" w:hAnsi="Times New Roman" w:eastAsia="Times New Roman" w:cs="Times New Roman"/>
        </w:rPr>
        <w:t>Indiki abzaslarda: «Soň men gördüm . . .»; «Soň men gördüm . . .»; «Reb maňa görkezdi . . .»; hem-de «Soň meniň ünsüm . . . gönükdirildi» diýen jümleler käbir ownuk üýtgetmelere sezewar bolýar.</w:t>
      </w:r>
    </w:p>
    <w:p>
      <w:pPr>
        <w:pStyle w:val="ArticleBody"/>
        <w:jc w:val="left"/>
      </w:pPr>
      <w:r>
        <w:rPr>
          <w:rFonts w:ascii="Times New Roman" w:hAnsi="Times New Roman" w:eastAsia="Times New Roman" w:cs="Times New Roman"/>
        </w:rPr>
        <w:t>On üç abzasda görkezilen on esasy hakykat</w:t>
      </w:r>
    </w:p>
    <w:p>
      <w:pPr>
        <w:pStyle w:val="ArticleBody"/>
        <w:jc w:val="left"/>
      </w:pPr>
      <w:r>
        <w:rPr>
          <w:rFonts w:ascii="Times New Roman" w:hAnsi="Times New Roman" w:eastAsia="Times New Roman" w:cs="Times New Roman"/>
        </w:rPr>
        <w:t>Emma, asyl makaladaky şu on üç abzasyň içinde onuň on sany esasy zady görkezendigini görmegiňizi isleýärin.</w:t>
      </w:r>
    </w:p>
    <w:p>
      <w:pPr>
        <w:pStyle w:val="ArticleBody"/>
        <w:jc w:val="left"/>
      </w:pPr>
      <w:r>
        <w:rPr>
          <w:rFonts w:ascii="Times New Roman" w:hAnsi="Times New Roman" w:eastAsia="Times New Roman" w:cs="Times New Roman"/>
        </w:rPr>
        <w:t>Indi meniň bu zatlary näme üçin goýy harplar bilen belländigimi ýatlaýaryn. Bu olaryň üýtgediljekdigi üçin däl. Men siziň üçin bir zady nygtaýaryn: eger siz görseňiz, bu on üç abzasyň içinde oňa munuň görkezilendigini . . . , munuň görkezilendigini . . . , munuň görkezilendigini . . . , munuň görkezilendigini. Ol bir zady görkezip görkezilende, ol bu barada bize aýdyp bereninden soň, soňra oňa öň ýaňy görkezilen zat bilen hökman baglanyşykly bolmadyk başga bir zat görkezilýär: “Maňa munuň görkezilendigi . . . ; maňa munuň görkezilendigi . . . ; maňa munuň görkezilendigi . . . .”</w:t>
      </w:r>
    </w:p>
    <w:p>
      <w:pPr>
        <w:pStyle w:val="ArticleBody"/>
        <w:jc w:val="left"/>
      </w:pPr>
      <w:r>
        <w:rPr>
          <w:rFonts w:ascii="Times New Roman" w:hAnsi="Times New Roman" w:eastAsia="Times New Roman" w:cs="Times New Roman"/>
        </w:rPr>
        <w:t>Meni barlap, ony özüňiz okap bilersiňiz, emma oňa şu on üç paragrafda on esasy hakykat görkezildi.</w:t>
      </w:r>
    </w:p>
    <w:p>
      <w:pPr>
        <w:pStyle w:val="ArticleBody"/>
        <w:jc w:val="left"/>
      </w:pPr>
      <w:r>
        <w:rPr>
          <w:rFonts w:ascii="Times New Roman" w:hAnsi="Times New Roman" w:eastAsia="Times New Roman" w:cs="Times New Roman"/>
        </w:rPr>
        <w:t>Oňa görkezilen zatlar şulardyr. Oňa Hudaýyň söýgüsi barada, sadakalar barada, näsaglar üçin doga barada, ruhy gatnaşyk gullugy barada, Müňýyllyk bilen baglanyşykly Ýedi Soňky Bela barada, täze ýagtylyk barada, 1844-nji ýyldan soňky ýygnalyş barada, neşir işi barada, 1843-nji ýylyň Çyzgysy barada, “Gündelik” barada, synag hökmünde “wagt” barada hem-de Iýerusalime zyýaratlar barada görkezildi. Eger muny üns bilen okaýan bolsaňyz, bu pikir akymy däldir. Bu örän anyk ýagdaýda: “Maňa bu görkezildi” diýen häsiýete eýedir; we ol özüne görkezilen zady ýazga geçirýär; üstesine-de, oňa görkezilen zat hökmany suratda başga bir zat bilen baglanyşykly bolmazlygy mümkin. Muny görmegiňiz gerek; sebäbi olar bu abzasy jemläp başlanda, onuň hakykatda aýtmadyk bir zadyny aýdýan ýaly pikir döredip başlaýarlar.</w:t>
      </w:r>
    </w:p>
    <w:p>
      <w:pPr>
        <w:pStyle w:val="ArticleBody"/>
        <w:jc w:val="left"/>
      </w:pPr>
      <w:r>
        <w:rPr>
          <w:rFonts w:ascii="Times New Roman" w:hAnsi="Times New Roman" w:eastAsia="Times New Roman" w:cs="Times New Roman"/>
        </w:rPr>
        <w:t>Review and Herald, 1850-nji ýylyň 1-nji noýabry</w:t>
      </w:r>
    </w:p>
    <w:p>
      <w:pPr>
        <w:pStyle w:val="ArticleBody"/>
        <w:jc w:val="left"/>
      </w:pPr>
      <w:r>
        <w:rPr>
          <w:rFonts w:ascii="Times New Roman" w:hAnsi="Times New Roman" w:eastAsia="Times New Roman" w:cs="Times New Roman"/>
        </w:rPr>
        <w:t>Bolýar. 1850-nji ýylyň noýabryndan garap çykýan bäş abzasymyzyň birinji abzasyňa üns beriň.</w:t>
      </w:r>
    </w:p>
    <w:p>
      <w:pPr>
        <w:pStyle w:val="ArticleScripture"/>
        <w:jc w:val="left"/>
      </w:pPr>
      <w:r>
        <w:rPr>
          <w:rFonts w:ascii="Times New Roman" w:hAnsi="Times New Roman" w:eastAsia="Times New Roman" w:cs="Times New Roman"/>
        </w:rPr>
        <w:t>“23-nji sentýabrda Reb maňa Öz halkynyň galanjasyny yzyna getirmek üçin ikinji gezek elini uzadandygyny görkezdi, hem-de bu ýygnalyş döwründe tagallalaryň iki esse artdyrylmalydygyny görkezdi. Pytradylyş döwründe Ysraýyl uruldy we parçalandy; emma indi, ýygnalyş döwründe, Hudaý Öz halkyny sagaldar we ýaralaryny daňar. Pytradylyş döwründe hakykaty ýaýratmak üçin edilen tagallalar örän az täsir edýärdi, juda az zat ýa-da asla hiç zat gazanmaýardy; emma ýygnalyş döwründe, Hudaý Öz halkyny ýygnamak üçin elini uzadanda, hakykaty ýaýratmak üçin edilen tagallalar niýetlenen netijesini berer. Ähli adamlar bu işde birleşen we yhlasly bolmalydyrlar. Men häzir ýygnalyş döwründe bize ýol görkezmek üçin pytradylyş döwrüne mysal hökmünde ýüzlenmegiň islendik adam üçin utançly zatdygyny gördüm; çünki Hudaý indi biziň üçin şol wagt edişinden artyk zat etmejek bolsa, Ysraýyl hiç wagt ýygnalmazdy. Hakykaty wagyz edilişi ýaly gazetde çap etmek hem şonça zerurdyr.” —</w:t>
      </w:r>
    </w:p>
    <w:p>
      <w:pPr>
        <w:pStyle w:val="ArticleBody"/>
        <w:jc w:val="left"/>
      </w:pPr>
      <w:r>
        <w:rPr>
          <w:rFonts w:ascii="Times New Roman" w:hAnsi="Times New Roman" w:eastAsia="Times New Roman" w:cs="Times New Roman"/>
        </w:rPr>
        <w:t>Şol abzasdaky soňky sözlem şeýle diýýär: «Hakykatyň wagyz edilşi ýaly, onuň metbugatda çap edilmegi hem edil şonça zerurdyr». Bolýar. Bu pikir taşlanar.</w:t>
      </w:r>
    </w:p>
    <w:p>
      <w:pPr>
        <w:pStyle w:val="ArticleBody"/>
        <w:jc w:val="left"/>
      </w:pPr>
      <w:r>
        <w:rPr>
          <w:rFonts w:ascii="Times New Roman" w:hAnsi="Times New Roman" w:eastAsia="Times New Roman" w:cs="Times New Roman"/>
        </w:rPr>
        <w:t>Göz öňünde tutýan bäş abzasymyzyň ikinjisinde: „Reb maňa görkezdi“ diýilýän ýerde, onuň aşagy çyzylandygyny görýäňiz.</w:t>
      </w:r>
    </w:p>
    <w:p>
      <w:pPr>
        <w:pStyle w:val="ArticleBody"/>
        <w:jc w:val="left"/>
      </w:pPr>
      <w:r>
        <w:rPr>
          <w:rFonts w:ascii="Times New Roman" w:hAnsi="Times New Roman" w:eastAsia="Times New Roman" w:cs="Times New Roman"/>
        </w:rPr>
        <w:t>—«Reb maňa 1843-nji ýylyň çyzgysynyň Öz eli tarapyndan ugrukdyrylandygyny, onuň hiç bir böleginiň üýtgedilmeli däldigini görkezdi; sanlaryň hem Onuň isleýşi ýaly bolandygyny. Onuň eliniň käbir sanlardaky bir ýalňyşlygy örtüp gizländigini, şonuň üçin Onuň eli aýrylýança muny hiç kimiň görüp bilmändigini görkezdi.»—</w:t>
      </w:r>
    </w:p>
    <w:p>
      <w:pPr>
        <w:pStyle w:val="ArticleBody"/>
        <w:jc w:val="left"/>
      </w:pPr>
      <w:r>
        <w:rPr>
          <w:rFonts w:ascii="Times New Roman" w:hAnsi="Times New Roman" w:eastAsia="Times New Roman" w:cs="Times New Roman"/>
        </w:rPr>
        <w:t>Sahypanyň ýokarsyndaky şu dört paragrafda meniň aşagy çyzylan islendik zadymyň sebäbi şudur: olar 1851-nji ýylda Ellen G. Waýtyň A Sketch of the Christian Experience and Views atly neşirinde gaýtadan çap edilende redaksiýa üýtgetmelerine sezewar bolar.</w:t>
      </w:r>
    </w:p>
    <w:p>
      <w:pPr>
        <w:pStyle w:val="ArticleBody"/>
        <w:jc w:val="left"/>
      </w:pPr>
      <w:r>
        <w:rPr>
          <w:rFonts w:ascii="Times New Roman" w:hAnsi="Times New Roman" w:eastAsia="Times New Roman" w:cs="Times New Roman"/>
        </w:rPr>
        <w:t>Bolýar. «Reb maňa görkezdi» üýtgediler; «Onuň eli bilen» üýtgediler; «onuň hiç bir bölegi üýtgedilmeli däldir» üýtgediler.</w:t>
      </w:r>
    </w:p>
    <w:p>
      <w:pPr>
        <w:pStyle w:val="ArticleBody"/>
        <w:jc w:val="left"/>
      </w:pPr>
      <w:r>
        <w:rPr>
          <w:rFonts w:ascii="Times New Roman" w:hAnsi="Times New Roman" w:eastAsia="Times New Roman" w:cs="Times New Roman"/>
        </w:rPr>
        <w:t>Soňra sahypadaky indiki goýy şriftli abzasda [dördünji abzasda] şeýle diýilýär,</w:t>
      </w:r>
    </w:p>
    <w:p>
      <w:pPr>
        <w:pStyle w:val="ArticleBody"/>
        <w:jc w:val="left"/>
      </w:pPr>
      <w:r>
        <w:rPr>
          <w:rFonts w:ascii="Times New Roman" w:hAnsi="Times New Roman" w:eastAsia="Times New Roman" w:cs="Times New Roman"/>
        </w:rPr>
        <w:t>—«Reb maňa Wagtyň 1844-nji ýyldan bäri synag bolmandygyny we wagtyň indi hiç haçan gaýtadan synag bolmajakdygyny görkezdi.»—</w:t>
      </w:r>
    </w:p>
    <w:p>
      <w:pPr>
        <w:pStyle w:val="ArticleBody"/>
        <w:jc w:val="left"/>
      </w:pPr>
      <w:r>
        <w:rPr>
          <w:rFonts w:ascii="Times New Roman" w:hAnsi="Times New Roman" w:eastAsia="Times New Roman" w:cs="Times New Roman"/>
        </w:rPr>
        <w:t>«Reb maňa görkezdi», ýagny, bu üýtgediler. Indiki ýylda Ellen G. White-nyň Hristian tejribesiniň we garaýyşlarynyň gysgaça beýanynda olar şol bir sözlemli abzasy alyp, ony öňki abzas bilen birleşdirerler. Olar ony bir abzas ederler.</w:t>
      </w:r>
    </w:p>
    <w:p>
      <w:pPr>
        <w:pStyle w:val="ArticleBody"/>
        <w:jc w:val="left"/>
      </w:pPr>
      <w:r>
        <w:rPr>
          <w:rFonts w:ascii="Times New Roman" w:hAnsi="Times New Roman" w:eastAsia="Times New Roman" w:cs="Times New Roman"/>
        </w:rPr>
        <w:t>Ýöne, mundan başga-da, haýsydyr bir söz ýa-da sözler galyň şrift bilen görkezilen bolsa, onda başga hili üýtgeşmeler hem bolar; men näme diýmek isleýändigime bir mysal getirerin.</w:t>
      </w:r>
    </w:p>
    <w:p>
      <w:pPr>
        <w:pStyle w:val="ArticleBody"/>
        <w:jc w:val="left"/>
      </w:pPr>
      <w:r>
        <w:rPr>
          <w:rFonts w:ascii="Times New Roman" w:hAnsi="Times New Roman" w:eastAsia="Times New Roman" w:cs="Times New Roman"/>
        </w:rPr>
        <w:t>Üçünji abzasynda şeýle diýilýär,</w:t>
      </w:r>
    </w:p>
    <w:p>
      <w:pPr>
        <w:pStyle w:val="ArticleBody"/>
        <w:jc w:val="left"/>
      </w:pPr>
      <w:r>
        <w:rPr>
          <w:rFonts w:ascii="Times New Roman" w:hAnsi="Times New Roman" w:eastAsia="Times New Roman" w:cs="Times New Roman"/>
        </w:rPr>
        <w:t>—Soňra men “Gündelik” bilen baglanyşyklylykda, “gurban” diýen sözüň adam akyly tarapyndan goşulandygyny, hem-de onuň mätä degişli däldigini gördüm; Rebbiň bolsa onuň dogry düşünilişini höküm sagady baradaky jarçylygy berenlere berendigini gördüm. 1844-nji ýyldan öň, jebislik bar wagty, tas diýen ýaly hemmeler “Gündelik” baradaky dogry garaýyşda birleşipdiler; emma 1844-nji ýyldan bäri, bulaşyklygyň içinde, başga garaýyşlar kabul edildi, munuň yzýany bilen garaňkylyk we bulaşyklyk geldi.—</w:t>
      </w:r>
    </w:p>
    <w:p>
      <w:pPr>
        <w:pStyle w:val="ArticleBody"/>
        <w:jc w:val="left"/>
      </w:pPr>
      <w:r>
        <w:rPr>
          <w:rFonts w:ascii="Times New Roman" w:hAnsi="Times New Roman" w:eastAsia="Times New Roman" w:cs="Times New Roman"/>
        </w:rPr>
        <w:t>Soňra şol sahypadaky indiki goýy şriftli abzasa [dördünji abzasa] şeýle diýilýär,</w:t>
      </w:r>
    </w:p>
    <w:p>
      <w:pPr>
        <w:pStyle w:val="ArticleBody"/>
        <w:jc w:val="left"/>
      </w:pPr>
      <w:r>
        <w:rPr>
          <w:rFonts w:ascii="Times New Roman" w:hAnsi="Times New Roman" w:eastAsia="Times New Roman" w:cs="Times New Roman"/>
        </w:rPr>
        <w:t>“Reb maňa wagtyň 1844-nji ýyldan bäri synag bolmandygyny, hem-de wagtyň indi hiç haçan gaýtadan synag bolmajakdygyny görkezdi.”</w:t>
      </w:r>
    </w:p>
    <w:p>
      <w:pPr>
        <w:pStyle w:val="ArticleBody"/>
        <w:jc w:val="left"/>
      </w:pPr>
      <w:r>
        <w:rPr>
          <w:rFonts w:ascii="Times New Roman" w:hAnsi="Times New Roman" w:eastAsia="Times New Roman" w:cs="Times New Roman"/>
        </w:rPr>
        <w:t>«Reb maňa görkezdi» diýilýäni üýtgediler.</w:t>
      </w:r>
    </w:p>
    <w:p>
      <w:pPr>
        <w:pStyle w:val="ArticleBody"/>
        <w:jc w:val="left"/>
      </w:pPr>
      <w:r>
        <w:rPr>
          <w:rFonts w:ascii="Times New Roman" w:hAnsi="Times New Roman" w:eastAsia="Times New Roman" w:cs="Times New Roman"/>
        </w:rPr>
        <w:t>Olaryň indiki ýylda Ellen G. White-nyň *A Sketch of the Christian Experience and Views* atly eserinde etjek zatlary şudur: şol bir sözlemden ybarat abzasy öňki abzas bilen birleşdirjekler. Ony bir abzasa öwürjekler.</w:t>
      </w:r>
    </w:p>
    <w:p>
      <w:pPr>
        <w:pStyle w:val="ArticleBody"/>
        <w:jc w:val="left"/>
      </w:pPr>
      <w:r>
        <w:rPr>
          <w:rFonts w:ascii="Times New Roman" w:hAnsi="Times New Roman" w:eastAsia="Times New Roman" w:cs="Times New Roman"/>
        </w:rPr>
        <w:t>Olar “Reb maňa görkezdi” diýen jümläni “Maňa hem görkezildi” diýip üýtgetjek bolýarlar. Bolýarmy? Olar şol iki abzasy bir abzasa öwürjek bolýarlar we ony 1851-nji ýylda “Maňa hem görkezildi” diýip üýtgetjek bolýarlar.</w:t>
      </w:r>
    </w:p>
    <w:p>
      <w:pPr>
        <w:pStyle w:val="ArticleBody"/>
        <w:jc w:val="left"/>
      </w:pPr>
      <w:r>
        <w:rPr>
          <w:rFonts w:ascii="Times New Roman" w:hAnsi="Times New Roman" w:eastAsia="Times New Roman" w:cs="Times New Roman"/>
        </w:rPr>
        <w:t>—«Soňra maňa şeýle uly ýalňyşlyga düşen käbir adamlar görkezildi: ýagny Reb gelmezden öň mukaddesleriň entek Köne Iýerusalime gitmelidigi we ş.m. Şeýle garaýyş, üçünji perişdäniň habary astyndaky Hudaýyň häzirki işinden akyly we gyzyklanmany sowup goýmak häsiýetine eýedir; çünki eger biz Iýerusalime gitmeli bolsak, onda pikirlerimiz tebigy ýagdaýda şol ýerde bolar, hem-de serişdelerimiz mukaddesleri Iýerusalime ýetirmek üçin beýleki maksatlara berilmän saklanyp galar. Men olaryň näme üçin bu uly ýalňyşlyga gitmäge ýol berlendiklerini gördüm: munuň sebäbi, olaryň birnäçe ýyllaryň dowamynda içinde bolup gelen ýalňyşlyklaryny boýun almadyklary we terk etmedikleridir». Review and Herald, 1850-nji ýylyň 1-nji noýabry.</w:t>
      </w:r>
    </w:p>
    <w:p>
      <w:pPr>
        <w:pStyle w:val="ArticleBody"/>
        <w:jc w:val="left"/>
      </w:pPr>
      <w:r>
        <w:rPr>
          <w:rFonts w:ascii="Times New Roman" w:hAnsi="Times New Roman" w:eastAsia="Times New Roman" w:cs="Times New Roman"/>
        </w:rPr>
        <w:t>Emma, siz “Early Writings” kitabyna ýeteniňizde, olaryň näme edýändigini bilýäňizmi? Olar “Maña hem görkezildi” diýen jümläni aýyrýarlar; şol bir abzasy “Early Writings” kitabynda şeýle diýilýär: “1844-nji ýyldan öň agzybirlik bar wagty, tas hemmesi —‘Daily’ hakyndaky dogry garaýyşda birleşipdiler; ýöne 1844-nji ýyldan bäri, bulaşyklykda, başga garaýyşlar kabul edildi, şonuň yzyna garaňkylyk we bulaşyklyk eýerdi.” Olar “Maña hem görkezildi” diýen jümläni aýyrdylar, indiki sözlem bolsa: “1844-nji ýyldan bäri wagt synag bolmandy.” Birden siz wagt hakyndaky synag däldigi baradaky bu pikiriň oňa aýratynlykda görkezilen zatlaryň biridigini bilmersiňiz. Siz munuň “Daily” baradaky onuň ýagtylygynyň, ýalan garaýşyň bulaşyklyk döretmegi bilen bagly bölegi bolandygyna ynanarsyňyz.</w:t>
      </w:r>
    </w:p>
    <w:p>
      <w:pPr>
        <w:pStyle w:val="ArticleBody"/>
        <w:jc w:val="left"/>
      </w:pPr>
      <w:r>
        <w:rPr>
          <w:rFonts w:ascii="Times New Roman" w:hAnsi="Times New Roman" w:eastAsia="Times New Roman" w:cs="Times New Roman"/>
        </w:rPr>
        <w:t>Bu asyl nusga däl. Asyl nusga sende bar. Ony barlap gör.</w:t>
      </w:r>
    </w:p>
    <w:p>
      <w:pPr>
        <w:pStyle w:val="ArticleBody"/>
        <w:jc w:val="left"/>
      </w:pPr>
      <w:r>
        <w:rPr>
          <w:rFonts w:ascii="Times New Roman" w:hAnsi="Times New Roman" w:eastAsia="Times New Roman" w:cs="Times New Roman"/>
        </w:rPr>
        <w:t>Indiki Ädim (Ikinji Ädim) — 1851: Ellen G. White-yň Mesihi Tejribesi we Garaýşy barada Gysgaça Beýanat</w:t>
      </w:r>
    </w:p>
    <w:p>
      <w:pPr>
        <w:pStyle w:val="ArticleBody"/>
        <w:jc w:val="left"/>
      </w:pPr>
      <w:r>
        <w:rPr>
          <w:rFonts w:ascii="Times New Roman" w:hAnsi="Times New Roman" w:eastAsia="Times New Roman" w:cs="Times New Roman"/>
        </w:rPr>
        <w:t>Soňra munuň aşagynda, 1851-nji ýylda neşir edilen Ellen G. White-nyň «Hristian Tejribesi we Garaýşyň Gysgaça Beýany» bar; şeýle hem, bolup geçen üýtgeşmeleriň bölekleýin görkezilişi bar, we örän, örän möhüm bir üýtgeşme bar.</w:t>
      </w:r>
    </w:p>
    <w:p>
      <w:pPr>
        <w:pStyle w:val="ArticleBody"/>
        <w:jc w:val="left"/>
      </w:pPr>
      <w:r>
        <w:rPr>
          <w:rFonts w:ascii="Times New Roman" w:hAnsi="Times New Roman" w:eastAsia="Times New Roman" w:cs="Times New Roman"/>
        </w:rPr>
        <w:t>23-nji sentýabrda Reb maňa Öz halkynyň galan bölegini yzyna getirmek üçin elini ikinji gezek uzadandygyny görkezdi, hem-de bu ýygnalyş döwründe tagallalaryň iki esse artdyrylmalydygyny. Dargadylyşda Ysraýyl uruldy we parçalandy; emma indi, ýygnalyş döwründe, Hudaý Öz halkyny sagaldar we ýaralaryny sarar. Dargadylyşda hakykaty ýaýratmak üçin edilen tagallalar örän az täsirli boldy, örän az zat ýa-da hiç zat amala aşyrmady; emma ýygnalyşda, Hudaý Öz halkyny ýygnamak üçin elini uzadan wagtynda, hakykaty ýaýratmak ugrunda edilen tagallalar öz niýetlenen täsirini berer. Hemme kişi bu işde birleşmeli we yhlasly bolmaly. Maňa görkezildi ki, häzirki ýygnalyşda bize ýol görkezmek üçin dargadylyşa mysallar hökmünde ýüzlenmek islendik adam üçin nädogrudyr; çünki eger Hudaý häzir biziň üçin şonda edişinden artyk hiç zat etmese, onda Ysraýyl hiç wagt ýygnalmazdy. [Aýryldy: Hakykatyň wagyz edilşi ýaly, onuň gazetde çap edilmegi hem şonça zerurdyr.] [Abzaslar birleşdirildi] Men 1843-nji ýylyň çyzgysynyň Rebbe degişli el tarapyndan ugrukdyrylandygyny gördüm, [öň—“Onuň eli tarapyndan”] we onuň üýtgedilmeli däldigini; [öň—“onuň hiç bir bölegi üýtgedilmeli däldigini”] sanlaryň Onuň isleýşi ýaly bolandygyny. Onuň eliniň onuň üstünde bolandygyny, we sanlaryň käbirindäki bir ýalňyşy gizländigini, şeýlelikde Onuň eli aýrylýança hiç kimiň ony görüp bilmändigini.</w:t>
      </w:r>
    </w:p>
    <w:p>
      <w:pPr>
        <w:pStyle w:val="ArticleBody"/>
        <w:jc w:val="left"/>
      </w:pPr>
      <w:r>
        <w:rPr>
          <w:rFonts w:ascii="Times New Roman" w:hAnsi="Times New Roman" w:eastAsia="Times New Roman" w:cs="Times New Roman"/>
        </w:rPr>
        <w:t>Soňra men “Gündelik” bilen baglanyşyklylykda gördüm welin, “gurbanlyk” sözi ynsan akyly tarapyndan goşulypdyr we ol tekste degişli däldir; hem-de Reb hökümiň sagady baradaky gymy-gywşy yglan edenlere onuň dogry düşünjesini beripdir. 1844-nji ýyldan öň, birlik bar wagty, tas hemmesi “Gündelik” baradaky dogry garaýyşda birleşipdi; emma 1844-nji ýyldan bäri, bulaşyklykda, başga garaýyşlar kabul edildi, şonuň yz ýanyndan garaňkylyk we bulaşyklyk geldi. [Abzaslar birleşdirildi] Men şeýle hem gördüm [Öň — “Reb maňa görkezdi”] welin, 1844-nji ýyldan bäri wagt synag bolmandyr we wagt indi hiç haçan gaýtadan synag bolmaz.] Ellen G. White-yň Hristian tejribesiniň we garaýyşlarynyň gysgaça beýany, ExV 61–62.</w:t>
      </w:r>
    </w:p>
    <w:p>
      <w:pPr>
        <w:pStyle w:val="ArticleBody"/>
        <w:jc w:val="left"/>
      </w:pPr>
      <w:r>
        <w:rPr>
          <w:rFonts w:ascii="Times New Roman" w:hAnsi="Times New Roman" w:eastAsia="Times New Roman" w:cs="Times New Roman"/>
        </w:rPr>
        <w:t>Üçünji Perişdäniň Habary bilen Baglanyşykly Bolmadyk Wagt</w:t>
      </w:r>
    </w:p>
    <w:p>
      <w:pPr>
        <w:pStyle w:val="ArticleBody"/>
        <w:jc w:val="left"/>
      </w:pPr>
      <w:r>
        <w:rPr>
          <w:rFonts w:ascii="Times New Roman" w:hAnsi="Times New Roman" w:eastAsia="Times New Roman" w:cs="Times New Roman"/>
        </w:rPr>
        <w:t>Ellen Waýtyň ahyrsoňy Irki Ýazgylarda ýerleşen görnüşden tapawutly başga bir görnüşi bardy. Onuň birnäçe görnüşi bolupdy; emma, bir görnüşinde oňa bir zat aýdylýar; oňa bir abzasy aýdylýar, ol hem ony ýazyp alýar.</w:t>
      </w:r>
    </w:p>
    <w:p>
      <w:pPr>
        <w:pStyle w:val="ArticleBody"/>
        <w:jc w:val="left"/>
      </w:pPr>
      <w:r>
        <w:rPr>
          <w:rFonts w:ascii="Times New Roman" w:hAnsi="Times New Roman" w:eastAsia="Times New Roman" w:cs="Times New Roman"/>
        </w:rPr>
        <w:t>Reb maňa üçünji perişdäniň habarynyň gitmelidigini we Rebbiň dagynyk çagalaryna wagyz edilmelidigini görkezdi; ol wagt bilen baglanyşdyrylmaly däldir, çünki wagt indi hiç haçan ýene-de synag bolmaz. Men käbirleriniň wagt barada wagyz edilmeginden döreýän ýalan joşguna düşýändiklerini gördüm; üçünji perişdäniň habary wagtyň berip biljek güýjünden has güýçlüdir. Men bu habaryň öz binýadynyň üstünde durup bilýändigini, ony güýçlendirmek üçin wagta mätäç däldigini, onuň gudratly güýç bilen öňe gitjekdigini, öz işini ýerine ýetirjekdigini we adalatda gysgaldyljakdygyny gördüm.” Ellen G. White-yň Hristian Tejribesiniň we Garaýyşlarynyň Gysgaça Beýany, ExV 48.</w:t>
      </w:r>
    </w:p>
    <w:p>
      <w:pPr>
        <w:pStyle w:val="ArticleBody"/>
        <w:jc w:val="left"/>
      </w:pPr>
      <w:r>
        <w:rPr>
          <w:rFonts w:ascii="Times New Roman" w:hAnsi="Times New Roman" w:eastAsia="Times New Roman" w:cs="Times New Roman"/>
        </w:rPr>
        <w:t>Ol ýerde ol näme hakda aýdýar? Üçünji Perişdäniň Habaryny indi hiç haçan wagt bilen gaýtadan baglanyşdyrmaly däl diýýär, şeýlemi?</w:t>
      </w:r>
    </w:p>
    <w:p>
      <w:pPr>
        <w:pStyle w:val="ArticleBody"/>
        <w:jc w:val="left"/>
      </w:pPr>
      <w:r>
        <w:rPr>
          <w:rFonts w:ascii="Times New Roman" w:hAnsi="Times New Roman" w:eastAsia="Times New Roman" w:cs="Times New Roman"/>
        </w:rPr>
        <w:t>Amin? Men bilen birge bolýarsyňyzmy?</w:t>
      </w:r>
    </w:p>
    <w:p>
      <w:pPr>
        <w:pStyle w:val="ArticleBody"/>
        <w:jc w:val="left"/>
      </w:pPr>
      <w:r>
        <w:rPr>
          <w:rFonts w:ascii="Times New Roman" w:hAnsi="Times New Roman" w:eastAsia="Times New Roman" w:cs="Times New Roman"/>
        </w:rPr>
        <w:t>Muny nireden tapýarsyňyz? Ol nirede ýerleşýär?</w:t>
      </w:r>
    </w:p>
    <w:p>
      <w:pPr>
        <w:pStyle w:val="ArticleBody"/>
        <w:jc w:val="left"/>
      </w:pPr>
      <w:r>
        <w:rPr>
          <w:rFonts w:ascii="Times New Roman" w:hAnsi="Times New Roman" w:eastAsia="Times New Roman" w:cs="Times New Roman"/>
        </w:rPr>
        <w:t>DIŇLEÝJILERDEN: (Jogap ýok.)</w:t>
      </w:r>
    </w:p>
    <w:p>
      <w:pPr>
        <w:pStyle w:val="ArticleBody"/>
        <w:jc w:val="left"/>
      </w:pPr>
      <w:r>
        <w:rPr>
          <w:rFonts w:ascii="Times New Roman" w:hAnsi="Times New Roman" w:eastAsia="Times New Roman" w:cs="Times New Roman"/>
        </w:rPr>
        <w:t>DIŇLEÝJILERDEN: Hristian Tejribäniň we Garaýyşlaryň Gysgaça Beýany.</w:t>
      </w:r>
    </w:p>
    <w:p>
      <w:pPr>
        <w:pStyle w:val="ArticleBody"/>
        <w:jc w:val="left"/>
      </w:pPr>
      <w:r>
        <w:rPr>
          <w:rFonts w:ascii="Times New Roman" w:hAnsi="Times New Roman" w:eastAsia="Times New Roman" w:cs="Times New Roman"/>
        </w:rPr>
        <w:t>Ellen G. Whiteyň Mesihi Tejribesi we Garaýyşlarynyň Gysgaça Beýany, 48-nji sahypa, 48-nji sahypa.</w:t>
      </w:r>
    </w:p>
    <w:p>
      <w:pPr>
        <w:pStyle w:val="ArticleBody"/>
        <w:jc w:val="left"/>
      </w:pPr>
      <w:r>
        <w:rPr>
          <w:rFonts w:ascii="Times New Roman" w:hAnsi="Times New Roman" w:eastAsia="Times New Roman" w:cs="Times New Roman"/>
        </w:rPr>
        <w:t>Bolýar. 1850-nji ýylyň noýabryndaky Review and Herald neşirinden alnan, biziň ara alyp maslahatlaşýan bu parçamyzy nireden tapýarys; ol Ellen G. White-yň A Sketch of the Christian Experience and Views atly eseriniň haýsy ýerinde ýerleşýär? Hawa, ol siziň bellikleriňizde biraz yza seretseňiz, Ellen G. White-yň A Sketch of the Christian Experience and Views atly eseriniň 61-nji we 62-nji sahypalarynda ýerleşýär.</w:t>
      </w:r>
    </w:p>
    <w:p>
      <w:pPr>
        <w:pStyle w:val="ArticleBody"/>
        <w:jc w:val="left"/>
      </w:pPr>
      <w:r>
        <w:rPr>
          <w:rFonts w:ascii="Times New Roman" w:hAnsi="Times New Roman" w:eastAsia="Times New Roman" w:cs="Times New Roman"/>
        </w:rPr>
        <w:t>Sizde Ellen G. White-nyň *A Sketch of the Christian Experience and Views* atly eseriniň 48-nji sahypasynda ýazga alnan bir görnüş bar; soňra bolsa ahyrsoňunda *Early Writings* atly kitapda 61-nji we 62-nji sahypalarda ýerleşjek görnüş bar. Olar 13 ýa-da 14 sahypa bilen aýrylypdyr, şeýle dälmi?</w:t>
      </w:r>
    </w:p>
    <w:p>
      <w:pPr>
        <w:pStyle w:val="ArticleBody"/>
        <w:jc w:val="left"/>
      </w:pPr>
      <w:r>
        <w:rPr>
          <w:rFonts w:ascii="Times New Roman" w:hAnsi="Times New Roman" w:eastAsia="Times New Roman" w:cs="Times New Roman"/>
        </w:rPr>
        <w:t>Irki Ýazgylara gelende bolsa, olar näme etjek? Olar 48-nji sahypadaky şu abzasy alyp, onuň “wagt indi synag däldir” diýen beýanatyndan dessine soň goýjaklar. Olar iki görnüşi bir ýere jemlejekler.</w:t>
      </w:r>
    </w:p>
    <w:p>
      <w:pPr>
        <w:pStyle w:val="ArticleBody"/>
        <w:jc w:val="left"/>
      </w:pPr>
      <w:r>
        <w:rPr>
          <w:rFonts w:ascii="Times New Roman" w:hAnsi="Times New Roman" w:eastAsia="Times New Roman" w:cs="Times New Roman"/>
        </w:rPr>
        <w:t>Meniň näme diýmek isleýändigime düşünýärsiňizmi?</w:t>
      </w:r>
    </w:p>
    <w:p>
      <w:pPr>
        <w:pStyle w:val="ArticleBody"/>
        <w:jc w:val="left"/>
      </w:pPr>
      <w:r>
        <w:rPr>
          <w:rFonts w:ascii="Times New Roman" w:hAnsi="Times New Roman" w:eastAsia="Times New Roman" w:cs="Times New Roman"/>
        </w:rPr>
        <w:t>DIŇLEÝJILERIŇ IÇINDEN ERKEK ADAM: Hawa.</w:t>
      </w:r>
    </w:p>
    <w:p>
      <w:pPr>
        <w:pStyle w:val="ArticleBody"/>
        <w:jc w:val="left"/>
      </w:pPr>
      <w:r>
        <w:rPr>
          <w:rFonts w:ascii="Times New Roman" w:hAnsi="Times New Roman" w:eastAsia="Times New Roman" w:cs="Times New Roman"/>
        </w:rPr>
        <w:t>Meniň näme diýmek isleýändigime düşünýärsiňizmi?</w:t>
      </w:r>
    </w:p>
    <w:p>
      <w:pPr>
        <w:pStyle w:val="ArticleBody"/>
        <w:jc w:val="left"/>
      </w:pPr>
      <w:r>
        <w:rPr>
          <w:rFonts w:ascii="Times New Roman" w:hAnsi="Times New Roman" w:eastAsia="Times New Roman" w:cs="Times New Roman"/>
        </w:rPr>
        <w:t>DIŇLEÝJILERIŇ ARASYNDAN ÝÜZLENILÝÄN AÝRATYN ŞAHS: (Tassyklama.)</w:t>
      </w:r>
    </w:p>
    <w:p>
      <w:pPr>
        <w:pStyle w:val="ArticleBody"/>
        <w:jc w:val="left"/>
      </w:pPr>
      <w:r>
        <w:rPr>
          <w:rFonts w:ascii="Times New Roman" w:hAnsi="Times New Roman" w:eastAsia="Times New Roman" w:cs="Times New Roman"/>
        </w:rPr>
        <w:t>Bolýar, sebäbi seniň bilen baglanyşykly tassyklamanyň azdygyny görýärin.</w:t>
      </w:r>
    </w:p>
    <w:p>
      <w:pPr>
        <w:pStyle w:val="ArticleBody"/>
        <w:jc w:val="left"/>
      </w:pPr>
      <w:r>
        <w:rPr>
          <w:rFonts w:ascii="Times New Roman" w:hAnsi="Times New Roman" w:eastAsia="Times New Roman" w:cs="Times New Roman"/>
        </w:rPr>
        <w:t>Soňky ädim (Üçünji ädim) — 1882-nji ýylyň Irki Ýazgylary</w:t>
      </w:r>
    </w:p>
    <w:p>
      <w:pPr>
        <w:pStyle w:val="ArticleBody"/>
        <w:jc w:val="left"/>
      </w:pPr>
      <w:r>
        <w:rPr>
          <w:rFonts w:ascii="Times New Roman" w:hAnsi="Times New Roman" w:eastAsia="Times New Roman" w:cs="Times New Roman"/>
        </w:rPr>
        <w:t>Bolýar. Indi men siziň bellikleriňiziň 6-njy sahypasyna dolandym; indi bolsa sizde ýene-de “Early Writings” bar.</w:t>
      </w:r>
    </w:p>
    <w:p>
      <w:pPr>
        <w:pStyle w:val="ArticleScripture"/>
        <w:jc w:val="left"/>
      </w:pPr>
      <w:r>
        <w:rPr>
          <w:rFonts w:ascii="Times New Roman" w:hAnsi="Times New Roman" w:eastAsia="Times New Roman" w:cs="Times New Roman"/>
        </w:rPr>
        <w:t>“23-nji sentýabr, . . . Men 1843-nji ýylyň çyzgysynyň Rebbiň eli bilen ugrukdyrylandygyny, onuň üýtgedilmeli däldigini gördüm; sanlaryň Onuň isleýşi ýaly bolandygyny; Onuň eliniň olaryň käbirindäki bir ýalňyşlygyň üstünde bolup, ony gizländigini, şeýdip Onuň eli aýrylýança hiç kimiň ony görüp bilmändigini gördüm.</w:t>
      </w:r>
    </w:p>
    <w:p>
      <w:pPr>
        <w:pStyle w:val="ArticleScripture"/>
        <w:jc w:val="left"/>
      </w:pPr>
      <w:r>
        <w:rPr>
          <w:rFonts w:ascii="Times New Roman" w:hAnsi="Times New Roman" w:eastAsia="Times New Roman" w:cs="Times New Roman"/>
        </w:rPr>
        <w:t>Soňra men “gündelik” bilen baglanyşyklylykda (Daniel 8:12) gördüm: “gurban” sözi ynsan akyly tarapyndan goşulypdyr, we ol tekste degişli däldir; hem-de Reb höküm sagadynyň nidasyny berenlere onuň dogry düşünilişini berdi. 1844-nji ýyldan öň, birlik bar wagty, tas hemmesi “gündelik” baradaky dogry düşünjede birdi; emma 1844-nji ýyldan bäri dörän bulaşyklykda başga garaýyşlar kabul edildi, we onuň yz ýanyndan garaňkylyk hem-de bulaşyklyk geldi. Wagt 1844-nji ýyldan bäri synag bolmady, we ol indi hiç haçan ýene synag bolmaz.</w:t>
      </w:r>
    </w:p>
    <w:p>
      <w:pPr>
        <w:pStyle w:val="ArticleScripture"/>
        <w:jc w:val="left"/>
      </w:pPr>
      <w:r>
        <w:rPr>
          <w:rFonts w:ascii="Times New Roman" w:hAnsi="Times New Roman" w:eastAsia="Times New Roman" w:cs="Times New Roman"/>
        </w:rPr>
        <w:t>Reb maňa üçünji perişdäniň habarynyň gitmelidigini we Rebbiň pytran çagalaryna jar edilmelidigini görkezdi, emma ol wagta daňylmaly däldir. Men käbirleriniň wagt hakynda wagyz edilmeginden döreýän ýalan bir joşguny başdan geçirýändiklerini gördüm; ýöne üçünji perişdäniň habary wagt berip biljek zatlaryndan has güýçlüdir. Men bu habaryň öz düýbüniň üstünde berk durup bilýändigini we ony güýçlendirmek üçin wagta mätäç däldigini gördüm; hem-de onuň uly gudrat bilen gidip, öz işini ýerine ýetirjekdigini we dogrulykda gysgaldyljakdygyny gördüm.</w:t>
      </w:r>
    </w:p>
    <w:p>
      <w:pPr>
        <w:pStyle w:val="ArticleScripture"/>
        <w:jc w:val="left"/>
      </w:pPr>
      <w:r>
        <w:rPr>
          <w:rFonts w:ascii="Times New Roman" w:hAnsi="Times New Roman" w:eastAsia="Times New Roman" w:cs="Times New Roman"/>
        </w:rPr>
        <w:t>“Soňra men, Köne Ýerusalime gitmegiň öz borjudydygyna ynanmagyň uly ýalňyşlygynda bolan käbir adamlara gönükdirildim . . .” Early Writings, 74-76.</w:t>
      </w:r>
    </w:p>
    <w:p>
      <w:pPr>
        <w:pStyle w:val="ArticleBody"/>
        <w:jc w:val="left"/>
      </w:pPr>
      <w:r>
        <w:rPr>
          <w:rFonts w:ascii="Times New Roman" w:hAnsi="Times New Roman" w:eastAsia="Times New Roman" w:cs="Times New Roman"/>
        </w:rPr>
        <w:t>Munuň goýy şrift bilen berilmeginiň sebäbi şudur: bu ýerde şeýle diýilýän abzas bar: “. . . Bileleşik bar wagty, 1844-den öň, olaryň tas hemmesi —‘gündelik’ baradaky dogry garaýyşda birleşipdi; emma 1844-den bäri dowam eden bulaşyklykda başga garaýyşlar kabul edildi, şonuň yzyndan garaňkylyk we bulaşyklyk geldi. 1844-den bäri wagt synag bolmady, mundan beýläk hem ol hiç haçan synag bolmaz.” Siz şuny ýatda saklamaly: onuň bu görnüş baradaky ilkinji ýazgysynda ol aslynda: “Maňa 1844-den bäri wagtyň synag bolmandygy görkezildi” diýipdi, we bu başga bir abzasdy. Ol özüne ‘Gündelik’ barada görkezilen zat bilen wagtyň synag bolşy barada özüne görkezilen zadyň arasynda tapawudyň bardygyny anyk edipdi; şeýle hem Üçünji Perişdäniň Habar bilen baglanyşykly wagtyň ýokdugy barada söz açýan indiki abzas ilkinji görnüşde ýokdy. Ol Life Sketches-iň 61 we 62-nji sahypalarynda däl-de, 48-nji sahypasynda ýerleşýärdi.</w:t>
      </w:r>
    </w:p>
    <w:p>
      <w:pPr>
        <w:pStyle w:val="ArticleBody"/>
        <w:jc w:val="left"/>
      </w:pPr>
      <w:r>
        <w:rPr>
          <w:rFonts w:ascii="Times New Roman" w:hAnsi="Times New Roman" w:eastAsia="Times New Roman" w:cs="Times New Roman"/>
        </w:rPr>
        <w:t>Emma, 1882-nji ýylda neşir edilen “Early Writings” kitabyna geleniňizde, olar bu ýazgylary bir ýere jemlediler; şonuň üçinem, 1930-njy ýyllara ýeteniňizde we siz Adventizmde çuň garaňkylyga ugrap barýarkaňyz, Willie White “Daily” meselesini öwreneniňizde ony wagt nukdaýnazaryndan öwrenmelidigiňizi aýdanda — “Bagyşlaň, Willie, siziň jogapkärçiligiňiz pygamberlik Ruhunyň anyk taryhy ýazgysyny berýän adam bolmakdy. Siz pygamberlik Ruhuny inkär edýän tarapy ýeňmeli bolmalydyňyz. Emma siz ‘Early Writings’, 75-nji sahypa baradaky beýanatyňyzda asyl çeşmeleri äsgermezlik etdiňiz, şol asyl çeşmeler bolsa şuny aýdýar: siz ‘Daily’-niň ‘Early Writings’, 74-nji sahypada wagt nukdaýnazaryndan garalmaly diýen delilini öňe sürende, bu düýbünden hakykata laýyk däldir.” — Bu dogry däldir! Muny pygamberlik Ruhundaky ýazgylar tassyklaýar diýip bolmaz. Muny şol döwrüň taryhy hem tassyklaýar diýip bolmaz.</w:t>
      </w:r>
    </w:p>
    <w:p>
      <w:pPr>
        <w:pStyle w:val="ArticleBody"/>
        <w:jc w:val="left"/>
      </w:pPr>
      <w:r>
        <w:rPr>
          <w:rFonts w:ascii="Times New Roman" w:hAnsi="Times New Roman" w:eastAsia="Times New Roman" w:cs="Times New Roman"/>
        </w:rPr>
        <w:t>Bolýar. 1-nji nokat: Uýam Waýt Early Writings, 74-de “Daily” barada dogry düşünjäniň bardygyny aýdýar. Soňra taryhyň dowamynda öňe sürlen esasy delil şudur: Early Writings, 74-däki şol parçany öwreneniňde, ony wagt kesgitlemegiň çäginde goýmalydygyň. Bu delil galp; ol esasly däldir!</w:t>
      </w:r>
    </w:p>
    <w:p>
      <w:pPr>
        <w:pStyle w:val="ArticleBody"/>
        <w:jc w:val="left"/>
      </w:pPr>
      <w:r>
        <w:rPr>
          <w:rFonts w:ascii="Times New Roman" w:hAnsi="Times New Roman" w:eastAsia="Times New Roman" w:cs="Times New Roman"/>
        </w:rPr>
        <w:t>Şeýlelikde, indi biz diňe Gündelik babatda dogry bir garaýşyň bardygy baradaky ýagdaý bilen ýüzbe-ýüz bolup galýarys. Bolýarmy? Emma, biz bu paragrafdan ýene bir pikiri ele alarys.</w:t>
      </w:r>
    </w:p>
    <w:p>
      <w:pPr>
        <w:pStyle w:val="ArticleBody"/>
        <w:jc w:val="left"/>
      </w:pPr>
      <w:r>
        <w:rPr>
          <w:rFonts w:ascii="Times New Roman" w:hAnsi="Times New Roman" w:eastAsia="Times New Roman" w:cs="Times New Roman"/>
        </w:rPr>
        <w:t>Ol şeýle diýýär: «23-nji sentýabrda Reb maňa görkezdi . . . .» 23-nji sentýabrda, haçan? 1850-nji ýylda: «1850-nji ýylyň 23-nji sentýabrynda Reb maňa görkezdi.»</w:t>
      </w:r>
    </w:p>
    <w:p>
      <w:pPr>
        <w:pStyle w:val="ArticleBody"/>
        <w:jc w:val="left"/>
      </w:pPr>
      <w:r>
        <w:rPr>
          <w:rFonts w:ascii="Times New Roman" w:hAnsi="Times New Roman" w:eastAsia="Times New Roman" w:cs="Times New Roman"/>
        </w:rPr>
        <w:t>Ol oňa näme görkezdi?</w:t>
      </w:r>
    </w:p>
    <w:p>
      <w:pPr>
        <w:pStyle w:val="ArticleBody"/>
        <w:jc w:val="left"/>
      </w:pPr>
      <w:r>
        <w:rPr>
          <w:rFonts w:ascii="Times New Roman" w:hAnsi="Times New Roman" w:eastAsia="Times New Roman" w:cs="Times New Roman"/>
        </w:rPr>
        <w:t>Ol oňa görkezilen zatlaryň biri-de, 1844-nji ýyldan bäri “Gündelik” baradaky başgaça garaýyşlaryň kabul edilendigidi.</w:t>
      </w:r>
    </w:p>
    <w:p>
      <w:pPr>
        <w:pStyle w:val="ArticleBody"/>
        <w:jc w:val="left"/>
      </w:pPr>
      <w:r>
        <w:rPr>
          <w:rFonts w:ascii="Times New Roman" w:hAnsi="Times New Roman" w:eastAsia="Times New Roman" w:cs="Times New Roman"/>
        </w:rPr>
        <w:t>1850-nji ýylyň 23-nji sentýabrynda Reb maňa görkezdi . . . . 1844-den öň, agzybirlik bar wagty, diýen ýaly hemmeler “Gündelik” baradaky dogry garaýşa birleşipdi; emma 1844-den bäri, bulaşyklykda, başga garaýyşlar kabul edildi, we munuň yzysüre garaňkylyk hem-de bulaşyklyk geldi. The Review and Herald, November 1850.</w:t>
      </w:r>
    </w:p>
    <w:p>
      <w:pPr>
        <w:pStyle w:val="ArticleBody"/>
        <w:jc w:val="left"/>
      </w:pPr>
      <w:r>
        <w:rPr>
          <w:rFonts w:ascii="Times New Roman" w:hAnsi="Times New Roman" w:eastAsia="Times New Roman" w:cs="Times New Roman"/>
        </w:rPr>
        <w:t>1850-nji ýylyň mart aýy “Gündelik” Ýerdäki Mukaddes Ýerdir</w:t>
      </w:r>
    </w:p>
    <w:p>
      <w:pPr>
        <w:pStyle w:val="ArticleBody"/>
        <w:jc w:val="left"/>
      </w:pPr>
      <w:r>
        <w:rPr>
          <w:rFonts w:ascii="Times New Roman" w:hAnsi="Times New Roman" w:eastAsia="Times New Roman" w:cs="Times New Roman"/>
        </w:rPr>
        <w:t>Şeýlelikde, 6-njy sahypanyň aşagynda 1850-nji ýylyň mart aýyndaky “Review and Herald” neşirinden alnan bir abzas bar, ol hem David Arnoldyň makalasydyr.</w:t>
      </w:r>
    </w:p>
    <w:p>
      <w:pPr>
        <w:pStyle w:val="ArticleScripture"/>
        <w:jc w:val="left"/>
      </w:pPr>
      <w:r>
        <w:rPr>
          <w:rFonts w:ascii="Times New Roman" w:hAnsi="Times New Roman" w:eastAsia="Times New Roman" w:cs="Times New Roman"/>
        </w:rPr>
        <w:t>Ol [Daniel] hem şol bir sütemkär güýji görýär —«şazadalaryň Şazadasyna garşy çykýan»; şeýlelikde, Sinaýda bellenip, Nesil gelýänçä her gün berjaý edilmegi üçin goýlan ähli gündelik gurbanlyklaryň kanuny güýjüne soň berýär. Ine şu ýerde mazmunyň özi, ýa-da beýik antitipik gurban bolan Mesih rim esgerleri tarapyndan öldürildi. Şeýlelikde Rim arkaly —«gündelik gurbanlyk aýrylyp taşlandy», hem-de «mukaddes ýeriniň» ýerleşýän ýeri rimli serkerde Tit tarapyndan, ol Iýerusalim şäherini we öz içinde —«mukaddes ýeri» saklaýan Hudaýyň ybadathanasyny ýykan mahaly, ýumruldy. Ine şu ýerde Mesihiň pygamberlik beýanatynyň amala aşmagy başlandy. «Olar gylyjyň agzy bilen ýykylarlar we ähli milletleriň arasyna ýesir alnyp gidilerler, hem-de Iýerusalim başga milletler tarapyndan depelener, GENTILLERIŇ WAGTLARY DOLÝANÇA.» Luka 21:24. David Arnold, Review and Herald, Mart 1850, Tom 1, No. 8.</w:t>
      </w:r>
    </w:p>
    <w:p>
      <w:pPr>
        <w:pStyle w:val="ArticleBody"/>
        <w:jc w:val="left"/>
      </w:pPr>
      <w:r>
        <w:rPr>
          <w:rFonts w:ascii="Times New Roman" w:hAnsi="Times New Roman" w:eastAsia="Times New Roman" w:cs="Times New Roman"/>
        </w:rPr>
        <w:t>Bu makalada Dawid Arnold Danyýel kitabyndaky „Gündelik“ düşünjesiniň miladydan soňky 70-nji ýylda butparaz Rim tarapyndan aýrylan Iýerusalimdäki ýewreý mukaddes ýerini aňladýandygyny öwredýär.</w:t>
      </w:r>
    </w:p>
    <w:p>
      <w:pPr>
        <w:pStyle w:val="ArticleBody"/>
        <w:jc w:val="left"/>
      </w:pPr>
      <w:r>
        <w:rPr>
          <w:rFonts w:ascii="Times New Roman" w:hAnsi="Times New Roman" w:eastAsia="Times New Roman" w:cs="Times New Roman"/>
        </w:rPr>
        <w:t>1850-nji ýylyň sentýabry “Gündelik” Mesihiň Mukaddes Ýerdäki Hyzmatydyr</w:t>
      </w:r>
    </w:p>
    <w:p>
      <w:pPr>
        <w:pStyle w:val="ArticleBody"/>
        <w:jc w:val="left"/>
      </w:pPr>
      <w:r>
        <w:rPr>
          <w:rFonts w:ascii="Times New Roman" w:hAnsi="Times New Roman" w:eastAsia="Times New Roman" w:cs="Times New Roman"/>
        </w:rPr>
        <w:t>Soňra 1850-nji ýylyň sentýabrynda, şol ýylyň özünde — aýtmakçy bolsam, 1850-nji ýylda Review and Herald neşiriniň redaktory kimdi? Onuň ady Jeýms Waýtdyr.</w:t>
      </w:r>
    </w:p>
    <w:p>
      <w:pPr>
        <w:pStyle w:val="ArticleBody"/>
        <w:jc w:val="left"/>
      </w:pPr>
      <w:r>
        <w:rPr>
          <w:rFonts w:ascii="Times New Roman" w:hAnsi="Times New Roman" w:eastAsia="Times New Roman" w:cs="Times New Roman"/>
        </w:rPr>
        <w:t>Şeýlelik bilen, Jeýms Waýt 1850-nji ýylyň sentýabrynda Krosieriň “Gündelik” diýlen zadyň Mesihiň Mukaddes ýerindäki hyzmatyny aňladýandygyny öwredýän bir makalasyny çap edýär.</w:t>
      </w:r>
    </w:p>
    <w:p>
      <w:pPr>
        <w:pStyle w:val="ArticleBody"/>
        <w:jc w:val="left"/>
      </w:pPr>
      <w:r>
        <w:rPr>
          <w:rFonts w:ascii="Times New Roman" w:hAnsi="Times New Roman" w:eastAsia="Times New Roman" w:cs="Times New Roman"/>
        </w:rPr>
        <w:t>Indi, Jeýms Waýt muny gönüden-göni öwretmeýär, emma adamlar ol ýerdäki many çykarmany alyp, munuň onuň öwredýäni diýýärler. Men muny näme üçin aýdýaryn? Men muny şu sebäpli aýdýaryn: 1850-nji ýylyň sentýabrynda Waýt uýamyz 1844-nji ýyldan bäri Gündelik barada başga garaýyşlaryň garaňkylykda kabul edilendigini we munuň yzysüre bulaşyklygyň gelendigini aýdýar.</w:t>
      </w:r>
    </w:p>
    <w:p>
      <w:pPr>
        <w:pStyle w:val="ArticleBody"/>
        <w:jc w:val="left"/>
      </w:pPr>
      <w:r>
        <w:rPr>
          <w:rFonts w:ascii="Times New Roman" w:hAnsi="Times New Roman" w:eastAsia="Times New Roman" w:cs="Times New Roman"/>
        </w:rPr>
        <w:t>Bu iki garaýyş [Arnold we Crosier] Gündelik baradaky, onuň butparazlykdygy hakdaky Pioner garaýşy däldir.</w:t>
      </w:r>
    </w:p>
    <w:p>
      <w:pPr>
        <w:pStyle w:val="ArticleBody"/>
        <w:jc w:val="left"/>
      </w:pPr>
      <w:r>
        <w:rPr>
          <w:rFonts w:ascii="Times New Roman" w:hAnsi="Times New Roman" w:eastAsia="Times New Roman" w:cs="Times New Roman"/>
        </w:rPr>
        <w:t>7-nji sahypada bolsa, Krosieriň makalasyndaky iki abzasy bar; ol ýerde ol Gündeligiň Mesihiň Mukaddes Ýerdäki gullugydygyny netije çykarýar.</w:t>
      </w:r>
    </w:p>
    <w:p>
      <w:pPr>
        <w:pStyle w:val="ArticleScripture"/>
        <w:jc w:val="left"/>
      </w:pPr>
      <w:r>
        <w:rPr>
          <w:rFonts w:ascii="Times New Roman" w:hAnsi="Times New Roman" w:eastAsia="Times New Roman" w:cs="Times New Roman"/>
        </w:rPr>
        <w:t>“—Onuň Mukaddes ýeriniň mekany ýykyldy;” Daniýel 8:11. Bu ýykylyş Rim häkimiýetiniň günlerinde we onuň üsti bilen boldy; şonuň üçin bu aýatda aýdylýan Mukaddes ýer Ýer hem däl, Palestina hem däl, sebäbi birinjisi ýykylşyşda, bu wakadan 4,000 ýyldan hem öň ýykylan, ikinjisi bolsa ýesirlik döwründe, bu aýatda beýan edilýän wakadan 700 ýyldan hem öň ýykylan bolupdy, üstesine-de olaryň hiç biri hem Rim täsiri bilen bolmandy.</w:t>
      </w:r>
    </w:p>
    <w:p>
      <w:pPr>
        <w:pStyle w:val="ArticleScripture"/>
        <w:jc w:val="left"/>
      </w:pPr>
      <w:r>
        <w:rPr>
          <w:rFonts w:ascii="Times New Roman" w:hAnsi="Times New Roman" w:eastAsia="Times New Roman" w:cs="Times New Roman"/>
        </w:rPr>
        <w:t>„Ýere ýykylan Mukaddes ýer, özüni asman goşunynyň Şazadasy bolan Isa Mesihiň garşysynda ulaldan Rimiň garşy çykan şol Özüniki bolup durýar; Pawlus bolsa Onuň Mukaddes ýeriniň asmanda ýerleşýändigini öwredýär. Ýene-de, Daniel 11:30–31: —Kittim gämileri oňa garşy geler; şonuň üçin ol gamgyn bolar, yza döner we mukaddes ähtnama garşy (hristianlyga garşy) gaharyny saçar (jezalandyryş hasasy hökmünde); şeýle hem eder; ol hatda ýene dolanyp, mukaddes ähtnamany taşlanlar bilen (ruhanylar we ýepiskoplar bilen) düşünişer. We goşunlar (raýat hem dini güýçler) onuň tarapynda durar, olar hem (Rim we mukaddes ähtnamany taşlanlar) güýç Mukaddes ýerini haram ederler.’ Bu näme bolupdy, ýagny Rim bilen hristianlygyň ilçileri birleşip nämäni haram etdiler? Bu birleşik —mukaddes ähtnama’ garşy döredilipdi, olar bolsa şol ähtnamanyň Mukaddes ýerini haram etdiler; muny bolsa, edil Hudaýyň adyny haram edip bilşleri ýaly edip bildiler; Ýeremiýa 34:16; Ýezekil 20; Malakiýa 1:7. Bu, Onuň adyny murdar etmek ýa-da küpürlemek bilen deňdi. Şu manyda bu —syýasy-dini’ janawar Mukaddes ýeri haram etdi (Ylham 13:6) hem-de ony asmandaky ornundan ýere ýykdy (Zebur 102:19; Ýeremiýa 17:12; Ýewreýler 8:1–2), haçan-da olar Rimi mukaddes şäher diýip atlandyryp (Ylham 21:2), Papany şol ýerde —Reb Hudaý Papa’, —Mukaddes Ata’, —Ybadathananyň Başlygy’ we ş.m. ýaly atlar bilen oturdyp, şol galp —Hudaýyň ybadathanasynda’ onuň Isanyň hakykatda Öz Mukaddes ýerinde edýän işlerini edýärin diýip yglan eden mahaly; 2 Selanikliler 2:1–8. Mukaddes ýer aýak astyna salyndy (Daniel 8:13), edil Hudaýyň Ogly hem aýak astyna salnan ýaly. (Ýewreýler 10:29.)” O. R. L. Crosier, —Mukaddes ýer’, Review and Herald, sentýabr, 1850.</w:t>
      </w:r>
    </w:p>
    <w:p>
      <w:pPr>
        <w:pStyle w:val="ArticleBody"/>
        <w:jc w:val="left"/>
      </w:pPr>
      <w:r>
        <w:rPr>
          <w:rFonts w:ascii="Times New Roman" w:hAnsi="Times New Roman" w:eastAsia="Times New Roman" w:cs="Times New Roman"/>
        </w:rPr>
        <w:t>Jeýms Uaýtyň Logikasy</w:t>
      </w:r>
    </w:p>
    <w:p>
      <w:pPr>
        <w:pStyle w:val="ArticleBody"/>
        <w:jc w:val="left"/>
      </w:pPr>
      <w:r>
        <w:rPr>
          <w:rFonts w:ascii="Times New Roman" w:hAnsi="Times New Roman" w:eastAsia="Times New Roman" w:cs="Times New Roman"/>
        </w:rPr>
        <w:t>Eger Jeýms Waýt has gowusyny bilýän bolsa, näme üçin bu makalany çap ederdi? Munuň sebäbi bellikleriňizde görkezilen “Jeýms Waýtyň logikasy”dyr.</w:t>
      </w:r>
    </w:p>
    <w:p>
      <w:pPr>
        <w:pStyle w:val="ArticleBody"/>
        <w:jc w:val="left"/>
      </w:pPr>
      <w:r>
        <w:rPr>
          <w:rFonts w:ascii="Times New Roman" w:hAnsi="Times New Roman" w:eastAsia="Times New Roman" w:cs="Times New Roman"/>
        </w:rPr>
        <w:t>Lapyklykdan soň neşir edilen ilkinji zat A Word to the Little Flock diýlip atlandyrylýar, we şol neşirde awtor bolan üç adam James White, Ellen White we Joseph Batesdi. 1844-nji ýylyň 22-nji oktýabryndan soň, şol ýoldan ýöreýän adamlar tarapyndan neşir edilen ilkinji zat şu makalady; we bu makalada White uýamyz Crosieriň garaýşyny goldaýar, onuň “Daily” baradaky garaýşyny däl-de, Mesihiň Mukaddes Ýerden Iň Mukaddes Ýere geçmegi baradaky garaýşyny.</w:t>
      </w:r>
    </w:p>
    <w:p>
      <w:pPr>
        <w:pStyle w:val="ArticleBody"/>
        <w:jc w:val="left"/>
      </w:pPr>
      <w:r>
        <w:rPr>
          <w:rFonts w:ascii="Times New Roman" w:hAnsi="Times New Roman" w:eastAsia="Times New Roman" w:cs="Times New Roman"/>
        </w:rPr>
        <w:t>Üns beriň, bu Sýostr Waýtdyr. Şonuň üçin Jeýms Waýt Krozýeriň makalasyny çap etmäge taýýardy, ol şeýle diýýär,</w:t>
      </w:r>
    </w:p>
    <w:p>
      <w:pPr>
        <w:pStyle w:val="ArticleBody"/>
        <w:jc w:val="left"/>
      </w:pPr>
      <w:r>
        <w:rPr>
          <w:rFonts w:ascii="Times New Roman" w:hAnsi="Times New Roman" w:eastAsia="Times New Roman" w:cs="Times New Roman"/>
        </w:rPr>
        <w:t>“Men 2300 günüň ahyrynda tämizlenmeli Mukaddes ýeriň, Mesihiň hyzmatçysy bolan Täze Iýerusalim Ybadathanasydygyna ynanýaryn.” — bu Ellen Waýt — “Reb maňa bir ýyldan-da gowrak wagt öň görnüşde görkezdi welin, Dogan Krozýer Mukaddes ýeriň tämizlenmegi we ş.m. baradaky hakykat nuruna eýe bolupdyr; hem-de Dogan C.-niň 1846-njy ýylyň 7-nji fewralyndaky Day-Star, Extra neşirinde bize beýan eden garaýşyny ýazyp çykarmagy Onuň islegi bolupdyr. Men şol Extra neşirini her bir mukaddese maslahat bermäge Reb tarapyndan doly ygtyýarlydygymy duýýaryn.</w:t>
      </w:r>
    </w:p>
    <w:p>
      <w:pPr>
        <w:pStyle w:val="ArticleBody"/>
        <w:jc w:val="left"/>
      </w:pPr>
      <w:r>
        <w:rPr>
          <w:rFonts w:ascii="Times New Roman" w:hAnsi="Times New Roman" w:eastAsia="Times New Roman" w:cs="Times New Roman"/>
        </w:rPr>
        <w:t>Bu setirleriň size we olary okap biljek ähli eziz çagalara bereket bolmagyny doga edýärin. Kiçi Süri Üçin Bir Söz, 1847-nji ýylyň 12-nji maýy.</w:t>
      </w:r>
    </w:p>
    <w:p>
      <w:pPr>
        <w:pStyle w:val="ArticleBody"/>
        <w:jc w:val="left"/>
      </w:pPr>
      <w:r>
        <w:rPr>
          <w:rFonts w:ascii="Times New Roman" w:hAnsi="Times New Roman" w:eastAsia="Times New Roman" w:cs="Times New Roman"/>
        </w:rPr>
        <w:t>Şeýlelik bilen, şu günüň özünde hem, Adventizmdäki häzirki zaman taryhçylarynyň käbiri: “Ana, şoňa serediň. Ellen Waýt Krosýeriň makalasyna doly we umumy makullamasyny berýär; şonuň üçinem, Gündelik hakda Krosýeriň Mesihiň Mukaddes ýerindäki gullugydyr diýip aýdan zady hökmany suratda dogrudyr” diýýärler. Emma muny aýdýanlarynda, olar taryhy ýoýýarlar; sebäbi Krosýeriň makalasy sekiz bölümden ybaratdy we ilkibaşdan Adventistler şol bölümleriň dördüsiniň tutuşlygyna garaňkylykdygyna düşündiler, hem-de olar Adventizmde hiç haçan, asla hiç haçan, gaýtadan neşir edilmedi.</w:t>
      </w:r>
    </w:p>
    <w:p>
      <w:pPr>
        <w:pStyle w:val="ArticleBody"/>
        <w:jc w:val="left"/>
      </w:pPr>
      <w:r>
        <w:rPr>
          <w:rFonts w:ascii="Times New Roman" w:hAnsi="Times New Roman" w:eastAsia="Times New Roman" w:cs="Times New Roman"/>
        </w:rPr>
        <w:t>Mysal hökmünde, onuň şol makaladaky garaýyşlarynyň biri Isanyň gaýtadan gelende müň ýyllap parahatçylygyň boljakdygy hakyndadyr. Adventistler muňa ynanmaýarlar we hiç haçan hem ynanmandylar. Şeýle düşünje William Milleriň ret eden düşünjesidir; hut şol ret ediş William Milleri hakykata düşünmegiň dogry ýoluna goýýar. Bu taglymat Millerit düşünjesine gönüden-göni garşy gelýän taglymatlaryň biridir.</w:t>
      </w:r>
    </w:p>
    <w:p>
      <w:pPr>
        <w:pStyle w:val="ArticleBody"/>
        <w:jc w:val="left"/>
      </w:pPr>
      <w:r>
        <w:rPr>
          <w:rFonts w:ascii="Times New Roman" w:hAnsi="Times New Roman" w:eastAsia="Times New Roman" w:cs="Times New Roman"/>
        </w:rPr>
        <w:t>Şeýlelik bilen, Crosier sekiz bölümden ybarat bu makala bilen çykyş edeninde, onuň bu bölümleriniň dördüsiniň gaýtadan neşir edilip bilinmeýändigini bada-bat bilýärler.</w:t>
      </w:r>
    </w:p>
    <w:p>
      <w:pPr>
        <w:pStyle w:val="ArticleBody"/>
        <w:jc w:val="left"/>
      </w:pPr>
      <w:r>
        <w:rPr>
          <w:rFonts w:ascii="Times New Roman" w:hAnsi="Times New Roman" w:eastAsia="Times New Roman" w:cs="Times New Roman"/>
        </w:rPr>
        <w:t>Emma, Jeýms Waýt, Krosieriň Gündeligiň Mesihiň Mukaddes Ýerdäki gullugydygyny çaklaýandygyny görkezýän bölegini çap edýär; emma ol diňe şol dört bölümi täzeden çap etjek. Ol beýleki dört bölümi täzeden çap etjek däl. Ýöne Jeýms Waýtyň Krosieriň şol dört bölümini täzeden çap edip bilmegi üçin, ony iki sany neşirde çap etmeli bolýar. Ol muny 1850-nji ýylyň sentýabrynda iki gezek çap etmeli boldy.</w:t>
      </w:r>
    </w:p>
    <w:p>
      <w:pPr>
        <w:pStyle w:val="ArticleBody"/>
        <w:jc w:val="left"/>
      </w:pPr>
      <w:r>
        <w:rPr>
          <w:rFonts w:ascii="Times New Roman" w:hAnsi="Times New Roman" w:eastAsia="Times New Roman" w:cs="Times New Roman"/>
        </w:rPr>
        <w:t>1850-nji ýylyň sentýabrynda onuň Review and Herald neşirinde ýeterlik ýer bolmadykdygy üçin, Mesihiň Mukaddes Ýerden Ählitaraplaýyn Mukaddes Ýere geçişi baradaky Crosieriň makalasynyň hemmesini ýerleşdirip bilmek maksady bilen, ol 1850-nji ýylyň sentýabrynda Review and Herald-yň iki sany sanyny çap etdi.</w:t>
      </w:r>
    </w:p>
    <w:p>
      <w:pPr>
        <w:pStyle w:val="ArticleBody"/>
        <w:jc w:val="left"/>
      </w:pPr>
      <w:r>
        <w:rPr>
          <w:rFonts w:ascii="Times New Roman" w:hAnsi="Times New Roman" w:eastAsia="Times New Roman" w:cs="Times New Roman"/>
        </w:rPr>
        <w:t>Indi, siz Gerard Damsteegtden onuň taryhy taýdan şeýle baha berýändigini görersiňiz: Adventistler hemişe Crosieriň makalalarynyň käbir bölekleriniň nädogrudygyny we olaryň gaýtadan neşir edilip bilinmejekdigini bilipdirler.</w:t>
      </w:r>
    </w:p>
    <w:p>
      <w:pPr>
        <w:pStyle w:val="ArticleBody"/>
        <w:jc w:val="left"/>
      </w:pPr>
      <w:r>
        <w:rPr>
          <w:rFonts w:ascii="Times New Roman" w:hAnsi="Times New Roman" w:eastAsia="Times New Roman" w:cs="Times New Roman"/>
        </w:rPr>
        <w:t>Ol [Ellen Harmon] şeýle diýdi: —Reb maňa bir ýyldan gowrak wagt ozal görnüş arkaly görkezdi welin, Dogan Crosier Mukaddes ýeriň tämizlenişi we ş.m. baradaky meselede hakyky ýagtylyga eýe eken; hem-de Dogan C.-niň 1846-njy ýylyň 7-nji fewralyndaky Day Star Extra-da bize beýan eden garaýşyny ýazyp çykmagy Onuň islegi eken. Men Reb tarapyndan şol Extra-ny her bir mukaddes ynsana maslahat bermäge doly ygtyýarlydygymy duýýaryn' (Hat. E. G. White-dan Curtis-e, Word to the Little Flock, 12). Ýedinji gün Adventistleri adatça bu beýannamany şeýle manyda düşündiripdirler: Crosieriň beýanatlarynda ýalňyşlyklar ýok däldi, emma onuň esasy tipologik delillendirmesi dogrydy. Makalanyň gaýtadan çap edilen nusgalary olaryň nädogry hasap eden taraplaryny aýryp goýupdyr. P. Gerard Damsteegt, Foundations of the Seventh-day Adventist Message and Mission, 125.</w:t>
      </w:r>
    </w:p>
    <w:p>
      <w:pPr>
        <w:pStyle w:val="ArticleBody"/>
        <w:jc w:val="left"/>
      </w:pPr>
      <w:r>
        <w:rPr>
          <w:rFonts w:ascii="Times New Roman" w:hAnsi="Times New Roman" w:eastAsia="Times New Roman" w:cs="Times New Roman"/>
        </w:rPr>
        <w:t>Onuň Doly Resminamasyny Hiç Haçan Gaýtadan Çap Edip Bilmezdi</w:t>
      </w:r>
    </w:p>
    <w:p>
      <w:pPr>
        <w:pStyle w:val="ArticleBody"/>
        <w:jc w:val="left"/>
      </w:pPr>
      <w:r>
        <w:rPr>
          <w:rFonts w:ascii="Times New Roman" w:hAnsi="Times New Roman" w:eastAsia="Times New Roman" w:cs="Times New Roman"/>
        </w:rPr>
        <w:t>Indi, indiki sahypada siz W. A. Spaýseriň şol bir zada şaýatlyk edýändigini görersiňiz: olar hemişe Krozýeriň makalalarynda ýalňyşlygyň bardygyny bilýärdiler, şonuň üçin hem şol dört bölümi hiç haçan gaýtadan neşir etmediler.</w:t>
      </w:r>
    </w:p>
    <w:p>
      <w:pPr>
        <w:pStyle w:val="ArticleBody"/>
        <w:jc w:val="left"/>
      </w:pPr>
      <w:r>
        <w:rPr>
          <w:rFonts w:ascii="Times New Roman" w:hAnsi="Times New Roman" w:eastAsia="Times New Roman" w:cs="Times New Roman"/>
        </w:rPr>
        <w:t>Aýtmak gynandyryjy bolsa-da, ýaş Crosier Sabat hakykatynyň nurunda örän gysga wagt ýöredi. Soňra ol özüniň berkarar edilmegine kömek eden mukaddes ýer baradaky taglymaty ret etdi. Öňdebaryjy doganlarymyz onuň mukaddes ýer baradaky düşündirişini irki neşirlerinde birnäçe gezek gaýtadan çap etdiler, emma onuň tutuş resminamasyny hiç haçan gaýtadan çap edip bilmediler. Onda ol mukaddes ýer baradaky düşündirişe geljek döwür hakynda käbir pikirleri — wagtlaýyn müňýyllygy, şeýle hem Ikinji Gelişde bu ýer ýüzünde şöhratly bir döwri — goşupdy. Doganlarymyz bu zatlary hemişe aýryp goýýardylar. Geljek döwür baradaky bu taglymatlar şol günlerde hemme ýere ýaýrapdy. Bu taglymat anyk advent habaryna hiç haçan laýyk gelmedi; we, ähtimal, şu ýalňyş hamyrmaýa ýaşrak adamlaryň Sabat we mukaddes ýer hakykatlaryndan daşlaşmagyna hem sebäp bolupdyr. Ol tiz wagtdan biziň irki hereketimize garşy ajy garşylyga ýüz urdy." W. A. Spicer, Review and Herald, 14-nji dekabr, 1939-njy ýyl</w:t>
      </w:r>
    </w:p>
    <w:p>
      <w:pPr>
        <w:pStyle w:val="ArticleBody"/>
        <w:jc w:val="left"/>
      </w:pPr>
      <w:r>
        <w:rPr>
          <w:rFonts w:ascii="Times New Roman" w:hAnsi="Times New Roman" w:eastAsia="Times New Roman" w:cs="Times New Roman"/>
        </w:rPr>
        <w:t>Esasy zat şudur: şu günler käbir adamlar bar, olar Sister Waýtyň *A Word to the Little Flock* eserinde Crosieriň makalasyna beren goldawyny alýarlar; meselem, Heidi Heikes ýaly adamlar, “Gündelik” meselesini Mesihiň Mukaddes Ýerdäki gullugy diýip görkezýän akmak kitaby bilen tanalýan Heidi Heikes. Bu onuň delilleriniň biridir.</w:t>
      </w:r>
    </w:p>
    <w:p>
      <w:pPr>
        <w:pStyle w:val="ArticleBody"/>
        <w:jc w:val="left"/>
      </w:pPr>
      <w:r>
        <w:rPr>
          <w:rFonts w:ascii="Times New Roman" w:hAnsi="Times New Roman" w:eastAsia="Times New Roman" w:cs="Times New Roman"/>
        </w:rPr>
        <w:t>Munu edýän adamlar taryhy faktlary äsgermezlik edýärler. Olar hiç haçan Crosieriň ähli makalalaryny gaýtadan çap edip bilmezdiler. Şeýle hem, Ellen Whiteyň A Word to the Little Flock eserindäki goldawynyň Crosieriň tutan tutuş ornuny dolulygyna goldaýandygyny nygtamak, Adventistleriň müň ýyllyk parahatçylyk boljakdygyna ynanýandygyny öňe sürmek bilen deňdir. Bu manysyz bir delildir.</w:t>
      </w:r>
    </w:p>
    <w:p>
      <w:pPr>
        <w:pStyle w:val="ArticleBody"/>
        <w:jc w:val="left"/>
      </w:pPr>
      <w:r>
        <w:rPr>
          <w:rFonts w:ascii="Times New Roman" w:hAnsi="Times New Roman" w:eastAsia="Times New Roman" w:cs="Times New Roman"/>
        </w:rPr>
        <w:t>Bu taryhy ýoýup görkezmekdir, we bu adamlary aldap, bulaşyklyk hem-de garaňkylyk döretmek üçin edilýär.</w:t>
      </w:r>
    </w:p>
    <w:p>
      <w:pPr>
        <w:pStyle w:val="ArticleBody"/>
        <w:jc w:val="left"/>
      </w:pPr>
      <w:r>
        <w:rPr>
          <w:rFonts w:ascii="Times New Roman" w:hAnsi="Times New Roman" w:eastAsia="Times New Roman" w:cs="Times New Roman"/>
        </w:rPr>
        <w:t>Şeýlelik bilen, sizde iki taryhçy bar: dünýäden öten Spiser we heniz diri Damstigt; emma men size kepil geçýärin, meniň öňe sürýän zatlarym bilen Spiser-de, Damstigt-de, olaryň hiç biri ylalaşmazdy. Ýagny, ylalaşmazdylar. Şeýlelikde, sizde meniň aýdýan zadym bilen baglylykda biri-birine garşy durýan iki taryhçy bar, ýöne olar bu meselede bir pikirdedirler. Ellen Waýtyň Krosieriň makalasyny goldamagyndan onuň içindäkileriň hemmesiniň kämil bolandygyny aňlatmak üçin asla hiç hili esas ýokdur.</w:t>
      </w:r>
    </w:p>
    <w:p>
      <w:pPr>
        <w:pStyle w:val="ArticleBody"/>
        <w:jc w:val="left"/>
      </w:pPr>
      <w:r>
        <w:rPr>
          <w:rFonts w:ascii="Times New Roman" w:hAnsi="Times New Roman" w:eastAsia="Times New Roman" w:cs="Times New Roman"/>
        </w:rPr>
        <w:t>Adwent Syny — 1-nji tom, Auburn, Nýu-Ýork, 3-nji sany</w:t>
      </w:r>
    </w:p>
    <w:p>
      <w:pPr>
        <w:pStyle w:val="ArticleBody"/>
        <w:jc w:val="left"/>
      </w:pPr>
      <w:r>
        <w:rPr>
          <w:rFonts w:ascii="Times New Roman" w:hAnsi="Times New Roman" w:eastAsia="Times New Roman" w:cs="Times New Roman"/>
        </w:rPr>
        <w:t>Adwent Syny — 1-nji tom, Auburn, Nýu-Ýork, 4-nji sany</w:t>
      </w:r>
    </w:p>
    <w:p>
      <w:pPr>
        <w:pStyle w:val="ArticleBody"/>
        <w:jc w:val="left"/>
      </w:pPr>
      <w:r>
        <w:rPr>
          <w:rFonts w:ascii="Times New Roman" w:hAnsi="Times New Roman" w:eastAsia="Times New Roman" w:cs="Times New Roman"/>
        </w:rPr>
        <w:t>Adwent Gözden Geçirişi — 1-nji tom, Obörn, Nýu-Ýork, Ýörite sany</w:t>
      </w:r>
    </w:p>
    <w:p>
      <w:pPr>
        <w:pStyle w:val="ArticleBody"/>
        <w:jc w:val="left"/>
      </w:pPr>
      <w:r>
        <w:rPr>
          <w:rFonts w:ascii="Times New Roman" w:hAnsi="Times New Roman" w:eastAsia="Times New Roman" w:cs="Times New Roman"/>
        </w:rPr>
        <w:t>Jeýms Waýt 1850-nji ýylyň sentýabrynda The Review and Herald neşiriniň 1-nji jildiniň 3-nji sanynda Krozýeriň makalasyny çap edip başlanda,</w:t>
      </w:r>
    </w:p>
    <w:p>
      <w:pPr>
        <w:pStyle w:val="ArticleBody"/>
        <w:jc w:val="left"/>
      </w:pPr>
      <w:r>
        <w:rPr>
          <w:rFonts w:ascii="Times New Roman" w:hAnsi="Times New Roman" w:eastAsia="Times New Roman" w:cs="Times New Roman"/>
        </w:rPr>
        <w:t>Emma ol ähli zady 1-nji tom, 3-nji sanyna ýerleşdirip bilmedi; şonuň üçin ol makalany The Review and Herald neşiriniň 1-nji tomunyň 4-nji sanynda tamamlady. Muny haçan etdi? 1850-nji ýylyň sentýabrynda.</w:t>
      </w:r>
    </w:p>
    <w:p>
      <w:pPr>
        <w:pStyle w:val="ArticleBody"/>
        <w:jc w:val="left"/>
      </w:pPr>
      <w:r>
        <w:rPr>
          <w:rFonts w:ascii="Times New Roman" w:hAnsi="Times New Roman" w:eastAsia="Times New Roman" w:cs="Times New Roman"/>
        </w:rPr>
        <w:t>Onda, 1850-nji ýylyň sentýabrynda näme boldy? Waýt uýa şeýle diýýän bir görnüş aldy: “1850-nji ýylyň 23-nji sentýabrynda Reb maňa görkezdi . . . . 1844-nji ýyldan öň, agzybirlik bar wagty, olaryň tas hemmesi «Gündelik» barada dogry garaýşa birleşipdi; emma 1844-nji ýyldan bäri, bulaşyklykda, başga garaýyşlar kabul edildi, we şondan soň garaňkylyk hem-de bulaşyklyk yzarlady. The Review and Herald, 1850-nji ýylyň noýabry.”</w:t>
      </w:r>
    </w:p>
    <w:p>
      <w:pPr>
        <w:pStyle w:val="ArticleBody"/>
        <w:jc w:val="left"/>
      </w:pPr>
      <w:r>
        <w:rPr>
          <w:rFonts w:ascii="Times New Roman" w:hAnsi="Times New Roman" w:eastAsia="Times New Roman" w:cs="Times New Roman"/>
        </w:rPr>
        <w:t>Onuň adamsy kimdi? Ol “The Review and Herald” neşiriniň redaktorydy.</w:t>
      </w:r>
    </w:p>
    <w:p>
      <w:pPr>
        <w:pStyle w:val="ArticleBody"/>
        <w:jc w:val="left"/>
      </w:pPr>
      <w:r>
        <w:rPr>
          <w:rFonts w:ascii="Times New Roman" w:hAnsi="Times New Roman" w:eastAsia="Times New Roman" w:cs="Times New Roman"/>
        </w:rPr>
        <w:t>Şeýlelik bilen, onuň aýaly: «Jeýms, Rebbiň maňa ýaňy näme aýdandygyny bilýäňmi? Maňa, “Gündelik” baradaky, Öňbaşçylaryň “Gündelik” butparazlykdyr diýen düşünjesine garşy gelýän garaýyşlary öňe sürmeli däl ekenik, çünki bu garaňkylyk we bulaşyklyk getirýär» diýen wagtynda, ol näme etdi?</w:t>
      </w:r>
    </w:p>
    <w:p>
      <w:pPr>
        <w:pStyle w:val="ArticleBody"/>
        <w:jc w:val="left"/>
      </w:pPr>
      <w:r>
        <w:rPr>
          <w:rFonts w:ascii="Times New Roman" w:hAnsi="Times New Roman" w:eastAsia="Times New Roman" w:cs="Times New Roman"/>
        </w:rPr>
        <w:t>Onda, Jeýms Waýt näme etdi? Ol 1850-nji ýylyň sentýabrynda ýene bir Review and Herald neşir etdi, bir aýyň dowamynda üç sanysy çykdy. Ol 1-nji tom, Ýörite neşir diýlip atlandyrylýar.</w:t>
      </w:r>
    </w:p>
    <w:p>
      <w:pPr>
        <w:pStyle w:val="ArticleBody"/>
        <w:jc w:val="left"/>
      </w:pPr>
      <w:r>
        <w:rPr>
          <w:rFonts w:ascii="Times New Roman" w:hAnsi="Times New Roman" w:eastAsia="Times New Roman" w:cs="Times New Roman"/>
        </w:rPr>
        <w:t>Ol näme etdi? Ol Crosieriň makalasyny gaýtadan çap etdi-de, Crosieriň Gündelik hakynda aýdanlaryny aýyrdy!</w:t>
      </w:r>
    </w:p>
    <w:p>
      <w:pPr>
        <w:pStyle w:val="ArticleBody"/>
        <w:jc w:val="left"/>
      </w:pPr>
      <w:r>
        <w:rPr>
          <w:rFonts w:ascii="Times New Roman" w:hAnsi="Times New Roman" w:eastAsia="Times New Roman" w:cs="Times New Roman"/>
        </w:rPr>
        <w:t>Doganlar we uýalar, bu Jeýms we Ellen Waýtyň Krosýeriň Gündelik baradaky garaýşynyň nädogrudygyna hem-de onuň garaňkylyk we bulaşyklyk getirendigine düşünendikleriniň taryhy subutnamasydyr.</w:t>
      </w:r>
    </w:p>
    <w:p>
      <w:pPr>
        <w:pStyle w:val="ArticleBody"/>
        <w:jc w:val="left"/>
      </w:pPr>
      <w:r>
        <w:rPr>
          <w:rFonts w:ascii="Times New Roman" w:hAnsi="Times New Roman" w:eastAsia="Times New Roman" w:cs="Times New Roman"/>
        </w:rPr>
        <w:t>“Gündelik” baradaky Krosieriň garaýşy näme bolupdyr? Ol munuň Mesihiň Mukaddes ýerdäki gullugydygyny aýdýardy.</w:t>
      </w:r>
    </w:p>
    <w:p>
      <w:pPr>
        <w:pStyle w:val="ArticleBody"/>
        <w:jc w:val="left"/>
      </w:pPr>
      <w:r>
        <w:rPr>
          <w:rFonts w:ascii="Times New Roman" w:hAnsi="Times New Roman" w:eastAsia="Times New Roman" w:cs="Times New Roman"/>
        </w:rPr>
        <w:t>Şeýlelik bilen, *Early Writings*, 74-de ol: “23-nji sentýabrda Reb maňa Milleritleriň ‘Daily’ baradaky dogry garaýşa eýedigini görkezdi” diýende, taryhy subutnamalar Milleritleriň şeýle düşünenini görkezýär—</w:t>
      </w:r>
    </w:p>
    <w:p>
      <w:pPr>
        <w:pStyle w:val="ArticleBody"/>
        <w:jc w:val="left"/>
      </w:pPr>
      <w:r>
        <w:rPr>
          <w:rFonts w:ascii="Times New Roman" w:hAnsi="Times New Roman" w:eastAsia="Times New Roman" w:cs="Times New Roman"/>
        </w:rPr>
        <w:t>Indi, Doganlar we Uýalar, Doganlar we Uýalar, şu hakykaty gözden salmaň: Bu näme diýmekdir: 1850-nji ýylyň sentýabrynda Uýam Waýta 1844-nji ýyldan bäri “Gündelik” babatda başga garaýyşlaryň kabul edilendigi görkezilýär; 1850-nji ýylyň maýynda Arnold “Gündelik”i ýewreý mukaddeshanasy hökmünde öňe sürýär; 1850-nji ýylyň sentýabrynda Krozýeriň makalasynyň 2-den 1-nji bölegi neşir edilýär, şol sanda onuň “Gündelik”i Mesihiň mukaddeshanadaky gullugy hökmünde beýan edişi hem; 1850-nji ýylyň sentýabrynda Krozýeriň makalasynyň 2-den 2-nji bölegi neşir edilýär; 1850-nji ýylyň sentýabrynda Krozýeriň makalasy gaýtadan çap edilýär, emma onuň “Gündelik” baradaky garaýşy aýrylyp taşlanýar? Näme bolup geçýär?</w:t>
      </w:r>
    </w:p>
    <w:p>
      <w:pPr>
        <w:pStyle w:val="ArticleBody"/>
        <w:jc w:val="left"/>
      </w:pPr>
      <w:r>
        <w:rPr>
          <w:rFonts w:ascii="Times New Roman" w:hAnsi="Times New Roman" w:eastAsia="Times New Roman" w:cs="Times New Roman"/>
        </w:rPr>
        <w:t>Bu 1850-nji ýylyň Çyzgysynyň taýýarlanan şol bir ýylydygyny görýäris, we bu Çyzgy Gündelik barada näme diýýär? «Butparaz hökmürowanlyk ýa-da GÜNDELIK aýrylyp alnan. Dan. 11:31 508.»</w:t>
      </w:r>
    </w:p>
    <w:p>
      <w:pPr>
        <w:pStyle w:val="ArticleBody"/>
        <w:jc w:val="left"/>
      </w:pPr>
      <w:r>
        <w:rPr>
          <w:rFonts w:ascii="Times New Roman" w:hAnsi="Times New Roman" w:eastAsia="Times New Roman" w:cs="Times New Roman"/>
        </w:rPr>
        <w:t>Ellen Waýt Hökmüň Sagady baradaky jarçylygyň gündelik baradaky garaýşynyň nämedigini bilýärdi. Ol olaryň dogry garaýşa eýedigini aýdanda, şol dogry garaýşyň butparaz häkimiýetiň aýrylmagyny aňladýandygyny bilýärdi; gündelik butparazlygy aňladýardy.</w:t>
      </w:r>
    </w:p>
    <w:p>
      <w:pPr>
        <w:pStyle w:val="ArticleBody"/>
        <w:jc w:val="left"/>
      </w:pPr>
      <w:r>
        <w:rPr>
          <w:rFonts w:ascii="Times New Roman" w:hAnsi="Times New Roman" w:eastAsia="Times New Roman" w:cs="Times New Roman"/>
        </w:rPr>
        <w:t>Şeýle hem şu 1850-nji ýylda, taryhy ýazgylar onuň hem-de adamsynyň “Gündelik” diýleniň Mesihiň Mukaddes ýerde ýerine ýetirýän gullugyny aňladýandygy baradaky taglymaty ret edendiklerini subut edýär; bu bolsa Ýedinji gün adventistler ybadathanasynyň Mukaddes Kitap Barlag Instituty tarapyndan goldanylýan taglymatdyr. Şeýle-de bu Heartland we Steps to Life ýaly öz-özüni maliýeleşdirýän gulluklaryň hem goldaýan taglymatydyr. Bu, garaňkylyk we bulaşyklyk getirýän taglymatdyr.</w:t>
      </w:r>
    </w:p>
    <w:p>
      <w:pPr>
        <w:pStyle w:val="ArticleBody"/>
        <w:jc w:val="left"/>
      </w:pPr>
      <w:r>
        <w:rPr>
          <w:rFonts w:ascii="Times New Roman" w:hAnsi="Times New Roman" w:eastAsia="Times New Roman" w:cs="Times New Roman"/>
        </w:rPr>
        <w:t>Indi, 1850-nji ýylyň Çyzgysy barada muňa üns beriň. Bu 1850-nji ýylyň noýabrynda bolýar. Bu, onuň görnüşi görüp, soňra ýazga geçirýän şol aýydyr; ol ýazgy ahyrsoňy 1851-nji ýylda ösüş arkaly geçip, soňra 1882-nji ýylda *Early Writing*-e girýär — hut şu aýda, hut şu aýda, 1850-nji ýylyň noýabrynda. Onda şeýle diýilýär,</w:t>
      </w:r>
    </w:p>
    <w:p>
      <w:pPr>
        <w:pStyle w:val="ArticleBody"/>
        <w:jc w:val="left"/>
      </w:pPr>
      <w:r>
        <w:rPr>
          <w:rFonts w:ascii="Times New Roman" w:hAnsi="Times New Roman" w:eastAsia="Times New Roman" w:cs="Times New Roman"/>
        </w:rPr>
        <w:t>“Duşenbe güni biz eziz doganymyz Nicholsyň we onuň maşgalasynyň ýaşaýan ýeri bolan Dorchestere gaýdyp geldik.”</w:t>
      </w:r>
    </w:p>
    <w:p>
      <w:pPr>
        <w:pStyle w:val="ArticleBody"/>
        <w:jc w:val="left"/>
      </w:pPr>
      <w:r>
        <w:rPr>
          <w:rFonts w:ascii="Times New Roman" w:hAnsi="Times New Roman" w:eastAsia="Times New Roman" w:cs="Times New Roman"/>
        </w:rPr>
        <w:t>Ine, şu ýerde [1850-nji ýylyň Çyzgysynyň ýokarky sag burçuna salgylanýar], “Otis Nichols tarapyndan neşir edildi, Dorçester, Massaçusets.” Şeýlemi? Ol munuň hakynda aýdýar, şeýle dälmi? Muny, şu Çyzgyny görýäňizmi?</w:t>
      </w:r>
    </w:p>
    <w:p>
      <w:pPr>
        <w:pStyle w:val="ArticleBody"/>
        <w:jc w:val="left"/>
      </w:pPr>
      <w:r>
        <w:rPr>
          <w:rFonts w:ascii="Times New Roman" w:hAnsi="Times New Roman" w:eastAsia="Times New Roman" w:cs="Times New Roman"/>
        </w:rPr>
        <w:t>—“Şol ýerde, gijäniň içinde, Hudaý maňa örän gyzykly bir görnüş berdi; onuň köp bölegini siz kagyzda görersiňiz. Hudaý maňa bir çyzgyny neşir etmegiň zerurdygyny görkezdi. Men munuň gerekdigini gördüm we tablisalarda aýdyň beýan edilen hakykatyň köp täsir ýetirjekdigini hem-de janlaryň hakykatyň bilimisine gelmegine sebäp boljakdygyny gördüm.” Manuscript Releases, number 15, 210 November, 1850.</w:t>
      </w:r>
    </w:p>
    <w:p>
      <w:pPr>
        <w:pStyle w:val="ArticleBody"/>
        <w:jc w:val="left"/>
      </w:pPr>
      <w:r>
        <w:rPr>
          <w:rFonts w:ascii="Times New Roman" w:hAnsi="Times New Roman" w:eastAsia="Times New Roman" w:cs="Times New Roman"/>
        </w:rPr>
        <w:t>Ol Dorçesterdäki Nikolsyň öýünde bir görnüş gördi — bularyň hemmesi şu Çartda bar — şeýle diýdi: «Size bir çart ýasamak gerek.»</w:t>
      </w:r>
    </w:p>
    <w:p>
      <w:pPr>
        <w:pStyle w:val="ArticleBody"/>
        <w:jc w:val="left"/>
      </w:pPr>
      <w:r>
        <w:rPr>
          <w:rFonts w:ascii="Times New Roman" w:hAnsi="Times New Roman" w:eastAsia="Times New Roman" w:cs="Times New Roman"/>
        </w:rPr>
        <w:t>Ol shema barada näme diýýär? Ony nähili suratlandyrýar?</w:t>
      </w:r>
    </w:p>
    <w:p>
      <w:pPr>
        <w:pStyle w:val="ArticleBody"/>
        <w:jc w:val="left"/>
      </w:pPr>
      <w:r>
        <w:rPr>
          <w:rFonts w:ascii="Times New Roman" w:hAnsi="Times New Roman" w:eastAsia="Times New Roman" w:cs="Times New Roman"/>
        </w:rPr>
        <w:t>Habakuk 2-ä gidiň: “Men bir çyzgyny neşir etmegiň zerurdygyny gördüm”, we bu näme ederdi? Ol “hakykatyň tablisalarda aýdyň edilmegi” üçin zerurdy. Habakuk 2, 2-nji aýatda şeýle diýilýär: “Reb maňa jogap berip diýdi: Görnüşi ýaz-da, ony tablisalaryň üstünde aýdyň et, . . . .” Ol, Massaçusets ştatynyň Dorçester şäherinde çap edilen bu Otis Nikolsyň 1850-nji ýyldaky Çyzgysynyň Habakugyň pygamberliginiň ýerine ýetmegidigini aýdýar; edil onuň “The Great Controversy” eserinde 1843-nji ýylyň Çyzgysynyň Habakugyň pygamberliginiň ýerine ýetmegidigini aýdyşy ýaly.</w:t>
      </w:r>
    </w:p>
    <w:p>
      <w:pPr>
        <w:pStyle w:val="ArticleBody"/>
        <w:jc w:val="left"/>
      </w:pPr>
      <w:r>
        <w:rPr>
          <w:rFonts w:ascii="Times New Roman" w:hAnsi="Times New Roman" w:eastAsia="Times New Roman" w:cs="Times New Roman"/>
        </w:rPr>
        <w:t>Bolýar, muny görýärsiňizmi? Ol bu görnüşi haçan alanyny görýärsiňizmi? Hut şu wakalar bolup geçýän şol bir wagtda: “23-nji sentýabrda, Reb maňa görkezdi . . . . gündelik baradaky taglymatyň, ýagny onuň Mesihiň Mukaddes ýerindäki gullugy hökmünde düşündirilmeginiň garaňkylyk we bulaşyklyk getirýändigini”, we onuň adamsy derrew şol makalany täzeden çap edip, şol iki abzasy aýyrdy. Ol Adventizmde indi gaýtadan hiç wagt çap edilmedi, diňe 1931-nji ýylda Willie White ony täzeden çap edýänçä; we ol muny edende, çap eden şol traktatynyň öz içinde ýalan şaýatlygy hem ýerleşdiripdir. Muny subut edip bolýar.</w:t>
      </w:r>
    </w:p>
    <w:p>
      <w:pPr>
        <w:pStyle w:val="ArticleBody"/>
        <w:jc w:val="left"/>
      </w:pPr>
      <w:r>
        <w:rPr>
          <w:rFonts w:ascii="Times New Roman" w:hAnsi="Times New Roman" w:eastAsia="Times New Roman" w:cs="Times New Roman"/>
        </w:rPr>
        <w:t>Indi men size şu ýerde, şol bir wagt döwri barada, has uzyn bir sitatany okamak isleýärin. Bu 1850-nji ýylyň 27-nji noýabryndan alnan.</w:t>
      </w:r>
    </w:p>
    <w:p>
      <w:pPr>
        <w:pStyle w:val="ArticleBody"/>
        <w:jc w:val="left"/>
      </w:pPr>
      <w:r>
        <w:rPr>
          <w:rFonts w:ascii="Times New Roman" w:hAnsi="Times New Roman" w:eastAsia="Times New Roman" w:cs="Times New Roman"/>
        </w:rPr>
        <w:t>Men sizi ýazmagy ep-esli wagt bäri ünsden düşüripdirin. Indi munuň sebäplerini aýdaryn. Ilki bilen, Arabella uýanyň mähirli hem-de hoş gelen hatyny alanymdan soň birnäçe hepdeläp ýazmaga wagtym bolmady; bolmasa, iki hepdäniň içinde oňa jogap bermek baradaky haýyşyny ýerine ýetirerdim. Hat maňa örän ýarady. Biz hemmämiz bu hat bilen gyzyklandyk we meniň gijikmegim muny okan badyňyza oňa jogap bermegiňize päsgel bermez diýip umyt edýäris; men hem indiki gezek beýle uzak garaşmaryn.</w:t>
      </w:r>
    </w:p>
    <w:p>
      <w:pPr>
        <w:pStyle w:val="ArticleBody"/>
        <w:jc w:val="left"/>
      </w:pPr>
      <w:r>
        <w:rPr>
          <w:rFonts w:ascii="Times New Roman" w:hAnsi="Times New Roman" w:eastAsia="Times New Roman" w:cs="Times New Roman"/>
        </w:rPr>
        <w:t>Ýakubyň we meniň saglygym häzir örän gowudyr. Biziň öýümiz Parižde, Dogan Endrýuwsyňkydadyr; ol poçta bölüminiň hem-de neşirhananyň juda golaýyndadyr. Biz bu ýerde biraz wagt galarys. Bu örän mähirli maşgala, emma gaty garyp. Olarda näme bar bolsa, bu ýerde hemme zat mugtdyr. Biz bu ýerde bolanymyzda olar üçin hiç hili çykdajy bolmagymyzy dogry hasap etmeýäris. Men siziň hemmäňizi we eziz uýa Gorhamy juda görmek isleýärin.</w:t>
      </w:r>
    </w:p>
    <w:p>
      <w:pPr>
        <w:pStyle w:val="ArticleBody"/>
        <w:jc w:val="left"/>
      </w:pPr>
      <w:r>
        <w:rPr>
          <w:rFonts w:ascii="Times New Roman" w:hAnsi="Times New Roman" w:eastAsia="Times New Roman" w:cs="Times New Roman"/>
        </w:rPr>
        <w:t>Topshamdaky maslahatymyz örän uly gyzyklanma döretdi. Oňa ýigrimi sekiz adam gatnaşdy; olaryň hemmesi ýygnaga işjeň gatnaşdy.</w:t>
      </w:r>
    </w:p>
    <w:p>
      <w:pPr>
        <w:pStyle w:val="ArticleBody"/>
        <w:jc w:val="left"/>
      </w:pPr>
      <w:r>
        <w:rPr>
          <w:rFonts w:ascii="Times New Roman" w:hAnsi="Times New Roman" w:eastAsia="Times New Roman" w:cs="Times New Roman"/>
        </w:rPr>
        <w:t>Ýekşenbe güni Hudaýyň güýji üstümize güýçli we batly şemal ýaly indi. Hemme ýerinden turup, Hudaýa beýik ses bilen alkyş aýtdy; bu, Hudaý öýüniň düýbi tutulanda bolşy ýalydy. Agynyň sesi bilen şatlykly gygyryşyň sesi biri-birinden saýgarylyp bilinmeýärdi. Bu ýeňişli bir pursatdy; hemmeler berkidildi we täzelendi. Men mundan ozal beýle güýçli bir pursata hiç wagt şaýat bolmandym.</w:t>
      </w:r>
    </w:p>
    <w:p>
      <w:pPr>
        <w:pStyle w:val="ArticleBody"/>
        <w:jc w:val="left"/>
      </w:pPr>
      <w:r>
        <w:rPr>
          <w:rFonts w:ascii="Times New Roman" w:hAnsi="Times New Roman" w:eastAsia="Times New Roman" w:cs="Times New Roman"/>
        </w:rPr>
        <w:t>Indiki maslahatymyz Fairhavende boldy. Dogan Bates hem onuň aýaly şol ýerde bardy. Bu örän gowy ýygnak boldy. Biz Dogan Nicholsyň öýüne gaýdyp gelýänimizde, Reb maňa bir görnüş berdi we hakykatyň tagtalaryň üstünde düşnükli edilmelidigini görkezdi; bu bolsa köpleriň üç perişdäniň habarlary arkaly hakykaty kabul etmek barada karar bermegine sebäp boljakdy, öňki ikisi hem tagtalaryň üstünde düşnükli edilmek bilen.</w:t>
      </w:r>
    </w:p>
    <w:p>
      <w:pPr>
        <w:pStyle w:val="ArticleBody"/>
        <w:jc w:val="left"/>
      </w:pPr>
      <w:r>
        <w:rPr>
          <w:rFonts w:ascii="Times New Roman" w:hAnsi="Times New Roman" w:eastAsia="Times New Roman" w:cs="Times New Roman"/>
        </w:rPr>
        <w:t>Bu hut 1850-nji ýylyň Çyzgysynyň aşaky çep burçundadyr [şony görkezýär]. Dogrumy? Olaryň gürrüňi edýän zady şu Çyzgydadyr.</w:t>
      </w:r>
    </w:p>
    <w:p>
      <w:pPr>
        <w:pStyle w:val="ArticleBody"/>
        <w:jc w:val="left"/>
      </w:pPr>
      <w:r>
        <w:rPr>
          <w:rFonts w:ascii="Times New Roman" w:hAnsi="Times New Roman" w:eastAsia="Times New Roman" w:cs="Times New Roman"/>
        </w:rPr>
        <w:t>—Men hat ýazgylaryň neşir edilmeginiň hem habarchylaryň gitmegi ýaly zerurdygyny gördüm; çünki habarchylara özleri bilen alyp gitmek üçin, häzirkizaman hakykatyny özünde jemleýän bir neşir gerekdir, ony diňleýänleriň eline bermek üçin; şonda hakykat olaryň aňyndan öçüp gitmezdi; hem-de ol neşir habarchylaryň baryp bilmejek ýerlerine barardy. Şeýle-de men kagyzda peýda boljak başga zatlary hem gördüm.</w:t>
      </w:r>
    </w:p>
    <w:p>
      <w:pPr>
        <w:pStyle w:val="ArticleBody"/>
        <w:jc w:val="left"/>
      </w:pPr>
      <w:r>
        <w:rPr>
          <w:rFonts w:ascii="Times New Roman" w:hAnsi="Times New Roman" w:eastAsia="Times New Roman" w:cs="Times New Roman"/>
        </w:rPr>
        <w:t>Siz nähili gün geçirýärsiňiz? Hemmäňiz ebedi ýaşaýyş üçin jan edýärsiňizmi? Men sizi örän, örän görmegi isleýärin we tiz wagtdan öň sizi görerin öýdýärin. Häzir taýýarlyk wagtydyr, we umyt edýärin, hemmämiz ebedilik üçin işimizi berk tutarys. Wagt örän gysga bolup görünýär, we näme etjek bolsak, ony tiz etmeli.</w:t>
      </w:r>
    </w:p>
    <w:p>
      <w:pPr>
        <w:pStyle w:val="ArticleBody"/>
        <w:jc w:val="left"/>
      </w:pPr>
      <w:r>
        <w:rPr>
          <w:rFonts w:ascii="Times New Roman" w:hAnsi="Times New Roman" w:eastAsia="Times New Roman" w:cs="Times New Roman"/>
        </w:rPr>
        <w:t>20-nji noýabrda, bir hepde mundan öň, Dogan Henri Nikols bilen men Topşama gitdik. Penşenbe güni [21-nji noýabr] günortanlyk nahar saçagyndan ýaňy turanymyzda, Dogan Foýyň çagalarynyň biri içeri girip, eneleriniň huşsuzdygyny aýtdy. Biz derýanyň aňyrsyna, bir mil çemesi ýere gyssagly aşyp bardyk we eziz uýamyz Foýyň jan berýän haldadygyny gördük. Onuň meni tanamaýandygyny görenimde, hasratym örän agyr boldy. Ol uzak wagtlap örän uly ejirde galdy, sagat üç bilen dördüň arasynda bolsa soňky demüni aldy. Ol özleriniň ýitgisini ýas tutjak adamsyny we üç çagasyny galdyrdy.</w:t>
      </w:r>
    </w:p>
    <w:p>
      <w:pPr>
        <w:pStyle w:val="ArticleBody"/>
        <w:jc w:val="left"/>
      </w:pPr>
      <w:r>
        <w:rPr>
          <w:rFonts w:ascii="Times New Roman" w:hAnsi="Times New Roman" w:eastAsia="Times New Roman" w:cs="Times New Roman"/>
        </w:rPr>
        <w:t>Juma güni irden [22-nji noýabrda] Genri dogan, jaýlanyşa gatnaşmak üçin Jeýmsiň ony syrmagy maksady bilen Pariže geldi. Biz juda çuňňur, täsirli bir wagt geçirdik. Reb bizi terk etmedi, eýsem Öz Ruhuny biziň üstümizde goýberdi. Foey uýanyň soňky günleri, gürrüňsiz, onuň iň ruhy we iň gowy günleri boldy. Foey doganyň özüne teselli edýän zat şudur: ol mesihi hökmünde dünýäden ötdi. Ol muny merdana göterýär. Hudaý oňa bu muşakgaty çekmäge merhemet berýär. Eý, ähli synag we muşakgat pursatlarynda daýanç boljak Hudaýdaky umydyň bolmagy nähili gowy. Gowy bir umyt üçin, Hudaýa alkyş bolsun. Siziň umydyňyz üçin siz, haýsyňyz bolsaňyz-da, näme bererdiňiz?</w:t>
      </w:r>
    </w:p>
    <w:p>
      <w:pPr>
        <w:pStyle w:val="ArticleBody"/>
        <w:jc w:val="left"/>
      </w:pPr>
      <w:r>
        <w:rPr>
          <w:rFonts w:ascii="Times New Roman" w:hAnsi="Times New Roman" w:eastAsia="Times New Roman" w:cs="Times New Roman"/>
        </w:rPr>
        <w:t>Imana berk ýapyşyň. Hudaýda güýçli boluň we Onuň baky goluna daýanyň. Ol sizi hiç wagt ýüzugra goýmaz, eýsem her bir muşakgat astynda sizi göterip durar. Ähläňiziň hakykatda barha güýçlenjekdigiňize umyt edýärin. Yza çekinmäň, ýöne Patyşalyga tarap ýoluňyzy dowam etdiriň.</w:t>
      </w:r>
    </w:p>
    <w:p>
      <w:pPr>
        <w:pStyle w:val="ArticleBody"/>
        <w:jc w:val="left"/>
      </w:pPr>
      <w:r>
        <w:rPr>
          <w:rFonts w:ascii="Times New Roman" w:hAnsi="Times New Roman" w:eastAsia="Times New Roman" w:cs="Times New Roman"/>
        </w:rPr>
        <w:t>Ine, başlaýarys. Ine, meniň siziň görmegiňizi isleýän zadym budur.</w:t>
      </w:r>
    </w:p>
    <w:p>
      <w:pPr>
        <w:pStyle w:val="ArticleBody"/>
        <w:jc w:val="left"/>
      </w:pPr>
      <w:r>
        <w:rPr>
          <w:rFonts w:ascii="Times New Roman" w:hAnsi="Times New Roman" w:eastAsia="Times New Roman" w:cs="Times New Roman"/>
        </w:rPr>
        <w:t>—“Bir hepde mundan öň, geçen Sabat güni, bizde örän gyzykly ýygnak boldy. Dead River-den Dogan Hewit şol ýerdeydi. Ol şeýle manydaky bir habar bilen geldi: ýagylaryň heläk edilmegi we ölileriň ukusy ýapyk işigiň içinde bolan ýigrenji bir zat bolup, muny Izebel atly bir aýal, bir pygamber zenan girizipdir; ol hem şol aýalyň, ýagny Izebeliň menidigime ynanýardy.”—</w:t>
      </w:r>
    </w:p>
    <w:p>
      <w:pPr>
        <w:pStyle w:val="ArticleBody"/>
        <w:jc w:val="left"/>
      </w:pPr>
      <w:r>
        <w:rPr>
          <w:rFonts w:ascii="Times New Roman" w:hAnsi="Times New Roman" w:eastAsia="Times New Roman" w:cs="Times New Roman"/>
        </w:rPr>
        <w:t>Bolýarmy? Dogan Hewit Ellen Waýtyň Izebeldygyny we onuň üç sany ýalňyşlygy girizendigini aýdýar.</w:t>
      </w:r>
    </w:p>
    <w:p>
      <w:pPr>
        <w:pStyle w:val="ArticleBody"/>
        <w:jc w:val="left"/>
      </w:pPr>
      <w:r>
        <w:rPr>
          <w:rFonts w:ascii="Times New Roman" w:hAnsi="Times New Roman" w:eastAsia="Times New Roman" w:cs="Times New Roman"/>
        </w:rPr>
        <w:t>“—Biz oňa geçmişdäki käbir ýalňyşlyklaryny, 1335 günüň tamam bolandygyny we onuň köp sanly beýleki ýalňyşlyklaryny aýtdyk. Munuň täsiri örän az boldy. Onuň garaňkylygy ýygnagyň üstüne çökdi we ol süýräp dowam etdi.”—</w:t>
      </w:r>
    </w:p>
    <w:p>
      <w:pPr>
        <w:pStyle w:val="ArticleBody"/>
        <w:jc w:val="left"/>
      </w:pPr>
      <w:r>
        <w:rPr>
          <w:rFonts w:ascii="Times New Roman" w:hAnsi="Times New Roman" w:eastAsia="Times New Roman" w:cs="Times New Roman"/>
        </w:rPr>
        <w:t>Indi, men munuňy görmegiňizi isleýärin. Meniň bu abzasa degişli, mümkin bolsa, siziň üns bilen yzarlamagyňyzy isleýän bir aýdara zadym bar.</w:t>
      </w:r>
    </w:p>
    <w:p>
      <w:pPr>
        <w:pStyle w:val="ArticleBody"/>
        <w:jc w:val="left"/>
      </w:pPr>
      <w:r>
        <w:rPr>
          <w:rFonts w:ascii="Times New Roman" w:hAnsi="Times New Roman" w:eastAsia="Times New Roman" w:cs="Times New Roman"/>
        </w:rPr>
        <w:t>Eger siz dünýäniň ahyrynda wagt pygamberliklerini gaýtadan ulanýan Adventizmdäkiler bilen haçan-da bolsa iş salyşan bolsaňyz, olar ulanýan sitatalarynyň bary-ýogy üçüsine daýanýarlar — olar köp sitata ulanýarlar, ýöne ulanýan esasy üç sitatasy bar. Ine, bularyň biri; sebäbi olar şol ýere baryp: “Biz oňa geçmişdäki käbir ýalňyşlaryny aýtdyk” diýerler, hem-de ol “1335 günüň tamamlanandygyny” aýdanda, munuň onuň şol ýalňyşlarynyň biri bolandygyny öňe sürerler. Görýäňizmi, bu grammatikany az-kem öwrüp bolýandygyny: “Biz oňa geçmişdäki käbir ýalňyşlaryny aýtdyk”? Şeýle hem biz oňa “1335 günüň tamamlanandygyny” aýtdyk; emma wagt bellänler: “Biz oňa geçmişdäki käbir ýalňyşlaryny aýtdyk, şol ýalňyşlaryň biri-de seniň 1335 günüň tamamlanandygyny öwredýäniňdir, bu bolsa ýalňyşlykdyr” diýerler. Şeýlelikde, muny iki hili öwrüp bolýar.</w:t>
      </w:r>
    </w:p>
    <w:p>
      <w:pPr>
        <w:pStyle w:val="ArticleBody"/>
        <w:jc w:val="left"/>
      </w:pPr>
      <w:r>
        <w:rPr>
          <w:rFonts w:ascii="Times New Roman" w:hAnsi="Times New Roman" w:eastAsia="Times New Roman" w:cs="Times New Roman"/>
        </w:rPr>
        <w:t>Men Ýujin Prewitt bilen ilkinji gezek ýüzbe-ýüz garşylaşanym Oklahomada boldy, we ol Milleritleriň taryhynyň dünýäniň ahyrynda gaýtalanmaýandygyny öňe sürýärdi, men bolsa oňa Pygamberlik Ruhundan birnäçe sitata berdim.</w:t>
      </w:r>
    </w:p>
    <w:p>
      <w:pPr>
        <w:pStyle w:val="ArticleBody"/>
        <w:jc w:val="left"/>
      </w:pPr>
      <w:r>
        <w:rPr>
          <w:rFonts w:ascii="Times New Roman" w:hAnsi="Times New Roman" w:eastAsia="Times New Roman" w:cs="Times New Roman"/>
        </w:rPr>
        <w:t>Ol şeýle diýýär: “Jeff, sen Ellen Waýtyň ýazuwda seresapsyz ýazyjydygyny bilýärsiň.”</w:t>
      </w:r>
    </w:p>
    <w:p>
      <w:pPr>
        <w:pStyle w:val="ArticleBody"/>
        <w:jc w:val="left"/>
      </w:pPr>
      <w:r>
        <w:rPr>
          <w:rFonts w:ascii="Times New Roman" w:hAnsi="Times New Roman" w:eastAsia="Times New Roman" w:cs="Times New Roman"/>
        </w:rPr>
        <w:t>Men: «Näme diýjek bolýarsyň?» diýip aýtdym.</w:t>
      </w:r>
    </w:p>
    <w:p>
      <w:pPr>
        <w:pStyle w:val="ArticleBody"/>
        <w:jc w:val="left"/>
      </w:pPr>
      <w:r>
        <w:rPr>
          <w:rFonts w:ascii="Times New Roman" w:hAnsi="Times New Roman" w:eastAsia="Times New Roman" w:cs="Times New Roman"/>
        </w:rPr>
        <w:t>Soňra ol bu sitata ýüzlendi. Ol şeýle diýýär: bu sitata onuň seresapsyz ýazyjydygyny subut edýär; sebäbi ol meniň wagt belläjileriň, isleseler, bu sitatany ýoýup bilýändigini bilýändigimi bilýär.</w:t>
      </w:r>
    </w:p>
    <w:p>
      <w:pPr>
        <w:pStyle w:val="ArticleBody"/>
        <w:jc w:val="left"/>
      </w:pPr>
      <w:r>
        <w:rPr>
          <w:rFonts w:ascii="Times New Roman" w:hAnsi="Times New Roman" w:eastAsia="Times New Roman" w:cs="Times New Roman"/>
        </w:rPr>
        <w:t>Indi, Ouachita ýaly bir ýeriň öz talyplaryna Ellen Waýtyň biparh ýazyjydygyny öwredýän täsiriniň bolmagy bir zat; ýöne, ol şu ýerde biparh ýazyjymy?</w:t>
      </w:r>
    </w:p>
    <w:p>
      <w:pPr>
        <w:pStyle w:val="ArticleBody"/>
        <w:jc w:val="left"/>
      </w:pPr>
      <w:r>
        <w:rPr>
          <w:rFonts w:ascii="Times New Roman" w:hAnsi="Times New Roman" w:eastAsia="Times New Roman" w:cs="Times New Roman"/>
        </w:rPr>
        <w:t>—«Birnäçe söz aýtmalydygymy duýdum. Isanyň ady bilen ýerimden turdum, we takmynan bäş minudyň içinde ýygnak özgerdi. Muny hemmeler şol bir pursatda duýdy. Her bir ýüz ýagtylyp gitdi. Hudaýyň huzury şol ýeri doldurdy. Dogan Hewit dyzyna çökdi-de aglap we doga edip başlady. Men görnüşde alnyp gidildim we ýazyp bilmejek köp zady gördüm. Munuň Dogan Hewite täsiri örän uly boldy. Ol munuň Hudaýdandygyny ykrar etdi we tozana çenli peseldi. Şol ýygnakdan bäri ol hemişe ýazyp gelýär, we häzir hem şol bir stoldan öňe süren ähli ýalňyşlaryny ret edip ýazýar. Men ynanýaryn, Hudaý ony ýokary galdyrýar, we eger Hudaý onuň üsti bilen hereket etse, ol ýagşylyk etmäge ukyplydyr.</w:t>
      </w:r>
    </w:p>
    <w:p>
      <w:pPr>
        <w:pStyle w:val="ArticleBody"/>
        <w:jc w:val="left"/>
      </w:pPr>
      <w:r>
        <w:rPr>
          <w:rFonts w:ascii="Times New Roman" w:hAnsi="Times New Roman" w:eastAsia="Times New Roman" w:cs="Times New Roman"/>
        </w:rPr>
        <w:t>Eziz uýam Gorhama köp söýgi. Oňa güýçli bolmagyny aýdyň. Hudaý onuň bilendir we Ony taşlap gitmez. Hemmäňize köp söýgi. Çagalaryň ukuly bolman, hakykata gyzyklanjakdyklaryna we özleriniň çagyrylyşyny hem saýlanylyşyny berk etmäge yhlasly boljakdyklaryna umyt edýärin. Ýazyň, hökman ýazyň, meniň edenim ýaly etmäň. Men sizi, hemmäňizi söýýärin. Ýazyň. Manuscript Releases, 16-njy tom, 206–209. Parižden, Maine, 1850-nji ýylyň 27-nji noýabrynda ýazyldy.</w:t>
      </w:r>
    </w:p>
    <w:p>
      <w:pPr>
        <w:pStyle w:val="ArticleBody"/>
        <w:jc w:val="left"/>
      </w:pPr>
      <w:r>
        <w:rPr>
          <w:rFonts w:ascii="Times New Roman" w:hAnsi="Times New Roman" w:eastAsia="Times New Roman" w:cs="Times New Roman"/>
        </w:rPr>
        <w:t>Doganlar we uýalar, munuň taryhy ýagdaýy nämedir; ol muny nirede ýazýar? Ol muny 1850-nji ýylda, Dogan Nicholsyň öýünde ýazýar.</w:t>
      </w:r>
    </w:p>
    <w:p>
      <w:pPr>
        <w:pStyle w:val="ArticleBody"/>
        <w:jc w:val="left"/>
      </w:pPr>
      <w:r>
        <w:rPr>
          <w:rFonts w:ascii="Times New Roman" w:hAnsi="Times New Roman" w:eastAsia="Times New Roman" w:cs="Times New Roman"/>
        </w:rPr>
        <w:t>Şu wagt aralygynda Reb näme edýär? Ol Öňdebaryjylaryň Gündelik baradaky düşünjesiniň dogrudygyny görkezýär, we ol şu mesele bilen iş salyşýar. Ol Mesihiň Mukaddes Ýerdäki gullugynyň Gündelik baradaky ýalan düşünjedigini aýdýar.</w:t>
      </w:r>
    </w:p>
    <w:p>
      <w:pPr>
        <w:pStyle w:val="ArticleBody"/>
        <w:jc w:val="left"/>
      </w:pPr>
      <w:r>
        <w:rPr>
          <w:rFonts w:ascii="Times New Roman" w:hAnsi="Times New Roman" w:eastAsia="Times New Roman" w:cs="Times New Roman"/>
        </w:rPr>
        <w:t>Bu taryhda, hut şu taryhyň özünde — diňe şu taryhyň özünde hem däl, diňe şol ýylyň özünde hem däl, eýsem hut ýylyň şol aýynda-da — ol görnüşler alýardy we Gündelik baradaky Pionerleriň garaýşy hakyndaky bu hakykaty anyklaşdyrýardy; ýagny Höküm Sagadynyň Çagyryşyny yglan edenleriň Gündelik barada dogry garaýşy bolandygyny aýdýardy; we şol bir abzasyň içinde ol şeýle diýýär: “Men 1843-nji ýylyň Çyzgysynyň Rebbiň eli bilen ugrukdyrylandygyny gördüm, ol üýtgedilmeli däldir, we Höküm Sagadynyň Çagyryşyny yglan edenleriň Gündelik barada dogry garaýşy bardy.”</w:t>
      </w:r>
    </w:p>
    <w:p>
      <w:pPr>
        <w:pStyle w:val="ArticleBody"/>
        <w:jc w:val="left"/>
      </w:pPr>
      <w:r>
        <w:rPr>
          <w:rFonts w:ascii="Times New Roman" w:hAnsi="Times New Roman" w:eastAsia="Times New Roman" w:cs="Times New Roman"/>
        </w:rPr>
        <w:t>1843-nji ýyldaky bu Çartda “Gündelik” barada näme diýilýär? Onda onuň b.e. 508-nji ýylda aýrylyp alnandygy aýdylýar; we ondan 1335 ýyl soň 1843-nji ýyla getirýändigi, şeýlelikde 1335-iň geçmişde galandygy beýan edilýär.</w:t>
      </w:r>
    </w:p>
    <w:p>
      <w:pPr>
        <w:pStyle w:val="ArticleBody"/>
        <w:jc w:val="left"/>
      </w:pPr>
      <w:r>
        <w:rPr>
          <w:rFonts w:ascii="Times New Roman" w:hAnsi="Times New Roman" w:eastAsia="Times New Roman" w:cs="Times New Roman"/>
        </w:rPr>
        <w:t>Şol aýyň özünde, şol ýylyň özünde onuň Dead River-den bolan Dogan Hewit-e munuň henizem geljekdigini aýdyp berjekdigini göz öňüne getirip bilersiňizmi?</w:t>
      </w:r>
    </w:p>
    <w:p>
      <w:pPr>
        <w:pStyle w:val="ArticleBody"/>
        <w:jc w:val="left"/>
      </w:pPr>
      <w:r>
        <w:rPr>
          <w:rFonts w:ascii="Times New Roman" w:hAnsi="Times New Roman" w:eastAsia="Times New Roman" w:cs="Times New Roman"/>
        </w:rPr>
        <w:t>Bolýar, bu wagt belläjiler, bu wagt belläjiler we White uýanyň säwlik bilen ýazýan ýazyjydygyna ynanýan bu adamlar. Taryh muny tassyk etmeýär.</w:t>
      </w:r>
    </w:p>
    <w:p>
      <w:pPr>
        <w:pStyle w:val="ArticleBody"/>
        <w:jc w:val="left"/>
      </w:pPr>
      <w:r>
        <w:rPr>
          <w:rFonts w:ascii="Times New Roman" w:hAnsi="Times New Roman" w:eastAsia="Times New Roman" w:cs="Times New Roman"/>
        </w:rPr>
        <w:t>Şeýlelikde, men siziň “Gündelik” bilen baglanyşyklykda Ellen Waýtyň hatda 1335-i hem düşünendigini görmegiňizi isleýärin.</w:t>
      </w:r>
    </w:p>
    <w:p>
      <w:pPr>
        <w:pStyle w:val="ArticleBody"/>
        <w:jc w:val="left"/>
      </w:pPr>
      <w:r>
        <w:rPr>
          <w:rFonts w:ascii="Times New Roman" w:hAnsi="Times New Roman" w:eastAsia="Times New Roman" w:cs="Times New Roman"/>
        </w:rPr>
        <w:t>Ellen Waýt diňe bir “Gündelik” düşünjesiniň butparazlykdygyna öz tassyklamasyny bermek bilen çäklenmedi; ol munuň 1843-nji ýylda tamamlanan 1335 ýyllyk pygamberlik peýğamberçiliginiň başlangyjy bolandygyna düşünýärdi we bu garaýşy Dead River-den bolan Dogan Hewite garşy köpçüligiň öňünde gorady. Muny görýärsiňizmi?</w:t>
      </w:r>
    </w:p>
    <w:p>
      <w:pPr>
        <w:pStyle w:val="ArticleBody"/>
        <w:jc w:val="left"/>
      </w:pPr>
      <w:r>
        <w:rPr>
          <w:rFonts w:ascii="Times New Roman" w:hAnsi="Times New Roman" w:eastAsia="Times New Roman" w:cs="Times New Roman"/>
        </w:rPr>
        <w:t>Şol bir aýyň özünde, ol Mesihiň Mukaddes ýerdäki gullugynyň diňe Gündelik hökmünde diňe garaňkylyk we bulaşyklyk getirýändigini aýdýan wagtynda; onuň adamsy bolsa, şol görüşe jogap edip, şol taglymaty Review and Herald neşirinden aýyrýar.</w:t>
      </w:r>
    </w:p>
    <w:p>
      <w:pPr>
        <w:pStyle w:val="ArticleBody"/>
        <w:jc w:val="left"/>
      </w:pPr>
      <w:r>
        <w:rPr>
          <w:rFonts w:ascii="Times New Roman" w:hAnsi="Times New Roman" w:eastAsia="Times New Roman" w:cs="Times New Roman"/>
        </w:rPr>
        <w:t>Bellikleriňizde ýokarda, “1850 Çyzgy” diýlen ýerde, hut şu ýerde şeýle ýazylan [1850 Çyzgydaky çepden üçünji sütüne, b. e. 31-nji ýylda haçdaky Isodan soň gelýän tekste salgylanyp]. Munuň bellikleriňizde bolmagyny isledim.</w:t>
      </w:r>
    </w:p>
    <w:p>
      <w:pPr>
        <w:pStyle w:val="ArticleScripture"/>
        <w:jc w:val="left"/>
      </w:pPr>
      <w:r>
        <w:rPr>
          <w:rFonts w:ascii="Times New Roman" w:hAnsi="Times New Roman" w:eastAsia="Times New Roman" w:cs="Times New Roman"/>
        </w:rPr>
        <w:t>Uzakda Daniel 11:31 508</w:t>
      </w:r>
    </w:p>
    <w:p>
      <w:pPr>
        <w:pStyle w:val="ArticleBody"/>
        <w:jc w:val="left"/>
      </w:pPr>
      <w:r>
        <w:rPr>
          <w:rFonts w:ascii="Times New Roman" w:hAnsi="Times New Roman" w:eastAsia="Times New Roman" w:cs="Times New Roman"/>
        </w:rPr>
        <w:t>Soňra bolsa, şu ýerdäki 1843-nji ýylyň Çyzgysynda [AD31-de haça çüýlenen Isanyň aşagyndaky orta sütün göz öňünde tutulýar]:</w:t>
      </w:r>
    </w:p>
    <w:p>
      <w:pPr>
        <w:pStyle w:val="ArticleBody"/>
        <w:jc w:val="left"/>
      </w:pPr>
      <w:r>
        <w:rPr>
          <w:rFonts w:ascii="Times New Roman" w:hAnsi="Times New Roman" w:eastAsia="Times New Roman" w:cs="Times New Roman"/>
        </w:rPr>
        <w:t>Gündelik gurbanlygyň aýrylmagy. Dan. 12:11, 12</w:t>
      </w:r>
    </w:p>
    <w:p>
      <w:pPr>
        <w:pStyle w:val="ArticleBody"/>
        <w:jc w:val="left"/>
      </w:pPr>
      <w:r>
        <w:rPr>
          <w:rFonts w:ascii="Times New Roman" w:hAnsi="Times New Roman" w:eastAsia="Times New Roman" w:cs="Times New Roman"/>
        </w:rPr>
        <w:t>Bolýar, bular şu iki çyzgydyr.</w:t>
      </w:r>
    </w:p>
    <w:p>
      <w:pPr>
        <w:pStyle w:val="ArticleBody"/>
        <w:jc w:val="left"/>
      </w:pPr>
      <w:r>
        <w:rPr>
          <w:rFonts w:ascii="Times New Roman" w:hAnsi="Times New Roman" w:eastAsia="Times New Roman" w:cs="Times New Roman"/>
        </w:rPr>
        <w:t>Waýt uýa bu adamlaryň dogry garaýşa eýedigine düşünýärdi we onuň 1843-nji ýylda tamamlanan 1335 ýyllyk pygamberlik döwürini başlandyrýandygyna düşünýärdi; şeýle hem, onuň 508-nji ýylda butparaz hökümranlygyň aýrylmagyny aňladýandygyna düşünýärdi.</w:t>
      </w:r>
    </w:p>
    <w:p>
      <w:pPr>
        <w:pStyle w:val="ArticleBody"/>
        <w:jc w:val="left"/>
      </w:pPr>
      <w:r>
        <w:rPr>
          <w:rFonts w:ascii="Times New Roman" w:hAnsi="Times New Roman" w:eastAsia="Times New Roman" w:cs="Times New Roman"/>
        </w:rPr>
        <w:t>Diagrammalara degişli şu iki salgylanmanyň aşagynda sizde dogan Nicholsyň döwrüne degişli ýene bir sitata bar, onda ol adamlary başga diagrammalary taýýarlamakdan ýazgarýar, çünki olaryň çeper bezegi şeýtanydyr; emma ol şu iki Diagrammadaky çeper bezegiň asmandandygyny aýdýar. Ol şeýle diýýär,</w:t>
      </w:r>
    </w:p>
    <w:p>
      <w:pPr>
        <w:pStyle w:val="ArticleBody"/>
        <w:jc w:val="left"/>
      </w:pPr>
      <w:r>
        <w:rPr>
          <w:rFonts w:ascii="Times New Roman" w:hAnsi="Times New Roman" w:eastAsia="Times New Roman" w:cs="Times New Roman"/>
        </w:rPr>
        <w:t>Men shema ýasamak işiniň bütinleý nädogrudygyny gördüm. Bu iş Dogan Rhodes tarapyndan başlanypdy we Dogan Case tarapyndan dowam etdirildi. Perişdeleri we şöhratly Isany şekillendirmek üçin shemalar taýýarlamaga we gödek, ýigrenji şekilleri döretmäge serişdeler sarp edildi. Şeýle zatlaryň Hudaýyň göwnünden turmaýandygyny gördüm. Dogan Nichols tarapyndan shemanyň çap edilmeginde Hudaýyň bardygyny gördüm.</w:t>
      </w:r>
    </w:p>
    <w:p>
      <w:pPr>
        <w:pStyle w:val="ArticleBody"/>
        <w:jc w:val="left"/>
      </w:pPr>
      <w:r>
        <w:rPr>
          <w:rFonts w:ascii="Times New Roman" w:hAnsi="Times New Roman" w:eastAsia="Times New Roman" w:cs="Times New Roman"/>
        </w:rPr>
        <w:t>1850-nji ýylyň bu Çyzgysynyň çap edilmeginde kim bardy? Hudaý!</w:t>
      </w:r>
    </w:p>
    <w:p>
      <w:pPr>
        <w:pStyle w:val="ArticleBody"/>
        <w:jc w:val="left"/>
      </w:pPr>
      <w:r>
        <w:rPr>
          <w:rFonts w:ascii="Times New Roman" w:hAnsi="Times New Roman" w:eastAsia="Times New Roman" w:cs="Times New Roman"/>
        </w:rPr>
        <w:t>—«Men şeýle bir zadyň bardygyny gördüm»—näme?—«bu diagramma baradaky pygamberligiň Mukaddes Kitapda bardygyny; eger bu diagramma Hudaýyň halky üçin niýetlenen bolsa, ol biri üçin ýeterlik bolsa, beýlekisi üçin hem şeýledir; we eger kimdir birine has uly ölçegde çekilen täze diagramma gerek bolan bolsa, onda beýlekileriň hemmesine-de ol edil şonuň ýaly zerurdyr. »</w:t>
      </w:r>
    </w:p>
    <w:p>
      <w:pPr>
        <w:pStyle w:val="ArticleBody"/>
        <w:jc w:val="left"/>
      </w:pPr>
      <w:r>
        <w:rPr>
          <w:rFonts w:ascii="Times New Roman" w:hAnsi="Times New Roman" w:eastAsia="Times New Roman" w:cs="Times New Roman"/>
        </w:rPr>
        <w:t>Men dogan Case doganda başga bir çyzgyny isleýän biynjalyk, rahatlyk tapmaýan, kanagatlanmaýan, nankör bir duýgynyň bardygyny gördüm. Men bu reňklenen çyzgylaryň jemagata ýaramaz täsir edendigini gördüm. Ol ýygnakda ýeňil, samanhili masgaralaýjy bir ruhuň bolmagyna sebäp boldy.</w:t>
      </w:r>
    </w:p>
    <w:p>
      <w:pPr>
        <w:pStyle w:val="ArticleBody"/>
        <w:jc w:val="left"/>
      </w:pPr>
      <w:r>
        <w:rPr>
          <w:rFonts w:ascii="Times New Roman" w:hAnsi="Times New Roman" w:eastAsia="Times New Roman" w:cs="Times New Roman"/>
        </w:rPr>
        <w:t>Indi bolsa, men siziň içgin oýlanmagyňyzy isleýänim şudur.</w:t>
      </w:r>
    </w:p>
    <w:p>
      <w:pPr>
        <w:pStyle w:val="ArticleBody"/>
        <w:jc w:val="left"/>
      </w:pPr>
      <w:r>
        <w:rPr>
          <w:rFonts w:ascii="Times New Roman" w:hAnsi="Times New Roman" w:eastAsia="Times New Roman" w:cs="Times New Roman"/>
        </w:rPr>
        <w:t>—«Hudaý tarapyndan buýruk berlen çyzgylaryň, hatda düşündirişsiz hem, aňa oňyn täsir edendigini gördüm».—</w:t>
      </w:r>
    </w:p>
    <w:p>
      <w:pPr>
        <w:pStyle w:val="ArticleBody"/>
        <w:jc w:val="left"/>
      </w:pPr>
      <w:r>
        <w:rPr>
          <w:rFonts w:ascii="Times New Roman" w:hAnsi="Times New Roman" w:eastAsia="Times New Roman" w:cs="Times New Roman"/>
        </w:rPr>
        <w:t>“Men şekilleri,” köp san görnüşinde, “Hudaý tarapyndan tabşyrylandygyny . . . .” gördüm. Köp san görnüşinde haýsy şekiller Hudaý tarapyndan tabşyryldy? Bu iki şekil [1843 we 1850-nji ýyllaryň Şekilleri] Hudaý tarapyndan tabşyryldy.</w:t>
      </w:r>
    </w:p>
    <w:p>
      <w:pPr>
        <w:pStyle w:val="ArticleScripture"/>
        <w:jc w:val="left"/>
      </w:pPr>
      <w:r>
        <w:rPr>
          <w:rFonts w:ascii="Times New Roman" w:hAnsi="Times New Roman" w:eastAsia="Times New Roman" w:cs="Times New Roman"/>
        </w:rPr>
        <w:t>Bu iki çart, Habakkuk 2-niň berjaý bolmagydyr.</w:t>
      </w:r>
    </w:p>
    <w:p>
      <w:pPr>
        <w:pStyle w:val="ArticleBody"/>
        <w:jc w:val="left"/>
      </w:pPr>
      <w:r>
        <w:rPr>
          <w:rFonts w:ascii="Times New Roman" w:hAnsi="Times New Roman" w:eastAsia="Times New Roman" w:cs="Times New Roman"/>
        </w:rPr>
        <w:t>—Perişdeleriň çyzgylardaky şekillendirişinde ýeňillik, gözellyk we asmanlylyk bar. Aň, tas duýulmazlyk bilen, Hudaýa we göge tarap gönükdirilýär. Emma taýýarlanan beýleki çyzgylar aňy ýigrenç duýgusyna salar we ony gökden has köp ýere baglar. Perişdeleri görkezýän şekiller, asman jandarlaryndan görä, has köp jynsly mahluklara meňzeýär. Men gördüm: şol çyzgylar, Olgudaş Case gök hikmetini Hudaýdan agtarmaly, şeýle hem Ruhuň nygmatlarynda we hakykatyň biliminde ösüp gitmeli wagtynda, onuň aňyny günler we hepdeler boýy eýeläpdir.</w:t>
      </w:r>
    </w:p>
    <w:p>
      <w:pPr>
        <w:pStyle w:val="ArticleBody"/>
        <w:jc w:val="left"/>
      </w:pPr>
      <w:r>
        <w:rPr>
          <w:rFonts w:ascii="Times New Roman" w:hAnsi="Times New Roman" w:eastAsia="Times New Roman" w:cs="Times New Roman"/>
        </w:rPr>
        <w:t>“Men gördüm ki, eger chartlary çykarmak üçin sarp edilip, biderek harçlanan serişdeler doganlaryň öňünde hakykaty traktatlar we ş.m. çap etmek arkaly aýdyň beýan etmäge sarp edilen bolsady, ol örän köp ýagşylyk ederdi we jynslary halas ederdi. Men gördüm ki, chart ýasamak işi gyzzyrma kimin ýaýrapdyr.” Manuscript Releases, number 13, 359; 1853.</w:t>
      </w:r>
    </w:p>
    <w:p>
      <w:pPr>
        <w:pStyle w:val="ArticleBody"/>
        <w:jc w:val="left"/>
      </w:pPr>
      <w:r>
        <w:rPr>
          <w:rFonts w:ascii="Times New Roman" w:hAnsi="Times New Roman" w:eastAsia="Times New Roman" w:cs="Times New Roman"/>
        </w:rPr>
        <w:t>1290 we 1335 Günler</w:t>
      </w:r>
    </w:p>
    <w:p>
      <w:pPr>
        <w:pStyle w:val="ArticleBody"/>
        <w:jc w:val="left"/>
      </w:pPr>
      <w:r>
        <w:rPr>
          <w:rFonts w:ascii="Times New Roman" w:hAnsi="Times New Roman" w:eastAsia="Times New Roman" w:cs="Times New Roman"/>
        </w:rPr>
        <w:t>Mende 1858-nji ýylyň 28-nji ýanwaryndaky Review and Herald neşirinden alnan aşakdaky makala bar. Ony bellikleriňizde saklamagymyň sebäbi şundadyr: siz 1858-nji ýylda hem olaryň “Gündelik” diýen düşünjäniň butparazlykdygyny entegem öwredýändiklerini görüp bilersiňiz. Salgylanmaňyzda bu bar; 1850-nji ýyldan sekiz ýyl geçenden soň hem olar “Gündelik” düşünjesine butparazlyk diýip düşünýärler.</w:t>
      </w:r>
    </w:p>
    <w:p>
      <w:pPr>
        <w:pStyle w:val="ArticleScripture"/>
        <w:jc w:val="left"/>
      </w:pPr>
      <w:r>
        <w:rPr>
          <w:rFonts w:ascii="Times New Roman" w:hAnsi="Times New Roman" w:eastAsia="Times New Roman" w:cs="Times New Roman"/>
        </w:rPr>
        <w:t>Adwent taglymatynyň esaslanýan ýene bir möhüm pygamberlik döwri, Daniel 12-däki 1335 gündür; 1290 gün hem onuň bilen şeýle bir ýakyn baglanyşyklydyr. Bu iki döwür bize şeýle tanyşdyrylýar:</w:t>
      </w:r>
    </w:p>
    <w:p>
      <w:pPr>
        <w:pStyle w:val="ArticleScripture"/>
        <w:jc w:val="left"/>
      </w:pPr>
      <w:r>
        <w:rPr>
          <w:rFonts w:ascii="Times New Roman" w:hAnsi="Times New Roman" w:eastAsia="Times New Roman" w:cs="Times New Roman"/>
        </w:rPr>
        <w:t>“—Gündelik (gurbanlyk) aýryljak we haraba öwürýän ýigrenji zat dikeldiljek wagtdan başlap, bir müň iki ýüz togsan gün bolar. Bir müň üç ýüz otuz bäş güne garaşyp ýetýän adam bagtlydyr. Emma sen ahyryna çenli öz ýoluň bilen git; çünki sen dynç alarsyň we günleriň ahyrynda öz paýyňda dursuň.” Daniýel 12:11–13.</w:t>
      </w:r>
    </w:p>
    <w:p>
      <w:pPr>
        <w:pStyle w:val="ArticleBody"/>
        <w:jc w:val="left"/>
      </w:pPr>
      <w:r>
        <w:rPr>
          <w:rFonts w:ascii="Times New Roman" w:hAnsi="Times New Roman" w:eastAsia="Times New Roman" w:cs="Times New Roman"/>
        </w:rPr>
        <w:t>Soraglar dessine ýüze çykýar: bu döwürleriň haýsy wakalardan başlap hasaplanmalydygyny aýdyp bilerismi; we şeýle bolsa, olaryň haçan bolup geçendigini aýdyp bilerismi? Ilki bilen şeýle soraýarys: “gündelik” (gurban) näme, we “weýran ediji ýigrenç” nämedir? “Gurban” sözüniň kursiw bilen berlenine üns berler: bu onuň goşmaça girizilen sözdigini görkezýär. Şol bir ýagdaý Danyýel kitabynda onuň ulanylan beýleki ýerlerinde hem, ýagny 11:31 we 8:11–13 baplarda hem görner. Geliň, gysgaça şu soňky bapa ýüzleneliň. 13-nji aýatda iki sany weýrançylyk göz öňüne getirilýändigi bellenmelidir: gündelik (weýrançylyk) hem-de weýrançylygyň günäsi. Bu hakykat Iosiýa Liç tarapyndan şeýle düşnükli beýan edilýär welin, onuň sözlerini getirmekden has gowy zat edip bilmeris:*</w:t>
      </w:r>
    </w:p>
    <w:p>
      <w:pPr>
        <w:pStyle w:val="ArticleBody"/>
        <w:jc w:val="left"/>
      </w:pPr>
      <w:r>
        <w:rPr>
          <w:rFonts w:ascii="Times New Roman" w:hAnsi="Times New Roman" w:eastAsia="Times New Roman" w:cs="Times New Roman"/>
        </w:rPr>
        <w:t>—Gündelik gurban häzirki terjimede berlen okaýyşdyr; emma asyl nusgada gurban diýlen zat ýokdur. Muny hemmeler ykrar edýärler. Bu terjimeçileriň onuň üstüne goýan düşündirişi ýa-da many berşidir. Dogry okaýyş şudur: “gündelik we harapçylygyň günäsi”; “gündelik” bilen “günä” “we” arkaly özara baglanyşdyrylandyr: gündelik harapçylyk we harapçylygyň günäsi. Bular Mukaddes ýeri we goşuny harap etmeli bolan iki harap ediji güýçdür.</w:t>
      </w:r>
    </w:p>
    <w:p>
      <w:pPr>
        <w:pStyle w:val="ArticleBody"/>
        <w:jc w:val="left"/>
      </w:pPr>
      <w:r>
        <w:rPr>
          <w:rFonts w:ascii="Times New Roman" w:hAnsi="Times New Roman" w:eastAsia="Times New Roman" w:cs="Times New Roman"/>
        </w:rPr>
        <w:t>Mundan —gündelik' diýen zadyň, köne we has giň ýaýran pikire görä ulanylyşy ýaly, ýewreý ybadatyna hiç hili degişmesiniň bolup bilmejekdigi aýdyň görünýär; bu bolsa, mundan başga-da, şu döwürleriň, göni manyda-da ýa-da şekillendirişli manyda-da, şol ybadatyň aýrylmagyndan başlap hasaplanylsa, bizi asla belläp geçmäge mynasyp bolan hiç bir wakanyň ýanyna-da getirmeýändigi baradaky garama arkaly hem has aýdyň bolýar.</w:t>
      </w:r>
    </w:p>
    <w:p>
      <w:pPr>
        <w:pStyle w:val="ArticleBody"/>
        <w:jc w:val="left"/>
      </w:pPr>
      <w:r>
        <w:rPr>
          <w:rFonts w:ascii="Times New Roman" w:hAnsi="Times New Roman" w:eastAsia="Times New Roman" w:cs="Times New Roman"/>
        </w:rPr>
        <w:t>Şeýlelikde, gündelik hem-de ýigrenji zat, ybadathanany ezmek üçin bellenen iki haraba salyjy güýçdür: biz bu güýçleriň nämedigini anyklap bileris mi? Bu meselede William Milleriň pikir ýöretme usulyny kabul etmegimiz ýeterlikdir, şonda biz hem onuň bilen bir netijä geleris. Ol şeýle diýýär:</w:t>
      </w:r>
    </w:p>
    <w:p>
      <w:pPr>
        <w:pStyle w:val="ArticleScripture"/>
        <w:jc w:val="left"/>
      </w:pPr>
      <w:r>
        <w:rPr>
          <w:rFonts w:ascii="Times New Roman" w:hAnsi="Times New Roman" w:eastAsia="Times New Roman" w:cs="Times New Roman"/>
        </w:rPr>
        <w:t>“—Men okamagymy dowam etdim we eger [gündelik] tapylan bolsa, munuň diňe Daniýelda duş gelýändiginden başga hiç bir ýagdaýy tapyp bilmedim. Soňra [konkordansiýanyň kömegi bilen] onuň bilen baglanyşykda duran sözleri aldym: —aýryp almak;’ —ol gündeligi aýryp alar’; —gündelik aýryp alnan wagtdan başlap’; we ş.m. Men okamaga dowam etdim we bu tekst babatda hiç bir ýagtylyk tapyp bilmerin öýtdüm. Ahyrynda men 2 Selanikliler 2:7, 8-e geldim: —Çünki bikanunçylygyň syry eýýäm iş edýär; diňe häzir päsgel berýän, ol ýoldan aýrylýança päsgel berer, şondan soň bolsa şol pis açylar.’ we ş.m. Men şol tekste gelende, eý, hakykat nähili açyk we şöhratly görnüp başlady! Ine, şol ýerde! Ine, bu —gündelik!’ Şeýle bolsa, indi Pawlus —häzir päsgel berýän’ ýa-da böwet bolýan diýmek bilen näme göz öňünde tutýar? —Günä adamy’ we —pis’ diýmek bilen papalyk göz öňünde tutulýar. Şeýle bolsa, papalygyň açylmagyna näme päsgel berýär? Elbetde, bu butparazlykdyr. Onda —gündelik’ diýmek butparazlyk bolmaly.’+</w:t>
      </w:r>
    </w:p>
    <w:p>
      <w:pPr>
        <w:pStyle w:val="ArticleScripture"/>
        <w:jc w:val="left"/>
      </w:pPr>
      <w:r>
        <w:rPr>
          <w:rFonts w:ascii="Times New Roman" w:hAnsi="Times New Roman" w:eastAsia="Times New Roman" w:cs="Times New Roman"/>
        </w:rPr>
        <w:t>Biz Daniel 8-den kiçijik şahyň geçiniň, ýagny Grek imperiýasynyň, ornuny eýeläp, “hemişelik”i aýyrýandygyny görýäris; hem-de ol, Aleksandryň patyşalygy bölünenden soň, 2300 günüň ahyrynda Mukaddes ýeriň tämizlenmeli wagtyna çenli göz öňüne getirilýän ýeke-täk häkimiýetdir. Bu kiçijik şahyň öz degişli ornunda, Danieliň beýleki görnüşlerindäki dördünji patyşalyga laýyk gelýän, bitewi ýagdaýda alnan Rimdigini görkezdim. Indi Rim häkimiýetinde butparazlykdan papalyga geçişiň hakykatdan-da bolup geçendigi bir hakykatdyr. Assiriýa patyşalarynyň günlerinden başlap, Popelyga öwrülen wagta çenli butparazlyk, “hemişelik”, ýa-da professor Whitingiň terjime edişi ýaly, “üznüksiz” harabalyk bolup, şonuň üsti bilen Şeýtan Ýehowanyň işine garşy durupdy. Ol öz ruhanylarynda, gurbanlyk sypalarynda we gurbanlyklarynda Ýehowanyň ybadatynyň Lewi görnüşine meňzeşlik göterýärdi; emma Lewi ybadat görnüşi hristian ybadat görnüşine orun bereninde, Şeýtan bu işe üstünlikli garşy durmak üçin öz garşylyk görnüşini hem üýtgetmelidi; şonuň üçin butparazlygyň ybadathanalary, gurbanlyk sypalary we heýkelleri popalygyň küpür sözlerine “çokundyryldy”.</w:t>
      </w:r>
    </w:p>
    <w:p>
      <w:pPr>
        <w:pStyle w:val="ArticleScripture"/>
        <w:jc w:val="left"/>
      </w:pPr>
      <w:r>
        <w:rPr>
          <w:rFonts w:ascii="Times New Roman" w:hAnsi="Times New Roman" w:eastAsia="Times New Roman" w:cs="Times New Roman"/>
        </w:rPr>
        <w:t>Emma pygamberlikde aýdylmagyna görä, gündelik, ýagny butparazlyk, özüne degişli mukaddes ýere eýedir, hem-de onuň mukaddes ýeriniň ýerleşýän ýeri ýere ýykylmalydyr. Mukaddes ýeriň köplenç butparazlyk we kafyrlyk bilen, olaryň ybadat we sežde edilýän ýeri hökmünde baglanyşdyrylýandygy, aşakdaky aýatlarda aýdyň görünýär: Işaýa 16:12; Amos 7:9, 13, çetki bellik. Ýezekil 28:18. Daniýel 8-däki gündeligiň mukaddes ýeri barada bolsa, Apollos Hale-den aşakdakylary hödürleýäris:*</w:t>
      </w:r>
    </w:p>
    <w:p>
      <w:pPr>
        <w:pStyle w:val="ArticleBody"/>
        <w:jc w:val="left"/>
      </w:pPr>
      <w:r>
        <w:rPr>
          <w:rFonts w:ascii="Times New Roman" w:hAnsi="Times New Roman" w:eastAsia="Times New Roman" w:cs="Times New Roman"/>
        </w:rPr>
        <w:t>“—Butparazçylygyň ‘mukaddes mekany’ diýmek bilen näme göz öňünde tutulýar? Butparazçylygyň hem, her hili ýalňyşlygyň hem, hakykat ýaly, öz mukaddes mekanlary bardyr. Bular olaryň hyzmatyna bagyşlanan ybadathanalardyr ýa-da pena berilýän ýerlerdir. Şonuň üçin bu ýerde butparazçylygyň belli bir, meşhur ybadathanasy göz öňünde tutulýar diýip hasap edilip bilner. Onuň köp sanly şöhratly ybadathanalarynyň haýsysy bolup biler? Nusgawy binagärligiň iň ajaýyp nusgalarynyň biri Pantheon diýlip atlandyrylýar. Onuň ady ‘ähli hudaýlaryň ybadathanasy ýa-da pena berilýän ýeri’ diýmegi aňladýar. Ol Rimde ýerleşýär.+ Rimliler tarapyndan boýun egdirilen halklaryň butlary bu ybadathananyň haýsydyr bir oýugynda ýa-da bölümleriniň birinde hormat bilen goýlupdyr, we köp halatlarda rimlileriň özleri tarapyndan hem sežde edilýän zatlara öwrülipdir. Butparazçylygyň ondan-da has täsirli görnüşde ‘onuň mukaddes mekany’ diýlip bilinjek bir ybadathanasyny tapyp bilermikä?”</w:t>
      </w:r>
    </w:p>
    <w:p>
      <w:pPr>
        <w:pStyle w:val="ArticleBody"/>
        <w:jc w:val="left"/>
      </w:pPr>
      <w:r>
        <w:rPr>
          <w:rFonts w:ascii="Times New Roman" w:hAnsi="Times New Roman" w:eastAsia="Times New Roman" w:cs="Times New Roman"/>
        </w:rPr>
        <w:t>Indi indi “gündelik” zadyň butparazlykdygyny, we “weýrançylygyň kanunsyzlygy”, ýa-da “weýran edýän ýigrenji zadyň” Papalykdygyny, hem-de butparazlygyň aýratyn mukaddes ýeriniň Panteondygyny, onuň ýerleşýän “ýeriniň” bolsa Rimdigini anyklandan soň, biz mundan beýläk hem derňemäge dowam edýäris.</w:t>
      </w:r>
    </w:p>
    <w:p>
      <w:pPr>
        <w:pStyle w:val="ArticleBody"/>
        <w:jc w:val="left"/>
      </w:pPr>
      <w:r>
        <w:rPr>
          <w:rFonts w:ascii="Times New Roman" w:hAnsi="Times New Roman" w:eastAsia="Times New Roman" w:cs="Times New Roman"/>
        </w:rPr>
        <w:t>“1. Rim döwlet häkimiýeti tarapyndan butparazlyk —‘aýrylyp alyndymy’? Ybadathananyň hem-de dünýäniň taryhynda möhüm we giňden belli bolan bir hakykat barada aşakdaky beýannamanyň, biziň pikirimizçe, pygamberlige jogap berýändigini görkezýär. Ol ilkinji hristian imperatory Konstantin barada bolup, şeýle diýýär:</w:t>
      </w:r>
    </w:p>
    <w:p>
      <w:pPr>
        <w:pStyle w:val="ArticleBody"/>
        <w:jc w:val="left"/>
      </w:pPr>
      <w:r>
        <w:rPr>
          <w:rFonts w:ascii="Times New Roman" w:hAnsi="Times New Roman" w:eastAsia="Times New Roman" w:cs="Times New Roman"/>
        </w:rPr>
        <w:t>“—Onuň hökümet başyndaky ilkinji amaly, golastyndakylary hristian dinini kabul etmäge çagyrýan bir permany tutuş imperiýa boýunça ýaýratmak boldy.”++</w:t>
      </w:r>
    </w:p>
    <w:p>
      <w:pPr>
        <w:pStyle w:val="ArticleBody"/>
        <w:jc w:val="left"/>
      </w:pPr>
      <w:r>
        <w:rPr>
          <w:rFonts w:ascii="Times New Roman" w:hAnsi="Times New Roman" w:eastAsia="Times New Roman" w:cs="Times New Roman"/>
        </w:rPr>
        <w:t>“2. Rim onuň mukaddes ýeriniň şäheri ýa-da mekany, (Pantheon,) döwletiň häkimiýeti tarapyndan ýykyldymy? Aşakdaky bölek muňa jogap berýär:”</w:t>
      </w:r>
    </w:p>
    <w:p>
      <w:pPr>
        <w:pStyle w:val="ArticleBody"/>
        <w:jc w:val="left"/>
      </w:pPr>
      <w:r>
        <w:rPr>
          <w:rFonts w:ascii="Times New Roman" w:hAnsi="Times New Roman" w:eastAsia="Times New Roman" w:cs="Times New Roman"/>
        </w:rPr>
        <w:t>"—Konstantiniň soňky garşydaşynyň ölümi imperiýanyň parahatçylygyny möhürläpdi. Rim ýene-de milletleriň jedelsiz şa zenany bolupdy. Emma, şol beýgeliş we şöhrat pursatynda, ol uçurymyň gyrasyna çykarylypdy. Onuň indiki ädimi aşaklygyna we gaýtaryp bolmajak bolmalydy. Hökümetiň Konstantinopola geçirilmegi häzirem taryhçyny geň galdyrýar. Bu, rim aňynyň gadymy we hormatlanýan meýilleriniň tutuş ugruna göni garşy duran bir hereketdi. Bu iş gündogar däp-dessurlarynyň we howasynyň nepis höweslerine berlen haýsydyr bir kaşaň asialynyň işi däldi; ol günbatarda doglan, rimlileriň hemmesi ýaly gündogarlylaryň endiklerine äsgermezçilik bilen garan demir ýaly berk ýeňijiniň işidi; ol ýiti syýasatçynyň işidi, emma iň aýdyň derejede syýasata sygmaýan bir işdi. Şeýle-de bolsa, Konstantin Rimden — Sezarlaryň beýik galasyndan we tagtyndan — ýüz öwrüp, Frakiýanyň näbelli bir künjegine gitdi hem-de kuwwatly we hyjuwly ömrüniň galan bölegini koloniýany öz imperiýasynyň paýtagtyna öwürmegiň we paýtagty koloniýanyň gowşak hormatlaryna hem-de peseldilen gudratyna düşürmegiň goşa zähmetine sarp etdi.'*"</w:t>
      </w:r>
    </w:p>
    <w:p>
      <w:pPr>
        <w:pStyle w:val="ArticleBody"/>
        <w:jc w:val="left"/>
      </w:pPr>
      <w:r>
        <w:rPr>
          <w:rFonts w:ascii="Times New Roman" w:hAnsi="Times New Roman" w:eastAsia="Times New Roman" w:cs="Times New Roman"/>
        </w:rPr>
        <w:t>Taryhçynyň galamyndan çykan bu ýazgy düşündirişe mätäç bolmaz ýaly juda aýdyňdyr. Pygamberlik, Onuň mukaddes ýeriniň ýere ýykylandygyny aýdýar; we ýokardaky ýaly hakykatlaryň beýan edilmeginden soň, pygamberlik düşündirişinde iň talabediji adamlar hem onuň ulanylyşyna kanagatlanmalydyrlar.</w:t>
      </w:r>
    </w:p>
    <w:p>
      <w:pPr>
        <w:pStyle w:val="ArticleBody"/>
        <w:jc w:val="left"/>
      </w:pPr>
      <w:r>
        <w:rPr>
          <w:rFonts w:ascii="Times New Roman" w:hAnsi="Times New Roman" w:eastAsia="Times New Roman" w:cs="Times New Roman"/>
        </w:rPr>
        <w:t>“Gündelik gurban aýrylyp taşlanan wagtdan başlap, harabalyk getirýän ýigrenji zat dikilençä bir müň iki ýüz togsan gün bolar. Müntazyr bolup, bir müň üç ýüz otuz bäş güne ýetene ak pata bardyr. Öňümizde bolan delillerden ugur alyp, gündeligiň butparazlykdygyny, harabalyk getirýän ýigrenji zadyň Papalykdygyny, Rim häkimiýetinde öňküden soňkysyna geçiş bolandygyny we munuň döwlet ygtyýary bilen amala aşandygyny nazara alsak, indi diňe şu ýagdaýyň pygamberligi ýerine ýetirjek görnüşde haçan bolup geçendigini has anyk derňemegimiz gerek; çünki muny kesgitläp bilsek, öňümizdeki tekstdäki pygamberlik döwürleriniň hasaplanyp başlanjak başlangyç nokadyny taparys. Şonuň üçin,”</w:t>
      </w:r>
    </w:p>
    <w:p>
      <w:pPr>
        <w:pStyle w:val="ArticleScripture"/>
        <w:jc w:val="left"/>
      </w:pPr>
      <w:r>
        <w:rPr>
          <w:rFonts w:ascii="Times New Roman" w:hAnsi="Times New Roman" w:eastAsia="Times New Roman" w:cs="Times New Roman"/>
        </w:rPr>
        <w:t>“3. Pygamberlikde agzalýan waka haçan bolup geçdi? Muny belläliň: sorag mukaddesleriň haçan Papalygyň eline berlendigi hakda däl, eýsem butparazlykdan Papalyga bolan din çalşygy haçan şonça derejede amala aşyryldy welin, soňkyny milli din etdi we ony öz ýoluna başlamaga taýýar ýagdaýa getirdi — şonuň hakdadyr. Bu, beýleki ähli beýik öwrülişikler ýaly, bir pursadyň işi däldi. Onuň başlangyç täsirleri mundan has öňden hem aýdyň görünýärdi. Pawlus hatda öz döwründe-de bikanunlygyň syrynyň, Günäniň Adamynyň, ‘weýrançylyk getirýän nejisligiň’ eýýäm hereket edýändigini aýtdy. Şonuň üçin hem biz Rebbiň Matta 24:15-de weýrançylygyň nejisligi hakda aýdan sözlerine, onuň Danyýel 9:27-ä açyk ýüzlenýändigini nazara alyp, şu aýatyň ýagtylygynda düşünmelidiris. Çünki miladynyň 70-nji ýylynda, Ierusalim rimliler tarapyndan weýran edilende, butparazlyk entek Papalyga orun bermedik hem bolsa, şol wagt birneme ady we görnüşi üýtgedilip ýüze çykan güýjüň hut mukaddesleri ysgynsyzlandyrjak we Beýik Biribaranyň ybadathanasyny weýran etjek ‘weýrançylygyň nejisligi’ hökmünde çykyş etmeli şol bir güýçdigine düşünýäris.”</w:t>
      </w:r>
    </w:p>
    <w:p>
      <w:pPr>
        <w:pStyle w:val="ArticleBody"/>
        <w:jc w:val="left"/>
      </w:pPr>
      <w:r>
        <w:rPr>
          <w:rFonts w:ascii="Times New Roman" w:hAnsi="Times New Roman" w:eastAsia="Times New Roman" w:cs="Times New Roman"/>
        </w:rPr>
        <w:t>Fransiýanyň patyşasy Klowisiň iman getirmegine çenli, ýagny milady 496-njy ýylda bolup geçen şol wagta çenli, fransuzlar hem-de Günbatar Rimiň beýleki halklary butparazdylar; emma şol wakadan soň, butlara çokunýanlary Mesihe öwürmek ugrunda edilen tagallalar uly üstünlik bilen täçlendi. Aýdylyşyna görä, Klowisiň iman getirmegi fransuz hökümdaryna Iň Hristian Alyhezreti we Ybadathananyň Uly Ogluy diýen atlar bilen ýüzlenmek adatynyň döremegine sebäp bolupdyr.+ Şol wagt bilen milady 508-nji ýylyň arasynda “soýuzlar”, “şertnamalaşmalar” we basyp alyşlar arkaly “Avborikiler”, “günbatardaky Rim garnizonlary”, Britaniýa, burgundlar hem-de westgotlar tabynlyga getirildi.'++</w:t>
      </w:r>
    </w:p>
    <w:p>
      <w:pPr>
        <w:pStyle w:val="ArticleBody"/>
        <w:jc w:val="left"/>
      </w:pPr>
      <w:r>
        <w:rPr>
          <w:rFonts w:ascii="Times New Roman" w:hAnsi="Times New Roman" w:eastAsia="Times New Roman" w:cs="Times New Roman"/>
        </w:rPr>
        <w:t>“—Günbatar Rim imperiýasyndaky butparazlyk, gürrüňsiz, hristian imanynyň ösüşini, aýratyn-da Angliýanyň mysalynda bolşy ýaly, heniz hem butparaz bolup galan wagşy taýpalaryň çozuşlary bilen azar berlen halklaryň arasynda, haýalladan bolsa-da, mundan beýläk Katolik imanyny basyp ýatyrmaga ýa-da Rim Pontifiginiň aralaşmalaryna päsgel bermäge, şeýle meýli bolan ýagdaýynda-da, güýje eýe däldi.”</w:t>
      </w:r>
    </w:p>
    <w:p>
      <w:pPr>
        <w:pStyle w:val="ArticleBody"/>
        <w:jc w:val="left"/>
      </w:pPr>
      <w:r>
        <w:rPr>
          <w:rFonts w:ascii="Times New Roman" w:hAnsi="Times New Roman" w:eastAsia="Times New Roman" w:cs="Times New Roman"/>
        </w:rPr>
        <w:t>Şol wagtdan başlap, Papanyň ýigrenji zady butparazlyga degişli taýdan üstün çykypdy. Ondan soňky göreşleri beýleki hristian mezhepleri bilen boldy; olar hemişe bidgatçylar hökmünde garalýardylar; hem-de hemişe Mesihiň bedeniniň pitneçileri ýa-da bölüjileri hökmünde garalýan şazadalar bilen boldy. Ýewropanyň görnükli güýçleri butparazlyga bolan ygrarlylygyny diňe onuň ýigrenji zatlaryny başga bir görnüşde dowam etdirmek üçin terk etdiler; çünki butparazlygyň katolik manyda hristian bolmagy üçin diňe çokundyrylmagy gerekdi; we onuň başlyklyk edýän hyzmatkäriniň bähbitleri ýa-da ar alyşy talap edende, olaryň emläkleri we tagtlary, belki-de janlary hem, gurbanlyk sypasynyň üstünde goýulmalydy. SS</w:t>
      </w:r>
    </w:p>
    <w:p>
      <w:pPr>
        <w:pStyle w:val="ArticleBody"/>
        <w:jc w:val="left"/>
      </w:pPr>
      <w:r>
        <w:rPr>
          <w:rFonts w:ascii="Times New Roman" w:hAnsi="Times New Roman" w:eastAsia="Times New Roman" w:cs="Times New Roman"/>
        </w:rPr>
        <w:t>*Pygamberlik Düşündirişi, 1-nji tom, 127.</w:t>
      </w:r>
    </w:p>
    <w:p>
      <w:pPr>
        <w:pStyle w:val="ArticleBody"/>
        <w:jc w:val="left"/>
      </w:pPr>
      <w:r>
        <w:rPr>
          <w:rFonts w:ascii="Times New Roman" w:hAnsi="Times New Roman" w:eastAsia="Times New Roman" w:cs="Times New Roman"/>
        </w:rPr>
        <w:t>"+ Gudriçiň Umumy taryhy we Gutheriniň Geografiýasy."</w:t>
      </w:r>
    </w:p>
    <w:p>
      <w:pPr>
        <w:pStyle w:val="ArticleBody"/>
        <w:jc w:val="left"/>
      </w:pPr>
      <w:r>
        <w:rPr>
          <w:rFonts w:ascii="Times New Roman" w:hAnsi="Times New Roman" w:eastAsia="Times New Roman" w:cs="Times New Roman"/>
        </w:rPr>
        <w:t>+ Mosheimiň Hristian taryhy, 1-nji tom, 132, 133.</w:t>
      </w:r>
    </w:p>
    <w:p>
      <w:pPr>
        <w:pStyle w:val="ArticleBody"/>
        <w:jc w:val="left"/>
      </w:pPr>
      <w:r>
        <w:rPr>
          <w:rFonts w:ascii="Times New Roman" w:hAnsi="Times New Roman" w:eastAsia="Times New Roman" w:cs="Times New Roman"/>
        </w:rPr>
        <w:t>Angliýada ilkinji hristian patyşasy Artur butparazlygyň harabalyklarynyň üstünde hristian ybadatyny esaslandyrdy.* Öz taryhynda wakalaryň hronologiýasynda has takykdygyny öňe sürýän Rapin onuň 508-nji ýylda Britaniýanyň monarhy saýlanyp-seçilendigini aýdýar. 2-nji kitap, 129.</w:t>
      </w:r>
    </w:p>
    <w:p>
      <w:pPr>
        <w:pStyle w:val="ArticleBody"/>
        <w:jc w:val="left"/>
      </w:pPr>
      <w:r>
        <w:rPr>
          <w:rFonts w:ascii="Times New Roman" w:hAnsi="Times New Roman" w:eastAsia="Times New Roman" w:cs="Times New Roman"/>
        </w:rPr>
        <w:t>Şol döwürde Rim Tahtynyň ýagdaýy nähili-di? — Simmahus 498 ýa-da 499-njy ýyldan 514-nji ýyla çenli Papa boldy. Onuň papalygy şu ajaýyp ýagdaýlar we wakalar bilen tapawutlandy:</w:t>
      </w:r>
    </w:p>
    <w:p>
      <w:pPr>
        <w:pStyle w:val="ArticleBody"/>
        <w:jc w:val="left"/>
      </w:pPr>
      <w:r>
        <w:rPr>
          <w:rFonts w:ascii="Times New Roman" w:hAnsi="Times New Roman" w:eastAsia="Times New Roman" w:cs="Times New Roman"/>
        </w:rPr>
        <w:t>“1. Ol —Rim buthanasyna’ girende, butparazlygy terk etdi.”</w:t>
      </w:r>
    </w:p>
    <w:p>
      <w:pPr>
        <w:pStyle w:val="ArticleBody"/>
        <w:jc w:val="left"/>
      </w:pPr>
      <w:r>
        <w:rPr>
          <w:rFonts w:ascii="Times New Roman" w:hAnsi="Times New Roman" w:eastAsia="Times New Roman" w:cs="Times New Roman"/>
        </w:rPr>
        <w:t>“2. Ol, öz garşydaşy bilen hatda gan dökülýänçä göreşip, Papalyk tagtyna ýol tapdy. Du Pin.</w:t>
      </w:r>
    </w:p>
    <w:p>
      <w:pPr>
        <w:pStyle w:val="ArticleBody"/>
        <w:jc w:val="left"/>
      </w:pPr>
      <w:r>
        <w:rPr>
          <w:rFonts w:ascii="Times New Roman" w:hAnsi="Times New Roman" w:eastAsia="Times New Roman" w:cs="Times New Roman"/>
        </w:rPr>
        <w:t>“3. Oňa keramatly Petrusyň mirasdüşeri hökmünde edilýän aşa öwgi arkaly.”</w:t>
      </w:r>
    </w:p>
    <w:p>
      <w:pPr>
        <w:pStyle w:val="ArticleBody"/>
        <w:jc w:val="left"/>
      </w:pPr>
      <w:r>
        <w:rPr>
          <w:rFonts w:ascii="Times New Roman" w:hAnsi="Times New Roman" w:eastAsia="Times New Roman" w:cs="Times New Roman"/>
        </w:rPr>
        <w:t>“4. Imperator Anastasiýniň aforoz edilmegi arkaly.+”</w:t>
      </w:r>
    </w:p>
    <w:p>
      <w:pPr>
        <w:pStyle w:val="ArticleBody"/>
        <w:jc w:val="left"/>
      </w:pPr>
      <w:r>
        <w:rPr>
          <w:rFonts w:ascii="Times New Roman" w:hAnsi="Times New Roman" w:eastAsia="Times New Roman" w:cs="Times New Roman"/>
        </w:rPr>
        <w:t>“—Mosheýmiň aýtmagyna görä, Rim Papalarynyň hökmürowan talaplaryna käbir adamlaryň garaýyşlarynyň nähili derejede oňaýly bolandygyny, ikiýüzli şöhrata eýe bolan ruhany Symmachusyň masgaraçylykly hem çenden aşan ýaranjaňy Ennodiusyň bir beýanatyndan aňsatlyk bilen göz öňüne getirmek bolar. Bu ýaranjaň waspçy, beýleki manysyz tassyklamalarynyň hatarynda, Pontifikiň Hudaýyň ornunda kazy edilip bellenendigini, ol orny bolsa Beýik Biriniň orunbasary hökmünde eýeleýändigini öňe sürýärdi.’++”</w:t>
      </w:r>
    </w:p>
    <w:p>
      <w:pPr>
        <w:pStyle w:val="ArticleBody"/>
        <w:jc w:val="left"/>
      </w:pPr>
      <w:r>
        <w:rPr>
          <w:rFonts w:ascii="Times New Roman" w:hAnsi="Times New Roman" w:eastAsia="Times New Roman" w:cs="Times New Roman"/>
        </w:rPr>
        <w:t>Günbatarda Katolik işine üpjün edilen kuwwat, bu üstünlikler, hem-de Rim tagtynyň wekilleriniň we beýleki agentleriniň täsiri bilen, Konstantinopoldaky Papa tarapy Rimdäki öz hojaýynlarynyň hatyrasyna açyk duşmançylyk hereketlerini aklamaga mümkinçilik berýän bir ýagdaýda — ýerleşdirildi. 508-nji ýylda fanatizmiň we raýat urşunyň tüweleýi gündogar paýtagtynyň köçeleriniň içinden ot we gan bilen süýşüp geçdi.</w:t>
      </w:r>
    </w:p>
    <w:p>
      <w:pPr>
        <w:pStyle w:val="ArticleBody"/>
        <w:jc w:val="left"/>
      </w:pPr>
      <w:r>
        <w:rPr>
          <w:rFonts w:ascii="Times New Roman" w:hAnsi="Times New Roman" w:eastAsia="Times New Roman" w:cs="Times New Roman"/>
        </w:rPr>
        <w:t>Gibbon, 508–514-nji ýyllar babatda, Konstantinopoldaky bulagaýlyklar hakynda söz açyp, şeýle diýýär — Imperatoryň heýkelleri döwüldi, onuň özi bolsa şäheriň bir çetki etrabynda gizlenip saklandy; ahyrda, üç günüň soňunda, ol öz raýatlarynyň rehimdarlygyny towakga etmäge het edip bildi. [Popçylyk ýeňiş gazanýar.] Täjinden mahrum we ýalbarýanyň durkynda Anastasius sirkiň tagtynda peýda boldy. Katolikler onuň gözüniň alnynda hakyky Trisagiony gaýtalap aýtdylar; jarçynyň sesi bilen yglan eden teklibine, ýagny onuň hökümdarlyk lybasyny terk etmäge taýýardygyna şatlandylar; hem-de, hemmäniň bir wagtda höküm sürüp bilmejekdigini, şonuň üçin ilki bilen bir hökümdary saýlamak meselesinde özara ylalaşmalydyklary baradaky duýduryşy diňlediler; şeýle hem, hojaýynlarynyň bir pursat hem ikirjiňlenmän ýolbarslara höküm eden, halk arasynda ýigrenilýän iki weziriň ganyna razy boldular. Bu gazaply, emma gysga wagtlyk gozgalaňlar Vitaliýanyň üstünligi bilen ruhlandyryldy; ol hunnlar we bulgarlar goşuny bilen, olaryň aglabasy butparaz bolsa-da, özüni katolik ynanjynyň goragçysy diýip yglan etdi. Ol bu takwa gozgalaňda Frakiýany ilatsyzlaşdyrdy, Konstantinopoly gabady, öz hristian doganlarynyň altmyş bäş müňüsini gyryp ýok etdi; ahyrda bolsa, ýepiskoplaryň yzyna çagyrylmagyny, Papanyň kanagatlandyrylmagyny we Halcedon mejlisiniň ornaşdyrylmagyny gazandy; bu ortodoks ylalaşygy ölüm ýassygyndaky Anastasius mejbury ýagdaýda gol çekipdi, ony bolsa Justinianyň daýysy has wepaly ýerine ýetiripdi. Ine, Parahatçylyk Hudaýynyň adyndan we Onuň şägirtleri tarapyndan alnyp barlan dini uruşlaryň ilkinjisiniň netijesi şeýle boldy." SS</w:t>
      </w:r>
    </w:p>
    <w:p>
      <w:pPr>
        <w:pStyle w:val="ArticleBody"/>
        <w:jc w:val="left"/>
      </w:pPr>
      <w:r>
        <w:rPr>
          <w:rFonts w:ascii="Times New Roman" w:hAnsi="Times New Roman" w:eastAsia="Times New Roman" w:cs="Times New Roman"/>
        </w:rPr>
        <w:t>Aşakdaky parçany Appollos Hale-den getirip, bu nokat boýunça şaýatlygy jemleýäris: —Indi häzirki zaman Gamaliellerimizi biziň bilen bilelikde 508-nji ýylda butparazlygyň mukaddes jaýynyň ýerinde (soňra “Mukaddes Petrusyň mirasy” diýlip öňe sürlen ýerde) orun eýelemäge çagyrýarys. Birnäçe ýyl yzyna nazar aýlaýarys, demirgazykdaky wagşy butparaz barbarlaryň butparazlygy ady-hakyndaky hristian Günbatar Rim imperiýasynyň üstüne inip gelýär — hemme ýerde ýeňiş gazanýar — we onuň ýeňişleri hemme ýerde iň gazaply rehimsizlik bilen tapawutlanýar. . . . Imperiýa çökýär we böleklere bölünýär. Bu bölekleriň hojaýynlarydyr hökümdarlary bir-birden öz butparazlygyny terk edip, hristian imanyny ykrar edýärler. Din babatda ýeňijiler ýeňlenlere boýun egýärler. Emma butparazlyk heniz-de üstün çykýar. Ony goldaýanlaryň arasynda bir gazaply we üstün çykýan ýeňiji bar. (Clovis.) Emma tiz wagtda ol hem täze imanyň güýjüniň öňünde baş egýär we onuň goragçysy bolýar. Ol heniz-de ýeňiş gazanýar, emma gahryman hem ýeňiji hökmünde biziň duran nokadymyzda, ýagny b.e. 508-nji ýylda, iň belent derejesine ýetýär.</w:t>
      </w:r>
    </w:p>
    <w:p>
      <w:pPr>
        <w:pStyle w:val="ArticleBody"/>
        <w:jc w:val="left"/>
      </w:pPr>
      <w:r>
        <w:rPr>
          <w:rFonts w:ascii="Times New Roman" w:hAnsi="Times New Roman" w:eastAsia="Times New Roman" w:cs="Times New Roman"/>
        </w:rPr>
        <w:t>“—Şol ýylyň içinde ýa-da oňa golaý wagtda, ýykylan imperiýanyň soňky möhüm bölümi onuň ýeňiji ‘monarhynyň’ täç geýdirilişi arkaly aç-açan Hristianlaşdyrylýar.”</w:t>
      </w:r>
    </w:p>
    <w:p>
      <w:pPr>
        <w:pStyle w:val="ArticleBody"/>
        <w:jc w:val="left"/>
      </w:pPr>
      <w:r>
        <w:rPr>
          <w:rFonts w:ascii="Times New Roman" w:hAnsi="Times New Roman" w:eastAsia="Times New Roman" w:cs="Times New Roman"/>
        </w:rPr>
        <w:t>“—Biziň durýan döwrümizdäki pontifik ýakynda imana gelen butparazdyr. Ony şol kürsüde oturdan ganly göreş arian patyşasynyň aralaşmagy bilen çözüldi. Oňa ‘ýer ýüzünde Hudaýyň ornuny eýeleýän’ hökmünde tagzym edilýär we salam berilýär. Senat şeýle derejede onuň häkimiýetiniň astyndadyr welin, Rim Kürsüsiniň bähbitleri muny talap edýär diýen şübhe dörän badyna, olar imperatory kiliseden çykarylýan diýip yglan edýärler. . . . 508-nji ýylda Gündogar Imperiýasynyň tagtynyň aşagynda mina partladylýar. Onuň döredýän bulaşyklygynyň we dawa-jenjeliň netijesi onuň kanuny hökmdarynyň peseldilmegi bolýar. Indi sorag şudur: butparazlyk haçan şeýle derejede basylyp ýatyryldy ki, onuň ornuna onuň ornuny tutjak we mirasdüşeri bolan Papalyk ýigrençliligine ýer açyldy? Bu ýigrençlilik öz küfür we ganly ýoluna başlamak üçin haçan şeýle bir ýagdaýa ýerleşdirildi? Onuň butparazlygyň ornunda “ýerleşdirilen” ýa-da “oturdylan” wagty hökmünde 508-den başga haýsydyr bir başga senäni görkezmek mümkinmi? Eger şol syrly jadugär heniz ähli pidalaryny öz häkimiýetiniň çägine salmadyk bolsa-da, ol eýýäm öz ornuny eýeledi, we käbirleri onuň jadysyna boýun boldular.”</w:t>
      </w:r>
    </w:p>
    <w:p>
      <w:pPr>
        <w:pStyle w:val="ArticleBody"/>
        <w:jc w:val="left"/>
      </w:pPr>
      <w:r>
        <w:rPr>
          <w:rFonts w:ascii="Times New Roman" w:hAnsi="Times New Roman" w:eastAsia="Times New Roman" w:cs="Times New Roman"/>
        </w:rPr>
        <w:t>Beýlekiler ahyrynda boýun egdirilýär, — we patyşalar, halklar, köplükler, milletler we diller — hatda — Isanyň şaýytlarynyň ganyndan serhoş bolan mahalyndalaram — olary — özleriniň Hudaýa hyzmat edýändiklerini pikir etmäge' hem-de özlerini asmanyň ýeke-täk saýlanan söýgülileri hasap etmäge taýýarlaýan jadynyň täsirine düşürilýärler; şol bir wagtyň özünde-de olar dowzahyň heläkçiligine has aňsat hem has baý olja bolup barýarlar'*</w:t>
      </w:r>
    </w:p>
    <w:p>
      <w:pPr>
        <w:pStyle w:val="ArticleBody"/>
        <w:jc w:val="left"/>
      </w:pPr>
      <w:r>
        <w:rPr>
          <w:rFonts w:ascii="Times New Roman" w:hAnsi="Times New Roman" w:eastAsia="Times New Roman" w:cs="Times New Roman"/>
        </w:rPr>
        <w:t>Bize sene belli. “Gündelik” aýryldy, we weýran ediji ýigrençli zat 508-nji ýylda dikeldildi. Şu nokatdan hasap edilende, 1290 gün ýa-da ýyl 1798-nji ýylda tamam bolýar; öňden hem görkezilişi ýaly, şol ýerde Papanyň raýatlyk häkimiýeti Buonapartyň goly bilen urulyp elinden alyndy. 1335 gün bolsa bizi şol wakanyň bu tarapyndan doly 45 ýyla getirýär.</w:t>
      </w:r>
    </w:p>
    <w:p>
      <w:pPr>
        <w:pStyle w:val="ArticleBody"/>
        <w:jc w:val="left"/>
      </w:pPr>
      <w:r>
        <w:rPr>
          <w:rFonts w:ascii="Times New Roman" w:hAnsi="Times New Roman" w:eastAsia="Times New Roman" w:cs="Times New Roman"/>
        </w:rPr>
        <w:t>«Emma käbirleri şeýle diýip biler: wagt döwürleriniň geçmişde tamamlanýandygyny siz nähili aýdýarsyňyz? Ahyr, Danyýeliň günleriň ahyrynda dynç alyp, öz paýynda durmalydygy diýilmeýärmi? Elbetde; biz hem oňa ynanýarys. Ýöne Danyýeliň öz paýynda durmagy nämedir? Bu mesele wagtyň geçip tamamlanmagynyň düşündirişine we günleriň ahyrynda hakykatdan-da bolup geçen wakalaryň seljerilişine gelenimizde garalar. Şol aralykda bolsa, biz bu ýerde indiki hepdä çenli labyr taşlaýarys». Review and Herald, January 28, 1858.</w:t>
      </w:r>
    </w:p>
    <w:p>
      <w:pPr>
        <w:pStyle w:val="ArticleBody"/>
        <w:jc w:val="left"/>
      </w:pPr>
      <w:r>
        <w:rPr>
          <w:rFonts w:ascii="Times New Roman" w:hAnsi="Times New Roman" w:eastAsia="Times New Roman" w:cs="Times New Roman"/>
        </w:rPr>
        <w:t>Preskott bilen Daniellsiň ýalňyşlyklary we howplary; Iş alynmaly şäherler</w:t>
      </w:r>
    </w:p>
    <w:p>
      <w:pPr>
        <w:pStyle w:val="ArticleBody"/>
        <w:jc w:val="left"/>
      </w:pPr>
      <w:r>
        <w:rPr>
          <w:rFonts w:ascii="Times New Roman" w:hAnsi="Times New Roman" w:eastAsia="Times New Roman" w:cs="Times New Roman"/>
        </w:rPr>
        <w:t>(A. G. Daniells 1901-nji ýylda Baş Konferensiýanyň prezidenti wezipesine saýlandy. Bu, şu resminamanyň 1910-njy ýylda, hanym Waýtyň Daniellsiň şäherleri äsgermezlik etmegi hem-de “Daily” baradaky jedelleşige gatnaşmagy sebäpli örän aladalanan döwründe ýazylandygyny görkezýär.)</w:t>
      </w:r>
    </w:p>
    <w:p>
      <w:pPr>
        <w:pStyle w:val="ArticleBody"/>
        <w:jc w:val="left"/>
      </w:pPr>
      <w:r>
        <w:rPr>
          <w:rFonts w:ascii="Times New Roman" w:hAnsi="Times New Roman" w:eastAsia="Times New Roman" w:cs="Times New Roman"/>
        </w:rPr>
        <w:t>Ýakynda Stiw Wolberg “Her Günlük” baradaky meselede öz garaýşyny bildirmäge borçly däldigini aýdýardy, sebäbi Ellen Uaýt hem “Her Günlük” barada hiç hili garaýyş tutmandyr; pygamber aýal üçin şeýle bir ýagdaýy eýelemek ýeterlik bolan bolsa, onuň üçin hem bu ýeterlikdir.</w:t>
      </w:r>
    </w:p>
    <w:p>
      <w:pPr>
        <w:pStyle w:val="ArticleBody"/>
        <w:jc w:val="left"/>
      </w:pPr>
      <w:r>
        <w:rPr>
          <w:rFonts w:ascii="Times New Roman" w:hAnsi="Times New Roman" w:eastAsia="Times New Roman" w:cs="Times New Roman"/>
        </w:rPr>
        <w:t>Dogrusy, Ellen Waýtyň “Gündelik” barada bir garaýşy bardy. Ol Milleritleriň bu barada dogry düşünjä eýe bolandygyny aýtdy we onuň butparazlykdygyna düşünýärdi. Ol butparazlyk aýrylanda, 1335-iň başlanýandygyna düşünýärdi; şeýle hem ol, mundan başga garaýyşlaryň diňe garaňkylygy we bulaşyklygy döredýändigine düşünýärdi.</w:t>
      </w:r>
    </w:p>
    <w:p>
      <w:pPr>
        <w:pStyle w:val="ArticleBody"/>
        <w:jc w:val="left"/>
      </w:pPr>
      <w:r>
        <w:rPr>
          <w:rFonts w:ascii="Times New Roman" w:hAnsi="Times New Roman" w:eastAsia="Times New Roman" w:cs="Times New Roman"/>
        </w:rPr>
        <w:t>1850-nji ýylyň taryhyndan hakykatdan-da garaňkylygy we bulaşyklygy getirýän hökmünde aýratynlykda görkezilip bilinjek zat, Gündelik Mesihiň Mukaddes ýerindäki gullugyny aňladýar diýen Crosieriň garaýşydyr; şonuň üçin meniň pikirimçe, ol Gündeligiň nämedigine düşünýärdi; diňe onuň nämedigine däl, eýsem onuň nämäni aňladýandygyna-da düşünýärdi, çünki şol garaýyşdan ýüz öwürseň, garaňkylyga we bulaşyga girýärsiň.</w:t>
      </w:r>
    </w:p>
    <w:p>
      <w:pPr>
        <w:pStyle w:val="ArticleBody"/>
        <w:jc w:val="left"/>
      </w:pPr>
      <w:r>
        <w:rPr>
          <w:rFonts w:ascii="Times New Roman" w:hAnsi="Times New Roman" w:eastAsia="Times New Roman" w:cs="Times New Roman"/>
        </w:rPr>
        <w:t>Emma, 1910-njy ýylda Ellen Waýt hem Baş Konferensiýanyň prezidentini we W. W. Preskotty Crosieriň şol bir garaýşyny öňe sürýändikleri üçin ýazgardy.</w:t>
      </w:r>
    </w:p>
    <w:p>
      <w:pPr>
        <w:pStyle w:val="ArticleBody"/>
        <w:jc w:val="left"/>
      </w:pPr>
      <w:r>
        <w:rPr>
          <w:rFonts w:ascii="Times New Roman" w:hAnsi="Times New Roman" w:eastAsia="Times New Roman" w:cs="Times New Roman"/>
        </w:rPr>
        <w:t>Hiçbir tarihçi, Prescott ile Willie White’ın ve A. G. Daniells’ın “Günlük”ü savunurlarken, “Günlük”ün Mesih’in Mukaddes Mekân’daki hizmetini temsil ettiği fikrini savunduklarını inkâr etmeyecektir. Bunu herkes bilir.</w:t>
      </w:r>
    </w:p>
    <w:p>
      <w:pPr>
        <w:pStyle w:val="ArticleBody"/>
        <w:jc w:val="left"/>
      </w:pPr>
      <w:r>
        <w:rPr>
          <w:rFonts w:ascii="Times New Roman" w:hAnsi="Times New Roman" w:eastAsia="Times New Roman" w:cs="Times New Roman"/>
        </w:rPr>
        <w:t>Ýöne, bu ýerde sizde Manuscript Releases-iň 20-nji tomundan alnan tutuş makala bar.</w:t>
      </w:r>
    </w:p>
    <w:p>
      <w:pPr>
        <w:pStyle w:val="ArticleBody"/>
        <w:jc w:val="left"/>
      </w:pPr>
      <w:r>
        <w:rPr>
          <w:rFonts w:ascii="Times New Roman" w:hAnsi="Times New Roman" w:eastAsia="Times New Roman" w:cs="Times New Roman"/>
        </w:rPr>
        <w:t>Bu haçan neşir edildi? Ol 1988-nji ýylda neşir edildi; şonuň üçin ol 1988-nji ýylda Adventizmi öwrenýän talyplaryň garamagy üçin elýeterlidir.</w:t>
      </w:r>
    </w:p>
    <w:p>
      <w:pPr>
        <w:pStyle w:val="ArticleBody"/>
        <w:jc w:val="left"/>
      </w:pPr>
      <w:r>
        <w:rPr>
          <w:rFonts w:ascii="Times New Roman" w:hAnsi="Times New Roman" w:eastAsia="Times New Roman" w:cs="Times New Roman"/>
        </w:rPr>
        <w:t>Willie Waýt, Preskott we Daniells Adwentizmde «Gündelik» baradaky ýalan garaýşy haçan berkitdiler? Olar öz işlerini 1919-njy ýyldan 1931-nji ýyla çenli amala aşyrdylar. 1931-nji ýyla gelnende bolsa, bu mesele tamam boldy!! Adwentizm, «Gündelik» Mesihe degişli Mukaddes ýerdäki hyzmaty aňladýar diýip öwretjekdir, çünki olar ýazgylaryň dinden çykan protestantlykdan we katoliklikden gelýän düşündirişini kabul etdiler. Şondan beýläk hem «Gündelik» Mesihe degişli Mukaddes ýerdäki hyzmat hökmünde kesgitlenýär.</w:t>
      </w:r>
    </w:p>
    <w:p>
      <w:pPr>
        <w:pStyle w:val="ArticleBody"/>
        <w:jc w:val="left"/>
      </w:pPr>
      <w:r>
        <w:rPr>
          <w:rFonts w:ascii="Times New Roman" w:hAnsi="Times New Roman" w:eastAsia="Times New Roman" w:cs="Times New Roman"/>
        </w:rPr>
        <w:t>Haýbat, muny bilip durka garşy çykýan käbir sesler bar, emma şondan soň akym düýbünden başga tarapa öwrüldi.</w:t>
      </w:r>
    </w:p>
    <w:p>
      <w:pPr>
        <w:pStyle w:val="ArticleBody"/>
        <w:jc w:val="left"/>
      </w:pPr>
      <w:r>
        <w:rPr>
          <w:rFonts w:ascii="Times New Roman" w:hAnsi="Times New Roman" w:eastAsia="Times New Roman" w:cs="Times New Roman"/>
        </w:rPr>
        <w:t>Soňra, 1988-nji ýylda, Ellen Waýt Mülkiýeti bize 1910-njy ýyldan bolan şu beýannamany hut “Daily” meselesi Preskott, Daniells we Willie White tarapyndan gyzgalaňly ara alnyp maslahatlaşylýan pursatda neşir etdi.</w:t>
      </w:r>
    </w:p>
    <w:p>
      <w:pPr>
        <w:pStyle w:val="ArticleScripture"/>
        <w:jc w:val="left"/>
      </w:pPr>
      <w:r>
        <w:rPr>
          <w:rFonts w:ascii="Times New Roman" w:hAnsi="Times New Roman" w:eastAsia="Times New Roman" w:cs="Times New Roman"/>
        </w:rPr>
        <w:t>Tejribämiziň şu döwründe akyllarymyzyň [bize] möhüm maslahat ýygnagymyzda garamak üçin berlen aýratyn nurdan sowulmagyna ýol bermeli däldiris. Ol ýerde dogan Daniells hem bardy; onuň aňynda duşman işläp durdy;</w:t>
      </w:r>
    </w:p>
    <w:p>
      <w:pPr>
        <w:pStyle w:val="ArticleBody"/>
        <w:jc w:val="left"/>
      </w:pPr>
      <w:r>
        <w:rPr>
          <w:rFonts w:ascii="Times New Roman" w:hAnsi="Times New Roman" w:eastAsia="Times New Roman" w:cs="Times New Roman"/>
        </w:rPr>
        <w:t>Bu nämäni aňladýar? Duşmanyň seniň aňyňda işleýändigi nämäni aňladýar? Bu, Mukaddes Ruhuň seniň aňyňda işlemeýändigini aňladýar.</w:t>
      </w:r>
    </w:p>
    <w:p>
      <w:pPr>
        <w:pStyle w:val="ArticleScripture"/>
        <w:jc w:val="left"/>
      </w:pPr>
      <w:r>
        <w:rPr>
          <w:rFonts w:ascii="Times New Roman" w:hAnsi="Times New Roman" w:eastAsia="Times New Roman" w:cs="Times New Roman"/>
        </w:rPr>
        <w:t>“…we siziň aňyňyz hem-de ýaşuly Preskottuň aňy gökden kowlan perişdeler tarapyndan täsir astyna alynýardy…”</w:t>
      </w:r>
    </w:p>
    <w:p>
      <w:pPr>
        <w:pStyle w:val="ArticleScripture"/>
        <w:jc w:val="left"/>
      </w:pPr>
      <w:r>
        <w:rPr>
          <w:rFonts w:ascii="Times New Roman" w:hAnsi="Times New Roman" w:eastAsia="Times New Roman" w:cs="Times New Roman"/>
        </w:rPr>
        <w:t>Şeýtanyň işi, Rebbin size girizmegi ylham bermedik ownuk-uşak zatlary girizdirmek üçin aňlaryňyzy sowmakdy. Olar zerur däldi. Emma bu hakykat işine örän uly täsir etdi. Eger aňlaryňyz ownuk-uşak zatlara sowlup bilinse, bu Şeýtanyň düzüp tapan işidir. Ýazylan kitaplarda ownuk zatlary düzediş etmek bilen beýik bir iş edýäris diýip hasap edýärsiňiz. Emma maňa şeýle buýruk berildi: Dymmak — belent sözleýişdir.</w:t>
      </w:r>
    </w:p>
    <w:p>
      <w:pPr>
        <w:pStyle w:val="ArticleBody"/>
        <w:jc w:val="left"/>
      </w:pPr>
      <w:r>
        <w:rPr>
          <w:rFonts w:ascii="Times New Roman" w:hAnsi="Times New Roman" w:eastAsia="Times New Roman" w:cs="Times New Roman"/>
        </w:rPr>
        <w:t>Olar Uriýa Smitiň *Daniel we Ylham hakyndaky Pikirler* atly kitabyna girip, onuň “Gündelik” babatda butparazlyk diýip aýdanlaryny aýyrmagy islediler. Şonuň üçin şu döwürde Willie White, Prescott we Daniells bilen göreşýän adamlaryň biri Larry Smith atly adamdyr.</w:t>
      </w:r>
    </w:p>
    <w:p>
      <w:pPr>
        <w:pStyle w:val="ArticleBody"/>
        <w:jc w:val="left"/>
      </w:pPr>
      <w:r>
        <w:rPr>
          <w:rFonts w:ascii="Times New Roman" w:hAnsi="Times New Roman" w:eastAsia="Times New Roman" w:cs="Times New Roman"/>
        </w:rPr>
        <w:t>Läri Smit kim? Ol Uriýanyň oglydyr, ol olaryň näme etmek isleýändiklerini bilýär we kakasynyň ýanynda durýar: Gündelik butparazlykdyr.</w:t>
      </w:r>
    </w:p>
    <w:p>
      <w:pPr>
        <w:pStyle w:val="ArticleScripture"/>
        <w:jc w:val="left"/>
      </w:pPr>
      <w:r>
        <w:rPr>
          <w:rFonts w:ascii="Times New Roman" w:hAnsi="Times New Roman" w:eastAsia="Times New Roman" w:cs="Times New Roman"/>
        </w:rPr>
        <w:t>Men şeýle diýmelidirin: Kemçilik agtarmagy goýuň. Iblisiň bu maksady diňe amala aşyrylyp bilinse, onda size şeýle görünýär: siziň işiňiz niýetlenişi taýdan iň täsin iş hökmünde hasap edilerdi. Ähli pikir derejesindäki toparlaryň ylalaşmaýan diýlip çak edilýän nägilelik dörediji aýratynlyklaryny bir ýere jemlemek duşmanyň meýilnamasydy.</w:t>
      </w:r>
    </w:p>
    <w:p>
      <w:pPr>
        <w:pStyle w:val="ArticleScripture"/>
        <w:jc w:val="left"/>
      </w:pPr>
      <w:r>
        <w:rPr>
          <w:rFonts w:ascii="Times New Roman" w:hAnsi="Times New Roman" w:eastAsia="Times New Roman" w:cs="Times New Roman"/>
        </w:rPr>
        <w:t>«Onda näme? Şeýtanyň hoşuna gelýän hut şol iş amala aşardy. Daşardakylara biziň imanymyz barada edil olaryň göwnünden turjak bir görnüş hödürlenerdi; ol bolsa häsiýetiň şeýle aýratynlyklaryny ösdürerdi welin, olar»</w:t>
      </w:r>
    </w:p>
    <w:p>
      <w:pPr>
        <w:pStyle w:val="ArticleBody"/>
        <w:jc w:val="left"/>
      </w:pPr>
      <w:r>
        <w:rPr>
          <w:rFonts w:ascii="Times New Roman" w:hAnsi="Times New Roman" w:eastAsia="Times New Roman" w:cs="Times New Roman"/>
        </w:rPr>
        <w:t>näme etmeli? “uly bulaşyklyk döretmeli.”</w:t>
      </w:r>
    </w:p>
    <w:p>
      <w:pPr>
        <w:pStyle w:val="ArticleBody"/>
        <w:jc w:val="left"/>
      </w:pPr>
      <w:r>
        <w:rPr>
          <w:rFonts w:ascii="Times New Roman" w:hAnsi="Times New Roman" w:eastAsia="Times New Roman" w:cs="Times New Roman"/>
        </w:rPr>
        <w:t>Gündelik baradaky başga garaýyşlar hem kabul edildi, olar bulaşyklyk we garaňkylyk getirýär.</w:t>
      </w:r>
    </w:p>
    <w:p>
      <w:pPr>
        <w:pStyle w:val="ArticleScripture"/>
        <w:jc w:val="left"/>
      </w:pPr>
      <w:r>
        <w:rPr>
          <w:rFonts w:ascii="Times New Roman" w:hAnsi="Times New Roman" w:eastAsia="Times New Roman" w:cs="Times New Roman"/>
        </w:rPr>
        <w:t>we halkyň öňünde uly habary yhlas bilen ýetirmek üçin ulanylmaly bolan altyn pursatlary peýdalanmaly. Biziň iş alyp baran haýsydyr bir mowzuk boýunça edilen ähli çykyşlar doly sazlaşyp bilmezdi, munuň netijesi bolsa imanlylaryň hem imansyzlaryň hem aňlaryny bulaşdyrmak bolardy. Hut şu zat Şeýtanyň ýüze çykarmagy meýilleşdiren zatydy — ylalaşmazlyk hökmünde ulaldylyp görkezilip bilinjek islendik zat.</w:t>
      </w:r>
    </w:p>
    <w:p>
      <w:pPr>
        <w:pStyle w:val="ArticleBody"/>
        <w:jc w:val="left"/>
      </w:pPr>
      <w:r>
        <w:rPr>
          <w:rFonts w:ascii="Times New Roman" w:hAnsi="Times New Roman" w:eastAsia="Times New Roman" w:cs="Times New Roman"/>
        </w:rPr>
        <w:t>Reb beýlese, bu taglymatlary Mukaddes Kitap okuwymyzdan subut etmäge başlan wagtymyzda, Hezekiýel 28-e serederis; çünki Gündeligiň hut düýp köki Hezekiýel 28-de kesgitlenýär. Hezekiýel 28 Lusiferiň özüni beýgeltmegi hakyndadyr, we ol muny belläp geçýär; çünki olar Gündeligiň Mesihiň Mukaddes ýerdäki gullugyny aňladýandygyny aýtmaga çalyşýarkalar, diňe bir Gündeligiň hakyky düşünjesini — öz-özüni beýgeltmegiň nyşanyny — ret etmän, eýsem öz tejribelerinde hut şol öz-özüni beýgeltmäni hem ýüze çykarýardylar. Ol olaryň hatarlarymyzyň arasyna bulaşyklyk getirjekdigini aýratyn nygtaýar.</w:t>
      </w:r>
    </w:p>
    <w:p>
      <w:pPr>
        <w:pStyle w:val="ArticleScripture"/>
        <w:jc w:val="left"/>
      </w:pPr>
      <w:r>
        <w:rPr>
          <w:rFonts w:ascii="Times New Roman" w:hAnsi="Times New Roman" w:eastAsia="Times New Roman" w:cs="Times New Roman"/>
        </w:rPr>
        <w:t>Indi, ynha geň ruhlar hereket edip biljek beýik bir iş bar. Emma Rebbiň heläk bolýan janlary halas etmek üçin ýerine ýetirilmeli bir işi bardyr; we Şeýtanyň, özüni başgaça görkezmek arkaly, biziň hatarlarymyzyň arasyna bulaşyklyk girizip, dolduryp biljek ýerlerini ol doly kämillik bilen doldurar, we şol ähli ownuk tapawutlar ulalyp, aýdyň hem görnükli bolar.</w:t>
      </w:r>
    </w:p>
    <w:p>
      <w:pPr>
        <w:pStyle w:val="ArticleBody"/>
        <w:jc w:val="left"/>
      </w:pPr>
      <w:r>
        <w:rPr>
          <w:rFonts w:ascii="Times New Roman" w:hAnsi="Times New Roman" w:eastAsia="Times New Roman" w:cs="Times New Roman"/>
        </w:rPr>
        <w:t>“Maňa görkezildi” diýmek nämäni aňladýar? Muny Hudaý oňa anyk aýtdy.</w:t>
      </w:r>
    </w:p>
    <w:p>
      <w:pPr>
        <w:pStyle w:val="ArticleScripture"/>
        <w:jc w:val="left"/>
      </w:pPr>
      <w:r>
        <w:rPr>
          <w:rFonts w:ascii="Times New Roman" w:hAnsi="Times New Roman" w:eastAsia="Times New Roman" w:cs="Times New Roman"/>
        </w:rPr>
        <w:t>“Meni ilk başdan Rebbiň bu işiň ýüki ne Elder Daniells-e, ne-de Prescott-a berenini görkezildi. Şeýtanyň mekir hileleri aralaşdyrylsynmy? Bu “Daily” akyllary bulaşdyrmak we wagtyň şu möhüm döwründe işiň öňe gitmegine päsgel bermek üçin orta atyljak derejede şeýle uly mesele bolmalymy? Nähili ýagdaýda bolsa-da, beýle bolmaly däldir. Bu tema orta atylmaly däldir,”</w:t>
      </w:r>
    </w:p>
    <w:p>
      <w:pPr>
        <w:pStyle w:val="ArticleBody"/>
        <w:jc w:val="left"/>
      </w:pPr>
      <w:r>
        <w:rPr>
          <w:rFonts w:ascii="Times New Roman" w:hAnsi="Times New Roman" w:eastAsia="Times New Roman" w:cs="Times New Roman"/>
        </w:rPr>
        <w:t>Waýt uýamyz Gündeligiň nämedigine düşünýärdi hem-de Gündeligi Mesihiň Mukaddes Ýerdäki gullugydyr diýip öwretmegiň Gökden kowlan perişdelerden gelip çykýan bir zatdygyna, munuň bolsa diňe bulaşyklyk we garaňkylyk getirýändigine düşünýärdi; şeýle hem ol Ilkinji Öňbaşçylaryň Gündeligiň Butparazlygy aňladýandygy baradaky garaýşyny, we Gündelik aýrylanda 1335 ýyllyk wagt pygamberliginiň başlanandygyny bilýärdi. Ol muny bilýärdi. Bu adamlaryň näme diýmek isleýändigine garamazdan, ol tapawudy bilýärdi.</w:t>
      </w:r>
    </w:p>
    <w:p>
      <w:pPr>
        <w:pStyle w:val="ArticleScripture"/>
        <w:jc w:val="left"/>
      </w:pPr>
      <w:r>
        <w:rPr>
          <w:rFonts w:ascii="Times New Roman" w:hAnsi="Times New Roman" w:eastAsia="Times New Roman" w:cs="Times New Roman"/>
        </w:rPr>
        <w:t>Näme bolanda-da, beýle bolmaly däldir. Bu mesele girizilmeli däldir, çünki içeri giriziljek ruh gadagan ediji bolar, hem-de Lusifer her bir herekete syn edýär. Şeýtanyň wekilleri onuň işine başlardylar we hatarlarymyzyň arasyna bulaşyklyk getirilýärdi. Synag meselesi bolmadyk pikir tapawudyny agtarmaga seniň hiç hili çagyryşyň ýokdur; emma seniň dymmagyň sözden täsirlidir. Mesele maňa bütin aýdyňlygy bilen görkezildi. Eger iblis öz niýet edişi ýaly, şu meseleler boýunça öz halkymyzyň içinden birini hem bu işe çekip bilseydi, Şeýtanyň işi ýeňiş gazanardy. Indi gijä goýmazdan iş ele alynmalydyr we hiç hili pikir tapawudy beýan edilmemelidir.</w:t>
      </w:r>
    </w:p>
    <w:p>
      <w:pPr>
        <w:pStyle w:val="ArticleScripture"/>
        <w:jc w:val="left"/>
      </w:pPr>
      <w:r>
        <w:rPr>
          <w:rFonts w:ascii="Times New Roman" w:hAnsi="Times New Roman" w:eastAsia="Times New Roman" w:cs="Times New Roman"/>
        </w:rPr>
        <w:t>Şeýtan bizden çykyp giden şol adamlary ýaman perişdeler bilen birleşmäge we ähmiýetsiz meseleler arkaly işimizi bökdemäge ruhlandyrardy; onda duşmanyň düşelgesinde nähili begenç bolardy. Has-da ýakynlaşyň, has-da ýakynlaşyň. Her bir tapawut gömülsin. Biziň häzirki işimiz, bu tapawutlary aradan aýyrmak we hemmäniň sazlaşykda bolmagy üçin ähli beden güýjümizi hem-de beýni-sinir kuwwatymyzy bagyş etmekdir. Eger Şeýtana özüniň uly mukaddesleşdirilmedik paýhasy bilen iň kiçijik bir ygtyýar almaga rugsat berlen bolsa, [ol begenərdi].</w:t>
      </w:r>
    </w:p>
    <w:p>
      <w:pPr>
        <w:pStyle w:val="ArticleScripture"/>
        <w:jc w:val="left"/>
      </w:pPr>
      <w:r>
        <w:rPr>
          <w:rFonts w:ascii="Times New Roman" w:hAnsi="Times New Roman" w:eastAsia="Times New Roman" w:cs="Times New Roman"/>
        </w:rPr>
        <w:t>Indi, siziň nähili iş alyp barýanyňyzy görenimde, aňym bütin ýagdaýy hem-de öňe gidip, biziň aramyzdan aýrylan taraplara hatarlarymyzyň içine başagaýlyk salmaga iň kiçi mümkinçilik beren halatyňyzda nähili netijeleriň boljakdygyny doly gördi. Siziň paýhasdan mahrumlygyňyz edil Şeýtanyň isleýşi ýaly bolardy. Siziň gaty sesli yglanyňyz Mukaddes Ruhuň ylhamy astynda däldi. Maňa size şeýle diýmek tabşyryldy: Hudaý tarapyndan ýol görkezilen adamlaryň ýazgylarynda kemçilik agtarmagyňyz Hudaýdan ylham alan iş däldir. Eger bu Elder Daniellsiň halka berjek paýhasy bolsa, onda hiç bir ýagdaýda oňa resmi wezipe bermäň, çünki ol sebäpden netijä çenli akyl ýetirip bilenok. Bu meselede siziň dymmagyňyz siziň paýhasyňyzdyr. Indi, diri bolmadyk adamlaryň neşirlerinde kemçilik agtarmak ýaly her bir zat Hudaýyň sizleriň hiç biriňize beren işi däldir. Çünki bu adamlar — Elders Daniells we Prescott — şäherlerde iş alyp barmak barada berlen görkezmelere eýeren bolsadylar, hakykata ynandyrylan we imana gelen, ukyply adamlaryň köpüsi, örän köpüsi bolardy; emma olar [häzir] hiç haçan ýetip bolmajak orunlarda durýarlar.</w:t>
      </w:r>
    </w:p>
    <w:p>
      <w:pPr>
        <w:pStyle w:val="ArticleScripture"/>
        <w:jc w:val="left"/>
      </w:pPr>
      <w:r>
        <w:rPr>
          <w:rFonts w:ascii="Times New Roman" w:hAnsi="Times New Roman" w:eastAsia="Times New Roman" w:cs="Times New Roman"/>
        </w:rPr>
        <w:t>Bütin dünýä bir beýik maşgala hökmünde görülmelidir. Şeýle bir bilim çeşmesinden peýdalanmaga mümkinçilik bar mahaly, näme üçin Rebbimiz Isa Mesih tarapyndan berlen şaýatlyklar bilen dünýäniň ýyllarboýy heläk bolmagyna ýol berdiňiz? Hakyky din bize her bir erkek adama we her bir aýala özümiziň ýagşylyk edip biljek şahsymyz hökmünde garamagy öwredýär.</w:t>
      </w:r>
    </w:p>
    <w:p>
      <w:pPr>
        <w:pStyle w:val="ArticleScripture"/>
        <w:jc w:val="left"/>
      </w:pPr>
      <w:r>
        <w:rPr>
          <w:rFonts w:ascii="Times New Roman" w:hAnsi="Times New Roman" w:eastAsia="Times New Roman" w:cs="Times New Roman"/>
        </w:rPr>
        <w:t>Bu köp ýyllardan bäri çap edilip gelýär: —“Deňagramly akyl”, Elder Andrews-a berlen şaýatlyk. Akyl ösdürilip, haçan geplemelidigini we haýsy ýüklere girişip, olary çekmelidigini bilýän bir güýje öwrülip biler, çünki Mesih siziň Mugallymyňyzdyr. Men bolsa siziň öz paýhasyňyzy beýgeldip, pikirlaryň tapawudyny döretjek bir ýoly yzarlanyňyzy [görenimde] siziň üçin örän howatyr etdim. Reb, haçan dymmak olar üçin paýhas bolsa, dymyp bilýän paýhasly adamlary talap edýär. Eger siz kämil adam boljak bolsaňyz, Isa Mesih arkaly mukaddes edilmäge mätäçsiňiz. Indi ýaňy başlanan bir iş bar, we paýhas her bir wagyzda, her bir konferensiýanyň prezidentinde görünsın. Emma ine, birnäçe ýyl öň siziň hut şu işe sesiňizi galdyryp goldamak üçin zerur bolan ýeriňizde el urmagyňyz gerek bolan bir iş bardy. Mesih Öz halkynyň hemmesine olaryň näme etmelidigini we nämeleri etmeli däldigini aýratyn görkezmeler berdi. Rebbiň dogrulygyny amala aşyrmak üçin bize galan wagt örän azdyr. Siz Rebbiň ýoluna düşünip bilersiňiz. Men siziň prezident wezipesine goýlanyňyzdan soň zatlary öz oýlap tapşyňyz boýunça alyp barmak maksadyňyzy gördüm. Siz özüňiziň ajaýyp işleri etjekdigiňizi, emma munuň Hudaýyň siziň eliňize bermedik bir işi boljakdygyny oýlapdyňyz. Indi siziň işiňiz ezmek däl-de, eýsem Reb sizi hyzmat etmäge kabul eden bolsa, mümkin bolan her bir zerurlygy ýeňilleşdirmekdir. Emma siz örän irden paýhasyň we mukaddes edilen höküm ýöretmäniň sizde ýüze çykmandygynyň alamatlaryny berdiňiz. Siz Reb ýagtylyk bermese kabul edilmejek meseleleri alawlap öňe sürdüňiz.</w:t>
      </w:r>
    </w:p>
    <w:p>
      <w:pPr>
        <w:pStyle w:val="ArticleScripture"/>
        <w:jc w:val="left"/>
      </w:pPr>
      <w:r>
        <w:rPr>
          <w:rFonts w:ascii="Times New Roman" w:hAnsi="Times New Roman" w:eastAsia="Times New Roman" w:cs="Times New Roman"/>
        </w:rPr>
        <w:t>Maňa şeýle howlukmaç hereketleriň, hatda sizi konferensiýanyň prezidenti hökmünde ýene bir ýyl saýlamak ýaly işleriň hem edilmeli däldigi görkezildi. Emma bu mesele doga arkaly Rebbiň huzuryna getirilýänçä, Reb bu hili howlukmaç geleşikleriň mundan beýläk bolmagyny gadagan edýär; hem-de Rebbiň işiniň prezidentiň üstüne ýükleýän hyzmatynyň iň dabaraly jogapkärçilikdigini size habar berlenligi sebäpli, siz “—Daily” baradaky meselede öz eden ýalňyş gyzgynlygyňyz bilen öňe çykmaga we öz täsiriňiziň bu meseläni çözer diýip çak etmäge ahlak taýdan hiç bir hukugyňyz ýokdy. Ol ýerde agyr jogapkärçilikleri çekip gelen ýaşuly Haskell bardy, hem ýaşuly Irwin bardy, hem-de meniň agzap biljek ýene birnäçe adamym bar, olar hem agyr jogapkärçilikleri göterýärler.</w:t>
      </w:r>
    </w:p>
    <w:p>
      <w:pPr>
        <w:pStyle w:val="ArticleScripture"/>
        <w:jc w:val="left"/>
      </w:pPr>
      <w:r>
        <w:rPr>
          <w:rFonts w:ascii="Times New Roman" w:hAnsi="Times New Roman" w:eastAsia="Times New Roman" w:cs="Times New Roman"/>
        </w:rPr>
        <w:t>“Ýaşy uly adamlara bolan hormatyňyz nirede boldy? Meseläni ölçäp-biçmek üçin ähli jogapkär adamlary çekmezden, nähili ygtyýary amala aşyryp bilerdiniz? Emma indi geliň, bu meseläni derňeýli araşdyryp göreliň. Indi, äsgerilmän galan işiň öňünde, işi ýene bir ýyl alyp barmaga bolan yhlasyňyzy görkezmegiň Rebbiň hökümi bolup-bolmandygyny täzeden garamalydyrys. Eger size birleşjek kömegiň bilen işi ýene bir ýyl alyp barsaňyz, onda sizde-de, Ýaşuly Prescottda-da bir üýtgeşiklik bolmalydyr. Öz ýürekleriňizi Hudaýyň öňünde kiçeldiň. Reb sizde başgaça bir tejribäniň ýüze çykandygyny görmeli bolar, çünki haçandyr adamlaryň täzeden iman ýoluna getirilmäge mätäç bolan wagty bolan bolsa, hut şu häzirki [wagtda] ol Ýaşuly Daniells bilen Ýaşuly Prescottdyr.”</w:t>
      </w:r>
    </w:p>
    <w:p>
      <w:pPr>
        <w:pStyle w:val="ArticleScripture"/>
        <w:jc w:val="left"/>
      </w:pPr>
      <w:r>
        <w:rPr>
          <w:rFonts w:ascii="Times New Roman" w:hAnsi="Times New Roman" w:eastAsia="Times New Roman" w:cs="Times New Roman"/>
        </w:rPr>
        <w:t>Ýedi adam saýlanyp alynmalydyr; olar paýhasly adamlar bolmaly we Hudaýyň merhemetiniň işi arkaly gaýtadan öwrülenlikleriniň subudyny bermelidirler. Sebäp bilen netijeden netije çykarmaga ukypsyz derejede körlenen şeýle adamlar, bu işe degişli jogapkärçilikleri çekip gelen adamlary hem-de bu konferensiýalaryň prezidentlerini äsgermezlik etse, işi iki ýyldan gowrak wagtlap alyp giden adamlar hasaba alynmasa we şeýle howlukmaç netije ýüze çykyp, adamlar ýyllarboýy özleriniň öňünde goýlan iň bir işi — şäherlerde iş alyp barmagy — äsgermezlik etseler, hem-de ýaşuly adamlaryň maslahatyna hiç hili, ýa-da juda az üns berlip, olaryň halka ýetirmegi saýlap alan zatlary wagyz edilse, bu özüniň beýik hem ajaýyp şeýle işe ynanylyp tabşyrylmaga şol adamlaryň ygtybarsyzdygyna öz subudyny berýär.</w:t>
      </w:r>
    </w:p>
    <w:p>
      <w:pPr>
        <w:pStyle w:val="ArticleScripture"/>
        <w:jc w:val="left"/>
      </w:pPr>
      <w:r>
        <w:rPr>
          <w:rFonts w:ascii="Times New Roman" w:hAnsi="Times New Roman" w:eastAsia="Times New Roman" w:cs="Times New Roman"/>
        </w:rPr>
        <w:t>Mesih öli däldir. Ol Öz işiniň şeýle geň ýol bilen alnyp barylmagyna hiç haçan ýol bermez. Kitaplara degmäň. Eger haýsydyr bir üýtgetme zerur bolsa, Hudaý şol üýtgetmede sazlaşygyň laýyk bolmagyny üpjün eder; emma bir habar, öz içine alýan uly jogapkärçilikler bilen bilelikde, adamlara ynanylyp tabşyrylanda, [Hudaý] söýgi arkaly işleýän we jany päkleşdirýän wepalylygy talap edýär. Daniells we Prescott ýaşulylarynyň ikisine-de täzeden dönmek zerurdyr. Bir geň iş aralaşdy, we ol Mesihiň biziň dünýämize ýerine ýetirmek üçin gelen işi bilen sazlaşykda däldir; we hakykatdan-da dönülenleriň hemmesi Mesihiň işlerini işlär.</w:t>
      </w:r>
    </w:p>
    <w:p>
      <w:pPr>
        <w:pStyle w:val="ArticleScripture"/>
        <w:jc w:val="left"/>
      </w:pPr>
      <w:r>
        <w:rPr>
          <w:rFonts w:ascii="Times New Roman" w:hAnsi="Times New Roman" w:eastAsia="Times New Roman" w:cs="Times New Roman"/>
        </w:rPr>
        <w:t>Biz hemmämiz Atany şöhratlandyrjak işi amal etmelidiris. Biz çözgüt pursadyna geldik — ýa şu taýýarlyk döwrüniň özünde Isa Mesihiň häsiýetine laýyk gelmeli, ýa-da muny synanyşmaly hem däl. Daniells ýaşuly, [siz özüňizi] şuňa meňzeş ýagdaýlarda öň edişiňiz ýaly sesiňizi ýokardan eşitdirmäge azat hasap etmeli dälsiňiz. Şeýle hem düşüniň, konferensiýanyň prezidenti höküm sürüji däldir. Ol, Hudaýyň kabul eden prezidentlik wezipesinde duran dana adamlar bilen baglanyşykda işleýär. Hudaýyň kabul eden galamlaryndan çykan çap edilen kitaplardaky ýazgylara gatyşmaga onuň ygtyýary ýokdur. Olar hökmany, agalyk ediji güýjüň azrak alamatyny görkezmeseler, indi mundan beýläk agalyk sürmeli däldirler. Çözgüt pursady geldi, çünki Hudaý masgaralanylar.</w:t>
      </w:r>
    </w:p>
    <w:p>
      <w:pPr>
        <w:pStyle w:val="ArticleScripture"/>
        <w:jc w:val="left"/>
      </w:pPr>
      <w:r>
        <w:rPr>
          <w:rFonts w:ascii="Times New Roman" w:hAnsi="Times New Roman" w:eastAsia="Times New Roman" w:cs="Times New Roman"/>
        </w:rPr>
        <w:t>«Reb şehere işlenilmedik galalara nähili garaýar? Mesih asmanda. Indi Onuň ykrar edilmegi şeýle bolmalydyr: —Patyşalyk häkimligi ýok. Ine, indi bu dünýäniň çökgün pursadydyr. Indi Men halas etmäge-de, ýok etmäge-de güýjüm bolan Gudratdyryn. Indi hemmeleriň ykbalynyň Meniň elimdedigi wagtdyr. Men dünýäni halas etmek üçin Öz janymy berdim. We: “Men ýokary galdyrylsam”, berjek halas ediji merhemetim, ilahi meňzeşlik boýunça şekillendiriljek we Men bilen bir boljaklaryň hemmesiniň Meniň halas ediji merhemetiň güýji bilen nähili işleýän bolsam, şonuň ýaly işlejekdigini subut eder». Kim islese, [goý ol] doganlary bilen birlikde, Rebbiň berýän maslahatynyň astynda jogapkär orunlarda olara edilen işi ýerine ýetirmek üçin berk ýapyşsyn we dünýäni şeýle söýüp, dünýäniň halas bolmagy üçin Öz janyny doly gurban eden Ol bilen doly sazlaşykda işlemäge iň yhlasly görnüşde çalyşsyn. Men hyzmatkärlerimize aýdýaryn: şäherlerimizdäki işe girişenlerinde, Sözüň hyzmatyna parahat mukaddeslik ýoldaş bolsun. Biz halkyň aňyna degişli täsiri ýetirip bilmeris, eger biz . . . [Bu sahypanyň aşaky üçden bir bölegi boş galdyrylan.]</w:t>
      </w:r>
    </w:p>
    <w:p>
      <w:pPr>
        <w:pStyle w:val="ArticleScripture"/>
        <w:jc w:val="left"/>
      </w:pPr>
      <w:r>
        <w:rPr>
          <w:rFonts w:ascii="Times New Roman" w:hAnsi="Times New Roman" w:eastAsia="Times New Roman" w:cs="Times New Roman"/>
        </w:rPr>
        <w:t>Men Gündeligimden göçürýärin. Hakykat Isa Mesihdäki ýaly — ony aýdyň, onuň barada doga ediň, her sözüne öz ýönekeýliginde ynanyň. Eger ýalňyşlyklary imandan ýüz öwren we azdyryjy ruhlara gulak asan adamlaryň öňüne çykarsaňyz, näme gazanarsyňyz? Olar ýaňy-ýakynda ynançda biziň bilen bile bolan adamlardy. Şeýtanyň tarapynda durjakmysyňyz? Işlenilmedik meýdanlara üns beriň. Bütin dünýäni gurşap alýan bir iş öňümizde dur. Maňa John Kellogg barada görnüşler görkezildi.</w:t>
      </w:r>
    </w:p>
    <w:p>
      <w:pPr>
        <w:pStyle w:val="ArticleScripture"/>
        <w:jc w:val="left"/>
      </w:pPr>
      <w:r>
        <w:rPr>
          <w:rFonts w:ascii="Times New Roman" w:hAnsi="Times New Roman" w:eastAsia="Times New Roman" w:cs="Times New Roman"/>
        </w:rPr>
        <w:t>Örän özüne çekiji bir şahs, özüniň öňe sürýän aldawjy delilleriniň pikirlerini — hakyky Mukaddes Kitap hakykatyndan tapawutlanýan garaýyşlary — wekilçilik edýärdi. Täze bir zat ugrunda açlyk we suwsuzlyk çekýänler şeýle [örän aldawjy] pikirleri öňe sürýärdiler welin, Ýaşuly Prescott uly howpuň astyndady. Ýaşuly Daniells hem şeýle pikirler her ýerde aýdylsa, bu täze bir dünýä bolardy diýen azgynlyga duwlanmak howpundady.</w:t>
      </w:r>
    </w:p>
    <w:p>
      <w:pPr>
        <w:pStyle w:val="ArticleScripture"/>
        <w:jc w:val="left"/>
      </w:pPr>
      <w:r>
        <w:rPr>
          <w:rFonts w:ascii="Times New Roman" w:hAnsi="Times New Roman" w:eastAsia="Times New Roman" w:cs="Times New Roman"/>
        </w:rPr>
        <w:t>“Hawa, şeýle bolardy, emma olaryň aňlary şeýdip şol zatlar bilen doly meşgul edilýän mahaly maňa görkezildi welin, Dogan Daniells bilen Dogan Prescott ruhy[çulyga] meňzeş görnüşli pikirleri özleriniň tejribesine goşup dokapdyrlar hem-de mümkin bolsa, hatda saýlananlaryň özlerini-de aldaýjak gözel duýgularyň üsti bilen halkymyzy özlerine çekipdirler.”</w:t>
      </w:r>
    </w:p>
    <w:p>
      <w:pPr>
        <w:pStyle w:val="ArticleBody"/>
        <w:jc w:val="left"/>
      </w:pPr>
      <w:r>
        <w:rPr>
          <w:rFonts w:ascii="Times New Roman" w:hAnsi="Times New Roman" w:eastAsia="Times New Roman" w:cs="Times New Roman"/>
        </w:rPr>
        <w:t>Iň saýlananlaryň hut özleri aldanmaz, emma iň saýlananlaryň ýanynda duran adamlaryň arasynda aldanjaklar bolar. Iň saýlananlar akylly gyzlardyr. Akyşsyz gyzlar bolsa aldanarlar, şeýle dälmi?</w:t>
      </w:r>
    </w:p>
    <w:p>
      <w:pPr>
        <w:pStyle w:val="ArticleBody"/>
        <w:jc w:val="left"/>
      </w:pPr>
      <w:r>
        <w:rPr>
          <w:rFonts w:ascii="Times New Roman" w:hAnsi="Times New Roman" w:eastAsia="Times New Roman" w:cs="Times New Roman"/>
        </w:rPr>
        <w:t>Bu döwürde akylly gyzlar ýaly, hut saýlananlary hem aldamak synagy bar wagtynda, akylly gyzlar Mukaddes Ruhuň bol-bol guýulmasyny kabul edýärkäler, akmak gyzlar nämäni kabul edýärler? 2 Selaniklilerdäki güýçli azgynlaşdyrmany. Muny hem Gündelik bilen baglanyşyklykda serederis.</w:t>
      </w:r>
    </w:p>
    <w:p>
      <w:pPr>
        <w:pStyle w:val="ArticleBody"/>
        <w:jc w:val="left"/>
      </w:pPr>
      <w:r>
        <w:rPr>
          <w:rFonts w:ascii="Times New Roman" w:hAnsi="Times New Roman" w:eastAsia="Times New Roman" w:cs="Times New Roman"/>
        </w:rPr>
        <w:t>—«özleriniň tejribesine ruhy[çülik] görnüşli duýgulary örüp girizýärdiler we, mümkin bolsa, hut saýlananlary hem aldamak üçin halkymyzy owadan duýgulara çekýärdiler».</w:t>
      </w:r>
    </w:p>
    <w:p>
      <w:pPr>
        <w:pStyle w:val="ArticleBody"/>
        <w:jc w:val="left"/>
      </w:pPr>
      <w:r>
        <w:rPr>
          <w:rFonts w:ascii="Times New Roman" w:hAnsi="Times New Roman" w:eastAsia="Times New Roman" w:cs="Times New Roman"/>
        </w:rPr>
        <w:t>Ruhçulygyň iň düýp manysy näme?</w:t>
      </w:r>
    </w:p>
    <w:p>
      <w:pPr>
        <w:pStyle w:val="ArticleBody"/>
        <w:jc w:val="left"/>
      </w:pPr>
      <w:r>
        <w:rPr>
          <w:rFonts w:ascii="Times New Roman" w:hAnsi="Times New Roman" w:eastAsia="Times New Roman" w:cs="Times New Roman"/>
        </w:rPr>
        <w:t>Patyşa Şawul baradaky wakaya gelende bolsa, Samuel näme diýdi? «Boýun egmezlik jadygöýlüge deňdir». Boýun egmezlik jadygöýlükdür.</w:t>
      </w:r>
    </w:p>
    <w:p>
      <w:pPr>
        <w:pStyle w:val="ArticleBody"/>
        <w:jc w:val="left"/>
      </w:pPr>
      <w:r>
        <w:rPr>
          <w:rFonts w:ascii="Times New Roman" w:hAnsi="Times New Roman" w:eastAsia="Times New Roman" w:cs="Times New Roman"/>
        </w:rPr>
        <w:t>Şawul nirä barıp çykýar?</w:t>
      </w:r>
    </w:p>
    <w:p>
      <w:pPr>
        <w:pStyle w:val="ArticleBody"/>
        <w:jc w:val="left"/>
      </w:pPr>
      <w:r>
        <w:rPr>
          <w:rFonts w:ascii="Times New Roman" w:hAnsi="Times New Roman" w:eastAsia="Times New Roman" w:cs="Times New Roman"/>
        </w:rPr>
        <w:t>DIŇLEÝJILERDEN: Endordaky jadygöý bilen.</w:t>
      </w:r>
    </w:p>
    <w:p>
      <w:pPr>
        <w:pStyle w:val="ArticleBody"/>
        <w:jc w:val="left"/>
      </w:pPr>
      <w:r>
        <w:rPr>
          <w:rFonts w:ascii="Times New Roman" w:hAnsi="Times New Roman" w:eastAsia="Times New Roman" w:cs="Times New Roman"/>
        </w:rPr>
        <w:t>Endordaky jadygöý bilen.</w:t>
      </w:r>
    </w:p>
    <w:p>
      <w:pPr>
        <w:pStyle w:val="ArticleBody"/>
        <w:jc w:val="left"/>
      </w:pPr>
      <w:r>
        <w:rPr>
          <w:rFonts w:ascii="Times New Roman" w:hAnsi="Times New Roman" w:eastAsia="Times New Roman" w:cs="Times New Roman"/>
        </w:rPr>
        <w:t>Patyşa Şawuly Endoryň jadygöý aýalynyň ýanyna alyp baran bu wakalar zynjyryny döretmek üçin näme etdi? Ol öz sözüni Hudaýyň Sözüniň üstünde goýdy. Oňa näme etmelidigi aýdylypdy, emma ol öňe gidip, özüniň etmek islän zadyny etdi.</w:t>
      </w:r>
    </w:p>
    <w:p>
      <w:pPr>
        <w:pStyle w:val="ArticleBody"/>
        <w:jc w:val="left"/>
      </w:pPr>
      <w:r>
        <w:rPr>
          <w:rFonts w:ascii="Times New Roman" w:hAnsi="Times New Roman" w:eastAsia="Times New Roman" w:cs="Times New Roman"/>
        </w:rPr>
        <w:t>Ruhçulygyň iň düýp mazmuny öz sözüňi Hudaýyň Sözüniň üstünde goýmakdyr. Hemme zat hut şondan başlanýar. Ine, jadygöýlük şudur.</w:t>
      </w:r>
    </w:p>
    <w:p>
      <w:pPr>
        <w:pStyle w:val="ArticleBody"/>
        <w:jc w:val="left"/>
      </w:pPr>
      <w:r>
        <w:rPr>
          <w:rFonts w:ascii="Times New Roman" w:hAnsi="Times New Roman" w:eastAsia="Times New Roman" w:cs="Times New Roman"/>
        </w:rPr>
        <w:t>Jadygöýlük — Şeýtanyň sizi öz täsiri astyna nähili getirýändigini tanamakdyr. Onuň sizi nähili jadylaýandygy, bu jadyly aldaw bilen bagly bir jadyly adalgadyr.</w:t>
      </w:r>
    </w:p>
    <w:p>
      <w:pPr>
        <w:pStyle w:val="ArticleBody"/>
        <w:jc w:val="left"/>
      </w:pPr>
      <w:r>
        <w:rPr>
          <w:rFonts w:ascii="Times New Roman" w:hAnsi="Times New Roman" w:eastAsia="Times New Roman" w:cs="Times New Roman"/>
        </w:rPr>
        <w:t>Jadyly edilen wagtyňyzda ilki jadyly bolýan kim? Jadygöriň özi. Hemmesi men öz sözümiň Hudaýyň Sözüniň üstünde goýanymda başlanýar. Bu jadygöýlikdir, bu gozgalaňdyr, we jadyly bolan meniň özümdir. Daniells bilen Prescottyň başyna gelen hem hut şudur.</w:t>
      </w:r>
    </w:p>
    <w:p>
      <w:pPr>
        <w:pStyle w:val="ArticleBody"/>
        <w:jc w:val="left"/>
      </w:pPr>
      <w:r>
        <w:rPr>
          <w:rFonts w:ascii="Times New Roman" w:hAnsi="Times New Roman" w:eastAsia="Times New Roman" w:cs="Times New Roman"/>
        </w:rPr>
        <w:t>Şeýle ýagdaý bolup durkak, Daniells bilen Prescott nähili garaýyşlary ornaşdyrmaga çalyşýardylar? Gündelik baradaky nädogry garaýşy.</w:t>
      </w:r>
    </w:p>
    <w:p>
      <w:pPr>
        <w:pStyle w:val="ArticleBody"/>
        <w:jc w:val="left"/>
      </w:pPr>
      <w:r>
        <w:rPr>
          <w:rFonts w:ascii="Times New Roman" w:hAnsi="Times New Roman" w:eastAsia="Times New Roman" w:cs="Times New Roman"/>
        </w:rPr>
        <w:t>"Gündelik" hakyndaky hakykat düşünje nämedir? Ol butparazlykdyr, butparazlyk bolsa öz-özüňi beýgeltmegiň dinidir. Ol Şeýtan öz sözüni Hudaýyň Sözüniň üstünde goýan mahaly, Gökleriň köşklerinde başlanan we adamzadyň taryhyna kanunsyzlygyň syrlylygyny girizen dindir.</w:t>
      </w:r>
    </w:p>
    <w:p>
      <w:pPr>
        <w:pStyle w:val="ArticleBody"/>
        <w:jc w:val="left"/>
      </w:pPr>
      <w:r>
        <w:rPr>
          <w:rFonts w:ascii="Times New Roman" w:hAnsi="Times New Roman" w:eastAsia="Times New Roman" w:cs="Times New Roman"/>
        </w:rPr>
        <w:t>Günäniň syrtyny açmaýan syrly işi, Şeýtanyň bizi jadylaýyş işidir. Bu, Şeýtanyň bizi öz sözümi ýa-da onuň sözüni Hudaýyň Sözüniň üstünde goýdurmakdaky işidir.</w:t>
      </w:r>
    </w:p>
    <w:p>
      <w:pPr>
        <w:pStyle w:val="ArticleBody"/>
        <w:jc w:val="left"/>
      </w:pPr>
      <w:r>
        <w:rPr>
          <w:rFonts w:ascii="Times New Roman" w:hAnsi="Times New Roman" w:eastAsia="Times New Roman" w:cs="Times New Roman"/>
        </w:rPr>
        <w:t>Meniň pikirimi yzarlaýarsyňyzmy?</w:t>
      </w:r>
    </w:p>
    <w:p>
      <w:pPr>
        <w:pStyle w:val="ArticleBody"/>
        <w:jc w:val="left"/>
      </w:pPr>
      <w:r>
        <w:rPr>
          <w:rFonts w:ascii="Times New Roman" w:hAnsi="Times New Roman" w:eastAsia="Times New Roman" w:cs="Times New Roman"/>
        </w:rPr>
        <w:t>Günä sözüne serediň. Ol Strongyň Konkordansiýasynda günäni kesgitlär. Ony kök sözüne çenli alyp baranyňyzda, günäniň kök sözi näme? Alfa, alfa. Ine, şol Alfa Apostasydyr.</w:t>
      </w:r>
    </w:p>
    <w:p>
      <w:pPr>
        <w:pStyle w:val="ArticleBody"/>
        <w:jc w:val="left"/>
      </w:pPr>
      <w:r>
        <w:rPr>
          <w:rFonts w:ascii="Times New Roman" w:hAnsi="Times New Roman" w:eastAsia="Times New Roman" w:cs="Times New Roman"/>
        </w:rPr>
        <w:t>Daniells bilen Prescott bu akylsyz garaýşy haçan öňe sürýärdiler? Alfa dönükliginiň döwründe.</w:t>
      </w:r>
    </w:p>
    <w:p>
      <w:pPr>
        <w:pStyle w:val="ArticleBody"/>
        <w:jc w:val="left"/>
      </w:pPr>
      <w:r>
        <w:rPr>
          <w:rFonts w:ascii="Times New Roman" w:hAnsi="Times New Roman" w:eastAsia="Times New Roman" w:cs="Times New Roman"/>
        </w:rPr>
        <w:t>Şeýlelik bilen, White uýanyň şu ýerde iň saýlananlaryň hem aldanylmagy we Ezekiel 28-i okaň diýmek bilen näme diýýändigini gözden salmaň. Ol nämeleriň bolup geçýändigini bilýärdi. Ol bu “Daily” diýen zadyň diňe bir taglymat taýdan nädogry bolman, eýsem “Daily” barada nädogry garaýşy wagyz etjek bolanlaryň öz sözlerini Hudaýyň Sözüniň üstünde goýmagyny talap edýändigini, şeýlelikde olaryň jadylandyrylan ýagdaýyna düşýändigini bilýärdi; we şonuň üçin hem olar öz pitnesi arkaly başgalary jadylandyrmak üçin Şeýtanyň elindäki bir guraldyr.</w:t>
      </w:r>
    </w:p>
    <w:p>
      <w:pPr>
        <w:pStyle w:val="ArticleScripture"/>
        <w:jc w:val="left"/>
      </w:pPr>
      <w:r>
        <w:rPr>
          <w:rFonts w:ascii="Times New Roman" w:hAnsi="Times New Roman" w:eastAsia="Times New Roman" w:cs="Times New Roman"/>
        </w:rPr>
        <w:t>Men galamym bilen şu hakykaty beýan etmeli: bu doganlar özlerini aldaýan düşünjelerindäki hakykaty näbellilige saljak kemçilikleri görerdiler; we şonda-da özlerini uly ruhy saýgaryş ukybyna eýe ýaly görkezerdiler. Indi bolsa men olara şeýle diýmelidirin: maňa bu mesele görkezilende,</w:t>
      </w:r>
    </w:p>
    <w:p>
      <w:pPr>
        <w:pStyle w:val="ArticleBody"/>
        <w:jc w:val="left"/>
      </w:pPr>
      <w:r>
        <w:rPr>
          <w:rFonts w:ascii="Times New Roman" w:hAnsi="Times New Roman" w:eastAsia="Times New Roman" w:cs="Times New Roman"/>
        </w:rPr>
        <w:t>Adamlar: «Ah, Ellen Waýt, onuň “Daily” meselesi barada hiç hili tutumy ýok» diýýärler.</w:t>
      </w:r>
    </w:p>
    <w:p>
      <w:pPr>
        <w:pStyle w:val="ArticleScripture"/>
        <w:jc w:val="left"/>
      </w:pPr>
      <w:r>
        <w:rPr>
          <w:rFonts w:ascii="Times New Roman" w:hAnsi="Times New Roman" w:eastAsia="Times New Roman" w:cs="Times New Roman"/>
        </w:rPr>
        <w:t>maňa bu mesele görkezilende, Ýaşuly Daniells “gündelik” baradaky öz pikirlerini goldap, sesini surnaý ýaly göterýärdi; soňraky netijeler maňa görkezildi. Halkymyz bulaşýardy. Men netijäni gördüm, soňra bolsa maňa şeýle duýduryşlar berildi: eger Ýaşuly Daniells netijesine parh goýman, şeýle bir täsir astynda bolup, özüniň Hudaýyň ylhamy astyndadygyna ynanmagyna ýol berse,</w:t>
      </w:r>
    </w:p>
    <w:p>
      <w:pPr>
        <w:pStyle w:val="ArticleBody"/>
        <w:jc w:val="left"/>
      </w:pPr>
      <w:r>
        <w:rPr>
          <w:rFonts w:ascii="Times New Roman" w:hAnsi="Times New Roman" w:eastAsia="Times New Roman" w:cs="Times New Roman"/>
        </w:rPr>
        <w:t>Bu spiritizmdir. Ol öz sözüni Hudaýyň Sözüniň üstünde goýdy. Ol özüne Hudaý tarapyndan ylham berilýändigine ynanýar.</w:t>
      </w:r>
    </w:p>
    <w:p>
      <w:pPr>
        <w:pStyle w:val="ArticleScripture"/>
        <w:jc w:val="left"/>
      </w:pPr>
      <w:r>
        <w:rPr>
          <w:rFonts w:ascii="Times New Roman" w:hAnsi="Times New Roman" w:eastAsia="Times New Roman" w:cs="Times New Roman"/>
        </w:rPr>
        <w:t>eger Elder Daniells netijä garamazdan şeýle bir täsirlenip, özüni Hudaýyň ylhamynyň astyndadygyna ynandyrsa, biziň hatarlarymyzyň hemme ýerinde şübheçilik ekilerdi, we biz Şeýtanyň öz habarlaryny ýetirjek ýerine düşerdik. Berk imansyzlyk we şübheçilik adam akyllaryna ekilerdi, we hakykatyň ornuny erbetligiň geň hasyllary alardy. Ms 67, 1910, 1–8. Manuscript Release, volume 20, 17–22.</w:t>
      </w:r>
    </w:p>
    <w:p>
      <w:pPr>
        <w:pStyle w:val="ArticleBody"/>
        <w:jc w:val="left"/>
      </w:pPr>
      <w:r>
        <w:rPr>
          <w:rFonts w:ascii="Times New Roman" w:hAnsi="Times New Roman" w:eastAsia="Times New Roman" w:cs="Times New Roman"/>
        </w:rPr>
        <w:t>Şu günler Adventizmde pislikiň geň hasyllary hemme ýerde gögerýär.</w:t>
      </w:r>
    </w:p>
    <w:p>
      <w:pPr>
        <w:pStyle w:val="ArticleBody"/>
        <w:jc w:val="left"/>
      </w:pPr>
      <w:r>
        <w:rPr>
          <w:rFonts w:ascii="Times New Roman" w:hAnsi="Times New Roman" w:eastAsia="Times New Roman" w:cs="Times New Roman"/>
        </w:rPr>
        <w:t>Ellen Waýt 2520 baradaky Pioner düşünjesini makullaýar.</w:t>
      </w:r>
    </w:p>
    <w:p>
      <w:pPr>
        <w:pStyle w:val="ArticleBody"/>
        <w:jc w:val="left"/>
      </w:pPr>
      <w:r>
        <w:rPr>
          <w:rFonts w:ascii="Times New Roman" w:hAnsi="Times New Roman" w:eastAsia="Times New Roman" w:cs="Times New Roman"/>
        </w:rPr>
        <w:t>Ellen Waýt Daniel kitabyndaky Gündelik düşünjesiniň Butparazlygy aňladýandygy baradaky Pioner düşünjesini goldaýar.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Rebbiň Eli Tarapyndan Ýolbaşçylyk Edilen</dc:title>
  <dc:subject>Habakkugyň Iki Tagtasy</dc:subject>
  <dc:creator>Jeff Pippenger</dc:creator>
  <cp:keywords/>
  <dc:description>Generated by ArticleDigger from habakkuks_two_tables\04_habakkuks_two_tables.json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