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Birinji San</w:t>
      </w:r>
    </w:p>
    <w:p>
      <w:pPr>
        <w:pStyle w:val="ArticleSubtitle"/>
        <w:jc w:val="left"/>
      </w:pPr>
      <w:r>
        <w:rPr>
          <w:rFonts w:ascii="Arial" w:hAnsi="Arial" w:eastAsia="Arial" w:cs="Arial"/>
        </w:rPr>
        <w:t>Pygamberliklerdäki Möhürleriň Açylyşy: Ahyrzamanyň Günleri, Ýahudanyň Arslany we Ylham Kitabynyň Soňky Hereketleri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Ylhamyň bäşinji babynda Ýahuda taýpasynyň Arslany, Hudaýyň Sözüni Öz erkine görä möhürlemäge we möhürini açmaga üstün çykan hökmünde Mesihiň ornuny aňladýar. 1989-njy ýylda, 1863-nji ýylyň gozgalaňyndan ýüz ýigrimi alty ýyl soň, Ýahuda taýpasynyň Arslany Danyýel pygamberiň on birinji babynyň soňky alty aýatynyň möhürini açdy. Ol aýatlar 1798-nji ýylda papalygyň ölüm howply ýarasyndan başlanýar we papalyk ýarasynyň nähili bejeriljekdigi hem-de ondan hem oňa geçip, papalygyň soňky ölüm howply ýarasyna çenli bolan şaýatlygy öňe sürýär. Aýatlar nirede tamamlansa, şol ýerde başlanýar; papalyk Rimiň höküminden.</w:t>
      </w:r>
    </w:p>
    <w:p>
      <w:pPr>
        <w:pStyle w:val="ArticleBody"/>
        <w:jc w:val="left"/>
      </w:pPr>
      <w:r>
        <w:rPr>
          <w:rFonts w:ascii="Times New Roman" w:hAnsi="Times New Roman" w:eastAsia="Times New Roman" w:cs="Times New Roman"/>
        </w:rPr>
        <w:t>Şol alty aýat papalygyň ölümli ýarasynyň sagalmagyny, şeýle hem aždahanyň, ýyrtyjy haýwanyň we ýalan pygamberiň üçtaraplaýyn birleşiginiň dünýäni Armageddona eltýändigini beýan edýär; ol ýer kyrk bäşinji aýatda “deňizleriň arasynda we şanly mukaddes dagyň ýanynda” diýip görkezilýär.</w:t>
      </w:r>
    </w:p>
    <w:p>
      <w:pPr>
        <w:pStyle w:val="ArticleBody"/>
        <w:jc w:val="left"/>
      </w:pPr>
      <w:r>
        <w:rPr>
          <w:rFonts w:ascii="Times New Roman" w:hAnsi="Times New Roman" w:eastAsia="Times New Roman" w:cs="Times New Roman"/>
        </w:rPr>
        <w:t>Alfa we Omega, başlangyjy bilen soňuny hemişe şekillendirmek arkaly görkezýän Mesihiň häsiýetini aňladýar. Ýüz kyrk dört müňüň reforma hereketi üçünji perişdäniň hereketidir; bu bolsa öz başlangyjy bilen öňünden nusgalanan ahyrky hereketdir, şol başlangyç bolsa birinji we ikinji perişdeleriň Millerit hereketi bolupdy. Millerit hereketi ahyrzamanyň wagtynda, 1798-nji ýylda başlandy; şol ýerden Daniýel on birinji babyň soňky alty aýaty başlanýar, we bu hereket 1844-nji ýylyň 22-nji oktýabrynda höküm işiniň açylmagy bilen tamamlandy. Ýüz kyrk dört müňüň hereketi Amerikanyň Birleşen Ştatlarynda ýekşenbe kanuny bilen tamamlanýar.</w:t>
      </w:r>
    </w:p>
    <w:p>
      <w:pPr>
        <w:pStyle w:val="ArticleBody"/>
        <w:jc w:val="left"/>
      </w:pPr>
      <w:r>
        <w:rPr>
          <w:rFonts w:ascii="Times New Roman" w:hAnsi="Times New Roman" w:eastAsia="Times New Roman" w:cs="Times New Roman"/>
        </w:rPr>
        <w:t>Ahyrzamanyň döwründäki hereketiň başynda, 1989-njy ýylda, Ýahuda taýpasynyň Arslany Danyýel on birinji bapdaky soňky alty aýatyň möhürini açdy, hereketiň ahyrynda bolsa, Ýekşenbe kanunynyň öň ýanynda, Ol Danyýel on birinji bapdaky kyrkynjy aýatyň gizlin taryhynyň möhürini açýar. Waýt uýanyň Danyýeliň haýsy böleginiň möhüriniň açylýandygy baradaky düşündirişi 1989-njy ýyldaky möhüriň açylyşyna hem, 2023-nji ýylyň iýul aýynda başlanan möhüriň açylyşyna hem degişlidir.</w:t>
      </w:r>
    </w:p>
    <w:p>
      <w:pPr>
        <w:pStyle w:val="ArticleScripture"/>
        <w:jc w:val="left"/>
      </w:pPr>
      <w:r>
        <w:rPr>
          <w:rFonts w:ascii="Times New Roman" w:hAnsi="Times New Roman" w:eastAsia="Times New Roman" w:cs="Times New Roman"/>
        </w:rPr>
        <w:t>Möhürlenen kitap Vahiy kitabı däl-de, Danyýeliň pygamberliginiň ahyrky günler bilen baglanyşykly bolan bölegi idi. Mukaddes Ýazgy şeýle diýýär: “Emma sen, eý Danyýel, bu sözleri ýapyk sakla we kitaby ahyrzaman wagtyna çenli möhürle; köpler o ýana-bu ýana gatnap durar, bilim bolsa artar” (Danyýel 12:4). Kitap açylanda, şeýle yglan edildi: “Wagt indi bolmaz.” (Seret: Vahiy 10:6.) Danyýel kitaby indi möhürsüzlenendir, Mesihiň Ýahýa aýan eden ylhamy bolsa ýer ýüzünde ýaşaýanlaryň hemmesine ýetmelidir. Bilimiň artmagy arkaly bir halk soňky günlerde berk durmaga taýýar edilmelidir. . . .</w:t>
      </w:r>
    </w:p>
    <w:p>
      <w:pPr>
        <w:pStyle w:val="ArticleScripture"/>
        <w:jc w:val="left"/>
      </w:pPr>
      <w:r>
        <w:rPr>
          <w:rFonts w:ascii="Times New Roman" w:hAnsi="Times New Roman" w:eastAsia="Times New Roman" w:cs="Times New Roman"/>
        </w:rPr>
        <w:t>“Ilkinji perişdäniň habarynda adamlar dünýäni we onuň içindägi ähli zatlary ýaradan Ýaradyjymyz Hudaýa sežde etmäge çagyrylýar. Olar Papalygyň bir edarasyna hormat goýup, Ýehowanyň kanunyny güýjünden düşüripdirler, emma bu mesele boýunça bilimiň artmagy bolmalydyr.” Selected Messages, book 2, 105, 106.</w:t>
      </w:r>
    </w:p>
    <w:p>
      <w:pPr>
        <w:pStyle w:val="ArticleBody"/>
        <w:jc w:val="left"/>
      </w:pPr>
      <w:r>
        <w:rPr>
          <w:rFonts w:ascii="Times New Roman" w:hAnsi="Times New Roman" w:eastAsia="Times New Roman" w:cs="Times New Roman"/>
        </w:rPr>
        <w:t>1989-njy ýylda Daniýel kitabynyň ahyrky günlere degişli bölegi on birinji babyň soňky alty aýaty bolupdy; ýüz kyrk dört müňüň hereketi öz hereketiniň ahyryna ýetip barýarka, açylýan Daniýel kitabynyň bölegi kyrkynjy aýatyň gizlin taryhydyr; bu bolsa 1989-njy ýyldan Amerikanyň Birleşen Ştatlarynda Ýekşenbe kanunyna çenli bolan taryhy aňladýar. Kyrkynjy aýatyň gizlin taryhy ýüz kyrk dört müňüň taryhydyr. Her bir pygamber şol döwre şaýatlyk edýär.</w:t>
      </w:r>
    </w:p>
    <w:p>
      <w:pPr>
        <w:pStyle w:val="ArticleBody"/>
        <w:jc w:val="left"/>
      </w:pPr>
      <w:r>
        <w:rPr>
          <w:rFonts w:ascii="Times New Roman" w:hAnsi="Times New Roman" w:eastAsia="Times New Roman" w:cs="Times New Roman"/>
        </w:rPr>
        <w:t>Bu parçadaky “ahyryndaky günlerde durup biljek bir halky taýýarlamaga degişli” bolan bilimiň artmagy 1989-njy ýylda soňky alty aýatyň möhüriniň açylmagyny aňladýar, şeýle hem ol kyrkynjy aýatyň gizlin taryhynyň möhüriniň açylmagyny hem aňladýar. Iki taryhda hem ylham papalyk güýji we ýekşenbe kanuny babatda bir bilimiň artmagynyň bolmalydygyny görkezýär. Ýüz kyrk dört müňlük hereketiň hem başlangyjynda, hem-de ahyrynda, bilimiň artmagy Daniel kitabynyň on ikinji babynda görkezilişi ýaly, üç basgançakly synag işini emele getirýär.</w:t>
      </w:r>
    </w:p>
    <w:p>
      <w:pPr>
        <w:pStyle w:val="ArticleScripture"/>
        <w:jc w:val="left"/>
      </w:pPr>
      <w:r>
        <w:rPr>
          <w:rFonts w:ascii="Times New Roman" w:hAnsi="Times New Roman" w:eastAsia="Times New Roman" w:cs="Times New Roman"/>
        </w:rPr>
        <w:t>Ol şeýle diýdi: “Öz ýoluna git, eý Daniel; çünki bu sözler ahyrzamanyň wagtyna çenli ýapyk we möhürli saklanandyr. Köpler päklenip, agardylyp, synagdan geçiriler; emma erbetler erbetlik ederler; erbetleriň hiç biri düşünmez, ýöne paýhaslylar düşünerler.” Daniel 12:9, 10.</w:t>
      </w:r>
    </w:p>
    <w:p>
      <w:pPr>
        <w:pStyle w:val="ArticleBody"/>
        <w:jc w:val="left"/>
      </w:pPr>
      <w:r>
        <w:rPr>
          <w:rFonts w:ascii="Times New Roman" w:hAnsi="Times New Roman" w:eastAsia="Times New Roman" w:cs="Times New Roman"/>
        </w:rPr>
        <w:t>Ähli mukaddes reforma hereketleriniň hemmesinde bolşy ýaly, Danieliň «arassalanyp, agardylyp, synaljak» diýip görkezýän üç ädimi, ilki bilen ylahy bir nyşanyň inmeginiň ýol belgisi bolup, ondan soň başa barmadyk bir pygamberligiň synagynyň gelmegini, onuň yzyndan bolsa açylmadyk bilim artmagyny kabul etmeklerine ýa-da ret etmeklerine esaslanyp kemala gelýän iki toparyň häsiýetini ýüze çykarýan üçünji bir litmus synagyny aňladýar. Bir ýüz kyrk dört müňleriň hereketiniň başynda bu üç ädim 2001-nji ýylyň 11-nji sentýabry, ondan soň 2020-nji ýylyň 18-nji iýuly, soňra bolsa Ýekşenbe kanuny boldy. Şol bir hereketiň soňunda bolsa bu üç ädim 2023-nji ýylyň iýuly, Ýarygije Gykylygy habarynyň gelmegi we Ýekşenbe kanunydyr.</w:t>
      </w:r>
    </w:p>
    <w:p>
      <w:pPr>
        <w:pStyle w:val="ArticleBody"/>
        <w:jc w:val="left"/>
      </w:pPr>
      <w:r>
        <w:rPr>
          <w:rFonts w:ascii="Times New Roman" w:hAnsi="Times New Roman" w:eastAsia="Times New Roman" w:cs="Times New Roman"/>
        </w:rPr>
        <w:t>Hudaýyň halkyny berk durmaga taýýarlaýan, 2023-nji ýylyň iýul aýynda açylan habar pygamberlik hakykatynyň birnäçe ugry bilen baglydyr, we şol ugurlar bilen birlikde Ezekieliň otuzy ýedinji bapdaky gurap giden öli süňkleri hem öz içine alýar. Ezekiel iki habary beýan edýär. Birinji habar süňkleri täzeden bir ýere jemleýär, emma Ysraýyl diňe ikinji habarda öz aýaklarynyň üstünde gudratly bir goşun hökmünde dik durdy. Ylham kitabyň on birinji babyndaky iki şaýat Mukaddes Ruh bilen dolanda ýerlerinden turdular.</w:t>
      </w:r>
    </w:p>
    <w:p>
      <w:pPr>
        <w:pStyle w:val="ArticleScripture"/>
        <w:jc w:val="left"/>
      </w:pPr>
      <w:r>
        <w:rPr>
          <w:rFonts w:ascii="Times New Roman" w:hAnsi="Times New Roman" w:eastAsia="Times New Roman" w:cs="Times New Roman"/>
        </w:rPr>
        <w:t>Üç gün ýarymdan soňra, Hudaýdan bolan ýaşaýyş ruhy olaryň içine girdi, olar aýaklarynyň üstünde turdular; olary görenleriň üstüne bolsa uly gorky indi. Ylham 11:11.</w:t>
      </w:r>
    </w:p>
    <w:p>
      <w:pPr>
        <w:pStyle w:val="ArticleBody"/>
        <w:jc w:val="left"/>
      </w:pPr>
      <w:r>
        <w:rPr>
          <w:rFonts w:ascii="Times New Roman" w:hAnsi="Times New Roman" w:eastAsia="Times New Roman" w:cs="Times New Roman"/>
        </w:rPr>
        <w:t>Hezekiel hem şol bir hakykaty öwredýär.</w:t>
      </w:r>
    </w:p>
    <w:p>
      <w:pPr>
        <w:pStyle w:val="ArticleScripture"/>
        <w:jc w:val="left"/>
      </w:pPr>
      <w:r>
        <w:rPr>
          <w:rFonts w:ascii="Times New Roman" w:hAnsi="Times New Roman" w:eastAsia="Times New Roman" w:cs="Times New Roman"/>
        </w:rPr>
        <w:t>Ol maňa şeýle diýdi: «Eý, ynsan ogly, aýaklaryň üstünde dur, Men saňa sözlärin». Ol maňa sözlän mahaly, Ruh içime girdi-de, meni aýaklarymyň üstünde goýdy; şonda men maňa sözläniň aýdanlaryny eşitdim. Ezekiel 2:1, 2.</w:t>
      </w:r>
    </w:p>
    <w:p>
      <w:pPr>
        <w:pStyle w:val="ArticleBody"/>
        <w:jc w:val="left"/>
      </w:pPr>
      <w:r>
        <w:rPr>
          <w:rFonts w:ascii="Times New Roman" w:hAnsi="Times New Roman" w:eastAsia="Times New Roman" w:cs="Times New Roman"/>
        </w:rPr>
        <w:t>Uayt uadasy: «soñǵy kúnlerde turyp beriw úshin bir xalq bilimniń artıwı arqalı taýarlanıwı kerek» dep aytqanda, bilimniń artıwı on qız turalı masalda «may» retinde anıqlanadı, al «may» «Qudaydıń Ruhınıń xabarlaryn», sonday-aq «Muqaddes Ruhtı», sonımen birge «minezdi» de bildiredi.</w:t>
      </w:r>
    </w:p>
    <w:p>
      <w:pPr>
        <w:pStyle w:val="ArticleBody"/>
        <w:jc w:val="left"/>
      </w:pPr>
      <w:r>
        <w:rPr>
          <w:rFonts w:ascii="Times New Roman" w:hAnsi="Times New Roman" w:eastAsia="Times New Roman" w:cs="Times New Roman"/>
        </w:rPr>
        <w:t>2023-nji ýylyň iýuly bilen ýakyn wagtda çykjak ýekşenbe kanunynyň arasynda, Hudaýyň halkyna ýaşaýyş berýän we olary aýaga galdyrýan bilim artýar. Olar aýaga galýarlar; bu bolsa şol wagtda möhüri açylan habaryň “ýagynyň” özlerinde bardygyny aňladýar. Olar gaplarynda Mukaddes Ruh bolanda aýaga galýarlar, we Hudaýyň möhüri üçin taýýarlanan häsiýete eýe bolanda hem aýaga galýarlar.</w:t>
      </w:r>
    </w:p>
    <w:p>
      <w:pPr>
        <w:pStyle w:val="ArticleBody"/>
        <w:jc w:val="left"/>
      </w:pPr>
      <w:r>
        <w:rPr>
          <w:rFonts w:ascii="Times New Roman" w:hAnsi="Times New Roman" w:eastAsia="Times New Roman" w:cs="Times New Roman"/>
        </w:rPr>
        <w:t>2023-nji ýylyň iýul aýynda başlanan ilkinji synag ädimi, şol kandidatlarga ýagy kabul etmäge ýa-da ret etmäge mümkinçilik berýän döwür bilen dowam etdi. Kabul edenler möhürlenýär we soňra tizden güýje girjek ýekşenbe kanuny wagtynda baýdak hökmünde ýokary galdyrylýar. Ýagy ret edenler bolsa, güýçli azaşdyryşa duçar bolýarlar.</w:t>
      </w:r>
    </w:p>
    <w:p>
      <w:pPr>
        <w:pStyle w:val="ArticleBody"/>
        <w:jc w:val="left"/>
      </w:pPr>
      <w:r>
        <w:rPr>
          <w:rFonts w:ascii="Times New Roman" w:hAnsi="Times New Roman" w:eastAsia="Times New Roman" w:cs="Times New Roman"/>
        </w:rPr>
        <w:t>Şol kandidatlar 2023-nji ýylyň iýul aýynda ruhy ukudan oýandyryldylar, soňra bolsa olaryň şahsy synag möhletiniň ýapylmazynyň öňüsyrasynda iň soňky synag işiniň öňünde goýuldylar. Bu synag işi, haýwanyň şekiliniň emele gelmegi bilen baglanyşykly pygamberlik synagynyň çäginde ýerleşdirildi; hut şol wagtda-da şol kandidatlar täzeden janlanyp, içlerinde Mesihiň şekilini emele getirmelidilerdi. Synagyň ýerine ýetirilmeli bolan pygamberlik gurluşy 1989-njy ýyldan başlap Ýekşenbe kanunyna çenli bolan taryhdyr. Şol kandidatlaryň oýanmaga ukypsyzlygy Rebbiň bidgatlaryň aralaşmagyna ýol bermegine sebäp boldy.</w:t>
      </w:r>
    </w:p>
    <w:p>
      <w:pPr>
        <w:pStyle w:val="ArticleScripture"/>
        <w:jc w:val="left"/>
      </w:pPr>
      <w:r>
        <w:rPr>
          <w:rFonts w:ascii="Times New Roman" w:hAnsi="Times New Roman" w:eastAsia="Times New Roman" w:cs="Times New Roman"/>
        </w:rPr>
        <w:t>“Hudaý Öz halkyny oýarar; eger başga serişdeler netije bermese, olaryň arasyna bidgatlar girer we bu bidgatlar olary elege salar, samany bugdaýdan aýrar. Reb Öz sözüne ynanýanlaryň hemmesini ukudan oýanmaga çagyrýar. Bu wagt üçin laýyk bolan gymmatly nur geldi. Ol bize göni golaýlap gelýän howplary görkezýän Mukaddes Kitap hakykatydyr. Bu nur bizi Mukaddes Ýazgylary yhlas bilen öwrenmäge we eýeleýän garaýyşlarymyzy örän çynlakaý barlamaga alyp barmalydyr. Hudaý hakykatyň ähli taraplarynyň we ähli garaýyşlarynyň doga we agyz bekläp, düýpli hem tutanýerli gözden geçirilmegini isleýär.” Testimonies, volume 5, 708.</w:t>
      </w:r>
    </w:p>
    <w:p>
      <w:pPr>
        <w:pStyle w:val="ArticleBody"/>
        <w:jc w:val="left"/>
      </w:pPr>
      <w:r>
        <w:rPr>
          <w:rFonts w:ascii="Times New Roman" w:hAnsi="Times New Roman" w:eastAsia="Times New Roman" w:cs="Times New Roman"/>
        </w:rPr>
        <w:t>Ähli pygamberler ahyrky günler barada söz açýarlar, şonuň üçin şu ahyrky günlerde, 2023-nji ýylyň iýul aýynda, Reb Öz halkyny “oýarjak” boldy, emma Onuň tagallalary netije bermedi, şonuň üçin Ol ahyryň golaýdygynyň duýduryşy hökmünde Advent taryhynda Rimiň bir nyşany baradaky ilkinji jedeliň gaýtalanmagyna ýol berdi. Ol muny, “gymmatly ýagtylygyň” “şu wagt üçin laýyk” görnüşde “gelendigine” garamazdan etdi. 2023-nji ýylyň iýul aýynda gelen şol ýagtylyk “üstümize abanýan howplary görkezýän Mukaddes Kitap hakykatydyr.” Şol ýagtylyk “Mukaddes Ýazgylary yhlas bilen öwrenmäge hem-de biziň eýeleýän garaýyşlarymyzyň iň çynlakaý seljermesine” alyp barmalydy.</w:t>
      </w:r>
    </w:p>
    <w:p>
      <w:pPr>
        <w:pStyle w:val="ArticleBody"/>
        <w:jc w:val="left"/>
      </w:pPr>
      <w:r>
        <w:rPr>
          <w:rFonts w:ascii="Times New Roman" w:hAnsi="Times New Roman" w:eastAsia="Times New Roman" w:cs="Times New Roman"/>
        </w:rPr>
        <w:t>Kyrkynjy aýatyň gizlin taryhy Danieliň on birinji babyndaky onunjy aýatdan on bäşinji aýada çenli aýatlarda görkezilýär, çünki Alfa we Omega Danieliň soňky pygamberliginiň soňuny onuň başlangyjy bilen şekillendirdi. 2020-nji ýylyň 18-nji iýulyndaky lapykeçlige çenli Şeýtan onunjy aýatdan on bäşinji aýada çenli aýatlar babatda bulaşyklyk girizipdi, çünki ol babyň başlangyjynyň şol babyň soňuny görkezmegiň açarydygyny bilýärdi. Soňra on dördünji aýatyň asyl çekeleşigi girizildi.</w:t>
      </w:r>
    </w:p>
    <w:p>
      <w:pPr>
        <w:pStyle w:val="ArticleScripture"/>
        <w:jc w:val="left"/>
      </w:pPr>
      <w:r>
        <w:rPr>
          <w:rFonts w:ascii="Times New Roman" w:hAnsi="Times New Roman" w:eastAsia="Times New Roman" w:cs="Times New Roman"/>
        </w:rPr>
        <w:t>“Beýik aldawçynyň iň bir gorkýan zady biziň onuň mekir tilsimleri bilen tanyş bolmagymyzdyr.” The Great Controversy, 516.</w:t>
      </w:r>
    </w:p>
    <w:p>
      <w:pPr>
        <w:pStyle w:val="ArticleBody"/>
        <w:jc w:val="left"/>
      </w:pPr>
      <w:r>
        <w:rPr>
          <w:rFonts w:ascii="Times New Roman" w:hAnsi="Times New Roman" w:eastAsia="Times New Roman" w:cs="Times New Roman"/>
        </w:rPr>
        <w:t>Şol aýatlaryň manysyny we maksadyny bulaşdyrmak üçin edilen şeýtany synanyşyklardan olaryň häzirki wagtda ýüz kyrk dört müňüň arasynda bolmaga dalaşgärleri eleýän synag işiniň möhüm bir bölegidiginiň aýdyňdygy görünýär. Uýa Waýt 1798-nji ýylda ahyrzamanyň wagtyndan öň ýerine ýeten Daniel on biriň içinde görkezilen taryhyň soňky alty aýatda gaýtalanýandygyny nygtaýar.</w:t>
      </w:r>
    </w:p>
    <w:p>
      <w:pPr>
        <w:pStyle w:val="ArticleScripture"/>
        <w:jc w:val="left"/>
      </w:pPr>
      <w:r>
        <w:rPr>
          <w:rFonts w:ascii="Times New Roman" w:hAnsi="Times New Roman" w:eastAsia="Times New Roman" w:cs="Times New Roman"/>
        </w:rPr>
        <w:t>“Bizde ýitirmäge wagt ýok. Öňümizde agyr zamanlar dur. Dünýä söweş ruhy bilen galgaýar. Tiz wagtda pygamberliklerde aýdylan muşakgatly wakalar bolup geçer. Daniýeliň on birinji babyndaky pygamberlik öz doly ýerine ýetmesine tas ýetdi. Bu pygamberligiň ýerine ýetmeginde bolup geçen taryhyň köp bölegi gaýtadan gaýtalanar.” Manuscript Releases, number 13, 394.</w:t>
      </w:r>
    </w:p>
    <w:p>
      <w:pPr>
        <w:pStyle w:val="ArticleBody"/>
        <w:jc w:val="left"/>
      </w:pPr>
      <w:r>
        <w:rPr>
          <w:rFonts w:ascii="Times New Roman" w:hAnsi="Times New Roman" w:eastAsia="Times New Roman" w:cs="Times New Roman"/>
        </w:rPr>
        <w:t>Men şunu öňe sürýärin: birinji aýatdan otuz dokuzynjy aýada çenli beýan edilen ähli taryh şol babyň soňky alty aýatynda gaýtadan görkezilýär. Şeýle hem men, ahyrky günleriň taryhy, ýagny 1844-nji ýylyň 22-nji oktýabrynda başlanan höküm işiniň tamamlanyşynyň taryhy, iki esasy pygamberlik döwri arkaly görkezilýär diýip öňe sürýärin. Birinji döwür Hudaýyň öýüne çykarylan hökmi aňladýar; ondan soň bolsa Hudaýyň öýünden daşardakylar üçin höküm çykarylýan döwür gelýär. Birinji döwür 1989-njy ýylda başlap, Amerikanyň Birleşen Ştatlarynda ýekşenbe kanunyna çenli dowam edýär; şol hem öz gezeginde Mihailiň ornundan turup, adamzat üçin synag möhletiniň ýapylmagy bilen tamamlanýan ikinji döwrüň başlangyjyny belleýär. Kyrkynjy aýadyň gizlin taryhy hem 1989-njy ýylda başlanýar we kyrk birinji aýatda, ýagny Amerikanyň Birleşen Ştatlarynda ýekşenbe kanunynda tamamlanýar.</w:t>
      </w:r>
    </w:p>
    <w:p>
      <w:pPr>
        <w:pStyle w:val="ArticleBody"/>
        <w:jc w:val="left"/>
      </w:pPr>
      <w:r>
        <w:rPr>
          <w:rFonts w:ascii="Times New Roman" w:hAnsi="Times New Roman" w:eastAsia="Times New Roman" w:cs="Times New Roman"/>
        </w:rPr>
        <w:t>Bu, şol babyň onunjy aýatyndan on bäşinji aýatyna çenli beýan edilýän şol bir taryhdyr. Ol taryh, 1798-nji ýylda başlanan ahyrzaman döwründen 1844-nji ýylyň 22-nji oktýabrynda höküm başlaýança Milleritleriň taryhy bilen ugurdaş gidýär. Bu iki taryh, Mesihiň dogulmagy bilen başlap, haçda jemlenen pygamberlik taryhy bilen ugurdaş dowam edýär.</w:t>
      </w:r>
    </w:p>
    <w:p>
      <w:pPr>
        <w:pStyle w:val="ArticleBody"/>
        <w:jc w:val="left"/>
      </w:pPr>
      <w:r>
        <w:rPr>
          <w:rFonts w:ascii="Times New Roman" w:hAnsi="Times New Roman" w:eastAsia="Times New Roman" w:cs="Times New Roman"/>
        </w:rPr>
        <w:t>1989-njy ýylda başlan taryh, 2001-nji ýylyň 11-nji sentýabrynda başlanan synag döwrüni öz içine alýar; bu döwür 1840-njy ýylyň 11-nji awgustynda başlanan synag döwri hem-de Mesihiň çokundyrylmagy bilen başlanan synag döwri arkaly öňünden şekillendirilendir. Haýwanyň keşbiniň emele gelşi pygamberlik taryhynyň birnäçe ugurlary arkaly öňünden şekillendirilendir. Şol bir wagt döwrüniň şol şekillendirişleriniň biri, 2001-nji ýylyň 11-nji sentýabrynda başlanan we ýakyn wagtda geljek Ýekşenbe kanuny bilen tamamlanjak ýüz kyrk dört müňüň möhürleniş wagtydyr. Kyrkynjy aýatyň gizlin taryhy hem 1844-nji ýylyň 22-nji oktýabryndan 1863-nji ýylyň gozgalaňyna çenli bolan ugur bilen hem örtüşdirilip bilner.</w:t>
      </w:r>
    </w:p>
    <w:p>
      <w:pPr>
        <w:pStyle w:val="ArticleBody"/>
        <w:jc w:val="left"/>
      </w:pPr>
      <w:r>
        <w:rPr>
          <w:rFonts w:ascii="Times New Roman" w:hAnsi="Times New Roman" w:eastAsia="Times New Roman" w:cs="Times New Roman"/>
        </w:rPr>
        <w:t>1844-nji ýylyň 22-nji oktýabry üçünji perişdäniň gelendigini alamatlandyrdy. Her bir pygamberlik perişdesiniň gelşi ýaly, onuň-da iýilmelisi bolan bir habary bardy, emma ol iýilmedi; we Filadelfiýa Millerçiligi 1863-nji ýyldan öň Laodikýa Millerçiligine öwrüldi; şol ýylda olar resmi taýdan Ýedinji Gün Adventist adyny kabul edip, şu günki güne çenli pitneçi çölde azaşyp gezip başladylar. 1844-nji ýyldan 1863-nji ýyla çenli bolan taryh ýüz kyrk dört müňüň arasynda bolmak çagyryşyny ret edenleri aňladýar. Olar Daniýeliň on ikinji bapdaky erbetleridir, Ýeremiýanyň masgaralaýjylaryň ýygnagydyr, Ýahýanyň Şeýtanyň sinagogasydyr we Matta Injilindäki akylsyz gyzlardyr.</w:t>
      </w:r>
    </w:p>
    <w:p>
      <w:pPr>
        <w:pStyle w:val="ArticleBody"/>
        <w:jc w:val="left"/>
      </w:pPr>
      <w:r>
        <w:rPr>
          <w:rFonts w:ascii="Times New Roman" w:hAnsi="Times New Roman" w:eastAsia="Times New Roman" w:cs="Times New Roman"/>
        </w:rPr>
        <w:t>Mesih tarapyndan «Danyýel pygamber arkaly aýdylan weýrançylygyň ýigrenji zady» hökmünde görkezilen duýduryş habary, ondan soň geljek ýok edilişiň we pytramagyň öňüsyrasynda gaçmak baradaky duýduryşy aňladýar. Biziň eramyzyň 66-njy ýylynda rimli general Sestiýus bu duýduryşy butparaz Rimiň döwrüniň mesihçileri üçin ýerine ýetirdi. Birinji asyrda resul Pawlus papalyk Rimiň döwründe ejir çekjek mesihçiler üçin şol bir duýduryşy ýazga geçirdi. Şenbe gününi saklaýanlaryň şäherlerden çykyp, oba ýerlerinde ýaşamak baradaky duýduryşy 1888-nji ýylda, ýekşenbe gününi Milli Dynç Alyş Günü hökmünde berkarar etmegiň ilkinji synanyşygy bolan Bleýr kanuny bilen şol ýylda geldi. Bleýr kanuny, Mesihiň Danyýeliň weýrançylygyň ýigrenji zady baradaky salgylanmasynyň ýerine ýetmeginde gaçmak baradaky duýduryş boldy.</w:t>
      </w:r>
    </w:p>
    <w:p>
      <w:pPr>
        <w:pStyle w:val="ArticleBody"/>
        <w:jc w:val="left"/>
      </w:pPr>
      <w:r>
        <w:rPr>
          <w:rFonts w:ascii="Times New Roman" w:hAnsi="Times New Roman" w:eastAsia="Times New Roman" w:cs="Times New Roman"/>
        </w:rPr>
        <w:t>Miladydan soňky 66-njy ýylda Cestius bilen bolşy ýaly, Blair kanuny-da ylahy tagalla bilen yzyna çekildi. 1888-nji ýyl 2001-nji ýylyň 11-nji sentýabryny nusgalaýar, çünki White uýamyz Ylhamyň on sekizinji babyndaky perişdäniň inişini iki taryhda hem belleýär. Ahyrky günlerde şäherlerden gaçmak baradaky duýduryş 2001-nji ýylyň 11-nji sentýabrynda güýje girdi. Şonuň üçin, 1888-nji ýyldaky Blair kanuny 2001-nji ýyldaky Patriot Act-i nusgalady. 2001-nji ýylyň 11-nji sentýabrynda inen perişde Ylhamyň on sekizinji babyndaky ilkinji üç aýatda ahyrky duýduryş habaryny yglan edýär, hem-de ahyrky duýduryş habary üçünji perişdäniň habarydyr; hernäçe-de on dördünji bapdaky üçünji perişde bilen aňladylýan habar on sekizinji bapdaky hakykatyň şol bir beýanlary bolmasa-da. Setir üstüne setir, olar şol bir duýduryş habarydyr.</w:t>
      </w:r>
    </w:p>
    <w:p>
      <w:pPr>
        <w:pStyle w:val="ArticleBody"/>
        <w:jc w:val="left"/>
      </w:pPr>
      <w:r>
        <w:rPr>
          <w:rFonts w:ascii="Times New Roman" w:hAnsi="Times New Roman" w:eastAsia="Times New Roman" w:cs="Times New Roman"/>
        </w:rPr>
        <w:t>Daniel pygamber arkaly aýdylan “weýrançylygyň nejisligi” Mesih tarapyndan berlen, Öz halkynyň gorag üçin haçan gaçmalydygyny kesgitleýän bir alamatdy. Bu duýduryş habarydyr, şonuň üçin hem, Ylhamyň on dördünji babynda, şeýle hem on sekizinji babynda beýan edilen habardan başga sözler bilen aýdylsa-da, ol ahyrky duýduryş habary bolmalydyr. Ýermeýa on bäşiň on altynjy aýatyndan başlanýan taryh, duýduryş synag habarynyň şol bir pygamberlik döwrüdir. Ol Ýermeýanyň Hudaýyň Sözüni iýen wagtynda başlanýar, bu bolsa perişdäniň inen wagtynda bolup geçýär; edil Nýu-Ýork şäheriniň beýik binalary ýykylan mahaly bolşy ýaly.</w:t>
      </w:r>
    </w:p>
    <w:p>
      <w:pPr>
        <w:pStyle w:val="ArticleBody"/>
        <w:jc w:val="left"/>
      </w:pPr>
      <w:r>
        <w:rPr>
          <w:rFonts w:ascii="Times New Roman" w:hAnsi="Times New Roman" w:eastAsia="Times New Roman" w:cs="Times New Roman"/>
        </w:rPr>
        <w:t>Ýermeýa: «Sözleriň tapyldy, men olary iýdim; sözüň meniň üçin ýüregimiň şatlygy we guwanjy boldy» diýende, ol Daniýeliň birinji bapdaky iýmit baradaky ilkinji synagyny, şeýle hem Ylham kitabynyň onunjy babynda Ýahýanyň kitaby perişdäniň elinden alyp iýmegini alamatlandyrýar. Habary iýmek perişde gelende başlanýar, perişde gelende bolsa açylan synag pygamberligi bolýar. Perişde gelende ilkinji synag döwri başlanýar we ol ikinji synag döwri başlananda tamam bolýar; Mihail ýerinden galanda bolsa ikinji synag döwri tamam bolýar.</w:t>
      </w:r>
    </w:p>
    <w:p>
      <w:pPr>
        <w:pStyle w:val="ArticleBody"/>
        <w:jc w:val="left"/>
      </w:pPr>
      <w:r>
        <w:rPr>
          <w:rFonts w:ascii="Times New Roman" w:hAnsi="Times New Roman" w:eastAsia="Times New Roman" w:cs="Times New Roman"/>
        </w:rPr>
        <w:t>Perişde gelende, soňky ýagyş ýagyp başlaýar.</w:t>
      </w:r>
    </w:p>
    <w:p>
      <w:pPr>
        <w:pStyle w:val="ArticleScripture"/>
        <w:jc w:val="left"/>
      </w:pPr>
      <w:r>
        <w:rPr>
          <w:rFonts w:ascii="Times New Roman" w:hAnsi="Times New Roman" w:eastAsia="Times New Roman" w:cs="Times New Roman"/>
        </w:rPr>
        <w:t>“Soňky ýagyş Hudaýyň halkynyň üstüne ýagmalydyr. Gudratly bir perişde gökden inmeli, bütin ýer ýüzü-de onuň şöhraty bilen ýagtyldylmalydyr.” Review and Herald, 21-nji aprel, 1891.</w:t>
      </w:r>
    </w:p>
    <w:p>
      <w:pPr>
        <w:pStyle w:val="ArticleBody"/>
        <w:jc w:val="left"/>
      </w:pPr>
      <w:r>
        <w:rPr>
          <w:rFonts w:ascii="Times New Roman" w:hAnsi="Times New Roman" w:eastAsia="Times New Roman" w:cs="Times New Roman"/>
        </w:rPr>
        <w:t>Soňky ýagmyr Ýeremiýanyň gadymy ýollarynda ýöreýänler tarapyndan kabul edilýär.</w:t>
      </w:r>
    </w:p>
    <w:p>
      <w:pPr>
        <w:pStyle w:val="ArticleScripture"/>
        <w:jc w:val="left"/>
      </w:pPr>
      <w:r>
        <w:rPr>
          <w:rFonts w:ascii="Times New Roman" w:hAnsi="Times New Roman" w:eastAsia="Times New Roman" w:cs="Times New Roman"/>
        </w:rPr>
        <w:t>Şeýle diýýär Reb: Ýollarda duruň, serediň we gadymy ýollary sorap biliň: ýagşy ýol nirede bolsa, şol ýoldan ýörüň, şonda janyňyza rahatlyk taparsyňyz. Emma olar: “Biz şol ýoldan ýöremeris” diýdiler. Şeýle hem Men üstüňizden garawullary goýdum we: “Surnaýyň sesine gulak asyň” diýdim. Emma olar: “Biz gulak asmarys” diýdiler. Ýermeýa 6:16, 17.</w:t>
      </w:r>
    </w:p>
    <w:p>
      <w:pPr>
        <w:pStyle w:val="ArticleBody"/>
        <w:jc w:val="left"/>
      </w:pPr>
      <w:r>
        <w:rPr>
          <w:rFonts w:ascii="Times New Roman" w:hAnsi="Times New Roman" w:eastAsia="Times New Roman" w:cs="Times New Roman"/>
        </w:rPr>
        <w:t>“garawullar” tarapyndan ýaňlandyrylýan “surnaý” 1888-nji ýylda Jones bilen Waggoneriň hödürlän Laodikeýa habarydyr.</w:t>
      </w:r>
    </w:p>
    <w:p>
      <w:pPr>
        <w:pStyle w:val="ArticleScripture"/>
        <w:jc w:val="left"/>
      </w:pPr>
      <w:r>
        <w:rPr>
          <w:rFonts w:ascii="Times New Roman" w:hAnsi="Times New Roman" w:eastAsia="Times New Roman" w:cs="Times New Roman"/>
        </w:rPr>
        <w:t>Gaty ses bilen gygyryp aýt, saklanma; sesiňi surnaý ýaly galdyr, halkyma olaryň baş galdyrmalaryny, Ýakubyň öýüne bolsa olaryň günälerini görkez. Işaýa 58:1.</w:t>
      </w:r>
    </w:p>
    <w:p>
      <w:pPr>
        <w:pStyle w:val="ArticleBody"/>
        <w:jc w:val="left"/>
      </w:pPr>
      <w:r>
        <w:rPr>
          <w:rFonts w:ascii="Times New Roman" w:hAnsi="Times New Roman" w:eastAsia="Times New Roman" w:cs="Times New Roman"/>
        </w:rPr>
        <w:t>2001-nji ýylyň 11-nji sentýabrynda ýüz kyrk dört müňüň möhürlenmegi başlandy. Laodikiýa berlen duýduryş habary wagyz edildi.</w:t>
      </w:r>
    </w:p>
    <w:p>
      <w:pPr>
        <w:pStyle w:val="ArticleScripture"/>
        <w:jc w:val="left"/>
      </w:pPr>
      <w:r>
        <w:rPr>
          <w:rFonts w:ascii="Times New Roman" w:hAnsi="Times New Roman" w:eastAsia="Times New Roman" w:cs="Times New Roman"/>
        </w:rPr>
        <w:t>“A. T. Jones we E. J. Waggoner tarapyndan bize berlen habar Laodikeýa ýygnagyna berlen Hudaýyň habarydyr, we hakykata ynanýandygyny ykrar edip-de, Hudaý tarapyndan berlen şöhleleri başgalara şöhlelendirmeýän her bir adama waý bolsun.” The 1888 Materials, 1053.</w:t>
      </w:r>
    </w:p>
    <w:p>
      <w:pPr>
        <w:pStyle w:val="ArticleBody"/>
        <w:jc w:val="left"/>
      </w:pPr>
      <w:r>
        <w:rPr>
          <w:rFonts w:ascii="Times New Roman" w:hAnsi="Times New Roman" w:eastAsia="Times New Roman" w:cs="Times New Roman"/>
        </w:rPr>
        <w:t>Laodikiýa berlen duýduryş — Laodikiýaly Ýedinji Gün Adwentistler ybadathanasynyň eşitmekden ýüz öwürýän Ýeremiýanyň garawullarynyň surnaý sesidir. Ol ýakynda güýje girjek Ýekşenbe kanunyndan öňürti şäherlerden oba ýerindäki emläge gaçmak baradaky duýduryşdyr.</w:t>
      </w:r>
    </w:p>
    <w:p>
      <w:pPr>
        <w:pStyle w:val="ArticleBody"/>
        <w:jc w:val="left"/>
      </w:pPr>
      <w:r>
        <w:rPr>
          <w:rFonts w:ascii="Times New Roman" w:hAnsi="Times New Roman" w:eastAsia="Times New Roman" w:cs="Times New Roman"/>
        </w:rPr>
        <w:t>Şu dürli pygamberlik ugurlary barada ýaňy beýan edenlerim, meniň ýazjak bolýan zatlarymy hakykatdan-da synap görmegiňize höwes bermek maksady bilen, siziň ruhy saýgaryş ukybyňyzy herekete getirmäge edilen bir synanyşykdy. Belki-de, haýwana degişli we haýwan üçin suratyň iň möhüm aýratynlygy, soňky günlerde haýwana degişli we haýwan üçin suratyň iki görnüşde emele gelmegidir. Birinjisi Amerikanyň Birleşen Ştatlarynda, ondan soň bolsa dünýäniň milletlerinde.</w:t>
      </w:r>
    </w:p>
    <w:p>
      <w:pPr>
        <w:pStyle w:val="ArticleBody"/>
        <w:jc w:val="left"/>
      </w:pPr>
      <w:r>
        <w:rPr>
          <w:rFonts w:ascii="Times New Roman" w:hAnsi="Times New Roman" w:eastAsia="Times New Roman" w:cs="Times New Roman"/>
        </w:rPr>
        <w:t>Haýwanyň keşbi we haýwana degişli keşp bilen baglanyşykly käbir pygamberlik häsiýetleri bar, we eger biz Rimiň bu keşbiniň pygamberlik synagyndan geçmegi dogry ýol bilen başarmaly bolsak, şol häsiýetleri dogry ulanmaly. Haýwanyň keşbi synag döwrüniň ikinji möhüm bir bölegi hem şudur (muny birnäçe şaýat bilen görkezmek bolýar): ýüz kyrk dört müňüň möhürleniş wagty Birleşen Ştatlarda haýwanyň keşbi synagynyň döwründe bolup geçýär; dünýä milletlerindäki haýwanyň keşbi synagynyň döwri bolsa, şol Ýekşenbe kanuny wagtynda (321 bilen aňladylýan) heniz Babilde bolan Hudaýyň beýleki çagalarynyň sürä ýygnalýan wagtydyr.</w:t>
      </w:r>
    </w:p>
    <w:p>
      <w:pPr>
        <w:pStyle w:val="ArticleBody"/>
        <w:jc w:val="left"/>
      </w:pPr>
      <w:r>
        <w:rPr>
          <w:rFonts w:ascii="Times New Roman" w:hAnsi="Times New Roman" w:eastAsia="Times New Roman" w:cs="Times New Roman"/>
        </w:rPr>
        <w:t>Haýwanyň şekili özara baglanyşykly bolan synag döwrüniň iki aýratyn döwrüni aňladýar, we şol iki synag döwri hem Ylham kitabynyň ýedinji babyndaky ýüz kyrk dört müňüň soňky gezek ýygnalmagyny, ondan soň bolsa şol bir babyň özündäki beýik mähelläni aňladýar.</w:t>
      </w:r>
    </w:p>
    <w:p>
      <w:pPr>
        <w:pStyle w:val="ArticleBody"/>
        <w:jc w:val="left"/>
      </w:pPr>
      <w:r>
        <w:rPr>
          <w:rFonts w:ascii="Times New Roman" w:hAnsi="Times New Roman" w:eastAsia="Times New Roman" w:cs="Times New Roman"/>
        </w:rPr>
        <w:t>Ýekşenbe güni baradaky kanun girizilende, Amerikanyň Birleşen Ştatlary Ylham kitabynyň on üçünji bap, on birinji aýatynda aýdylşy ýaly aždarha hökmünde gepleýär. Şondan soň ol dünýäniň ähli milletlerini aldamak üçin öňe çykýar we şol milletlere, Amerikanyň Birleşen Ştatlarynyň ýaňy edişi ýaly, özleriniň hem janawara dünýä möçberinde bir şekil ýasamalydyklaryny aýdýar. 321-nji ýyldaky Konstantiniň Ýekşenbe güni baradaky kanuny bilen aňladylýan, Ýekşenbe güni baradaky kanundan başlanýan döwür, ahyrky millet papalyk Rime dyz çökende tamamlanýar; ol ýerde 538-nji ýyldaky Ýekşenbe güni baradaky kanun şekillendirilýär, çünki on üçünji bapda Amerikanyň Birleşen Ştatlarynda janawaryň şekiline jan bermäge we ony gepletmäge ygtyýar bardyr. Bu döwür 321-nji ýyldaky Ýekşenbe güni baradaky kanun bilen başlanýar we 538-nji ýyldaky Ýekşenbe güni baradaky kanun bilen tamamlanýar.</w:t>
      </w:r>
    </w:p>
    <w:p>
      <w:pPr>
        <w:pStyle w:val="ArticleBody"/>
        <w:jc w:val="left"/>
      </w:pPr>
      <w:r>
        <w:rPr>
          <w:rFonts w:ascii="Times New Roman" w:hAnsi="Times New Roman" w:eastAsia="Times New Roman" w:cs="Times New Roman"/>
        </w:rPr>
        <w:t>2001-nji ýylda Amerikanyň Birleşen Ştatlarynyň hökümeti “Patriot Act”-y kanun hökmünde güýje girizdi.</w:t>
      </w:r>
    </w:p>
    <w:p>
      <w:pPr>
        <w:pStyle w:val="ArticleBody"/>
        <w:jc w:val="left"/>
      </w:pPr>
      <w:r>
        <w:rPr>
          <w:rFonts w:ascii="Times New Roman" w:hAnsi="Times New Roman" w:eastAsia="Times New Roman" w:cs="Times New Roman"/>
        </w:rPr>
        <w:t>Bu öwrenişi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Birinji San</dc:title>
  <dc:subject>Pygamberliklerdäki Möhürleriň Açylyşy: Ahyrzamanyň Günleri, Ýahudanyň Arslany we Ylham Kitabynyň Soňky Hereketleri</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