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Bäşinji San</w:t>
      </w:r>
    </w:p>
    <w:p>
      <w:pPr>
        <w:pStyle w:val="ArticleSubtitle"/>
        <w:jc w:val="left"/>
      </w:pPr>
      <w:r>
        <w:rPr>
          <w:rFonts w:ascii="Arial" w:hAnsi="Arial" w:eastAsia="Arial" w:cs="Arial"/>
        </w:rPr>
        <w:t>Ilkinji Dört Maddany Täzelemek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Qyrkynjy aýatyň gizlin taryhyny anyklamaga dolanyp gelenimizde, ilki bilen bu tapgyryň ilkinji dört makalasynyň esaslaryny gaýtadan gözden geçirmek paýhasly görünýär. Bu tapgyrdaky dört makalanyň birinjisi pygamberlik düşündirişini öňe sürüp, Mesihi Ýahuda taýpasynyň Arslany (we Alfa bilen Omega) hökmünde görkezdi; Ol çözgüt pursatlarynda Danyýel kitabynyň on birinji babyndaky bölekleri açyp, 144,000-ligiň soňky özgerdiş hereketine ýol görkezýär. Şeýle hem ol birinji we ikinji perişdäniň taryhynyň üçünji perişdäniň habarynyň taryhy bilen gabat gelýändigini kesgitleýär; şeýlelikde 1989-njy ýylda (1863-nji ýyldaky Adventist pitnesinden 126 ýyl soň) Arslanyň Danyýel 11:40–45-i açandygyny görkezýär. Açylan şol aýatlar papalygyň 1798-nji ýyldaky öldüriji ýarasyny, onuň aždaha, wagşy janawar we galp pygamberden ybarat üç esse birleşme arkaly sagalmagyny, hem-de ondan soň kyrk bäşinji aýatdaky “şöhratly mukaddes dagda” Armageddona tarap alnyp barylýandygyny beýan edýär. Bir ýüz kyrk dört müňlük hereketi Amerikanyň Birleşen Ştatlarynda ýakyn wagtda geljek Ýekşenbe kanunyna golaýlaşdygyça, 40-njy aýatyň gizlin taryhy (1989-dan şol Ýekşenbe kanunyna çenli aralygy öz içine alýan) 2023-nji ýylyň iýul aýynda açylyp başlandy.</w:t>
      </w:r>
    </w:p>
    <w:p>
      <w:pPr>
        <w:pStyle w:val="ArticleBody"/>
        <w:jc w:val="left"/>
      </w:pPr>
      <w:r>
        <w:rPr>
          <w:rFonts w:ascii="Times New Roman" w:hAnsi="Times New Roman" w:eastAsia="Times New Roman" w:cs="Times New Roman"/>
        </w:rPr>
        <w:t>Ellen Waýtyň teswirine esaslanyp, Danyýel kitabynyň soňky günlere degişli möhürlenmedik böleginiň taýýar bolup durjak bir halky taýýarlýan “bilimiň artmagyny” emele getirýändigi aýdylýar. On gyzyň tymsalynda “ýag” Mukaddes Ruh, ylahy habarlary we häsiýeti aňladýar. Möhüriň açylmagy Danyýel 12:10-daky üç esse synag işini herekete getirdi; şol ýerde köp adam “päklenýär, ak edilýär we synalýar.” Bu taryh, 1989-njy ýyldan, 2001-nji ýylyň 11-nji sentýabryndan we 2023-nji ýylyň iýul aýyndan başlap pygamberligiň möhüriniň açylan birnäçe pygamberlik nokatlaryny görkezýär. Şol dürli möhür açylyşlary 1989-njy ýyldan 9/11-e çenli döwri, 9/11-den ýakynda geljek Ýekşenbe kanunyna çenli döwri we 2020-nji ýylyň 18-nji iýulyndan 2023-nji ýylyň 31-nji dekabryna çenli çekilme wagtynyň döwrüni aňladýar; bu döwürde Ýarygije Gykylygy habary Ýekşenbe kanunyna çenli ýuwaş-ýuwaşdan möhürden açylýar.</w:t>
      </w:r>
    </w:p>
    <w:p>
      <w:pPr>
        <w:pStyle w:val="ArticleBody"/>
        <w:jc w:val="left"/>
      </w:pPr>
      <w:r>
        <w:rPr>
          <w:rFonts w:ascii="Times New Roman" w:hAnsi="Times New Roman" w:eastAsia="Times New Roman" w:cs="Times New Roman"/>
        </w:rPr>
        <w:t>Ýüz kyrk dört müňüň arasynda bolmaga dalaşgärleriň oýanmagy — Hezekiel 37-däki guran süňkler we Ylham kitaby on birinji bapdaky, Ruhdan dolanda aýaga galýan iki şaýat arkaly şekillendirilişi ýaly — möhürleriň açylmagy bilen ýerine ýetirilýär. Eger Hudaýyň halky papalyk häkimiýet we ýekşenbe kanuny ýaly howplary görkezýän bu “gymmatly nura” oýanmasa, bidgatlar olary eleýär (saman bilen bugdaýy biri-birinden aýyrşy ýaly, olary aýyrýar). 1888-nji ýyldaky Blair Bill we Patriot Act ýaly öňki pygamberlik bellikleri pygamberlik duýduryşlary hökmünde görkezilýär. Makala Daniel kitabynyň on birinji babynda şekillendirilen pygamberlik taryhynyň öňki ähli ugurlarynyň 40–45-nji aýatlarda gaýtalanýandygyny görkezýär. Şeýle-de makala haýwanyň keşbiniň ilki Amerikanyň Birleşen Ştatlarynda, soňra bolsa bütin dünýäde emele getirilýändigini, munuň 321-nji ýyl we ilkinji ýekşenbe kanuny bilen nusgalanandygyny; soňra bolsa, Mihaýyl aýaga galanda we synag möhleti ýapylanda, 538-nji ýyl bilen nusgalanan bütindünýä haýwan keşbiniň emele gelýändigini görkezýär.</w:t>
      </w:r>
    </w:p>
    <w:p>
      <w:pPr>
        <w:pStyle w:val="ArticleBody"/>
        <w:jc w:val="left"/>
      </w:pPr>
      <w:r>
        <w:rPr>
          <w:rFonts w:ascii="Times New Roman" w:hAnsi="Times New Roman" w:eastAsia="Times New Roman" w:cs="Times New Roman"/>
        </w:rPr>
        <w:t>Dört makalanyň ikinjisi, Ylham 13:11-iň ýerine ýetmesinde Amerikanyň Birleşen Ştatlarynyň “gürleýändigini” 2001-nji ýyldaky Patriot Act arkaly kesgitlemek bilen pygamberlik çarçuwasyny dowam etdirýär. Patriot Act, Mukaddes Kitabyň pygamberligindäki altynjy patyşalygyň başyndaky üç bellik nokadyna gabat gelýän konstitusion ret etmeleriň ilkinjisi boldy; 1776-njy ýyldaky Garaşsyzlyk Jarnamasy, 1789-njy ýyldaky Konstitusiýa we 1798-nji ýyldaky Alien and Sedition Acts. 1888-nji ýyldaky şowsuz Blair Bill — milli ýekşenbe güni baradaky kanuny ornaşdyrmak synanyşygy — miladynyň 66-njy ýylyndaky Cestiusyň gabawy ýaly yzyna çekildi; bu ikisi hem 2001-nji ýyly öňden şekillendirýärdi, şol wagt Patriot Act Amerikanyň Birleşen Ştatlarynda haýwanyň şekili synag döwrüne badalga berdi. Patriot Act 1776-njy ýyl bilen gabat gelýär we iňlis “günäsizligi subut edilýänçä günäsiz” diýen umumy hukugyň ýerine rim “günälidigi subut edilýänçä günäli” diýen raýat hukugyny getirdi. 1789-njy ýyl bilen aňladylýan orta bellik nokady — 2022-nji ýylyň ýanwarynda başlanan Pelosi Trials — syýasy kanunçylyk söweşi, false-flag operasiýalary we edara korrupsiýasy arkaly prosessual hem-de mazmuny boýunça degişli hukuk tertibini depgiledi, esasy hukuklary aç-açan inkär etdi. 2001-nji ýyldaky Patriot Act-da, 2022-nji ýyldaky Pelosi Trials-da we geljekki ýekşenbe güni kanunynda ýüze çykýan bu üç gürlemek bellik nokady, Amerikanyň Birleşen Ştatlarynyň Konstitusiýasynyň her bir ýörelgesini barha artýan görnüşde ret edýär.</w:t>
      </w:r>
    </w:p>
    <w:p>
      <w:pPr>
        <w:pStyle w:val="ArticleBody"/>
        <w:jc w:val="left"/>
      </w:pPr>
      <w:r>
        <w:rPr>
          <w:rFonts w:ascii="Times New Roman" w:hAnsi="Times New Roman" w:eastAsia="Times New Roman" w:cs="Times New Roman"/>
        </w:rPr>
        <w:t>Soňra protestantizm papalyk we spiritizm bilen üç taraplaýyn birleşige girýär; şol pursatda Amerikanyň Birleşen Ştatlary aždaha ýaly gepleýär, haýwanyň keşbini doly emele getirýär, öz synag käsesini doldurýar we altynjy patyşalyk hökmünde bes edýär. Milli dönüklikden soň milli heläkçilik gelýär. Ýekşenbe kanuny döwründäki şol geplemek 321-nji ýylda Konstantiniň ilkinji Ýekşenbe kanunynyň başlanmagy bilen nusgalanýar, soňra tamamlanýan we iň soňky Ýekşenbe kanuny bolsa 538-nji ýyl bilen aňladylýar.</w:t>
      </w:r>
    </w:p>
    <w:p>
      <w:pPr>
        <w:pStyle w:val="ArticleBody"/>
        <w:jc w:val="left"/>
      </w:pPr>
      <w:r>
        <w:rPr>
          <w:rFonts w:ascii="Times New Roman" w:hAnsi="Times New Roman" w:eastAsia="Times New Roman" w:cs="Times New Roman"/>
        </w:rPr>
        <w:t>Bu wakalaryň hemmesi Daniel 11:40-nyň pygamberlik taryhynyň içinde gizlenendir; ol Milleritleriň çyzygyna, şeýle hem Mesihden haça çenli bolan çyzyga parallel gidýär. Ylham 12:15–16 Konstitusiýany bir wagtlar aždarhanyň yzarlama silini ýuwdan “ýer” hökmünde suratlandyrýar; ol ahyrsoňy ýakyn wagtda geljek ýekşenbe kanunynda aždarha ýaly gepleýär. Ellen White-yň Testimonies, volume 5-de (711-nji sahypa we 451, 452-nji sahypalar) beren duýduryşy — papalyga ýol berýän islendik dini kanunçylygyň, şeýle hem ýekşenbe kanunynyň aždarhanyň ruhuny aýan etjekdigi baradaky duýduryşy — 1776, 1789 we 1798-nji ýyllardaky üç ädimiň soňky synag bilen tamamlanýan ahyrky üç ädimli synag işini nusgalaýan ýol bellikleridigini tassyklaýar, we hut şol synag işi Hudaýyň halkyny berk durmaga taýýarlaýar.</w:t>
      </w:r>
    </w:p>
    <w:p>
      <w:pPr>
        <w:pStyle w:val="ArticleBody"/>
        <w:jc w:val="left"/>
      </w:pPr>
      <w:r>
        <w:rPr>
          <w:rFonts w:ascii="Times New Roman" w:hAnsi="Times New Roman" w:eastAsia="Times New Roman" w:cs="Times New Roman"/>
        </w:rPr>
        <w:t>Üçünji makala Ellen Waýtyň *Testimonies*, 5-nji tom, 451–452-nji sahypalardaky duýduryşlaryny has-da giňeldip, Amerikanyň Birleşen Ştatlarynda tizden-tiz çykjak ýekşenbe kanunynyň bu milletiň dogrulykdan doly üzňe düşýän, üç gatly birleşigi (protestantçylygyň rimçilik we spiritizm bilen el gysyşmagyny) amala aşyrýan aýgytly pursaty alamatlandyrýandygyny öňe sürýär. Şeýlelikde, Amerikanyň Birleşen Ştatlary protestant we respublikan hökümet hökmünde öz konstitusion ýörelgeleriniň hemmesini ret edýär we papalyk azgynlyklaryny ýaýradýar. Bu bolsa Hudaýyň sabyrlylygynyň çägine ýetilendiginiň, şeýlelikde milletiň etmiş käsesiniň dolup-daşaýandygynyň alamatydyr; bu rehmet perişdesiniň çekilip gitmegine we milli weýrançylygyň başlanmagyna getirýär. Şondan soň bäşinji möhürdäki şehitleriň: «Näçe wagt?» diýen nalyşyna jogap ýetýär, çünki papalyk şehitleriniň ikinji topary tamamlanýar. “Ýekşenbe hereketi” gepleýän mahaly aždarhanyň ruhy aýan edilýär — bu bolsa ýok ediji heläkçiligiň öňüsyrasynda şäherlerden gaçmak üçin alamat hökmünde häzirki zamandaky “weýrançylykly ýigrençdir” (Danyýel tarapyndan aýdylan we Mesih tarapyndan ýatlanylan). Ýekşenbe kanuny 2001-nji ýylda *Patriot Act* bilen başlan, soňlugy bilen Konstitusiýanyň kem-kemden ret edilmeginiň jemidir (munuň nusgasy 1888-nji ýylyň Blair Billleri, biziň eramyzyň 66-njy ýylyndaky Cestiusyň gabawy, Mesihe suwa çümdürilme, 1840-njy ýylyň 11-nji awgusty we *The Declaration of Independence* bolup durýar).</w:t>
      </w:r>
    </w:p>
    <w:p>
      <w:pPr>
        <w:pStyle w:val="ArticleBody"/>
        <w:jc w:val="left"/>
      </w:pPr>
      <w:r>
        <w:rPr>
          <w:rFonts w:ascii="Times New Roman" w:hAnsi="Times New Roman" w:eastAsia="Times New Roman" w:cs="Times New Roman"/>
        </w:rPr>
        <w:t>Amerikanyň Birleşen Ştatlarynda haýwanyň keşbiniň emele geliş döwri, ahyrsoňunda Ýekşenbe kanunlarynyň ýygnak-döwlet tarapyndan mejbury ýerine ýetirilmeginde birleşýän, biri-birine ugurdaş Respublikan (syýasy) we Protestant (dini) “şahalary” öz içine alýan çylşyrymly ikili ugry özünde jemleýär. Bu gatnaşyk papalyk haýwanyndaky aýalyň haýwanyň üstünden edýän gözegçiligini şöhlelendirýär we ýygnak bilen döwletiň aýrybaşgalygy baradaky Konstitusiýanyň esasy ýörelgesiniň ýatyrylmagynda doly ýüze çykýar.</w:t>
      </w:r>
    </w:p>
    <w:p>
      <w:pPr>
        <w:pStyle w:val="ArticleBody"/>
        <w:jc w:val="left"/>
      </w:pPr>
      <w:r>
        <w:rPr>
          <w:rFonts w:ascii="Times New Roman" w:hAnsi="Times New Roman" w:eastAsia="Times New Roman" w:cs="Times New Roman"/>
        </w:rPr>
        <w:t>Içerki taýdan haýwanyň keşbiniň synag wagty ähli adamlar arasynda häsiýet emele gelişini (Mesihiň keşbi bilen Şeýtanyň haýwan keşbiniň arasyndaky garşylygy) synagdan geçirýär, akylly gyzlary nadan gyzlardan aýyrýar; daşky taýdan bolsa ahyrky günleriň syýasy göreşlerini, bileleşiklerini we bozulan ähtnamalaryny kesgitleýär. 2001-nji ýyldan Ýekşenbe kanunyna çenli döwür soňky ýagmyryň sepinmegini başlaýar (bu, 2001-nji ýylyň 11-nji sentýabrynda Ylham 18-däki perişde inip, Nýu-Ýorkuň beýik binalarynyň ýykylmagy arkaly ýeri ýagtylandyranda başlaýar). 11-nji sentýabr Laodikiýadaky Ýedinji günüň Adventizmini Ylham 10-da görkezilişi ýaly iýilmegi degişli bolan “kiçi kitap” habaryny kabul etmek ýa-da ret etmek arkaly elenip saýlanmak işine başlaýar. Bugdaý bilen haşal otlar Ýekşenbe kanunyndaky aýrylyşýança bile galýarlar; şol wagt ýüz kyrk dört müň nyşan hökmünde ýokary galdyrylýar we soňky ýagmyryň doly dökülmeginiň gelişi, 321-den 538-e çenli döwür bilen öňden nusgalanan, bütindünýä haýwanyň keşbiniň emele gelşi mahalynda ýüze çykýar. Şondan soň, Mikhail ýerinden galýança we synag möhleti ýapylýança, Beýik köpçüligiň Babilondan ýygnalmagy başlanýar. Bu, hökümüň ilki 11-nji sentýabrdan başlap Hudaýyň öýünden başlanmagyna, soň bolsa Ýekşenbe kanunyndan soň on birinji sagadyň işçilerine geçmegine laýyk gelýär.</w:t>
      </w:r>
    </w:p>
    <w:p>
      <w:pPr>
        <w:pStyle w:val="ArticleBody"/>
        <w:jc w:val="left"/>
      </w:pPr>
      <w:r>
        <w:rPr>
          <w:rFonts w:ascii="Times New Roman" w:hAnsi="Times New Roman" w:eastAsia="Times New Roman" w:cs="Times New Roman"/>
        </w:rPr>
        <w:t>Üçünji makala, asmandaky şöhrat bilen öňki yzarlamalaryň garylyp gaýtalanýan döwründen aman çykmagyň, Işaýa 28-däki “setir üstüne setir” usuly arkaly pygamberligi öňünden özleşdirmegi talap edýändigini nygtaýar. Bu usul, Danyýeliň wepaly adamlary, Pentikostdan öňki Mesihiň şägirtleri, hem-de ojagyň ýanyndaky Şadrak, Meşak we Abednego arkaly nusgalanýar; olar, Şeýtanyň ajaýyp işleri we galplyklarynyň arasynda, “Ýazylanyna görä” diýen binýatda pugta durmaga taýýar bolanlary aňladýan görnüşler hökmünde görkezilýär.</w:t>
      </w:r>
    </w:p>
    <w:p>
      <w:pPr>
        <w:pStyle w:val="ArticleBody"/>
        <w:jc w:val="left"/>
      </w:pPr>
      <w:r>
        <w:rPr>
          <w:rFonts w:ascii="Times New Roman" w:hAnsi="Times New Roman" w:eastAsia="Times New Roman" w:cs="Times New Roman"/>
        </w:rPr>
        <w:t>Dördünji makala Amerikanyň Birleşen Ştatlarynda haýwanyň keşbiniň emele gelmeginiň pygamberlik synag işiniň konstitusion üç bellik bilen ugurdaş gidýändigini we olar bilen özara sepleşendigini düşündirýär (2001-nji ýylda Patriot Act ilkinji “geplemek” hökmünde, 2022-nji ýylda Pelosi synaglary orta bellik hökmünde, we Ýekşenbe güni kanuny soňky bellik hökmünde). Bu synag işi paýhasly gyzlary (144,000-ni) milli dinden dönükligiň heläkçilige eltýän Ýekşenbe güni kanunyndan başlanýan täç geýdiriji yzarlama synagyna çydam etmäge taýýarlaýar. Soňra Şeýtan ajaýyp galplyklary boşadýar (özüni gudratlar bilen Hudaý diýip yglan edip), we asman şöhraty geçmişdäki gaýtalanýan yzarlamalar bilen utgaşýar; şeýlelikde, Hudaýyň halkyna Hudaýyň tagtyndan çykýan ýagtylykda sarsmazdan ýöremäge mümkinçilik berýär. Bu taýýarlyk Mesihiň Ýahýa altynjy bapdaky strategiýasyny şöhlelendirýär (The Desire of Ages, 394-de düşündirilişi ýaly); ol ýerde Ol öz huzury arkaly hakyky şägirtleri olaryň ahyrky synagy üçin (Getsimani, dönüklik, haça çüýlemek) berkitmek maksady bilen, öz peýdasyny gözleýän yzyna eýerijileri irden saýlap aýyrmak üçin agyr synaga ýol berdi. Şonuň ýaly-da, haýwanyň keşbi synagy — içki häsiýet kemala gelişi (Mesihiň keşbi bilen Şeýtanyň haýwan keşbine garşy) hem-de ybadathana bilen döwletiň bölünmegini ýatyrýan daşarky ybadathana-döwlet birleşmesini öz içine alyp — Laodikýa Adventizmini elekden geçirýär. Bu synag paýhaslylary Işaýa 28-iň setir üstüne setir usuly arkaly möhürlenmedik habary kabul etmek bilen arassalaýar.</w:t>
      </w:r>
    </w:p>
    <w:p>
      <w:pPr>
        <w:pStyle w:val="ArticleBody"/>
        <w:jc w:val="left"/>
      </w:pPr>
      <w:r>
        <w:rPr>
          <w:rFonts w:ascii="Times New Roman" w:hAnsi="Times New Roman" w:eastAsia="Times New Roman" w:cs="Times New Roman"/>
        </w:rPr>
        <w:t>Möhürlenmedik yşyk ýedinji möhüriň ýagtysydyr (Ylham 8:1–5); ol mukaddesleriň doga-dileglerine jogap hökmünde ýere taşlanan ot bolup ýüze çykýar, edil Pentikost güni Mukaddes Ruhuň dökülişinde görünýän ot dilleri bilen nusgalanyşy ýaly. Möhürlenmedik yşyk şeýle hem Milleritleriň ýarygije jar çekişi bilen şekillendirilipdi (ol iman arkaly Iň Mukaddes Ýere girişe taýýarlyk gördi) hem-de ol Daniel 11:40-nyň gizlin taryhynyň içinde, 2023-nji ýylyň iýulynda möhürden açylan häzirki zaman ýarygije jar çekişinde amala aşar.</w:t>
      </w:r>
    </w:p>
    <w:p>
      <w:pPr>
        <w:pStyle w:val="ArticleBody"/>
        <w:jc w:val="left"/>
      </w:pPr>
      <w:r>
        <w:rPr>
          <w:rFonts w:ascii="Times New Roman" w:hAnsi="Times New Roman" w:eastAsia="Times New Roman" w:cs="Times New Roman"/>
        </w:rPr>
        <w:t>9/11-den bäri bolup geçen soňky ýagmyr sepmek habary, papalyk we Ýekşenbe kanuny baradaky bilimiň artmagy bilen, şeýle hem ýedi gürrüldi sesiniň möhüriniň açylmagy we kyrkynjy aýatyň gizlin taryhy bilen bilelikde, bularyň ählisi Isa Mesihiň Ylhamynyň açylmagynyň içinde jemlenendir. Haýwanyň şekiliniň emele gelişiniň jikme-jik pygamberlik taýdan yşyklanmasy — munuň içine hem Respublikan we Protestant şahalarynyň göreşleri, syýasy partiýalar, Laodikeýaly Adventizm, 144,000-niň ýüze çykmagy, Yslamyň üçünji hasraty, Russiýa, BMG, papalyk güýji we Hasmonaý meňzeşlikleri girýär — akyldarlary geçmişdäki ýolbaşçylygy ýatdan çykarman (Testimonies to Ministers, 31), Hudaýyň ýolbaşçylygyny tanamaga we ony kabul etmäge taýýarlaýar.</w:t>
      </w:r>
    </w:p>
    <w:p>
      <w:pPr>
        <w:pStyle w:val="ArticleBody"/>
        <w:jc w:val="left"/>
      </w:pPr>
      <w:r>
        <w:rPr>
          <w:rFonts w:ascii="Times New Roman" w:hAnsi="Times New Roman" w:eastAsia="Times New Roman" w:cs="Times New Roman"/>
        </w:rPr>
        <w:t>“Azdyrjyk kitaby” (Ylham 10) iýmek, ýagny Bereýalylaryň usulyndaky öwreniş arkaly taryhy öňünden içselleşdirmek bilen, ýüz kyrk dört müň Şeýtanyň aldawlarynyň arasynda: “Ýazylandyr” diýen esasda berk durmak üçin ruhy saýgaryş gazanýarlar. Olaryň taýýarlygy olara heläklige tarap yza çekilmekden gaça durmaga mümkinçilik berýär (Ýewreýler 10:37–39; Habakkuk 2:4), şondan soň olar Hudaýyň buýruklaryny (esasan-da dördünjisini) hem-de Isanyň imanyny saklaýan, synalyp-tassyklanan ýeňijiler hökmünde ýüze çykarylýarlar. Olar salyhlaryň iman bilen ýaşaýan iň soňky krizisinden geçýänlerdir; şol ýerde perişdeler tarapyndan goralýarlar, emma akylsyzlar (usulyýeti we habary ret edýänler) güýçli azgynlyga duçar bolup, umytsyz galýarlar. Bu “Patyşanyň Gelmegine” bagyşlanan 9-njy tom “Testimonies” kitabyndaky baby (11-nji sahypadan başlaýan) we onuň 9/11 nyşanlylygy bilen gabat gelýär; şeýlelikde 9/11 döwründen Ýekşenbe kanunyna çenli bolan döwri, danalaryň Danyýel on birinji babyň tamamlanmagyna düşünýän we diňe Hudaýyň geçmişdäki mukaddes taryhlarda eden ýolbaşçylygyny unutmakdan başga hiç zatdan gorkmaýan möhürleniş wagty hökmünde kesgitleýär.</w:t>
      </w:r>
    </w:p>
    <w:p>
      <w:pPr>
        <w:pStyle w:val="ArticleBody"/>
        <w:jc w:val="left"/>
      </w:pPr>
      <w:r>
        <w:rPr>
          <w:rFonts w:ascii="Times New Roman" w:hAnsi="Times New Roman" w:eastAsia="Times New Roman" w:cs="Times New Roman"/>
        </w:rPr>
        <w:t>Dört makala bilelikde, Mesih barada pygamberlik düşündirişini hödürleýär: Ol Ýahuda taýpasynyň Arslanydyr hem-de Daniel kitabynyň on birinji babyndaky bölekleri aýgytly pursatlarda açýan Alfa we Omegasydyr; bu açyşlar ýüz kyrk dört müňüň ahyrky özgertme hereketine ýol görkezýär. 1989-njy ýylda, 1863-nji ýyldaky Adventist “gozgalaňyndan” 126 ýyl soň, Arslan Daniel 11:40–45-i açdy; şeýlelik bilen, 41-nji aýatda görkezilen üçtaraplaýyn birleşmede (aždarha, wagşy jandar we ýalan pygamber) papalygyň 1798-nji ýyldaky ölüm howply ýarasynyň bitişini äşgär etdi we Armageddona, ýagny “şanly mukaddes daga” alyp bardy; şol ýerde 45-nji aýatda papalyk özüniň ahyrky hökümine sezewar bolýar. Bu açyş hereketiň başlangyjyna badalga berýär, “papalyk we ýekşenbe kanuny” barada “bilimiň artmagyny” (Selected Messages, book 2) emele getirýär we Daniel 12:10-da şekillendirilişi ýaly, “arassalanmak, ak edilmek we synalmak” bolan üçtaraplaýyn synagy herekete getirýär.</w:t>
      </w:r>
    </w:p>
    <w:p>
      <w:pPr>
        <w:pStyle w:val="ArticleBody"/>
        <w:jc w:val="left"/>
      </w:pPr>
      <w:r>
        <w:rPr>
          <w:rFonts w:ascii="Times New Roman" w:hAnsi="Times New Roman" w:eastAsia="Times New Roman" w:cs="Times New Roman"/>
        </w:rPr>
        <w:t>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Bäşinji San</dc:title>
  <dc:subject>Ilkinji Dört Maddany Täzelemek</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