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Aýetiň Gizlin Taryhy - Altynjy Belgi</w:t>
      </w:r>
    </w:p>
    <w:p>
      <w:pPr>
        <w:pStyle w:val="ArticleSubtitle"/>
        <w:jc w:val="left"/>
      </w:pPr>
      <w:r>
        <w:rPr>
          <w:rFonts w:ascii="Arial" w:hAnsi="Arial" w:eastAsia="Arial" w:cs="Arial"/>
        </w:rPr>
        <w:t>On bir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Gizlin taryhyň öwrenilişine girişenimizde, häzirki wagtda kyrkynjy aýatda görkezilen ahyrzamanyň wagtyndan kyrk birinji aýatdaky Ýekşenbe kanunyna çenli taryh bilen gabat gelýändigi düşünilen pygamberligiň hem içki, hem daşky ugurlaryny göz öňünde tutarys. Şol pygamberlik taryhynyň içki ugry Ylham kitabynda on birinji bapda, on birinji aýatda belläp görkezilýär. Daşky ugry bolsa Daniel kitabynda on birinji bap, on birinji aýat bilen belläp görkezilýär. Daniel 11-iň daşky ugry — on birinji aýat — taryhda 2014-nji ýylda ýüze çykdy, Ylham 11-iň içki ugry — on birinji aýat — bolsa 2023-nji ýylyň 31-nji dekabrynda taryhda ýüze çykdy. Daşky ugur ýer haýwanynyň Respublika şahasyny, içki ugur bolsa ýer haýwanynyň Protestant şahasyny aňladýar.</w:t>
      </w:r>
    </w:p>
    <w:p>
      <w:pPr>
        <w:pStyle w:val="ArticleHeading"/>
        <w:jc w:val="left"/>
      </w:pPr>
      <w:r>
        <w:rPr>
          <w:rFonts w:ascii="Arial" w:hAnsi="Arial" w:eastAsia="Arial" w:cs="Arial"/>
        </w:rPr>
        <w:t>Amerikanyň Birleşen Ştatlary</w:t>
      </w:r>
    </w:p>
    <w:p>
      <w:pPr>
        <w:pStyle w:val="ArticleBody"/>
        <w:jc w:val="left"/>
      </w:pPr>
      <w:r>
        <w:rPr>
          <w:rFonts w:ascii="Times New Roman" w:hAnsi="Times New Roman" w:eastAsia="Times New Roman" w:cs="Times New Roman"/>
        </w:rPr>
        <w:t>Ylham kitaby ahyrzamanyň esasy mowzugy hökmünde bir baş milleti görkezýär. Şol millet ýer haýwany bolup, bütin dünýäni papalyk deňiz haýwanyna sežde etmäge mejbur edýär. Ylham kitaby bir baş milleti, on milletden ybarat bir konfederasiýany we bir galp buthanany görkezýär. Millet Birleşen Ştatlardyr, ýagny on üçünji bapdaky ýer haýwanydyr; galp buthana on üçünji bapdaky deňiz haýwanydyr; Mukaddes Kitaba görä, on patyşadan ybarat şer konfederasiýasy bolsa Birleşen Milletler Guramasydyr. Ylhamyň on altynjy babynda aagondarha, haýwan we galp pygamber hökmünde şekillendirilen şol üç güýç dünýäni Armageddona alyp barýar.</w:t>
      </w:r>
    </w:p>
    <w:p>
      <w:pPr>
        <w:pStyle w:val="ArticleBody"/>
        <w:jc w:val="left"/>
      </w:pPr>
      <w:r>
        <w:rPr>
          <w:rFonts w:ascii="Times New Roman" w:hAnsi="Times New Roman" w:eastAsia="Times New Roman" w:cs="Times New Roman"/>
        </w:rPr>
        <w:t>Olaruň her biri Daniel kitabynyň on birinji babynda, kyrkdan kyrk bäşinji aýatlara çenli görkezilýär; şol ýerde galp ybadathana kyrk bäşinji aýatda iki deňziň arasynda we şöhratly mukaddes dagyň ýanynda öz soňuna ýetýär, bu bolsa geografik taýdan Ylham kitabynyň Armageddonyna laýyk gelýär. Kyrkynjy aýat 1798-nji ýylda başlanýar; şol wagt deňiz haýwany, ýagny galp ybadathana öldüriji ýara aldy, we bu bölek gaýtadan direlen şol deňiz haýwanynyň, Ylham kitabynyň on ýedinji babyndaky paşanyň, ikinji gezek ölmegi bilen tamamlanýar; şeýlelikde, bölek başlanan ýerinde tamam bolýar. Ylham kitabynda-da, Daniel kitabynda-da baş ýurt Amerika Birleşen Ştatlarydyr, ýagny Ylham kitabynyň on üçünji babyndaky pitne babyndaky ýer haýwanydyr. Ýer haýwany Ylham kitabynyň on altynjy babynda hem galp pygamberdir, Danieliň on birinji babyndaky kyrkynjy aýatda bolsa ol arabalar, gämiler we atlylardyr.</w:t>
      </w:r>
    </w:p>
    <w:p>
      <w:pPr>
        <w:pStyle w:val="ArticleHeading"/>
        <w:jc w:val="left"/>
      </w:pPr>
      <w:r>
        <w:rPr>
          <w:rFonts w:ascii="Arial" w:hAnsi="Arial" w:eastAsia="Arial" w:cs="Arial"/>
        </w:rPr>
        <w:t>Ýarym Hakykatlar Asla Hakykat Däl</w:t>
      </w:r>
    </w:p>
    <w:p>
      <w:pPr>
        <w:pStyle w:val="ArticleBody"/>
        <w:jc w:val="left"/>
      </w:pPr>
      <w:r>
        <w:rPr>
          <w:rFonts w:ascii="Times New Roman" w:hAnsi="Times New Roman" w:eastAsia="Times New Roman" w:cs="Times New Roman"/>
        </w:rPr>
        <w:t>Soňky günlerde Danieliň hem-de Ylhamyň hem temasy bolan millet Amerikanyň Birleşen Ştatlarydyr we Daniel kitabynyň on birinji baby şol milletiň soňky prezidentini anyk görkezmek bilen başlanýar. Bu hakykat, Laodikiýadaky Ýedinji Gün Adventistleriniň ýarym hakykatyň arkasyna bukulyp ret edýän, Bibliýa boýunça berk ornaşan bir faktdyr. Olar bu meselede arkalanyp duran ýarym hakykat, Ylham kitabynyň on üçünji babyndaky ýer janawarynyň hem, on altynjy babyndaky galp pygamberiň hem Amerikanyň Birleşen Ştatlarydygy bilen ylalaşýandyklarydyr; emma şonda-da Donald Trampyň soňky günlerde Bibliýa pygamberliginiň esasy temalarynyň biridigini görmegi ret edýärler. Hudaý hiç wagt üýtgemeýär, we Ol Müsür bilen iş salyşanda, Firgun pygamberlik taryhynyň esasy temalarynyň biri bolupdy; soňra Wawilon bilen iş salyşanda, Nebukadnesar bilen Belsazar atlandyryldy. Kuruş atlandyryldy. Dariý atlandyryldy. Bibliýa ýer janawarynyň iň soňky hökümdaryny aýratynlykda görkezýär, we bu tötänleýin bir salgylanma däldir. Adventizm ahyrzaman pygamberliginde Amerikanyň Birleşen Ştatlarynyň kimdigini bilýär, emma Hudaýyň her bir pygamberlik ssenariýasynda millete-de, onuň ýolbaşçysyna-da ýüzlenýändigini görüp bilmeýär; şol öňki mukaddes taryhlaryň ählisi hem soňky günleri şekillendirýär.</w:t>
      </w:r>
    </w:p>
    <w:p>
      <w:pPr>
        <w:pStyle w:val="ArticleHeading"/>
        <w:jc w:val="left"/>
      </w:pPr>
      <w:r>
        <w:rPr>
          <w:rFonts w:ascii="Arial" w:hAnsi="Arial" w:eastAsia="Arial" w:cs="Arial"/>
        </w:rPr>
        <w:t>Soňky görnüşdäki surnaý</w:t>
      </w:r>
    </w:p>
    <w:p>
      <w:pPr>
        <w:pStyle w:val="ArticleBody"/>
        <w:jc w:val="left"/>
      </w:pPr>
      <w:r>
        <w:rPr>
          <w:rFonts w:ascii="Times New Roman" w:hAnsi="Times New Roman" w:eastAsia="Times New Roman" w:cs="Times New Roman"/>
        </w:rPr>
        <w:t>Donald Trump — diňe bir Daniýel kitabynda däl, eýsem bütin Mukaddes Kitapda bar bolan ähli pygamberlik görnüşleriniň iň ýokary nokady bolan Daniýeliň ahyrky görnüşindäki ilkinji şahsdyr.</w:t>
      </w:r>
    </w:p>
    <w:p>
      <w:pPr>
        <w:pStyle w:val="ArticleBody"/>
        <w:jc w:val="left"/>
      </w:pPr>
      <w:r>
        <w:rPr>
          <w:rFonts w:ascii="Times New Roman" w:hAnsi="Times New Roman" w:eastAsia="Times New Roman" w:cs="Times New Roman"/>
        </w:rPr>
        <w:t>Hudaýyň Sözüniň içindäki pygamberlik taryhynyň iň soňky görnüşiniň mowzugy Donald Trampdyr. Ol kyrkynjy aýatyň gizlin taryhynyň daşky ahyrzaman pygamberliginiň yzlaryny kesgitleýän nyşandyr. Şeýle hem, ol ýüz kyrk dört müňlügiň içki ugruny kesgitleýän we berkidýän baglanyşykdyr. Ýüz kyrk dört müňlük Ylhamyň on üçünji babyndaky ýer wagşysynyň üstündäki protestant şahydyr, Donald Tramp bolsa şol bir wagşynyň respublikan şahyny aňladýar. Wagşy, başlangyçda iki şahyň arasynda bölünişik goýup, emma ahyrsoňunda şol şahlary papalyk deňiz wagşysynyň bir keşbine birleşdiren konstitusion respublikan hökümet arkaly aňladylýan Amerikanyň Birleşen Ştatlarynyň Konstitusiýasydyr.</w:t>
      </w:r>
    </w:p>
    <w:p>
      <w:pPr>
        <w:pStyle w:val="ArticleBody"/>
        <w:jc w:val="left"/>
      </w:pPr>
      <w:r>
        <w:rPr>
          <w:rFonts w:ascii="Times New Roman" w:hAnsi="Times New Roman" w:eastAsia="Times New Roman" w:cs="Times New Roman"/>
        </w:rPr>
        <w:t>Waýt uýa Daniel kitabynyň üçünji babyndaky altyn şekili soňky günleriň Ýekşenbe kanuny bilen gaýtalap deňeşdirýär; onda Nebukadnesar kimi aňladýar? Adventizm size onuň Birleşen Ştatlary, Ylham kitabynyň on üçünji babyndaky ýerden çykan haýwany aňladýandygyny habar berer; bu bolsa Şadrahy, Meşagy we Abednegony oda atan zadyň Wawilon bolandygyny kesgitlemäge deňdir. Mukaddes Kitap Ýekşenbe kanuny döwründe jogapkär bolan hökmünde Nebukadnesary görkezýär; şeýle bolsa, ýakyn wagtda geljek Ýekşenbe kanuny ýetende höküm sürjek prezident däl bolsa, Nebukadnesar kimdir?</w:t>
      </w:r>
    </w:p>
    <w:p>
      <w:pPr>
        <w:pStyle w:val="ArticleHeading"/>
        <w:jc w:val="left"/>
      </w:pPr>
      <w:r>
        <w:rPr>
          <w:rFonts w:ascii="Arial" w:hAnsi="Arial" w:eastAsia="Arial" w:cs="Arial"/>
        </w:rPr>
        <w:t>Üç</w:t>
      </w:r>
    </w:p>
    <w:p>
      <w:pPr>
        <w:pStyle w:val="ArticleBody"/>
        <w:jc w:val="left"/>
      </w:pPr>
      <w:r>
        <w:rPr>
          <w:rFonts w:ascii="Times New Roman" w:hAnsi="Times New Roman" w:eastAsia="Times New Roman" w:cs="Times New Roman"/>
        </w:rPr>
        <w:t>Danyýeliň Hiddekel derýasy baradaky soňky görnüşi üç baba bölünýär we olaryň her biri Ylham kitabyňyň on dördünji babyndaky üç perişdäniň häsiýetlerine laýyk gelýär. Bu üç bap birinji, ikinji we üçünji perişdäni aňladýar, emma olar şol bir wagtda Danyýeliň soňky habaryny hem aňladýar. Birinji babyndaky ilkinji habary hem Ylham kitabyňyň on dördünji babyndaky üç perişdäni aňladýar, şeýle etmek bilen Alfa bilen Omegananyň möhri birinji babyň hem-de Hiddekel derýasy baradaky görnüşiň üstünde goýulýar.</w:t>
      </w:r>
    </w:p>
    <w:p>
      <w:pPr>
        <w:pStyle w:val="ArticleBody"/>
        <w:jc w:val="left"/>
      </w:pPr>
      <w:r>
        <w:rPr>
          <w:rFonts w:ascii="Times New Roman" w:hAnsi="Times New Roman" w:eastAsia="Times New Roman" w:cs="Times New Roman"/>
        </w:rPr>
        <w:t>Danielyň soňky görnüşi ýewreý elipbiýiniň birinji, on üçünji hem-de iň soňky, ýagny ýigrimi ikinji harplaryndan düzülen ýewreýçe “hakykat” sözüniň çarçuwasynyň üstünde goýlandyr. Onunjy bap Danieli pygamberlikleriň talyby hökmünde görkezýär; ol ýigrimi ikinji günde Laodikýaly ýagdaýdan Filadelfiýaly ýagdaýa öwrülýär. Soňra Daniel on ikinji bapda görkezilen, möhri açylan bilim artmasyna düşünmäge güýçlendirilýär. Bu görnüşiň birinji we soňky baplary Danieli pygamberlikleriň hakyky talyplary bolan ýüz kyrk dört müňüň nyşany hökmünde görkezýär.</w:t>
      </w:r>
    </w:p>
    <w:p>
      <w:pPr>
        <w:pStyle w:val="ArticleScripture"/>
        <w:jc w:val="left"/>
      </w:pPr>
      <w:r>
        <w:rPr>
          <w:rFonts w:ascii="Times New Roman" w:hAnsi="Times New Roman" w:eastAsia="Times New Roman" w:cs="Times New Roman"/>
        </w:rPr>
        <w:t>“Adamyň akyl taýdan nähili derejede ösmegi mümkin bolsa-da, ol bir pursat hem Mukaddes Ýazgylary has uly nur üçin düýpli we üznüksiz öwrenmegiň zerur däldigini oýlamasyn. Biz halk hökmünde her birimiz aýratynlykda pygamberligi öwrenijiler bolmaga çagyryldyk.” Testimonies, 5-nji jilt, 708.</w:t>
      </w:r>
    </w:p>
    <w:p>
      <w:pPr>
        <w:pStyle w:val="ArticleBody"/>
        <w:jc w:val="left"/>
      </w:pPr>
      <w:r>
        <w:rPr>
          <w:rFonts w:ascii="Times New Roman" w:hAnsi="Times New Roman" w:eastAsia="Times New Roman" w:cs="Times New Roman"/>
        </w:rPr>
        <w:t>Birinji bap Hiddekel derýasy baradaky görnüşiň şol bir hakykatlaryny kesgitleýär, hem-de Hiddekel derýasy baradaky görnüşiň birinji baby onuň üçünji we soňky babyndaky şol bir hakykaty kesgitleýär. Danyýel kitaby Alfa we Omegaň möhürini göterýär, çünki birinji bap baky Hoş Habaryň üç basgançakly synag işini kesgitleýär, on ikinji bap hem şony edýär. Soňra Danyýeliň iň soňky görnüşini düzýän üç babyň içinde birinji bap alfa, üçünji bap bolsa omega bolýar. Bu Danyýeliň nähili iýmit iýmelidigi baradaky ilkinji synagy bilen hem-de üç ýyldan soň Nebukadnesar tarapyndan höküm edilende geçen üçünji we soňky synagy bilen sazlaşýar. Danyýeliň birinji babynyň alfa synagy, Wawilonyň naz-nygmatlaryny ýa-da gök önümlerden ybarat nahary iýmek arkaly şekillendirilen görnüşde, Mukaddes Kitaby öwrenmegiň usulyýeti hakyndady.</w:t>
      </w:r>
    </w:p>
    <w:p>
      <w:pPr>
        <w:pStyle w:val="ArticleBody"/>
        <w:jc w:val="left"/>
      </w:pPr>
      <w:r>
        <w:rPr>
          <w:rFonts w:ascii="Times New Roman" w:hAnsi="Times New Roman" w:eastAsia="Times New Roman" w:cs="Times New Roman"/>
        </w:rPr>
        <w:t>Danyýlyň “setir üstüne setir” usulyna wepalylygy sebäpli, ol “patyşanyň olardan soran paýhas we düşünje babatdaky ähli meselelerinde, olary öz ähli şalygyndaky jadygöýleriň hem-de münäjimleriň hemmesinden on esse artyk tapdy” diýlip tapyldy. Omega bolan on ikinji bapda, pygamberlik Sözi açylyp aýan edilende, paýhasyň ähli meselelerine düşünýän paýhaslylardyr artdyrylýanlar. On ikinji bap birinji bapyň omegasydyr, şeýle hem ol Hiddekel görnüşiniň alphasynyň bolan onunjy bapyň hem omegasydyr. Şol alpha bolan onunjy bapda Danyýel özüni ruhy tejribede berkidýär; bu bolsa on ikinji bapda paýhaslylaryň aň-bilim tejribesinde berkmegine laýyk gelýär. Birinji bap möhürlenmek üçin pygamberligiň okuwçysyna hakykatda hem ruhy, hem-de aň-bilim taýdan berkemäge mümkinçilik berýän zadyň Mukaddes Kitaby öwrenmegiň hut şol usulydygyny nygtaýar.</w:t>
      </w:r>
    </w:p>
    <w:p>
      <w:pPr>
        <w:pStyle w:val="ArticleBody"/>
        <w:jc w:val="left"/>
      </w:pPr>
      <w:r>
        <w:rPr>
          <w:rFonts w:ascii="Times New Roman" w:hAnsi="Times New Roman" w:eastAsia="Times New Roman" w:cs="Times New Roman"/>
        </w:rPr>
        <w:t>Soňky günleriň pygamberligiň hakyky okuwçylaryny aňladyp, Danyýel we üç abraýly ýigit diňe bir 1989-njy ýylda ahyrzamanyň wagtynda açylan bilim artşyna düşünýän däl, eýsem 11-nji sentýabrdaky bilim artşyna hem düşünýän akyldarlardyr. Ahyrynda bolsa, olar 2023-nji ýylyň 31-nji dekabryndaky açylan bilim artşyna düşünýärler.</w:t>
      </w:r>
    </w:p>
    <w:p>
      <w:pPr>
        <w:pStyle w:val="ArticleBody"/>
        <w:jc w:val="left"/>
      </w:pPr>
      <w:r>
        <w:rPr>
          <w:rFonts w:ascii="Times New Roman" w:hAnsi="Times New Roman" w:eastAsia="Times New Roman" w:cs="Times New Roman"/>
        </w:rPr>
        <w:t>Hudaýyň pygamberlik nuruny gözläp barýarkalar, olar ýüz kyrk dört müňüň Laodikýäly Ýedinji gün Adventist hereketinden ýüz kyrk dört müňüň Filadelfiýaly hereketine özgerdilýärler. Bu özgerişlik ýüze çykanda, olar seredilýän aýna baradaky röýadan gaçyp gidenlerden aýrylýarlar.</w:t>
      </w:r>
    </w:p>
    <w:p>
      <w:pPr>
        <w:pStyle w:val="ArticleHeading"/>
        <w:jc w:val="left"/>
      </w:pPr>
      <w:r>
        <w:rPr>
          <w:rFonts w:ascii="Arial" w:hAnsi="Arial" w:eastAsia="Arial" w:cs="Arial"/>
        </w:rPr>
        <w:t>Ynsan gozgalaňynyň habary</w:t>
      </w:r>
    </w:p>
    <w:p>
      <w:pPr>
        <w:pStyle w:val="ArticleBody"/>
        <w:jc w:val="left"/>
      </w:pPr>
      <w:r>
        <w:rPr>
          <w:rFonts w:ascii="Times New Roman" w:hAnsi="Times New Roman" w:eastAsia="Times New Roman" w:cs="Times New Roman"/>
        </w:rPr>
        <w:t>Onunjy we on ikinji baplar ýüz kyrk dört müň adama degişli bolup, çünki olar hakykatyň gurluşynda birinji we üçünji ädimlerdir. Onunjy babyň aýna görnüşli görkezijilik görüşiniň içki tejribesi arkaly güýçlendirilenden, şeýle hem Daniýel 12-niň möhürden açylan düşünjesi bilen nurlandyrylandan soň, olar ynsan pitnesiniň habaryny yglan etmelidirler. Ynsan pitnesiniň habary Daniýel we Ylham kitaplary arkaly şekillendirilýär, hem-de pitne habary Daniýelde beýan edilen Mukaddes Kitap pygamberliginiň patyşalyklaryna degişli pygamberlik gurluşynyň içine ýerleşdirilýär. Daniýel kitabyndaky ynsan pitnesine degişli şaýatlygyň pygamberlik nyşanlylygy doly görnüşde on birinji bapda görkezilýär. On birinji bap, Wawilonyň soňlanmagy we Medler bilen Parsylaryň başlanmagy bilen başlanýan taryhdyr. Şonuň üçin ol Wawilonyň ölüm ýarasyna düşmegi bilen başlanýar; bu bolsa 1798-nji ýylda papalygyň ölüm ýarasyna düşmeginiň nusgasydyr. Papalygyň ölüm ýarasy ýakyn wagtda geljek Ýekşenbe kanunynda sagaldylanda, ol aždarhanyň, ýyrtyjy haýwanyň we ýalan pygamberiň üç taraplaýyn birleşiginiň başy bolýar. Şondan soň ol Ylham 17-de ýyrtyjy haýwan üstünde oturan aýaldyr, we şol aýalyň maňlaýynda “Beýik Wawilon” ýazylgydyr. Ýakyn wagtda geljek Ýekşenbe kanunynda hem Wawilonyň, hem-de papalygyň ölüm ýarasy sagaldylýar.</w:t>
      </w:r>
    </w:p>
    <w:p>
      <w:pPr>
        <w:pStyle w:val="ArticleBody"/>
        <w:jc w:val="left"/>
      </w:pPr>
      <w:r>
        <w:rPr>
          <w:rFonts w:ascii="Times New Roman" w:hAnsi="Times New Roman" w:eastAsia="Times New Roman" w:cs="Times New Roman"/>
        </w:rPr>
        <w:t>Bawyl zamanyndan dünýäniň ahyryna çenli şekillendirilýän ynsan pitnesi Daniel kitabyň çarçuwasydyr, on birinji bap bolsa şol ahyrky günleriň pitnesini ýyl ýazgysy kimin beýan edýän daşky pygamberlik habarydyr. On birinji bapda duş gelýän pitne baradaky şol şaýatlyk bapdyr soňky alty aýat bilen hem ol aýatlaryň çäginde sazlaşýar. Soňky alty aýat ynsan pitnesiniň habarydyr, şol soňky alty aýat bolsa kyrkynjy aýatyň gizlin taryhy bilen hem onuň çäginde şekillendirilýär. Şeýle etmek bilen Daniel kitaby bir bapa çenli jemlenýär, ol bap hem öz gezeginde şol bapyň alty aýatyna çenli jemlenýär, bu hem öz gezeginde bir aýatyň soňky ýarysynyň gizlin taryhyna çenli jemlenýär.</w:t>
      </w:r>
    </w:p>
    <w:p>
      <w:pPr>
        <w:pStyle w:val="ArticleBody"/>
        <w:jc w:val="left"/>
      </w:pPr>
      <w:r>
        <w:rPr>
          <w:rFonts w:ascii="Times New Roman" w:hAnsi="Times New Roman" w:eastAsia="Times New Roman" w:cs="Times New Roman"/>
        </w:rPr>
        <w:t>On birinji bap, ýewreý elipbiýiniň ilkinji harpynyň öňünden gelip, soňky harpynyň yzyna eýerýän on üçünji harpy aňladýar, ilkinji we soňky bolsa hemişe birdir. Birinji bap, aýna görnüşindäki görüşde paýhaslylaryň akylsyzlardan aýrylyp saýlanýandygyny görkezýär, soňky bap bolsa, möhüriň açylmagynda paýhaslylaryň akylsyzlardan aýrylyp saýlanýandygyny görkezýär. Ylham bize ýüz kyrk dört müňüň möhürlenmeginiň “hakykatda hem akyl taýdan, hem-de ruhy taýdan berk orunlaşmak”dygyny habar berýär. Onunjy bap ýüz kyrk dört müňüň ruhy taýdan möhürlenmegini görkezýär, on ikinji bap bolsa akyl taýdan möhürlenmegini görkezýär. Onunjy bap üç gezek degilmäni we asman jandarlary bilen üç özara gatnaşygy görkezýär. On ikinji bap, “päklendi, agar edildi we synagdan geçirildi” diýlişi ýaly, akyl taýdan pygamberlik hakykatynyň artmagy arkaly amala aşyrylýan paýhaslylaryň üç basgançakly päklenişini görkezýär. Nädili ki, onunjy bapda üç gezek degilme we asman barlyklary bilen üç duşuşyk arkaly üçlügiň iki nyşany bar bolsa, on ikinji bapda-da üç basgançakly synag prosesi, şeýle hem, üç wagt pygamberçiligi bardyr.</w:t>
      </w:r>
    </w:p>
    <w:p>
      <w:pPr>
        <w:pStyle w:val="ArticleBody"/>
        <w:jc w:val="left"/>
      </w:pPr>
      <w:r>
        <w:rPr>
          <w:rFonts w:ascii="Times New Roman" w:hAnsi="Times New Roman" w:eastAsia="Times New Roman" w:cs="Times New Roman"/>
        </w:rPr>
        <w:t>Onunjy bapdaky üç asman duşuşygy hakykatyň möhürini göterýär, çünki Danyýel bilen gatnaşyk eden ilkinji we soňky asman barlygy perişde Jebraýyldy, ortadaky barlyk bolsa Mihaildi. Üç perişde bardy, ýöne ikinji ädimdäki perişde Mesihdi. Bu üç degiş Danyýeliň kem-kemden bolup geçýän üç basgançakly kuwwatlandyrylmagyny aňladýar. Parçada Danyýel looking glass görnüşini üç gezek atlandyrýar, şeýle etmek bilen ol onunjy bapdaky mareh görnüşine degişli ýedi salgylanmanyň içinde şol üç looking glass görnüşini ýerleşdirýär. Iwrit dilindäki mareh sözi iki gezek “görnüş” diýip terjime edilýär, iki gezek bolsa “görüniş” diýip, ýene üç beýleki gezek hem “görüniş” diýip terjime edilýär. “Ýene üç beýleki gezek” mareh däldir; olar mareh sözüniň zenan görnüşi bolan marahdyr. Onunjy bapda kem-kemden bolup geçýän kuwwatlandyrmagyň üç degşi, hakykatyň möhürini göterýän üç asman duşuşygy hem-de Mesihiň zühurynyň ýedi salgylanmasynyň bir bölegi bolan üç looking glass görnüşi bar.</w:t>
      </w:r>
    </w:p>
    <w:p>
      <w:pPr>
        <w:pStyle w:val="ArticleHeading"/>
        <w:jc w:val="left"/>
      </w:pPr>
      <w:r>
        <w:rPr>
          <w:rFonts w:ascii="Arial" w:hAnsi="Arial" w:eastAsia="Arial" w:cs="Arial"/>
        </w:rPr>
        <w:t>Daşky görnüş</w:t>
      </w:r>
    </w:p>
    <w:p>
      <w:pPr>
        <w:pStyle w:val="ArticleBody"/>
        <w:jc w:val="left"/>
      </w:pPr>
      <w:r>
        <w:rPr>
          <w:rFonts w:ascii="Times New Roman" w:hAnsi="Times New Roman" w:eastAsia="Times New Roman" w:cs="Times New Roman"/>
        </w:rPr>
        <w:t>Mareh sözüniň «daşky görnüş» diýip terjime edilen iki ýagdaýy, onuň «görüniş» diýip terjime edilen iki ýagdaýy bilen gabat gelýär. Olar bilelikde Mesihi pygamberlik taryhynda ýol görkezijisi hökmünde peýda bolýan nyşan hökmünde kesgitleýärler. Ylham kitabynyň onunjy babynda bir perişde asmandan inip, bir aýagyny gury ýere, beýlekisini bolsa deňze goýýar. Uýamyz Waýt bu perişdäniň “Isa Mesihden başga hiç bir şahs däldigini” bize habar berýär. Ylham kitabyň onunjy babyndaky perişde pygamberlik taryhynda Mesihiň “daşky görnüşidir”. Ol Danyýel kitabynyň sekizinji babyndaky on üçünji aýatda Palmoni hökmünde peýda bolýar, we Ylham kitabyň bäşinji babyndan başlap bolsa Ýahuda taýpasynyň Arslany hökmünde peýda bolýar. Danyýel soňky günlerde, Mesihiň haýsy ýere gitse-de, Onuň pygamberlikdäki peýda boluşlarynyň yzyna düşýänleri aňladýar. Eger olar muny wepalylyk bilen ýerine ýetirse, onda olar ynamsyzlaryň gaçýan seretgi aýnasy görnüşine alnyp barylýar.</w:t>
      </w:r>
    </w:p>
    <w:p>
      <w:pPr>
        <w:pStyle w:val="ArticleBody"/>
        <w:jc w:val="left"/>
      </w:pPr>
      <w:r>
        <w:rPr>
          <w:rFonts w:ascii="Times New Roman" w:hAnsi="Times New Roman" w:eastAsia="Times New Roman" w:cs="Times New Roman"/>
        </w:rPr>
        <w:t>Pygamberlik açylyp, köpelýän bilimiň düşünilmegine esaslanýan on ikinji bapdaky üç basgançakly tämizleniş, üç “wagt pygamberligi” bilen bile utgaşýar; olar şol üç aýatyň her biri üçin üç aýratyn amala aşmany aňladýar. Ýedinji aýatyň müň iki ýüz altmyş ýyly, on birinji aýatyň müň iki ýüz togsan ýyly we on ikinji aýatyň müň üç ýüz otuz bäş ýyly, her biri wagt pygamberligini öz içine alýan üç aýaty görkezýär; bu pygamberlikler taryhda amala aşyp, soňra bolsa Milleritler tarapyndan özleriniň yglan eden habarynyň taryhy tassyknamasy hökmünde ykrar edildi. Aýatdaky öňden aýdylma, onuň taryhy amala aşmasy we Milleritleriň şol taryhy ulanşy, şol üç pygamberligiň ahyrzamandaky amala aşmasyna şaýatlyk edýär. Emma Milleritleriň wagty ulanşy indi güýjünde däldir, şonuň üçin aýatlardaky wagt salgylanmalary wagt hökmünde däl-de, nyşanlar hökmünde ulanylmalydyr. Bu nyşanlylyk, aýatyň ulanylyşy, aýatyň taryhdaky amala aşmasy we Milleritleriň habary hödürleýşi arkaly şol aýatlaryň özünde berkarar edilýär.</w:t>
      </w:r>
    </w:p>
    <w:p>
      <w:pPr>
        <w:pStyle w:val="ArticleBody"/>
        <w:jc w:val="left"/>
      </w:pPr>
      <w:r>
        <w:rPr>
          <w:rFonts w:ascii="Times New Roman" w:hAnsi="Times New Roman" w:eastAsia="Times New Roman" w:cs="Times New Roman"/>
        </w:rPr>
        <w:t>On birinji babyň adamzadyň pitneçiliginiň hronologiýasy birleşikler, şertnamalar we ähtler arkaly örülendir. On birinji babyň taryhynyň içinde görkezilen adamzat ähtleri Ylahy äht bilen garşylaşdyrylýar.</w:t>
      </w:r>
    </w:p>
    <w:p>
      <w:pPr>
        <w:pStyle w:val="ArticleScripture"/>
        <w:jc w:val="left"/>
      </w:pPr>
      <w:r>
        <w:rPr>
          <w:rFonts w:ascii="Times New Roman" w:hAnsi="Times New Roman" w:eastAsia="Times New Roman" w:cs="Times New Roman"/>
        </w:rPr>
        <w:t>“Bu ýeriň taryhynyň soňky günlerinde, Hudaýyň Onuň tabşyryklaryny ýerine ýetirýän halky bilen baglaşan ähti täzelenmelidir.” Review and Herald, February 26, 1914.</w:t>
      </w:r>
    </w:p>
    <w:p>
      <w:pPr>
        <w:pStyle w:val="ArticleBody"/>
        <w:jc w:val="left"/>
      </w:pPr>
      <w:r>
        <w:rPr>
          <w:rFonts w:ascii="Times New Roman" w:hAnsi="Times New Roman" w:eastAsia="Times New Roman" w:cs="Times New Roman"/>
        </w:rPr>
        <w:t>Rim tutuş görnüşi esaslandyrýar, we papalyk Rim ilkinji gezek on birinji bapda agzalanda, ol “mukaddes ähti terk edýänler” diýip kesgitlenýär. Daniýel on birdäki içki çyzyk, şeýle hem kyrkynjy aýatyň gizlin taryhynyň içindäki içki çyzyk, ahyrky günlerde Hudaý bilen äht baglaşýanlary aňladýar; daşky çyzyk bolsa hut şol ähti terk edýänleri görkezýär. Ahyrky günlerde bilimiň artmagyndan peýda görmejek synpy suratlandyrmakda, olaryň daşky taryhy bozulan ynsan şertnamalarynyň pygamberlik ýüpi boýunça örülendir.</w:t>
      </w:r>
    </w:p>
    <w:p>
      <w:pPr>
        <w:pStyle w:val="ArticleBody"/>
        <w:jc w:val="left"/>
      </w:pPr>
      <w:r>
        <w:rPr>
          <w:rFonts w:ascii="Times New Roman" w:hAnsi="Times New Roman" w:eastAsia="Times New Roman" w:cs="Times New Roman"/>
        </w:rPr>
        <w:t>Ýüz kyrk dört müň adamyň içki nesil hataryna Hudaýyň ahyrzamandaky galyndy halky bilen bolan äht gatnaşyklarynyň birnäçe nyşanlary we şekillendirişleri dokalyp ýerleşdirilendir. “On bir” sanynyň nyşany şol hakykatlaryň biridir, hem-de on birinji babyň on birinji aýatynyň ahyrzamanyň daşky we içki görnüşini görkezýändigi baradaky hakykat, Işaýa pygamberiň on birinji babyň on birinji aýatynda Hudaýyň ahyrky günlerdäki äht halkynyň maksadyny we işini görkezmegi arkaly aýratyn nygtalýar.</w:t>
      </w:r>
    </w:p>
    <w:p>
      <w:pPr>
        <w:pStyle w:val="ArticleScripture"/>
        <w:jc w:val="left"/>
      </w:pPr>
      <w:r>
        <w:rPr>
          <w:rFonts w:ascii="Times New Roman" w:hAnsi="Times New Roman" w:eastAsia="Times New Roman" w:cs="Times New Roman"/>
        </w:rPr>
        <w:t>Şol günde şeýle bolar: Reb Öz halkynyň galanjak galyndysyny Assiriýadan, Müsürden, Patrostdan, Kuşdan, Elamdan, Şinardan, Hamatdan hem-de deňiz adalaryndan yzyna getirmek üçin elini ýene bir gezek, ikinji gezek uzadar. Işaýa 11:11.</w:t>
      </w:r>
    </w:p>
    <w:p>
      <w:pPr>
        <w:pStyle w:val="ArticleHeading"/>
        <w:jc w:val="left"/>
      </w:pPr>
      <w:r>
        <w:rPr>
          <w:rFonts w:ascii="Arial" w:hAnsi="Arial" w:eastAsia="Arial" w:cs="Arial"/>
        </w:rPr>
        <w:t>Dargadylma</w:t>
      </w:r>
    </w:p>
    <w:p>
      <w:pPr>
        <w:pStyle w:val="ArticleBody"/>
        <w:jc w:val="left"/>
      </w:pPr>
      <w:r>
        <w:rPr>
          <w:rFonts w:ascii="Times New Roman" w:hAnsi="Times New Roman" w:eastAsia="Times New Roman" w:cs="Times New Roman"/>
        </w:rPr>
        <w:t>Soňky günlerde Hudaýyň galyndy halky iki gezek pytradylyp, ýygnalmaga mätäç bolar. Daniel 12:7 aýaty soňky günlerde Hudaýyň halkynyň pytradylmagyny görkezýär; şeýlelik bilen, bir müň iki ýüz altmyş güni pytradylmagyň nyşany hökmünde aňladýar.</w:t>
      </w:r>
    </w:p>
    <w:p>
      <w:pPr>
        <w:pStyle w:val="ArticleScripture"/>
        <w:jc w:val="left"/>
      </w:pPr>
      <w:r>
        <w:rPr>
          <w:rFonts w:ascii="Times New Roman" w:hAnsi="Times New Roman" w:eastAsia="Times New Roman" w:cs="Times New Roman"/>
        </w:rPr>
        <w:t>Men derýanyň suwlarynyň üstünde duran, zygyr matadan geýnen adamy eşitdim; ol sag elini hem çep elini asmana galdyryp, baky ýaşaýanyň adyndan ant içdi: “Bu bir wagt, wagtlar we ýarym wagt üçin bolar; mukaddes halkyň güýjüni dargatmak tamamlananda, bu zatlaryň hemmesi-de tamamlanyar.” Daniel 12:7.</w:t>
      </w:r>
    </w:p>
    <w:p>
      <w:pPr>
        <w:pStyle w:val="ArticleBody"/>
        <w:jc w:val="left"/>
      </w:pPr>
      <w:r>
        <w:rPr>
          <w:rFonts w:ascii="Times New Roman" w:hAnsi="Times New Roman" w:eastAsia="Times New Roman" w:cs="Times New Roman"/>
        </w:rPr>
        <w:t>Vahýý kitabyň on birinji babynda iki şaýat öz şaýatlyklaryny berenlerinden soň dargadyldy.</w:t>
      </w:r>
    </w:p>
    <w:p>
      <w:pPr>
        <w:pStyle w:val="ArticleScripture"/>
        <w:jc w:val="left"/>
      </w:pPr>
      <w:r>
        <w:rPr>
          <w:rFonts w:ascii="Times New Roman" w:hAnsi="Times New Roman" w:eastAsia="Times New Roman" w:cs="Times New Roman"/>
        </w:rPr>
        <w:t>Olar öz şaýatlygyny tamamlanlarynda, düýpsüz çuňlukdan çykýan wagşy haýwan olara garşy uruş açar, olary ýeňer we öldürer. Olaryň jesetleri ruhy manyda Sodom we Müsür diýlip atlandyrylýan, şeýle hem Rebimiziň haça çüýlenen beýik şäheriniň köçesinde ýatar. Halklardan, uruglardan, dillerden we milletlerden bolanlar olaryň jesetlerine üç gün ýarym serederler we olaryň jesetleriniň mazarlara goýulmagyna ýol bermezler. Ýer ýüzünde ýaşaýanlar olar üçin şatlanarlar, şadyýanlyk ederler we biri-birine sowgatlar ibererler; çünki bu iki pygamber ýer ýüzünde ýaşaýanlary azaplapdy. Ylham 11:7–10.</w:t>
      </w:r>
    </w:p>
    <w:p>
      <w:pPr>
        <w:pStyle w:val="ArticleBody"/>
        <w:jc w:val="left"/>
      </w:pPr>
      <w:r>
        <w:rPr>
          <w:rFonts w:ascii="Times New Roman" w:hAnsi="Times New Roman" w:eastAsia="Times New Roman" w:cs="Times New Roman"/>
        </w:rPr>
        <w:t>Indiki aýatda, ýagny on birinji aýatda, iki şaýat Sodom bilen Müsüriň köçesindäki ölüminden direldilýär. Şol bir ölüm Ezekiýel tarapyndan pytranan, öli, gurak süňkleriň jülgesi hökmünde şekillendirilýär. Iki şaýat 2020-nji ýylda öldürilen Respublikan we Protestant şahalaryny aňladýar. Protestant şahasy 2020-nji ýylyň 18-nji iýuly baradaky ýalan pygamberliginde öldi, Respublikan şahasy bolsa 2020-nji ýylyň ogurlanan saýlawynda öldi. Işaýa şol şaýatlar direldilende, muny ikinji gezek ýygnalmak diýip kesgitläp, şol şaýatlaryň on birinji sagadyň işçilerini ýygnaýan baýdak bolýandygyny görkezýär.</w:t>
      </w:r>
    </w:p>
    <w:p>
      <w:pPr>
        <w:pStyle w:val="ArticleScripture"/>
        <w:jc w:val="left"/>
      </w:pPr>
      <w:r>
        <w:rPr>
          <w:rFonts w:ascii="Times New Roman" w:hAnsi="Times New Roman" w:eastAsia="Times New Roman" w:cs="Times New Roman"/>
        </w:rPr>
        <w:t>Şol günde Ýesseýiň kökünden bolan biri halklar üçin nyşan bolup durar; beýleki milletler oňa ýüz tutarlar; onuň dynç alýan ýeri şöhratly bolar. Şol günde Reb Öz halkynyň galanlaryny — Aşurdan, Müsürden, Patrosdan, Kuşdan, Elamdan, Şinardan, Hamatdan we deňiz adalaryndan galanlaryny — yzyna almak üçin elini ýene ikinji gezek uzadar. Ol milletler üçin bir nyşan diker, Ysraýylyň kowlanlaryny ýygnar we Ýahudanyň dagynyk bolanlaryny ýeriň dört burçundan bir ýere jemlär. Işaýa 11:10–12.</w:t>
      </w:r>
    </w:p>
    <w:p>
      <w:pPr>
        <w:pStyle w:val="ArticleBody"/>
        <w:jc w:val="left"/>
      </w:pPr>
      <w:r>
        <w:rPr>
          <w:rFonts w:ascii="Times New Roman" w:hAnsi="Times New Roman" w:eastAsia="Times New Roman" w:cs="Times New Roman"/>
        </w:rPr>
        <w:t>Reb öz elini ikinji gezek ýygnamak üçin uzadanda, Ol “Ysraýylyň kowlanlaryny” ýygnaýar. “Ysraýylyň kowlanlary” milletler üçin baýdak bolýar, we şu sebäpli olar ýygnalmazdan öň kowulmalydyr. Olar Hezekiýeliň öli süňkler jülgesine kowuldylar, we bir gezek öldürilenlerinden soň, beýleki topar şatlanýan mahaly, Rebbimiziň hem haça çüýlenen köçesinde ýatdylar.</w:t>
      </w:r>
    </w:p>
    <w:p>
      <w:pPr>
        <w:pStyle w:val="ArticleScripture"/>
        <w:jc w:val="left"/>
      </w:pPr>
      <w:r>
        <w:rPr>
          <w:rFonts w:ascii="Times New Roman" w:hAnsi="Times New Roman" w:eastAsia="Times New Roman" w:cs="Times New Roman"/>
        </w:rPr>
        <w:t>Rebbiň sözüniň öňünde titrýänler, Onuň sözüni diňläň; meniň adym hatyrasyna sizden ýigrenen, sizi kowup çykaran doganlaryňyz: «Goý, Reb şöhratlansyn» diýdiler; emma Ol siziň şatlygyňyz üçin görner, olar bolsa utanaçarlar. Işaýa 66:5.</w:t>
      </w:r>
    </w:p>
    <w:p>
      <w:pPr>
        <w:pStyle w:val="ArticleBody"/>
        <w:jc w:val="left"/>
      </w:pPr>
      <w:r>
        <w:rPr>
          <w:rFonts w:ascii="Times New Roman" w:hAnsi="Times New Roman" w:eastAsia="Times New Roman" w:cs="Times New Roman"/>
        </w:rPr>
        <w:t>Hudaýyň Sözüniň öňünde titrýänler, özlerini ýigrenen doganlary tarapyndan kowulýarlar. Ieremiýa baýdaga ýigrenç bilen garan doganlaryň başyna näme gelýändigini görkezýär.</w:t>
      </w:r>
    </w:p>
    <w:p>
      <w:pPr>
        <w:pStyle w:val="ArticleScripture"/>
        <w:jc w:val="left"/>
      </w:pPr>
      <w:r>
        <w:rPr>
          <w:rFonts w:ascii="Times New Roman" w:hAnsi="Times New Roman" w:eastAsia="Times New Roman" w:cs="Times New Roman"/>
        </w:rPr>
        <w:t>Şonuň üçin Reb şeýle diýýär: Ine, Men olaryň üstüne gaçyp gutulyp bilmejek betbagtçylygy getirerin; olar Maňa zarynlap ýüz tutsalar-da, Men olary eşitmerin. Ýeremiýa 11:11.</w:t>
      </w:r>
    </w:p>
    <w:p>
      <w:pPr>
        <w:pStyle w:val="ArticleBody"/>
        <w:jc w:val="left"/>
      </w:pPr>
      <w:r>
        <w:rPr>
          <w:rFonts w:ascii="Times New Roman" w:hAnsi="Times New Roman" w:eastAsia="Times New Roman" w:cs="Times New Roman"/>
        </w:rPr>
        <w:t>On birinji aýatyň mazmuny Hudaýyň ähtidir, we ähli pygamberler ahyrzamany söz edýärler; şonuň üçin bu ýerde gürrüňi edilýän äht ýüz kyrk dört müň bilen baglaşylan ähtiň täzelenmegidir.</w:t>
      </w:r>
    </w:p>
    <w:p>
      <w:pPr>
        <w:pStyle w:val="ArticleScripture"/>
        <w:jc w:val="left"/>
      </w:pPr>
      <w:r>
        <w:rPr>
          <w:rFonts w:ascii="Times New Roman" w:hAnsi="Times New Roman" w:eastAsia="Times New Roman" w:cs="Times New Roman"/>
        </w:rPr>
        <w:t>Reb tarapyndan Ýeremiýa gelen söz şeýle diýýärdi: «Bu ähtiň sözlerini diňläň we olary Ýahudanyň erkeklerine hem-de Iýerusalimiň ýaşaýjylaryna aýdyň. Olara şeýle diý: “Ysraýylyň Hudaýy Reb şeýle diýýär: Bu ähtiň sözlerine gulak asmaýan adam lagnatlansyn. Men ata-babalaryňyzy Müsür ýurdunyň içinden, demir peçiniň içinden çykaran günüm olara buýrup şeýle diýdim: “Sesime gulak asyň we size buýran zatlarymyň ählisini ýerine ýetiriň; şonda siz Meniň halkym bolarsyňyz, Men-de siziň Hudaýyňyz bolaryn. Şeýle etmek bilen, ata-babalaryňyza bermäge ant içen, süýt we bal akýan ýurdy — şu günküsi ýaly — olara berjekdigim baradaky kasamymy ýerine ýetirerin.”» Şonda men jogap berip: «Amin, eý Reb» diýdim.</w:t>
      </w:r>
    </w:p>
    <w:p>
      <w:pPr>
        <w:pStyle w:val="ArticleScripture"/>
        <w:jc w:val="left"/>
      </w:pPr>
      <w:r>
        <w:rPr>
          <w:rFonts w:ascii="Times New Roman" w:hAnsi="Times New Roman" w:eastAsia="Times New Roman" w:cs="Times New Roman"/>
        </w:rPr>
        <w:t>Soňra Reb maňa şeýle diýdi: «Şu sözleriň hemmesini Ýahudanyň şäherlerinde we Iýerusalimiň köçelerinde yglan edip, şeýle diý: “Bu ähtiň sözlerini diňläň we olary ýerine ýetiriň. Çünki Men ata-babalaryňyzy Müsür ýurdunyň içinden çykaran günümden başlap şu güne çenli, irden turup, gaýta-gaýta duýduryş berip: ‘Meniň sesime gulak asyň’ diýip berk tabşyrdym. Emma olar boýun bolmadylar, gulaklaryny egmediler, eýsem her biri öz pis ýüreginiň hyýalyna görä ýöredi. Şonuň üçin Men olaryň üstüne bu ähtiň ähli sözlerini getirerin; Men olary ýerine ýetirmegi buýurdym, emma olar ýerine ýetirmediler.”»</w:t>
      </w:r>
    </w:p>
    <w:p>
      <w:pPr>
        <w:pStyle w:val="ArticleScripture"/>
        <w:jc w:val="left"/>
      </w:pPr>
      <w:r>
        <w:rPr>
          <w:rFonts w:ascii="Times New Roman" w:hAnsi="Times New Roman" w:eastAsia="Times New Roman" w:cs="Times New Roman"/>
        </w:rPr>
        <w:t>Reb maňa şeýle diýdi: «Ýahudanyň adamlarynyň arasynda hem-de Iýerusalimiň ýaşaýjylarynyň arasynda dildüwşük tapyldy. Olar sözlerimi eşitmekden ýüz öwüren ata-babalarynyň etmişlerine gaýdyp bardylar; maňa hyzmat etmegiň ýerine başga taňrylardyr yzyna düşüp, olara gulluk etdiler. Ysraýyl öýi bilen Ýahuda öýi ata-babalary bilen baglaşan ähtimi bozdy. Şonuň üçin Reb şeýle diýýär: Ine, men olaryň başyna şeýle bir bela getirerin welin, ondan gutulyp bilmezler; maňa perýat etseler-de, olary diňlemerin». Ýeremiýa 11:1–11.</w:t>
      </w:r>
    </w:p>
    <w:p>
      <w:pPr>
        <w:pStyle w:val="ArticleBody"/>
        <w:jc w:val="left"/>
      </w:pPr>
      <w:r>
        <w:rPr>
          <w:rFonts w:ascii="Times New Roman" w:hAnsi="Times New Roman" w:eastAsia="Times New Roman" w:cs="Times New Roman"/>
        </w:rPr>
        <w:t>Ýermeýanyň görkezýän Laodikeýa Ýedinji-gün Adventizminiň höküm edilmegi baradaky tema, Ezekiel tarapyndan on birinji bapda, on birinji aýatda gaýtalanýar.</w:t>
      </w:r>
    </w:p>
    <w:p>
      <w:pPr>
        <w:pStyle w:val="ArticleScripture"/>
        <w:jc w:val="left"/>
      </w:pPr>
      <w:r>
        <w:rPr>
          <w:rFonts w:ascii="Times New Roman" w:hAnsi="Times New Roman" w:eastAsia="Times New Roman" w:cs="Times New Roman"/>
        </w:rPr>
        <w:t>Bu şäher siziň gazanyňyz bolmaz, siz hem onuň içinde et bolmarsyňyz; emma Men sizi Ysraýylyň serhedinde höküm ederin. Ýezekil 11:11.</w:t>
      </w:r>
    </w:p>
    <w:p>
      <w:pPr>
        <w:pStyle w:val="ArticleBody"/>
        <w:jc w:val="left"/>
      </w:pPr>
      <w:r>
        <w:rPr>
          <w:rFonts w:ascii="Times New Roman" w:hAnsi="Times New Roman" w:eastAsia="Times New Roman" w:cs="Times New Roman"/>
        </w:rPr>
        <w:t>Ylham göni Hezekiýel kitabynyň dokuzynjy babyndaky möhürlenmäni Ylham kitabynyň ýedinji babyndaky ýüz kyrk dört müňüň hut şol bir möhürlenmesi hökmünde kesgitleýär. On birinji babyň on birinji aýaty diňe Hezekiýeliň Ýedinji Gün Adventistler buthanasy üstündäki höküm baradaky dowamly beýanatynyň dowamydyr; bu buthanany Uayt uýam Hezekiýel kitabynyň dokuzynjy babyndaky Iýerusalim diýip kesgitleýär. Möhüri almadyklar dokuzynjy babyndan on birinji babyňa çenli görnüşde höküm edilip ýok edilýärler.</w:t>
      </w:r>
    </w:p>
    <w:p>
      <w:pPr>
        <w:pStyle w:val="ArticleBody"/>
        <w:jc w:val="left"/>
      </w:pPr>
      <w:r>
        <w:rPr>
          <w:rFonts w:ascii="Times New Roman" w:hAnsi="Times New Roman" w:eastAsia="Times New Roman" w:cs="Times New Roman"/>
        </w:rPr>
        <w:t>Ezekieldäki 9/11 görnüşi wepasyzlaryň höküm edilmek üçin Iýerusalimiň daşyna alnyp gidilýändigini görkezýär; şeýlelik bilen, Ylham kitabynda şekillendirilen ahyrky ýygnakdygyny ykrar edýänleriň soňky bölünişigini görkezýär. “On bir, on bir” nyşany ýüz kyrk dört müňüň Hudaý bilen baglaşýan ähtiniň nyşanydyr. Sanlar bilelikde goşulanda, olar ýigrimi ikini aňladýar; bu bolsa iki ýüz ýigriminiň ondan biridir, ýagny Ylahylygyň adamzat bilen birleşmeginiň nyşanlarynyň biridir.</w:t>
      </w:r>
    </w:p>
    <w:p>
      <w:pPr>
        <w:pStyle w:val="ArticleBody"/>
        <w:jc w:val="left"/>
      </w:pPr>
      <w:r>
        <w:rPr>
          <w:rFonts w:ascii="Times New Roman" w:hAnsi="Times New Roman" w:eastAsia="Times New Roman" w:cs="Times New Roman"/>
        </w:rPr>
        <w:t>B.e. öňki 677-nji ýyl bilen 457-nji ýylyň arasynda bolan iki ýüz ýigrimi ýyl, Daniýeliň iki müň üç ýüz gün baradaky pygamberligi bilen Musanyň ýedi wagt baradaky wagt pygamberligini baglanyşdyrýar. Bu iki ýüz ýigrimi ýylyň köp tarapyny, şol iki pygamberlik 1844-nji ýylda bilelikde amala aşanda başlanan ötünç işiniň nyşany hökmünde kesgitlemek bolýar. Iki ýüz ýigriminiň ondan biri bolan ýigrimi iki sanynyň nyşanlaýyn aňladýan zatlary barada, on bir sanynda bolşy ýaly, köp zat beýan edilip bilner. Men şu ýerde kesgitlemek isleýän zadym, on bir bilen ýigrimi ikiniň arasyndaky gatnaşygyň özidir.</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Aýetiň Gizlin Taryhy - Altynjy Belgi</dc:title>
  <dc:subject>On bir</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