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Kyrkynjy Aýatyň Gizlin Taryhy — Ýedinji San</w:t>
      </w:r>
    </w:p>
    <w:p>
      <w:pPr>
        <w:pStyle w:val="ArticleSubtitle"/>
        <w:jc w:val="left"/>
      </w:pPr>
      <w:r>
        <w:rPr>
          <w:rFonts w:ascii="Arial" w:hAnsi="Arial" w:eastAsia="Arial" w:cs="Arial"/>
        </w:rPr>
        <w:t>On bir we Ýigrimi iki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2026-04-04</w:t>
      </w:r>
    </w:p>
    <w:p>
      <w:pPr>
        <w:pStyle w:val="ArticleBody"/>
        <w:jc w:val="left"/>
      </w:pPr>
      <w:r>
        <w:rPr>
          <w:rFonts w:ascii="Times New Roman" w:hAnsi="Times New Roman" w:eastAsia="Times New Roman" w:cs="Times New Roman"/>
        </w:rPr>
        <w:t>Danyýlyň on birinji babyndaky on altynjy aýat bilen ýigrimi ikinji aýat hem ýakyn wagtda çykjak ýekşenbe kanuny bilen sazlaşýar. Onunjy aýatyň 1989-njy ýylda ýerine ýetmegi, biziň eýýamymyzdan öň 217-nji ýylda on birinji aýatyň ýerine ýetmesi hökmünde şekillendirilýän Rafia söweşi bilen görkezilişi ýaly, 2014-nji ýylda Ukrain urşuna getirdi. On birinji aýatdan on altynjy aýata çenli bolan bölüm şol bir wagtda on birinji aýatdan ýigrimi ikinji aýata çenli bolan bölümdir; şonuň üçin kyrkynjy aýatyň gizlin taryhy, on birinji aýatdan on altynjy aýata çenli aýatlarda şekillendirilişi ýaly, on birinji aýatdan ýigrimi ikinji aýata çenli bolan taryh hökmünde hem şekillendirilýär. Kyrkynjy aýatyň gizlin taryhy on birinji aýatdan ýigrimi ikinji aýata çenli aýatlar arkaly şekillendirilýär.</w:t>
      </w:r>
    </w:p>
    <w:p>
      <w:pPr>
        <w:pStyle w:val="ArticleHeading"/>
        <w:jc w:val="left"/>
      </w:pPr>
      <w:r>
        <w:rPr>
          <w:rFonts w:ascii="Arial" w:hAnsi="Arial" w:eastAsia="Arial" w:cs="Arial"/>
        </w:rPr>
        <w:t>On birinji bapdan ýigrimi ikinji bapa çenli</w:t>
      </w:r>
    </w:p>
    <w:p>
      <w:pPr>
        <w:pStyle w:val="ArticleBody"/>
        <w:jc w:val="left"/>
      </w:pPr>
      <w:r>
        <w:rPr>
          <w:rFonts w:ascii="Times New Roman" w:hAnsi="Times New Roman" w:eastAsia="Times New Roman" w:cs="Times New Roman"/>
        </w:rPr>
        <w:t>Şol gizlin taryh Ýaradylşyň, Matta, Ylham we Asyrlaryň Islegi kitaplarynyň on birinji bapdan ýigrimi ikinji baba çenli baplarynda hem şekillendirilýär. “On birden ýigrimi ikiye çenli” bolan şol dört şaýat gizlin taryh bilen gabat gelýär, çünki gizlin taryh Danyýel on birde on birden ýigrimi ikiye çenli aýatlardyr. Şol dört şaýadyň ortasy hemişe ähtiň alamatyny görkezýär; bu, Ýaradylşyň on birinji babynda Nimrod bilen görkezilen ölüm ähtinden başlanýar we Ylhamyň on ýedinji babyndaky Rimiň haramy bilen tamamlanýar.</w:t>
      </w:r>
    </w:p>
    <w:p>
      <w:pPr>
        <w:pStyle w:val="ArticleHeading"/>
        <w:jc w:val="left"/>
      </w:pPr>
      <w:r>
        <w:rPr>
          <w:rFonts w:ascii="Arial" w:hAnsi="Arial" w:eastAsia="Arial" w:cs="Arial"/>
        </w:rPr>
        <w:t>On ýedi</w:t>
      </w:r>
    </w:p>
    <w:p>
      <w:pPr>
        <w:pStyle w:val="ArticleBody"/>
        <w:jc w:val="left"/>
      </w:pPr>
      <w:r>
        <w:rPr>
          <w:rFonts w:ascii="Times New Roman" w:hAnsi="Times New Roman" w:eastAsia="Times New Roman" w:cs="Times New Roman"/>
        </w:rPr>
        <w:t>Matta bilen hasap etmeseň, dört şaýat olaryň suratlandyrýan döwrüniň ortasy hökmünde on ýedinji baby görkezýär. On ýedi sany hem miladydan öňki 457-nji ýyldan, 64-nji ýyldan we 1776-njy ýyldan başlanan üç sany iki ýüz elli ýyllyk pygamberlikde üç gezek duş gelýär. Şol çyzyklaryň ikisi, (birinjisi we soňkusy), miladydan öňki 457-nji ýyldan başlanan birinji çyzygyň miladydan öňki 207-nji ýylda tamamlananda, hem-de 1776-njy ýyldan başlanan soňky çyzygyň 2026-njy ýylda tamamlananda, bir orta nokady görkezýär. Miladydan öňki 207-nji ýyl Rafiýa bilen Paniýum söweşleriniň arasynda bolupdy, 2026-njy ýyl bolsa Amerikanyň Birleşen Ştatlarynyň soňky prezidentiniň ygtyýarlyk möhletiniň ortasydyr.</w:t>
      </w:r>
    </w:p>
    <w:p>
      <w:pPr>
        <w:pStyle w:val="ArticleBody"/>
        <w:jc w:val="left"/>
      </w:pPr>
      <w:r>
        <w:rPr>
          <w:rFonts w:ascii="Times New Roman" w:hAnsi="Times New Roman" w:eastAsia="Times New Roman" w:cs="Times New Roman"/>
        </w:rPr>
        <w:t>Iki iki ýüz elli ýyllyk üç çyzygyň içinde Ptolemeý on ýedi ýyl höküm sürdi. Neronyň çyzygynda 313 bilen 330-njy ýyllaryň arasynda on ýedi ýyl bar, şeýle hem b.e. öň 217-nji ýylda bolan Rafiýa söweşi bilen b.e. öň 200-nji ýylda bolan Paniý söweşiniň arasynda on ýedi ýyl bardy. On birinji bapdan ýigrimi ikinji baba çenli baplaryň dört şaýadynyň üçüsi olaryň takyk orta nokadyny on ýedinji baplar hökmünde belleýär. Şonuň üçin kyrkynjy aýatyň gizlin taryhy şol bir babyň on birinji aýatyndan ýigrimi ikinji aýatyna çenli aýatlarda görkezilýär, hem-de on birinji bapdan ýigrimi ikinji baba çenli baplaryň dört şaýady hut şol bir aýatlar bilen gabat gelýär. Üç sany 250 ýyllyk pygamberligiň her biriniň ýerine ýetmesi hut şol bir taryh bilen gabat gelýär. Orta nokat ýol belgisi hökmünde aýratyn nygtalýar we ol aýratyn-da Hudaýyň halkynyň ähtiniň hem möhüriniň nyşany hökmünde kesgitlenýär.</w:t>
      </w:r>
    </w:p>
    <w:p>
      <w:pPr>
        <w:pStyle w:val="ArticleHeading"/>
        <w:jc w:val="left"/>
      </w:pPr>
      <w:r>
        <w:rPr>
          <w:rFonts w:ascii="Arial" w:hAnsi="Arial" w:eastAsia="Arial" w:cs="Arial"/>
        </w:rPr>
        <w:t>Danyýel on iki</w:t>
      </w:r>
    </w:p>
    <w:p>
      <w:pPr>
        <w:pStyle w:val="ArticleBody"/>
        <w:jc w:val="left"/>
      </w:pPr>
      <w:r>
        <w:rPr>
          <w:rFonts w:ascii="Times New Roman" w:hAnsi="Times New Roman" w:eastAsia="Times New Roman" w:cs="Times New Roman"/>
        </w:rPr>
        <w:t>Danyýlyň on ikinji babyndaky ýedinji, on birinji we on ikinji aýatlar ýüz kyrk dört müňüň möhürlenişiniň iň soňky döwrüni kesgitleýär. Ýedinji aýat 2023-nji ýylyň 31-nji dekabryny, on ikinji aýat bolsa 2020-nji ýylyň 18-nji iýulyny görkezýär. 2020-nji ýylyň 18-nji iýulynda başlan we 2023-nji ýylyň 31-nji dekabrynda tamamlanan ýedinji aýatdaky pytradylyş, Danyýlyň on ikinji babynda ýerleşen pygamberlik wagtynyň üç aýatynyň alfasy we omegasy bilen şekillendirilipdi. 1,290 ýylyň ortaky aýaty 1989-njy ýyldan tizden güýje girjek ýekşenbe kanunyna çenli bolan taryhy 30, soňra bolsa adamzat synag möhletiniň ýapylmagyna çenli 1,260 hökmünde kesgitleýär. Otuz ýyl ýüz kyrk dört müňüň ruhanylygynyň ýaşyny aňladýar, 1260 ýyl bolsa Ylham kitabynyň on üçünji babyndaky nyşanly kyrk iki aýy öňünden şekillendirýär.</w:t>
      </w:r>
    </w:p>
    <w:p>
      <w:pPr>
        <w:pStyle w:val="ArticleBody"/>
        <w:jc w:val="left"/>
      </w:pPr>
      <w:r>
        <w:rPr>
          <w:rFonts w:ascii="Times New Roman" w:hAnsi="Times New Roman" w:eastAsia="Times New Roman" w:cs="Times New Roman"/>
        </w:rPr>
        <w:t>Otuzdan soň yzarlap gelýän müň iki ýüz altmyş ýyllyk goşa pygamberlik Ybraýym bilen Pawlusyň dört ýüz we dört ýüz otuz ýyl baradaky goşa äht pygamberliginiň nyşanydyr. Daniel on ikidäki wagt hakdaky üç aýatyň orta nokady on üçünji harpyň pitnesini aňladýar, şol bir wagtyň özünde hem ýüz kyrk dört müňüň ähtini we möhürlenişini aýratyn nygtaýar. Şeýle hem bu üç aýat gizlin taryh bilen gabat gelýär we orta nokadyň ähtiň nyşanydygyny nygtaýan pikire ýene bir şaýatlyk goşýar.</w:t>
      </w:r>
    </w:p>
    <w:p>
      <w:pPr>
        <w:pStyle w:val="ArticleHeading"/>
        <w:jc w:val="left"/>
      </w:pPr>
      <w:r>
        <w:rPr>
          <w:rFonts w:ascii="Arial" w:hAnsi="Arial" w:eastAsia="Arial" w:cs="Arial"/>
        </w:rPr>
        <w:t>Bahar we Güýz</w:t>
      </w:r>
    </w:p>
    <w:p>
      <w:pPr>
        <w:pStyle w:val="ArticleBody"/>
        <w:jc w:val="left"/>
      </w:pPr>
      <w:r>
        <w:rPr>
          <w:rFonts w:ascii="Times New Roman" w:hAnsi="Times New Roman" w:eastAsia="Times New Roman" w:cs="Times New Roman"/>
        </w:rPr>
        <w:t>Şu setirleriň ählisi bilen birlikde, Levililer 23-nji bapda ýerleşýän ýazky we güýzki baýramlaryň üç şaýadyny hem haçyň taryhyndaky Pentikost pasly bilen sazlaşdyryp we utgaşdyryp goşmalydyrys. Ol ýerde bap ýigrimi üçdür, bu hem Mesihiň ýaraşyk getiriş işiniň nyşanydyr. Bap kyrk dört aýatdan ybarat bolup, nyşanly taýdan 1844-nji ýylyň 22-nji oktýabryny aňladýar. 22-nji oktýabr oktýabr aýynyň 22 gününi görkezýär, birinji günden başlap ýigrimi ikinji güne çenli, şeýlelikde ýewreý elipbiýiniň kepilnamalaryny özünde göterýär. Oktýabr onunjy aý bolansoň, ol ýigrimi ikinji gün bilen köpeldilende 220 bolýar.</w:t>
      </w:r>
    </w:p>
    <w:p>
      <w:pPr>
        <w:pStyle w:val="ArticleBody"/>
        <w:jc w:val="left"/>
      </w:pPr>
      <w:r>
        <w:rPr>
          <w:rFonts w:ascii="Times New Roman" w:hAnsi="Times New Roman" w:eastAsia="Times New Roman" w:cs="Times New Roman"/>
        </w:rPr>
        <w:t>Ýewreý senenamasynda ýedinji aýyň onunjy güni Günäleriň Geçilýän Günüdi, ýedi gezek on bolsa ýetmişdir, bu bolsa synag möhletiniň nyşanydyr. Iki müň üç ýüz ýyl 1844-nji ýylda, şol döwri başlatan üçünji permana görä nusgalanan üçünji perişde gelende tamam boldy. Iki müň üç ýüz günüň başynda gadymy hakykatdaky Ysraýyla synag möhleti hökmünde bölünip berlen ýetmiş hepde bardy; şol günleriň ahyrynda bolsa häzirki ruhy Ysraýylyň synag döwri ýedinji aýyň onunjy güni bilen şekillendirildi, bu hem ýetmişe deňdir. 1844-nji ýylyň 22-nji oktýabry ýakyn wagtda geljek ýekşenbe kanunynyň nusgasydyr, we edil şol ýerde, Stefanos daşlanan wagty Ýahudylarda bolşy ýaly, Ýedinji Gün Adventizm üçin synag möhletiniň nyşanly ýetmiş ýyly tamam bolýar.</w:t>
      </w:r>
    </w:p>
    <w:p>
      <w:pPr>
        <w:pStyle w:val="ArticleBody"/>
        <w:jc w:val="left"/>
      </w:pPr>
      <w:r>
        <w:rPr>
          <w:rFonts w:ascii="Times New Roman" w:hAnsi="Times New Roman" w:eastAsia="Times New Roman" w:cs="Times New Roman"/>
        </w:rPr>
        <w:t>1844 iki perişdäniň gelen döwrüni aňladýar: ikinjisi birinji lapykeçlikde, üçünjisi bolsa beýik lapykeçlikde geldi. “44” sanawy, Danyýel on birinji bapdaky kyrk dördünji aýatda gündogardan we demirgazykdan gelýän habarlar arkaly görkezilişi ýaly, iki gatly habary aňladýar. Lewiler ýigrimi üçünji bap kyrk dört aýatdan ybarat bolup, mukaddes baýramlary ýaz we güýz möwsümlerine bölýär. Şol kyrk dört aýat iki gatly habary aňladýar. Iki möwsümiň her biri ýigrimi iki aýat bilen görkezilýär; şeýlelikde hem ýaz, hem-de güýz baýramlary ýewreý senenamasynyň ýigrimi iki harpyny aňladýar. Ýigrimi iki aýatdan ybarat şol iki şaýat Pentekost möwsümi bilen bilelikde birleşdirilende, üç ädimli bir gurluş emele getirýär.</w:t>
      </w:r>
    </w:p>
    <w:p>
      <w:pPr>
        <w:pStyle w:val="ArticleBody"/>
        <w:jc w:val="left"/>
      </w:pPr>
      <w:r>
        <w:rPr>
          <w:rFonts w:ascii="Times New Roman" w:hAnsi="Times New Roman" w:eastAsia="Times New Roman" w:cs="Times New Roman"/>
        </w:rPr>
        <w:t>Birinji ädim — bäş kündin öñ kelgen üç qisimdin tüzülgen bir bälge, edil şundaqla üç bälginiñ axirqisi hem şundadır. Ottura bälge — Mesihtin jeñiwchi jemaatta hizmet üchün kahinliqqa meshlinivatqanlar bilen yüzmu-yüz ötküzgän ottuz kündük tälimidur. Leviticus yigirme üch — qiriqinchi ayättiki yoşurun tarix bilen mas kelidu.</w:t>
      </w:r>
    </w:p>
    <w:p>
      <w:pPr>
        <w:pStyle w:val="ArticleHeading"/>
        <w:jc w:val="left"/>
      </w:pPr>
      <w:r>
        <w:rPr>
          <w:rFonts w:ascii="Arial" w:hAnsi="Arial" w:eastAsia="Arial" w:cs="Arial"/>
        </w:rPr>
        <w:t>Aralyk nokatlar</w:t>
      </w:r>
    </w:p>
    <w:p>
      <w:pPr>
        <w:pStyle w:val="ArticleBody"/>
        <w:jc w:val="left"/>
      </w:pPr>
      <w:r>
        <w:rPr>
          <w:rFonts w:ascii="Times New Roman" w:hAnsi="Times New Roman" w:eastAsia="Times New Roman" w:cs="Times New Roman"/>
        </w:rPr>
        <w:t>Gelip çykyş kitabynyň on birinji babyndan ýigrimi ikinji baby­na çenli uzalýan setiriň orta nokady on ýedinji bapdyr; şol ýerde Ybraýym bilen baglanyşykly üç basgançakly ähtiň ikinji basgançagy we sünnet alamaty ýola goýuldy. On birinji bapdan ýigrimi ikinji baba çenli ýerleşýän ähli aýatlaryň düýp-merkezi Gelip çykyş 17:22-dir:</w:t>
      </w:r>
    </w:p>
    <w:p>
      <w:pPr>
        <w:pStyle w:val="ArticleScripture"/>
        <w:jc w:val="left"/>
      </w:pPr>
      <w:r>
        <w:rPr>
          <w:rFonts w:ascii="Times New Roman" w:hAnsi="Times New Roman" w:eastAsia="Times New Roman" w:cs="Times New Roman"/>
        </w:rPr>
        <w:t>Emma ähtimi Ishak bilen berkitjekdirin; ony indiki ýyl hut şu bellenen wagtda Sara saňa dograr. Şeýle diýenden soň, Ol onuň bilen gepleşmegini bes etdi, we Hudaý Ybraýymyň ýanyndan ýokary çykdy. Gelip çykyş 17:22.</w:t>
      </w:r>
    </w:p>
    <w:p>
      <w:pPr>
        <w:pStyle w:val="ArticleBody"/>
        <w:jc w:val="left"/>
      </w:pPr>
      <w:r>
        <w:rPr>
          <w:rFonts w:ascii="Times New Roman" w:hAnsi="Times New Roman" w:eastAsia="Times New Roman" w:cs="Times New Roman"/>
        </w:rPr>
        <w:t>Hudaý birinji aýatda Ybraýym bilen gepleşip başlady we ýigrimi ikinji aýatda Öz söhbetini tamamlady; şeýlelikde sünnet ähdiniň tutuş gepleşigi ýewreý elipbiýiniň ýigrimi iki harpynyň pygamberlik mazmunynyň içinde ýerleşdirildi, şol ýigrimi iki aýadyň temasy bolsa sekizinji günde ýerine ýetirilmeli bolan sünnet dessury boldy. Gelip çykyş kitabyndaky bu bölümiň merkezi, ýa-da orta nokady, Ybraýymyň sünnet ähti arkaly şekillendirilişi ýaly, ýüz kyrk dört müň bilen Hudaýyň äht gatnaşygyndadyr. Gelip çykyş kitabynyň on birinji bapdan ýigrimi ikinji baba çenli uzalýan baplar hatarynyň orta nokady on ýedinji bapdyr, bapdaky mutlak orta nokat bolsa Hudaýyň Ybraýym bilen äht baradaky söhbetini bes edýän ýigrimi ikinji aýatdyr; şeýlelikde bu orta nokat ýewreý elipbiýiniň ýigrimi iki harpynyň mazmunynda ýerleşdirilýär. Elbetde, şol ýigrimi iki aýadyň orta nokady on birinji aýatdyr.</w:t>
      </w:r>
    </w:p>
    <w:p>
      <w:pPr>
        <w:pStyle w:val="ArticleScripture"/>
        <w:jc w:val="left"/>
      </w:pPr>
      <w:r>
        <w:rPr>
          <w:rFonts w:ascii="Times New Roman" w:hAnsi="Times New Roman" w:eastAsia="Times New Roman" w:cs="Times New Roman"/>
        </w:rPr>
        <w:t>Şeýle hem, siz sünnet deriňizi kesersiňiz; ol Meniň bilen siziň araňyzdaky ähtiň nyşany bolar. Gelip çykyş 17:11.</w:t>
      </w:r>
    </w:p>
    <w:p>
      <w:pPr>
        <w:pStyle w:val="ArticleBody"/>
        <w:jc w:val="left"/>
      </w:pPr>
      <w:r>
        <w:rPr>
          <w:rFonts w:ascii="Times New Roman" w:hAnsi="Times New Roman" w:eastAsia="Times New Roman" w:cs="Times New Roman"/>
        </w:rPr>
        <w:t>Mukaddes Kitabyň on birinji bapdan ýigrimi ikinji baba çenli bolan on iki böleginiň orta nokatlaryndaky pikiriň doly tamamlanmagy üçin üç aýat zerurdyr.</w:t>
      </w:r>
    </w:p>
    <w:p>
      <w:pPr>
        <w:pStyle w:val="ArticleScripture"/>
        <w:jc w:val="left"/>
      </w:pPr>
      <w:r>
        <w:rPr>
          <w:rFonts w:ascii="Times New Roman" w:hAnsi="Times New Roman" w:eastAsia="Times New Roman" w:cs="Times New Roman"/>
        </w:rPr>
        <w:t>Bu Meniň ähtimdir; ony Meniň bilen siziň araňyzda we senden soňky nesliňiziň arasynda saklamalysyňyz: araňyzdaky her bir erkek çaga sünnet edilmelidir. Siz öz sünnet deriňiziň tenini kesmelisiňiz; bu Meniň bilen siziň araňyzdaky ähtiň nyşany bolar. Nesilleriňizde araňyzda sekiz günlük bolan her bir erkek çaga sünnet edilmelidir; öýde doglan hem-de seniň nesliňden bolmadyk kesekiden pula satyn alnan hem şeýle edilmelidir. Gelip çykyş 17:10–12.</w:t>
      </w:r>
    </w:p>
    <w:p>
      <w:pPr>
        <w:pStyle w:val="ArticleBody"/>
        <w:jc w:val="left"/>
      </w:pPr>
      <w:r>
        <w:rPr>
          <w:rFonts w:ascii="Times New Roman" w:hAnsi="Times New Roman" w:eastAsia="Times New Roman" w:cs="Times New Roman"/>
        </w:rPr>
        <w:t>Bir nyşan, bir belgidir; ol baýdagy aňladýar. Bu parça, ýüz kyrk dört müň bolan baýdak hakyndadyr. Erkek çaga sekizinji güni sünnet edilmelidi, edil Nuhuň ähti gäminiň içindäki sekiz jan bilen baglanyşykly bolşy ýaly; şeýlelikde sekiz sany ulanyp, Nuh ähtini Ybraýym ähti bilen baglanyşdyrýar. Olar Filadelfiýaly bolmalydyrlar, çünki olar sünnet edilmelidir; muny Pawlus teniň haça çüýlenmeginiň nyşany diýip kesgitleýär. Ten haça çüýlenende, Mesihiň Hudaýlygy içde bolýar, we şol utgaşyk baýdakdyr; çünki Uýam Waýtyň aýdyşy ýaly: “Mesihiň häsiýeti Onuň çagalarynda kämil derejede gaýtadan öndürilende, Ol olar üçin dolanyp geler.”</w:t>
      </w:r>
    </w:p>
    <w:p>
      <w:pPr>
        <w:pStyle w:val="ArticleScripture"/>
        <w:jc w:val="left"/>
      </w:pPr>
      <w:r>
        <w:rPr>
          <w:rFonts w:ascii="Times New Roman" w:hAnsi="Times New Roman" w:eastAsia="Times New Roman" w:cs="Times New Roman"/>
        </w:rPr>
        <w:t>“Ynsan tebigaty bozulan ýagdaýdadır we mukaddes Hudaý tarapyndan adalatly suratda höküm edilendir. Emma toba edýän günäkär üçin ýol taýýarlanypdyr, şeýlelikde ol Hudaýyň ýeke doglan Oglunyň günä üçin getirilen gurbanlygyna iman arkaly günäleriň bagyşlanmagyny kabul edip biler, aklanyşy tapar, asmanyň maşgalasyna ogullyk hökmünde kabul ediler we Hudaýyň patyşalygynyň mirasdüşeri bolar. Häsiýetiň özgerdilmegi Mukaddes Ruhuň işi arkaly amala aşyrylýar; ol ynsanyň üstünde täsir edip, onuň arzuwyna we munuň edilmegine razylygyna görä, onuň içine täze bir tebigat ýerleşdirýär. Hudaýyň keşbi janda dikeldilýär, we ol günsaýyn merhemet arkaly güýçlendirilýär hem-de täzelenýär, şeýlelikde adalatda we hakyky mukaddeslikde Mesihe degişli häsiýeti has-da kämil suratda şöhlelendirmäge ukyply edilýär.</w:t>
      </w:r>
    </w:p>
    <w:p>
      <w:pPr>
        <w:pStyle w:val="ArticleScripture"/>
        <w:jc w:val="left"/>
      </w:pPr>
      <w:r>
        <w:rPr>
          <w:rFonts w:ascii="Times New Roman" w:hAnsi="Times New Roman" w:eastAsia="Times New Roman" w:cs="Times New Roman"/>
        </w:rPr>
        <w:t>Akylsyz gyzlar hökmünde şekillendirilýänleriň şeýle zerur bolan ýagy daşyna çalmaly bir zat däldir. Olar hakykaty ýüregiň mukaddes ýerine getirmeli, şonda ol arassalasyn, päkläp-tejmelleşdirsin we mukaddes etsin. Olaryň mätäçligi diňe bir nazariýa däldir; olaryň mätäçligi Bibliýanyň mukaddes taglymatlarydyr, olar näbelli, biri-birinden üzňe taglymatlar bolman, eýsem Mesihde jemlenýän baky bähbitleri öz içine alýan diri hakykatlardyr. Onda ylahy hakykatyň doly ulgamy bardyr. Janyň halasy Mesih arkaly iman bilen, hakykatyň esasydyr we sütünidir. Mesihde hakykaty iman bilen kabul edýänler muny häsiýet mukaddesligi we Hudaýyň kanunyna boýun bolmak arkaly aýan edýärler. Olar Isadaky hakykatyň asmana ýetýändigine we bakylyga gujak açýandygyna düşünýärler. Olar mesihçiniň häsiýetiniň Mesihiň häsiýetini görkezmelidigine we merhemetden hem-de hakykatdan doly bolmalydygyna düşünýärler. Olara hiç wagt sönmeýän ýagtylygy saklap durýan merhemet ýagy berilýär. Yman edýäniň ýüregindäki Mukaddes Ruh ony Mesihde kämil edýär. Adamyň ýa-da aýalyň tolgundyryjy ýagdaýlarda güýçli duýgy görkezmegi onuň mesihçidiginiň aýdyň subutnamasy däldir. Mesihsypat bolan adam öz janynda çuň, berk, tutanýerli bir häsiýete eýedir, şol bir wagtda-da özüniň ejizligini duýýar, Iblis tarapyndan aldanylmaýar we azaşdyrylmaýar, özüne bil baglamaga mejbur edilmeýär. Ol Hudaýyň Sözüni bilýär we diňe elini Isa Mesihiň eline berip, Ondan mäkäm ýapyşanda howpsuzdygyny bilýär.</w:t>
      </w:r>
    </w:p>
    <w:p>
      <w:pPr>
        <w:pStyle w:val="ArticleScripture"/>
        <w:jc w:val="left"/>
      </w:pPr>
      <w:r>
        <w:rPr>
          <w:rFonts w:ascii="Times New Roman" w:hAnsi="Times New Roman" w:eastAsia="Times New Roman" w:cs="Times New Roman"/>
        </w:rPr>
        <w:t>“Häsiýet synagly pursatda aýan bolýar. Ýary gije çynlakaý ses bilen: «Ine, öýlenýän gelýär; ony garşy almaga çykyň» diýip yglan edilende, uklap ýatan gyzlar ukusyndan oýandylar, şonda bu waka üçin kimiň taýýarlyk görendigi belli boldy. Iki topar hem garaşylmadyk ýagdaýda tutuldy, emma birisi şol ýagdaý üçin taýýar ekeni, beýlekisi bolsa taýynlyksyz tapyldy. Häsiýet ýagdaýlar arkaly aýan bolýar. Adatdan daşary ýagdaýlar häsiýetiň hakyky mahiyetini ýüze çykarýar. Birden we garaşylmadyk bela, ýitgi ýa-da synagly pursat, garaşylmadyk kesel ýa-da hasrat, jany ölümiň ýüzbe-ýüzüne getirýän haýsydyr bir zat häsiýetiň içki hakykylygyny ýüze çykarar. Hudaýyň Sözüniň wadalaryna hakyky imanyň bardygy ýa-da ýokdugy aýan ediler. Janyň merhemet bilen goldanýandygy ýa-da goldanmaýandygy, çyrasy bilen birlikde gapda ýagyň bardygy ýa-da ýokdugy aýan ediler.”</w:t>
      </w:r>
    </w:p>
    <w:p>
      <w:pPr>
        <w:pStyle w:val="ArticleScripture"/>
        <w:jc w:val="left"/>
      </w:pPr>
      <w:r>
        <w:rPr>
          <w:rFonts w:ascii="Times New Roman" w:hAnsi="Times New Roman" w:eastAsia="Times New Roman" w:cs="Times New Roman"/>
        </w:rPr>
        <w:t>“Synag döwürleri hemmeleriň başyna gelýär. Hudaýyň synagy we subut etmesi astynda özümizi nähili alyp barýarys? Çyralarymyz sönýärmi? Ýa-da biz olary heniz hem ýanyp duran halda saklaýarysmy? Merhemetden we hakykatdan doly bolan Şol bilen baglanyşygymyz arkaly her bir garaşylmadyk ýagdaýa taýynmy? Bäş paýhasly gyz bäş paýhassyz gyza öz häsiýetini berip bilmedi. Häsiýet her birimiz tarapyndan şahsyýet hökmünde kemala getirilmelidir. Ony başga birine geçirmek bolmaýar, hatda onuň eýesi bu gurbanlygy etmäge meýilli bolsa-da. Merhemet heniz hem gijä galyp durka, biri-birimiz üçin edip biljek zadymyz köp. Biz Mesihiň häsiýetini beýan edip bileris. Biz azaşanlara yhlasly duýduryşlar berip bileris. Biz ähli çydamlylyk we taglymat bilen ýazgaryp, käýäp, mukaddes Ýazgylaryň taglymatlaryny ýüregiň jümmüşine ýetirip bileris. Biz ýürekden duýgudaşlyk berip bileris. Biri-birimiz bilen we biri-birimiz üçin doga edip bileris. Ätiýaçly ýaşaýyş bilen ýaşap, mukaddes söz-söhbeti saklamak arkaly, hristianyň nähili bolmalydygyna görelde berip bileris; ýöne hiç kim başga birine öz häsiýet galybyny berip bilmez. Geliň, halas edilmelidigimiziň toparlar hökmünde däl-de, eýsem şahsyýetler hökmünde boljakdygyny mynasyp derejede göz öňünde tutalyň. Biz öz kemala getiren häsiýetimize görä höküm edileris. Jany bakylyga taýýarlamagy äsgermezlik etmek we Hudaý bilen ýaraşmagymyzy ölüm düşegine çenli yza goýmak howpludyr. Öz baky ykbalymyzy gündelik durmuşdaky amallar bilen, görkezýän ruhumyz arkaly kesgitleýäris. Iň kiçi zada wepaly bolan, köpe hem wepalydyr. Eger biz Mesihi öz göreldämiz eden bolsak, eger biz Onuň öz durmuşynda bize beren göreldesi ýaly gezip, zähmet çeken bolsak, onda başymyzdan geçjek tejribämizde üstümize geljek haýbatly garaşylmadyk wakalar bilen ýüzbe-ýüz bolmaga ukyply bolarys we ýüregimizden şeýle diýeris: ‘Meniň islegim däl, eýsem Seniňki berjaý bolsun.’”</w:t>
      </w:r>
    </w:p>
    <w:p>
      <w:pPr>
        <w:pStyle w:val="ArticleScripture"/>
        <w:jc w:val="left"/>
      </w:pPr>
      <w:r>
        <w:rPr>
          <w:rFonts w:ascii="Times New Roman" w:hAnsi="Times New Roman" w:eastAsia="Times New Roman" w:cs="Times New Roman"/>
        </w:rPr>
        <w:t>“Bu synag wagtynda, ýagny biziň ýaşaýan döwrümizde, biz gutulyşyň şertleri barada asuda oýlanmalydyrys we Hudaýyň Sözünde bellenen şertlere görä ýaşamalydyrys. Biz her bir borjy ýerine ýetirmek üçin özümizi sagat-saýat, günbe-gün seresap terbiýe arkaly öwretmeli we tälim bermelidiris. Biz Hudaýy we Onuň ibereni Isa Mesihi tanamalydyrys. Her bir synagda: ‘Goý, ol Meniň güýjüme ýapyşsyn, Men bilen ýaraşyk etsin; hawa, Men bilen ýaraşyk etsin’ diýeniň ýanyna ýüz tutmak biziň artykmaçlygymyzdyr. Reb şeýle diýýär: Ol bize Mukaddes Ruhy bermäge, ene-atalaryň öz çagalaryna çörek bermäge taýýarlygyndan hem beter taýýardyr. Onda goý, çyralarymyz bilen bile gaplarymyzda merhemet ýagyny saklalyň, şonda biz guýowy garşy almaga çykmaga taýýar bolmadyk we akmak gyzlar hökmünde görkezilenleriň arasynda tapylmarys.” Review and Herald, September 17, 1895.</w:t>
      </w:r>
    </w:p>
    <w:p>
      <w:pPr>
        <w:pStyle w:val="ArticleBody"/>
        <w:jc w:val="left"/>
      </w:pPr>
      <w:r>
        <w:rPr>
          <w:rFonts w:ascii="Times New Roman" w:hAnsi="Times New Roman" w:eastAsia="Times New Roman" w:cs="Times New Roman"/>
        </w:rPr>
        <w:t>Ybraýymyň sünneti we gäminiň üstündäki sekiz jan arkaly nusgalanan ýüz kyrk dört müňüň baýdagy, ýakynda geljek krizisde Mesihiň häsiýetini kämil derejede şöhlelendirýän tymsaldaky dana gyzlardyr. White uýa bu parçany Işaýa pygamberden sitata getirmek bilen tamamlady, munuň şeýle bolmagy doly ýerliklidir, çünki bu ýüz kyrk dört müňüň möhürleniş wagtyna gönüden-göni degişli bir parçadyr.</w:t>
      </w:r>
    </w:p>
    <w:p>
      <w:pPr>
        <w:pStyle w:val="ArticleScripture"/>
        <w:jc w:val="left"/>
      </w:pPr>
      <w:r>
        <w:rPr>
          <w:rFonts w:ascii="Times New Roman" w:hAnsi="Times New Roman" w:eastAsia="Times New Roman" w:cs="Times New Roman"/>
        </w:rPr>
        <w:t>Şol günde onuň hakynda şu aýdymy aýdyp beriň: Gyzyl çakyrly üzümçilik. Men, Reb, ony goraýaryn; her pursat ony suwararyn; oňa zeper ýetmez ýaly, ony gije-gündiz goraryn. Mende gazap ýokdur; söweşde maňa garşy tikenleri we çalyklary kim goýup biler? Men olaryň içinden geçerin, olary bilelikde ýakaryn. Ýa-da goý, ol Meniň güýjüme ýapyşsyn, Men bilen ýaraşyk etsin; hawa, Men bilen ýaraşyk etsin. Ol Ýakupdan gelenleri kök urdurar; Ysraýyl gülleýär, pyntyk atýar we dünýäniň ýüzüni miwe bilen doldurýar. Ol ony özüni uranlary urşy ýaly urdumy? Ýa-da ol öz eli bilen öldürilenleriň gyrgynyna görä öldürildimi? Ölçeg bilen, ol gögerip çykanda, Sen onuň bilen jedelleşersiň; gündogar ýeliniň gününde Ol öz gazaply ýelini saklaýar. Şonuň üçin Ýakubyň günäsi şunuň bilen arassalanar; onuň günäsini aýyrmagyň ähli miwesi hem şudur: ol gurbanlyk sypasynyň ähli daşlaryny döwlüp pytradan hek daşlary ýaly edende, Aşera sütünleri we butlar indi dik durmaz. Emma berk galasyz şäher haraba bolar, ýaşaýyş mekany taşlanar we çöl ýaly terk ediler; ol ýerde göle bakar, ol ýerde ýatar we onuň şahalaryny iýip gutarar. Onuň şahalary guranda, olar döwlüp aýrylar; aýallar gelip, olary oda ýakarlar; çünki bu akylsyz halkdyr; şonuň üçin olary Ýaradan olara rehim etmez, olary Döreden olara merhemet görkezmez. Işaýa 27:2–11.</w:t>
      </w:r>
    </w:p>
    <w:p>
      <w:pPr>
        <w:pStyle w:val="ArticleBody"/>
        <w:jc w:val="left"/>
      </w:pPr>
      <w:r>
        <w:rPr>
          <w:rFonts w:ascii="Times New Roman" w:hAnsi="Times New Roman" w:eastAsia="Times New Roman" w:cs="Times New Roman"/>
        </w:rPr>
        <w:t>Ýakubyň etmiş günäsi arassalanýan, düşünjesiz “halkyň” beýleki toparynyň bolsa ýygnalyp ýakylýan “gündogar şemalynyň güni” ýüz kyrk dört müňüň möhürleniş wagtydyr. Şol döwürde, Mesih bilen ýaraşyk etmegi isleýän muny edip biler, emma soňky hereketler örän çaltdyr.</w:t>
      </w:r>
    </w:p>
    <w:p>
      <w:pPr>
        <w:pStyle w:val="ArticleBody"/>
        <w:jc w:val="left"/>
      </w:pPr>
      <w:r>
        <w:rPr>
          <w:rFonts w:ascii="Times New Roman" w:hAnsi="Times New Roman" w:eastAsia="Times New Roman" w:cs="Times New Roman"/>
        </w:rPr>
        <w:t>Ruhanylar gulluga başlanda otuz ýaşynda bolmalydylar, ýüz kyrk dört müň hem soňky günlerde Hudaý bilen ähti täzelän Patyşa ruhanylary bolan Petrusiň halkydyr.</w:t>
      </w:r>
    </w:p>
    <w:p>
      <w:pPr>
        <w:pStyle w:val="ArticleScripture"/>
        <w:jc w:val="left"/>
      </w:pPr>
      <w:r>
        <w:rPr>
          <w:rFonts w:ascii="Times New Roman" w:hAnsi="Times New Roman" w:eastAsia="Times New Roman" w:cs="Times New Roman"/>
        </w:rPr>
        <w:t>Siz hem diri daşlar hökmünde ruhy bir öý, mukaddes ruhanylyk bolup gurulýarsyňyz; Isa Mesih arkaly Hudaýa makbul bolan ruhy gurbanlyklary hödürlemek üçin. 1 Petrus 1:5.</w:t>
      </w:r>
    </w:p>
    <w:p>
      <w:pPr>
        <w:pStyle w:val="ArticleBody"/>
        <w:jc w:val="left"/>
      </w:pPr>
      <w:r>
        <w:rPr>
          <w:rFonts w:ascii="Times New Roman" w:hAnsi="Times New Roman" w:eastAsia="Times New Roman" w:cs="Times New Roman"/>
        </w:rPr>
        <w:t>Ruhanylar sekiz günlük mesh edilme gullugynda hyzmat etmäge taýýarlanypdylar; şonuň üçin sekiz sany, sandygyň içinde bolan mesh edilen ruhanylygyň nyşanydyr.</w:t>
      </w:r>
    </w:p>
    <w:p>
      <w:pPr>
        <w:pStyle w:val="ArticleHeading"/>
        <w:jc w:val="left"/>
      </w:pPr>
      <w:r>
        <w:rPr>
          <w:rFonts w:ascii="Arial" w:hAnsi="Arial" w:eastAsia="Arial" w:cs="Arial"/>
        </w:rPr>
        <w:t>Harunyň Hasasy</w:t>
      </w:r>
    </w:p>
    <w:p>
      <w:pPr>
        <w:pStyle w:val="ArticleBody"/>
        <w:jc w:val="left"/>
      </w:pPr>
      <w:r>
        <w:rPr>
          <w:rFonts w:ascii="Times New Roman" w:hAnsi="Times New Roman" w:eastAsia="Times New Roman" w:cs="Times New Roman"/>
        </w:rPr>
        <w:t>Ýüz kyrk dört müňden ybarat mesh edilen ruhanylyk, Äht sandygynda gülläp çykan Harunyň hasaçasy arkaly şekillendirilendir. Harunyň hasaçasy gülläp çykanda, ol Harun bilen Ysraýyl taýpalarynyň gülläp çykmadyk beýleki hasaçalarynyň arasynda tapawut goýdy. Mukaddes Ýazgylarda ösümlikleriň pyntyklap çykmagyna sebäp bolýan zat ýagmyrdyr.</w:t>
      </w:r>
    </w:p>
    <w:p>
      <w:pPr>
        <w:pStyle w:val="ArticleBody"/>
        <w:jc w:val="left"/>
      </w:pPr>
      <w:r>
        <w:rPr>
          <w:rFonts w:ascii="Times New Roman" w:hAnsi="Times New Roman" w:eastAsia="Times New Roman" w:cs="Times New Roman"/>
        </w:rPr>
        <w:t>Ähli pygamberleriň hemmesi ahyrky günlere ýüzlenýär; şonuň üçin Harunyň ruhanylyk hasasy Karmeldäki Ylýas bilen hem-de 1844-nji ýyldaky Milleritler bilen gabat gelýän ýagdaýda bir ýüz kyrk dört müňüň ýag çalynmagyny aňladýar. Bu, giçki ýagşyň hakyky we ýalan habarlarynyň arasynda aýdyň tapawudyň ýüze çykýan pursatyna degişlidir. Bu tapawut Ýowelde “täze çakyryň” bir toparyň elinden kesilip alynýandygyny görkezende beýan edilýär. Agyzlaryndan täze çakyr kesilip alnan topar Işaýanyň Efraýymyň serhoşlarydyr. Olar Pentekostda şägirtleri serhoşlykda aýplanlar hem bolup, 1863-nji ýylyň pitneçileri bolan atalaryna eýeren 1888-nji ýylyň pitneçileridir. Pygamberligiň şol setirleriniň hemmesi Waýtyň uýa tarapyndan dünýäniň Neşwiliň ot şarlary barada takmynan bir ýüz ýigrimi bäş ýyldan bäri Adventizmiň bilip, hiç zat aýtmandygyny aňan pursady hökmünde görkezilen setir bilen gabat gelýär.</w:t>
      </w:r>
    </w:p>
    <w:p>
      <w:pPr>
        <w:pStyle w:val="ArticleHeading"/>
        <w:jc w:val="left"/>
      </w:pPr>
      <w:r>
        <w:rPr>
          <w:rFonts w:ascii="Arial" w:hAnsi="Arial" w:eastAsia="Arial" w:cs="Arial"/>
        </w:rPr>
        <w:t>8, Segsen we 81</w:t>
      </w:r>
    </w:p>
    <w:p>
      <w:pPr>
        <w:pStyle w:val="ArticleBody"/>
        <w:jc w:val="left"/>
      </w:pPr>
      <w:r>
        <w:rPr>
          <w:rFonts w:ascii="Times New Roman" w:hAnsi="Times New Roman" w:eastAsia="Times New Roman" w:cs="Times New Roman"/>
        </w:rPr>
        <w:t>Otuz sany we sekiz sany, ylahylyk bilen ynsanylygyň birleşmesini aňladýan ahyrky günleriň nyşany bolan ýüz kyrk dört müň adamyň ruhanylygynyň nyşanlarydyr. Sekiz sany, mukaddes ýerde hoşboý tütetgi ýakmaga synanyşan Uzzýa patyşa garşy baş ruhany bilen bilelikde durup garşylyk görkezen segsen batyr ruhanynyň sany bolan segsen sanynyň onlugydyr. Segsen bir, zafar gazanan ýygnagyň ruhanylygy babatda ylahylygyň ynsanylyk bilen birleşmesini aňladýar. Uzzýanyň gozgalaňynyň taryhy, şol segsen bir sanyndaky ruhanylygy, Rafiýa söweşinden derrew soň Ptolemeýiň gozgalaňy bilen gabat gelýän hut şol iň çökgünli ýagdaý bilen baglanyşdyrýar. Ähli pygamberler ahyrky günleri kesgitleýärler; şonuň üçin hem ylahylyk bilen ynsanylygyň birleşmesinden ybarat bolan, segsen ynsan ruhanysyndan we bir Ylahy Baş Ruhanydan düzülen zafar gazanan ýygnagyň ruhanylygy, 2014-nji ýylda Ukrain söweşi başlananda başlanan taryhda kesgitlenýär.</w:t>
      </w:r>
    </w:p>
    <w:p>
      <w:pPr>
        <w:pStyle w:val="ArticleBody"/>
        <w:jc w:val="left"/>
      </w:pPr>
      <w:r>
        <w:rPr>
          <w:rFonts w:ascii="Times New Roman" w:hAnsi="Times New Roman" w:eastAsia="Times New Roman" w:cs="Times New Roman"/>
        </w:rPr>
        <w:t>Barlygy on iki bapdan ybarat bolan Gelip çykyş kitabynyň ortaky baby on ýedinji bapdyr. On iki baplyk şol hataryň ortaky aýaty ýigrimi ikinji aýatdyr. Ýigrimi ikinji aýat Hudaý bilen Ybraýymyň arasynda birinji aýatda başlanan söhbetiň aýdyň tamamlanmagyny belleýär; şeýlelikde ol, ýewreý elipbiýiniň ýigrimi iki harpynyň möhürini göterýän pygamberlik hatarynyň soňuny kesgitleýär. Ýigrimi iki aýatdan ybarat şol hataryň ortaky aýaty on birinji aýatdyr; ol hem öz gezeginde ýüz kyrk dört müňüň nyşanyny kesgitleýän üç aýatyň ortasydyr. Şonuň üçin on birinji aýat üç aýratyn aýatyň ortasydyr, hem-de on birinji aýat diňe bir şol ýigrimi iki aýatyň däl, eýsem özüniň içinde ýerleşýän şol üç aýatyň hem esasy hakykatyny beýan edýär; şeýlelikde on birinji we ýigrimi ikinji aýatlar esasy pikiriň başlangyjy we soňy hökmünde kesgitlenýär. Şeýlelikde, on ýedinji bapdaky on birinji aýatdan ýigrimi ikinji aýada çenli bölek on birinji bapdan ýigrimi ikinji baba çenli baplaryň esasy mowzugydyr.</w:t>
      </w:r>
    </w:p>
    <w:p>
      <w:pPr>
        <w:pStyle w:val="ArticleBody"/>
        <w:jc w:val="left"/>
      </w:pPr>
      <w:r>
        <w:rPr>
          <w:rFonts w:ascii="Times New Roman" w:hAnsi="Times New Roman" w:eastAsia="Times New Roman" w:cs="Times New Roman"/>
        </w:rPr>
        <w:t>Mätäniň kitabyndaky on birinji bapdan ýigrimi ikinji bapa çenli bolan bölümiň ortasy on altynjy bapdyr.</w:t>
      </w:r>
    </w:p>
    <w:p>
      <w:pPr>
        <w:pStyle w:val="ArticleScripture"/>
        <w:jc w:val="left"/>
      </w:pPr>
      <w:r>
        <w:rPr>
          <w:rFonts w:ascii="Times New Roman" w:hAnsi="Times New Roman" w:eastAsia="Times New Roman" w:cs="Times New Roman"/>
        </w:rPr>
        <w:t>Şondan soň ol Öz şägirtlerine Öziniň Isa Mesihdigini hiç kime aýtmazlyklaryny berk tabşyrdy. Matta 16:20.</w:t>
      </w:r>
    </w:p>
    <w:p>
      <w:pPr>
        <w:pStyle w:val="ArticleBody"/>
        <w:jc w:val="left"/>
      </w:pPr>
      <w:r>
        <w:rPr>
          <w:rFonts w:ascii="Times New Roman" w:hAnsi="Times New Roman" w:eastAsia="Times New Roman" w:cs="Times New Roman"/>
        </w:rPr>
        <w:t>Gelip çykyş kitabynyň orta nokadynda bolşy ýaly, ýigriminji aýat hem Mesih bilen şägirtleriň Kaýsariýa Filipiýa gelenlerinde, on üçünji aýatda başlanan belli bir söhbetiň ahyryny belleýär.</w:t>
      </w:r>
    </w:p>
    <w:p>
      <w:pPr>
        <w:pStyle w:val="ArticleScripture"/>
        <w:jc w:val="left"/>
      </w:pPr>
      <w:r>
        <w:rPr>
          <w:rFonts w:ascii="Times New Roman" w:hAnsi="Times New Roman" w:eastAsia="Times New Roman" w:cs="Times New Roman"/>
        </w:rPr>
        <w:t>Isa Keýsariýa Filipiniň töwereklerine gelende, şägirtlerinden sorap diýdi: «Ynsan Oglunyň kimdigini adamlar näme diýýärler?» Olar bolsa aýtdylar: «Käbirleri: “Sen Ýahýa Çokundyryjysy” diýýärler; beýlekiler: “Iliýas”; ýene başgalar: “Ýeremiýa ýa-da pygamberleriň biri” diýýärler». Ol olara diýdi: «Emma siz Meni kim diýýärsiňiz?» Şonda Simun Petrus jogap berip diýdi: «Sen Mesihsiň, diri Hudaýyň Oglusy». Isa oňa jogap berip diýdi: «Bagtlysyň, eý Simun Barýona; çünki muny saňa et bilen gan aýan eden däldir, eýsem göklerdäki Atam aýan etdi. Men hem saňa aýdýaryn: sen Petrusyň, we Men Öz ýygnagymy şu gaýanyň üstünde guraryn; dowzahyň derwezeleri oňa garşy üstün gelmez. Men saňa Gökleriň Patyşalygynyň açarlaryny bererin; ýer ýüzünde näme baglasaň, gökde baglanan bolar; ýer ýüzünde näme çözseň, gökde çözülen bolar». Soňra Ol şägirtlerine Öziniň Isa Mesihdigini hiç kime aýtmazlygy berk tabşyrdy. Matta 16:13–20.</w:t>
      </w:r>
    </w:p>
    <w:p>
      <w:pPr>
        <w:pStyle w:val="ArticleHeading"/>
        <w:jc w:val="left"/>
      </w:pPr>
      <w:r>
        <w:rPr>
          <w:rFonts w:ascii="Arial" w:hAnsi="Arial" w:eastAsia="Arial" w:cs="Arial"/>
        </w:rPr>
        <w:t>Rafiýa we Paniýum</w:t>
      </w:r>
    </w:p>
    <w:p>
      <w:pPr>
        <w:pStyle w:val="ArticleBody"/>
        <w:jc w:val="left"/>
      </w:pPr>
      <w:r>
        <w:rPr>
          <w:rFonts w:ascii="Times New Roman" w:hAnsi="Times New Roman" w:eastAsia="Times New Roman" w:cs="Times New Roman"/>
        </w:rPr>
        <w:t>Matta ýazgysynyň ortaky bölegi diňe bir aýratyn söhbetdeşligi we aýratyn temany aňlatmak bilen çäklenmän, Gelip çykyş kitabynyň şaýatlygynyň äht alamatlary Rafiýa söweşi bilen nähili sazlaşýan bolsa, Matta ýazgysyndaky bu söhbetdeşlik hem Panium diýilýän Kesariýa Filipide bolup geçýär. Daniel 11-iň on bäşinji aýatyndaky Panium, Mattanyň on iki baplyk setiriniň ortasydyr, Daniel 11-iň on birinji aýatyndaky Rafiýa bolsa, Gelip çykyş kitabynyň on iki baplyk setiriniň ortasydyr.</w:t>
      </w:r>
    </w:p>
    <w:p>
      <w:pPr>
        <w:pStyle w:val="ArticleBody"/>
        <w:jc w:val="left"/>
      </w:pPr>
      <w:r>
        <w:rPr>
          <w:rFonts w:ascii="Times New Roman" w:hAnsi="Times New Roman" w:eastAsia="Times New Roman" w:cs="Times New Roman"/>
        </w:rPr>
        <w:t>Miladydan öňki 457-nji ýylda başlanan 250 ýyl Miladydan öňki 207-nji ýylda tamamlandy; bu, on birinji aýatda agzalýan Rafia bilen on bäşinji aýatda agzalýan Paniumyň aralygyndaky orta nokatdyr, hut şol ýerde Ybraýymyň sünnetiniň nyşany bilen Petrusyň Mesih hakdaky ykrary bir ýere jemlenýär. Matta kitabyndaky yzygiderlilikde Petrus Hudaýyň Ogludygy baradaky Mesihi tanandygyny, Onuň çokundyrylmagynda şaýatlyk edýär.</w:t>
      </w:r>
    </w:p>
    <w:p>
      <w:pPr>
        <w:pStyle w:val="ArticleBody"/>
        <w:jc w:val="left"/>
      </w:pPr>
      <w:r>
        <w:rPr>
          <w:rFonts w:ascii="Times New Roman" w:hAnsi="Times New Roman" w:eastAsia="Times New Roman" w:cs="Times New Roman"/>
        </w:rPr>
        <w:t>Şimun «eşidýän biri» diýmegi aňladýar, Barýona bolsa «kepderiniň ogly» diýmegi aňladýar. Şimun, Mukaddes Ruhuň kepderi sypatynda inen wagtynda, Mesihiň çokundyrylyşy baradaky habary eşiden biri boldy. Mesihiň çokundyrylyşy, Ylham onunjy bapdaky güýçli perişdäniň inen wagty bolan 1840-njy ýylyň 11-nji awgustynyň nusgasydy. Şol bir perişde 9/11-de-de indi. Petrus 9/11-i ýüz kyrk dört müňüň nesliniň synag habary hökmünde ykrar edýänleri aňladýar.</w:t>
      </w:r>
    </w:p>
    <w:p>
      <w:pPr>
        <w:pStyle w:val="ArticleBody"/>
        <w:jc w:val="left"/>
      </w:pPr>
      <w:r>
        <w:rPr>
          <w:rFonts w:ascii="Times New Roman" w:hAnsi="Times New Roman" w:eastAsia="Times New Roman" w:cs="Times New Roman"/>
        </w:rPr>
        <w:t>Petr hatar üstüne hatar usulyny ulanýanlary aňladýar. Ol kepderiniň “ogly”dyr; şonuň üçin hem ogul hökmünde simwolik taýdan soňky nesli aňladýar. Petr soňky nesliň nyşanydyr, we onuň adynyň simwolik san taýdan hasaplanşy bilen ol ýüz kyrk dört müňe wekilçilik edýär. Petr pygamberlik hatarynda Mesih peýda bolanda güýçlendiriş habaryny eşidýän iň soňky nesli aňladýar. Petr Mesihiň çokundyrylmagy bilen baglanyşykly habary tanady, şonuň üçin hem Petr Isany mesh edilen hökmünde, ýagny ýewreý dilinde Mesih, grek dilinde bolsa Hristos diýip tanap bildi. Petr Ylham kitaby on sekizinji bapdaky 11-nji sentýabrda inen perişdäniň 1840-njy ýylyň 11-nji awgustynda hem inendigine düşünýänleri aňladýar. Petr 11-nji sentýabra diňe iki ýa-da üç hataryň şaýatlygy bilen berkidilýän bir ýol belgisi hökmünde düşünýänleri aňladýar.</w:t>
      </w:r>
    </w:p>
    <w:p>
      <w:pPr>
        <w:pStyle w:val="ArticleBody"/>
        <w:jc w:val="left"/>
      </w:pPr>
      <w:r>
        <w:rPr>
          <w:rFonts w:ascii="Times New Roman" w:hAnsi="Times New Roman" w:eastAsia="Times New Roman" w:cs="Times New Roman"/>
        </w:rPr>
        <w:t>Petrusyň boýun alşy şudur: 9/11 üçünji weýiň gelendigini kesgitleýär; bu bolsa ahyrky nesil üçin synag habarydyr. Şol boýun alnan ýerde at üýtgeýär. Ybraýym Raphiada, Petrus bolsa haçdan edil öň Paniumdadyr. Panium bilen haçyň arasynda Petrus Özgeriş dagyna baryp görer. Hut Paniumda, öz nesli üçin synag habaryny boýun alanda, Simun Petrusa öwrülýär. Bir ýüz kyrk dört müň üçin bolsa, şol synag habary pygamberlik taryhynda 9/11-de gelen üçünji weýiň Yslamy bolup durýar.</w:t>
      </w:r>
    </w:p>
    <w:p>
      <w:pPr>
        <w:pStyle w:val="ArticleBody"/>
        <w:jc w:val="left"/>
      </w:pPr>
      <w:r>
        <w:rPr>
          <w:rFonts w:ascii="Times New Roman" w:hAnsi="Times New Roman" w:eastAsia="Times New Roman" w:cs="Times New Roman"/>
        </w:rPr>
        <w:t>Adwentizmiň synagynyň başlangyjy 11-nji sentýabrda başlandy, we Adwentizmiň synagy soňlananda, üçünji hasratyň Yslam habary Simonyň adynyň haçan we nirede üýtgedilýändigini kesgitleýär. Petrusyň ahyrsoňunda düşünýän habary, başynda 11-nji sentýabryň habary bilen öňden şekillendirilen bolup, Neşwiliň ot şarlarynyň düzedilen habarydyr. Şol ýerde surnaýlar baýramy tugyň ýokary galdyrylmagy we Ýaraşyk Günündäki ýapyk gapy bilen utgaşykly gelýär.</w:t>
      </w:r>
    </w:p>
    <w:p>
      <w:pPr>
        <w:pStyle w:val="ArticleBody"/>
        <w:jc w:val="left"/>
      </w:pPr>
      <w:r>
        <w:rPr>
          <w:rFonts w:ascii="Times New Roman" w:hAnsi="Times New Roman" w:eastAsia="Times New Roman" w:cs="Times New Roman"/>
        </w:rPr>
        <w:t>Biz bu zatlary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Kyrkynjy Aýatyň Gizlin Taryhy — Ýedinji San</dc:title>
  <dc:subject>On bir we Ýigrimi iki</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