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Kyrk dokuzynjy aýadyň Gizlin Taryhy</w:t>
      </w:r>
    </w:p>
    <w:p>
      <w:pPr>
        <w:pStyle w:val="ArticleSubtitle"/>
        <w:jc w:val="left"/>
      </w:pPr>
      <w:r>
        <w:rPr>
          <w:rFonts w:ascii="Arial" w:hAnsi="Arial" w:eastAsia="Arial" w:cs="Arial"/>
        </w:rPr>
        <w:t>Güýç, Şöhrat we Ejir çekmek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2026-05-06</w:t>
      </w:r>
    </w:p>
    <w:p>
      <w:pPr>
        <w:pStyle w:val="ArticleBody"/>
        <w:jc w:val="left"/>
      </w:pPr>
      <w:r>
        <w:rPr>
          <w:rFonts w:ascii="Times New Roman" w:hAnsi="Times New Roman" w:eastAsia="Times New Roman" w:cs="Times New Roman"/>
        </w:rPr>
        <w:t>Petr Paniumda (Kaýsariýa Filippi) bolup, bu Petr, Ýahýa we Ýakubyň Isa bilen aýratynlykda bile giden üç saparynyň ortasyndan bary-ýogy alty ýa-da sekiz gün öňdür. Birinjisi, Ýairiň on iki ýaşly gyzynyň direldilişinde Onuň gudratynyň görkezilişidi; ikinjisi, üýtgäp görnen dagynda Onuň şöhratynyň görkezilişidi; üçünjisi bolsa, Getsemani bolup, Onuň jebir çekişiniň görkezilişidi. On birinji bapda Paniumda Petr on altynjy aýatyň haçynyň edil öňüsyrasynda ýerleşdirilýär. Dag üç şägirdiň aýratyn edilen üç saparynyň orta nokady boldy. Dagda asmandaky Ata hem üç gezekden ikinjisinde sözledi; Ata çokundyryşda, dagda, soň bolsa haçynyň edil öňüsyrasynda sözledi. Petr iki gezek üç aýratyn wakanyň orta nokadyndadyr. Şeýle hem ol Matta Hoş Habarynyň on birinji bapdan ýigrimi ikinji baba çenli böleginiň orta nokadydyr.</w:t>
      </w:r>
    </w:p>
    <w:p>
      <w:pPr>
        <w:pStyle w:val="ArticleHeading"/>
        <w:jc w:val="left"/>
      </w:pPr>
      <w:r>
        <w:rPr>
          <w:rFonts w:ascii="Arial" w:hAnsi="Arial" w:eastAsia="Arial" w:cs="Arial"/>
        </w:rPr>
        <w:t>Eşek</w:t>
      </w:r>
    </w:p>
    <w:p>
      <w:pPr>
        <w:pStyle w:val="ArticleBody"/>
        <w:jc w:val="left"/>
      </w:pPr>
      <w:r>
        <w:rPr>
          <w:rFonts w:ascii="Times New Roman" w:hAnsi="Times New Roman" w:eastAsia="Times New Roman" w:cs="Times New Roman"/>
        </w:rPr>
        <w:t>Dagdan öň ýeňişli giriş boldy; ol eşegiň çözülip, gurbanlyk sowgadyny Iýerusalime götermek üçin goýberilmegi bilen başlandy; edil Ybraýymyň eşeginiň Moriahda — Iýerusalimdäki ybadathananyň gadymy mekanynda — gurbanlyk üçin oduny göterşi ýaly. Levililer kitaby ýigrimi üçüň tertibindäki surnaýlar baýramy eşegiň çözülmegini alamatlandyrýar; şonuň üçin özgeriş dagyndaky tejribe ýeňişli girişden öň boldy, şeýlelikde Petrusy Levililer kitaby ýigrimi üçüň Pentekost möwsümine gabat getirilýän otuz gününiň taryhynda ýerleşdirýär. Şol otuz günüň dowamynda ybadathana (orta synag) segsen edermen ruhanynyň arasynda bolmaga dalaşgärleriň üstüne getirilýär. Patyşa Uzzýanyň mukaddes ýerde eden pitnesi baradaky şaýatlykda şol segsen ruhany edermen hökmünde kesgitlenýär; bu bolsa gatnaşmadyk ruhanylaryň hem bolandygyny aňladýar.</w:t>
      </w:r>
    </w:p>
    <w:p>
      <w:pPr>
        <w:pStyle w:val="ArticleScripture"/>
        <w:jc w:val="left"/>
      </w:pPr>
      <w:r>
        <w:rPr>
          <w:rFonts w:ascii="Times New Roman" w:hAnsi="Times New Roman" w:eastAsia="Times New Roman" w:cs="Times New Roman"/>
        </w:rPr>
        <w:t>Soňra ruhany Azarýa onuň yzyndan girdi, onuň bilen bile Rebbe degişli batyr ýürekli segsen ruhany hem bardy. Olar patyşa Uzziýanyň garşysyna durup, oňa şeýle diýdiler: «Eý, Uzziýa, Rebbe hoşboý ysly tütetgi ýakmak saňa degişli däldir; bu iş tütetgi ýakmak üçin mukaddes edilen Harunyň ogullary bolan ruhanylardyr. Mukaddes ýerden çyk, çünki sen günä iş etdiň; bu iş hem saňa Reb Hudaý tarapyndan abraý getirmez». 2 Ýyl ýazgylary 26:17, 18.</w:t>
      </w:r>
    </w:p>
    <w:p>
      <w:pPr>
        <w:pStyle w:val="ArticleBody"/>
        <w:jc w:val="left"/>
      </w:pPr>
      <w:r>
        <w:rPr>
          <w:rFonts w:ascii="Times New Roman" w:hAnsi="Times New Roman" w:eastAsia="Times New Roman" w:cs="Times New Roman"/>
        </w:rPr>
        <w:t>Gaýratly ruhanylar Guzynyň nirä gitse, Onuň yzyna düşýänlerdir.</w:t>
      </w:r>
    </w:p>
    <w:p>
      <w:pPr>
        <w:pStyle w:val="ArticleScripture"/>
        <w:jc w:val="left"/>
      </w:pPr>
      <w:r>
        <w:rPr>
          <w:rFonts w:ascii="Times New Roman" w:hAnsi="Times New Roman" w:eastAsia="Times New Roman" w:cs="Times New Roman"/>
        </w:rPr>
        <w:t>Bular aýallar bilen haramlanmadyklar; çünki olar päkdirler. Bular Guzynyň nirä barsa, şoňa eýerýänlerdir. Bular adamzat arasyndan satyn alnyp, Hudaýa we Guza ilkinji miweler hökmünde bagyşlananlardyr. Ylham 14:4.</w:t>
      </w:r>
    </w:p>
    <w:p>
      <w:pPr>
        <w:pStyle w:val="ArticleBody"/>
        <w:jc w:val="left"/>
      </w:pPr>
      <w:r>
        <w:rPr>
          <w:rFonts w:ascii="Times New Roman" w:hAnsi="Times New Roman" w:eastAsia="Times New Roman" w:cs="Times New Roman"/>
        </w:rPr>
        <w:t>Ýahuda taýpasynyň Arslany Öz halkyny Iň Mukaddes Ýere alyp barýar we olara äht sandygyňa nazar saldyryp, şol ýerde günäni ýok etmek baradaky soňky hyzmatynda gulluk edýän Baş Ruhanyny üns bilen gözden geçirmegi buýurýar. Petrus 2023-nji ýylyň 31-nji dekabrynda direldildi, soňra bolsa pygamberligiň daşky görnüşini berkarar etmekde Rimiň orny baradaky binýat synagy bilen ýüzbe-ýüz edildi. Soňra ybadathananyň ikinji synagy Petrus üçin gelip ýetdi, we hut şol ýerde içerki çyzygyň görnüşi Danyýel kitabynyň onunjy babyndaky aýna görnüşindäki röýýetde görkezilýär.</w:t>
      </w:r>
    </w:p>
    <w:p>
      <w:pPr>
        <w:pStyle w:val="ArticleBody"/>
        <w:jc w:val="left"/>
      </w:pPr>
      <w:r>
        <w:rPr>
          <w:rFonts w:ascii="Times New Roman" w:hAnsi="Times New Roman" w:eastAsia="Times New Roman" w:cs="Times New Roman"/>
        </w:rPr>
        <w:t>Petr 2020-nji ýylyň 18-nji iýulynda öz Rebbini inkär etdi, hem-de muny üç gezek etdi.</w:t>
      </w:r>
    </w:p>
    <w:p>
      <w:pPr>
        <w:pStyle w:val="ArticleScripture"/>
        <w:jc w:val="left"/>
      </w:pPr>
      <w:r>
        <w:rPr>
          <w:rFonts w:ascii="Times New Roman" w:hAnsi="Times New Roman" w:eastAsia="Times New Roman" w:cs="Times New Roman"/>
        </w:rPr>
        <w:t>«Petr Rebbiňi üç gezek aç-açan inkär edipdi, Isa hem ondan söýgüsiniň we wepadarlygynyň tassyklamasyny üç gezek aldy; ol ýiti soragy onuň ýaralanan ýüregine çümen tikenli ok kimin gaýta-gaýta ýüregine ýetirýärdi. Ýygnanan şägirtleriň öňünde Isa Petrusyň tobasynyň çuňlugyny açyp görkezdi we öňler öwünjeň bolan şol şägirdiň nähili düýpli peseldilendigini görkezdi». The Desire of Ages, 812.</w:t>
      </w:r>
    </w:p>
    <w:p>
      <w:pPr>
        <w:pStyle w:val="ArticleBody"/>
        <w:jc w:val="left"/>
      </w:pPr>
      <w:r>
        <w:rPr>
          <w:rFonts w:ascii="Times New Roman" w:hAnsi="Times New Roman" w:eastAsia="Times New Roman" w:cs="Times New Roman"/>
        </w:rPr>
        <w:t>Petr ybadat edýänleriň iki synpyny şekillendirýärdi.</w:t>
      </w:r>
    </w:p>
    <w:p>
      <w:pPr>
        <w:pStyle w:val="ArticleScripture"/>
        <w:jc w:val="left"/>
      </w:pPr>
      <w:r>
        <w:rPr>
          <w:rFonts w:ascii="Times New Roman" w:hAnsi="Times New Roman" w:eastAsia="Times New Roman" w:cs="Times New Roman"/>
        </w:rPr>
        <w:t>“Fariseý bilen salgyt ýygnaýjynyň şekillendirýän synplarynyň her biri üçin resul Petrusyň taryhynda bir sapak bardyr. Şägirtliginiň ilkinji döwründe Petrus özüni güýçli hasap edýärdi. Fariseý ýaly, öz baha berşine görä ol ‘beýleki adamlar ýaly’ däldi. Mesih Özüne dönüklik edilmeginiň öňüsyrasynda şägirtlerine: ‘Şu gije hemmäňiz Meniň sebäbimden büdrejeksiňiz’ diýip öňünden duýduryş bereninde, Petrus ynam bilen şeýle diýdi: ‘Ählisi büdrese-de, men welin asla büdremen.’ Mark 14:27, 29. Petrus öz howpuny bilmeýärdi. Öz-özüne ynam ony ýalňyşdyrdy. Ol synaga garşy durmaga ukyplydygyny pikir edýärdi; emma juda az sagatdan synag geldi, ol bolsa näletläp we ant içip, öz Rebbini inkär etdi.” Christ’s Object Lessons, 152.</w:t>
      </w:r>
    </w:p>
    <w:p>
      <w:pPr>
        <w:pStyle w:val="ArticleBody"/>
        <w:jc w:val="left"/>
      </w:pPr>
      <w:r>
        <w:rPr>
          <w:rFonts w:ascii="Times New Roman" w:hAnsi="Times New Roman" w:eastAsia="Times New Roman" w:cs="Times New Roman"/>
        </w:rPr>
        <w:t>Salgy ýygnaýjy öýüne aklanyp gitdi.</w:t>
      </w:r>
    </w:p>
    <w:p>
      <w:pPr>
        <w:pStyle w:val="ArticleScripture"/>
        <w:jc w:val="left"/>
      </w:pPr>
      <w:r>
        <w:rPr>
          <w:rFonts w:ascii="Times New Roman" w:hAnsi="Times New Roman" w:eastAsia="Times New Roman" w:cs="Times New Roman"/>
        </w:rPr>
        <w:t>“Perişte we salgytçy, Hudaýa sežde etmäge gelýänleriň bölünýän iki uly toparyny görkezýärler. Olaryň ilkinji iki wekili dünýä inen ilkinji iki çagada duş gelýär.” Mesihiň Tymsallardan Sapaklary, 152.</w:t>
      </w:r>
    </w:p>
    <w:p>
      <w:pPr>
        <w:pStyle w:val="ArticleBody"/>
        <w:jc w:val="left"/>
      </w:pPr>
      <w:r>
        <w:rPr>
          <w:rFonts w:ascii="Times New Roman" w:hAnsi="Times New Roman" w:eastAsia="Times New Roman" w:cs="Times New Roman"/>
        </w:rPr>
        <w:t>Habil bilen salgyt ýygnayjy imandan aklanmagyň nyşanydyr.</w:t>
      </w:r>
    </w:p>
    <w:p>
      <w:pPr>
        <w:pStyle w:val="ArticleScripture"/>
        <w:jc w:val="left"/>
      </w:pPr>
      <w:r>
        <w:rPr>
          <w:rFonts w:ascii="Times New Roman" w:hAnsi="Times New Roman" w:eastAsia="Times New Roman" w:cs="Times New Roman"/>
        </w:rPr>
        <w:t>Salgyt ýygnaýjysy bolsa, uzakda durup, gözüni asmana galdyrmaga hem gaýrat etmän, döşüne urup: «Eý, Hudaý, maňa günäkär bendäňe rehim et» diýdi. Size aýdýaryn: ol adam beýlekiden has dogry hasaplanıp, öýüne gaýtdy. Çünki özüni beýgeldýän her bir adam peseldiler; özüni peseldýän bolsa beýgeldiler. Luka 18:13, 14.</w:t>
      </w:r>
    </w:p>
    <w:p>
      <w:pPr>
        <w:pStyle w:val="ArticleBody"/>
        <w:jc w:val="left"/>
      </w:pPr>
      <w:r>
        <w:rPr>
          <w:rFonts w:ascii="Times New Roman" w:hAnsi="Times New Roman" w:eastAsia="Times New Roman" w:cs="Times New Roman"/>
        </w:rPr>
        <w:t>1888-nji ýylyň habary Ylham kitabyndaky on sekizinji bapdaky perişdäniň inişi bilen utgaşdy.</w:t>
      </w:r>
    </w:p>
    <w:p>
      <w:pPr>
        <w:pStyle w:val="ArticleScripture"/>
        <w:jc w:val="left"/>
      </w:pPr>
      <w:r>
        <w:rPr>
          <w:rFonts w:ascii="Times New Roman" w:hAnsi="Times New Roman" w:eastAsia="Times New Roman" w:cs="Times New Roman"/>
        </w:rPr>
        <w:t>“Reb Öziniň beýik merhemeti bilen Waggoner we Jones ýaşulularynyň üsti bilen Öz halkyna iň gymmatly habary iberdi. Bu habar dünýäniň öňünde beýgeldilen Halaskäri, bütin dünýäniň günäleri üçin edilen gurbanlygy has aýdyň görnüşde görkezmek üçindi. Ol Kepiliň üsti bilen iman arkaly aklanmagy beýan etdi; ol halky Hudaýyň ähli tabşyryklaryna boýun bolmakda aýan edilýän Mesihiň dogrulygyny kabul etmäge çagyrdy. Köpler Isany gözden salypdylar. Olar öz nazarlaryny Onuň ylahy Şahsyna, Onuň hyzmatlaryna we ynsan maşgalasyna bolan üýtgewsiz söýgüsine gönükdirmäge mätäçdiler. Ähli güýç Onuň ellerine berildi, ol hem adamlara bol-elin peşgeşleri paýlap, ejiz ynsan serişdesine Öz dogrulygynyň bahasyz peşgeşini bagyş edip biler. Bu Hudaýyň dünýä berilmegini buýran habarydyr. Bu uly ses bilen yglan edilmeli we Onuň Ruhunyň uly möçberde dökülip saçylmagy bilen utgaşmaly üçünji perişdäniň habarydyr.” Testimonies to Ministers, 91.</w:t>
      </w:r>
    </w:p>
    <w:p>
      <w:pPr>
        <w:pStyle w:val="ArticleHeading"/>
        <w:jc w:val="left"/>
      </w:pPr>
      <w:r>
        <w:rPr>
          <w:rFonts w:ascii="Arial" w:hAnsi="Arial" w:eastAsia="Arial" w:cs="Arial"/>
        </w:rPr>
        <w:t>Laodikýa Habary</w:t>
      </w:r>
    </w:p>
    <w:p>
      <w:pPr>
        <w:pStyle w:val="ArticleScripture"/>
        <w:jc w:val="left"/>
      </w:pPr>
      <w:r>
        <w:rPr>
          <w:rFonts w:ascii="Times New Roman" w:hAnsi="Times New Roman" w:eastAsia="Times New Roman" w:cs="Times New Roman"/>
        </w:rPr>
        <w:t>“A. T. Jones bilen E. J. Waggoner arkaly bize berlen habar, Laodikeýa ýygnagyna Hudaýyň iberen habarydyr; hakykata ynanýandygyny ykrar edip hem, Hudaý tarapyndan berlen şöhleleri başgalara şöhlelendirmeýän her kime waý bolsun.” The 1888 Materials, 1053.</w:t>
      </w:r>
    </w:p>
    <w:p>
      <w:pPr>
        <w:pStyle w:val="ArticleHeading"/>
        <w:jc w:val="left"/>
      </w:pPr>
      <w:r>
        <w:rPr>
          <w:rFonts w:ascii="Arial" w:hAnsi="Arial" w:eastAsia="Arial" w:cs="Arial"/>
        </w:rPr>
        <w:t>Soňky Ýagyş Habary</w:t>
      </w:r>
    </w:p>
    <w:p>
      <w:pPr>
        <w:pStyle w:val="ArticleScripture"/>
        <w:jc w:val="left"/>
      </w:pPr>
      <w:r>
        <w:rPr>
          <w:rFonts w:ascii="Times New Roman" w:hAnsi="Times New Roman" w:eastAsia="Times New Roman" w:cs="Times New Roman"/>
        </w:rPr>
        <w:t>“Soňky ýagyn Hudaýyň halkynyň üstüne ýagmalydyr. Gudratly bir perişde asmandan inmelidir, bütin ýer ýüzi hem onuň şöhraty bilen ýagtyldylmalydyr.” Review and Herald, 21-nji aprel, 1891.</w:t>
      </w:r>
    </w:p>
    <w:p>
      <w:pPr>
        <w:pStyle w:val="ArticleHeading"/>
        <w:jc w:val="left"/>
      </w:pPr>
      <w:r>
        <w:rPr>
          <w:rFonts w:ascii="Arial" w:hAnsi="Arial" w:eastAsia="Arial" w:cs="Arial"/>
        </w:rPr>
        <w:t>Nýu-Ýork şäheri we 11-nji sentýabr</w:t>
      </w:r>
    </w:p>
    <w:p>
      <w:pPr>
        <w:pStyle w:val="ArticleScripture"/>
        <w:jc w:val="left"/>
      </w:pPr>
      <w:r>
        <w:rPr>
          <w:rFonts w:ascii="Times New Roman" w:hAnsi="Times New Roman" w:eastAsia="Times New Roman" w:cs="Times New Roman"/>
        </w:rPr>
        <w:t>“Indi meniň Nýu-Ýorkuň gelgit tolkuny bilen süpürilip ýok ediljekdigi barada aýdan sözüm gelýärmi? Men muny hiç haçan aýtmadym. Men diňe, ol ýerde gat-gat bolup ýokary galýan uly binalara seredip: ‘Rebbiň ýeri gaty sarsdyrmak üçin ýerinden turan wagty nähili elhenç wakalar bolar! Şonda Ylham 18:1–3-deki sözler ýerine ýeter’ diýdim. Ylham kitabynyň on sekizinji baby bütinligi bilen ýeriň ýüzüne geljek zatlar barada duýduryşdyr. Ýöne Nýu-Ýorkuň başyna aýratynlykda näme geljekdigi babatda maňa berlen aýratyn bir nur ýok; diňe şony bilýärin: bir gün ol ýerdäki beýik binalar Hudaýyň gudratynyň öwrüp-agdaryjy güýji arkaly ýykylar. Maňa berlen nurdan bilýärin ki, dünýäde weýrançylyk bar. Rebden gelen bir söz, Onuň kuwwatly güýjüniň bir degşi, we bu ägirt gurluşlar ýykylar. Şeýle wakalar bolar welin, olaryň nähili gorkunçdygyny göz öňüne-de getirip bilmeris.” Review and Herald, 1906-njy ýylyň 5-nji iýuly.</w:t>
      </w:r>
    </w:p>
    <w:p>
      <w:pPr>
        <w:pStyle w:val="ArticleBody"/>
        <w:jc w:val="left"/>
      </w:pPr>
      <w:r>
        <w:rPr>
          <w:rFonts w:ascii="Times New Roman" w:hAnsi="Times New Roman" w:eastAsia="Times New Roman" w:cs="Times New Roman"/>
        </w:rPr>
        <w:t>Salgyt ýygnaýjy Petrus imanda aklanýan bir jany aňladýar, imanda aklanmak bolsa üçünji perişdäniň habarydyr; ol Nýu-Ýorkuň beýik binalarynyň ýykylan we Ylham 18:1–3 ýerine ýeten 9/11-de gelen Laodikiýa habarydyr. Soňra ahyrky ýagmyr seçip başlady we ýüz kyrk dört müňiň möhürlenişi başlandy. Ýüz kyrk dört müňiň möhürleniş döwrüniň ahyrynda Ylhamyň on sekizinji babyndaky perişde baş perişde Mikaýyl hökmünde inip, Petrusy üç synag arkaly direltdi. Birinji synag 2023-nji ýylyň 31-nji dekabrynda başlady we Danyýel on birinji babyň on dördünji aýatynda görüşi berkarar edýän güýjüň Rimdigini görkezýän düýpli hakykaty aňlatdy. Ol görüş çazon görnüşidir, ol pygamberligiň daşarky çyzygyny aňladýar; Süleýman bolsa munuň ýaşaýyş ýa-da ölüm bolandygyny aýdýar.</w:t>
      </w:r>
    </w:p>
    <w:p>
      <w:pPr>
        <w:pStyle w:val="ArticleScripture"/>
        <w:jc w:val="left"/>
      </w:pPr>
      <w:r>
        <w:rPr>
          <w:rFonts w:ascii="Times New Roman" w:hAnsi="Times New Roman" w:eastAsia="Times New Roman" w:cs="Times New Roman"/>
        </w:rPr>
        <w:t>[Çazon] görnüşi bolmadyk ýerde halk heläk bolýar; ýöne kanuny berjaý edýän bagtlydyr. Süleýmanyň pähimleri 29:18.</w:t>
      </w:r>
    </w:p>
    <w:p>
      <w:pPr>
        <w:pStyle w:val="ArticleBody"/>
        <w:jc w:val="left"/>
      </w:pPr>
      <w:r>
        <w:rPr>
          <w:rFonts w:ascii="Times New Roman" w:hAnsi="Times New Roman" w:eastAsia="Times New Roman" w:cs="Times New Roman"/>
        </w:rPr>
        <w:t>Petrusyň ikinji synagy, White uýanyň ilkinji görnüşlerinde görkezişi ýaly, ynanç arkaly Iň Mukaddes Ýere girmegi talap edýän ybadathana synagydyr. Şol ýerde ol ýedinji günüň Sabat gününe degişli tabşyrygyň beýleki dokuz tabşyrygyň üstünde şöhle saçýandygyny gördi. Kazyýetiň başlanýan döwründe şol taglymat, kazyýetiň tamamlanýan döwründe, ahyrky günlerde beýleki pygamberlik taglymatlarynyň üstünde şöhle saçýan ten alşynyň taglymatyny aňladýar. Ylahy bolan Mesihiň, Özi günäni bilmedik bolsa-da, Öz üstüne ýykylan günäli bedeni almagy dürli mysallar arkaly görkezilýär. Olaryň arasynda iň ähmiýetlisi ýedi wagt taglymatydyr. Ýedi wagt taglymaty Milleriň pygamberlik açyşlarynyň alfasy boldy, hem-de ol 1856-njy ýylda, Millerit Filadelfiýa Adventizminiň ýedi ýylyň dowamynda pitne edip, 1863-nji ýylda Laodikiýa Ýedinji gün Adventist ybadathanasyna öwrülen Millerit taryhynyň omega taglymatyny aňladýan taglymat boldy.</w:t>
      </w:r>
    </w:p>
    <w:p>
      <w:pPr>
        <w:pStyle w:val="ArticleBody"/>
        <w:jc w:val="left"/>
      </w:pPr>
      <w:r>
        <w:rPr>
          <w:rFonts w:ascii="Times New Roman" w:hAnsi="Times New Roman" w:eastAsia="Times New Roman" w:cs="Times New Roman"/>
        </w:rPr>
        <w:t>Ezekiel otuz ýedidäki iki taýak demirgazyk we günorta patyşalyklarynyň garşysyna çykan iki 2,520 ýyllyk hökümi aňladýar. Demirgazyk patyşalyk ynsan tenini, günorta patyşalyk bolsa Mesihiň aňy bilen birleşdirilmek üçin niýetlenen aňy aňladýar; şeýlelikde, ylahylyk ynsanlyk bilen birleşdirilerdi. Bu, ýönekeýleşdirilen görnüşde beýany berlen bedenlenme taglymatydyr. Ýedi wagt Millerçi taryhynyň alfasy we omegasy boldy, we ol bedenlenmäni aňladýandygy sebäpli, 1844-nji ýyldaky alfa Sabat taglymatyna gatnaşygy babatda-da ol Ýedinji gün adventistleri taryhynyň hem omegasydyr. Olaryň biri ýedinji gün Sabadynyň nyşany, beýlekisi bolsa ýedinji ýyl Sabadynyň nyşanydyr.</w:t>
      </w:r>
    </w:p>
    <w:p>
      <w:pPr>
        <w:pStyle w:val="ArticleBody"/>
        <w:jc w:val="left"/>
      </w:pPr>
      <w:r>
        <w:rPr>
          <w:rFonts w:ascii="Times New Roman" w:hAnsi="Times New Roman" w:eastAsia="Times New Roman" w:cs="Times New Roman"/>
        </w:rPr>
        <w:t>Petruň ady Paniumda üýtgedilýär; bu, Ybraýymyň saýlanan halk bilen baglaşylan birinji ähtiň wekilçiligi üçin ikinji ädim bolupdy; Petruň özi hem öz ikinji ädiminde saýlanan halk bilen baglaşylan soňky ähtiň wekili bolýar. Bu, on birinji bapdan ýigrimi ikinji baba çenli uzalýan hatarda ikinji ädimdir; şeýle hem, Petruň, Ýakup bilen Ýahýanyň Isa bilen beýleki şägirtlerden aýratyn gidip gaýdan üç gezeklik wakanyň ikinjisidir, hem-de asmandaky Atanyň sözlän üç gezekliginiň hem ikinjisidir. Neronyň hatary Rafiýa bilen Panium söweşleriniň arasyndaky orta nokatda tamamlanýar; sebäbi ol b.e. öň 457-nji ýylda we 1776-njy ýylda başlan 250 ýyllyk beýleki iki döwür bilen gabat gelýär. B.e. öň 457-nji ýyl b.e. öň 207-nji ýylda tamamlandy, 1776-njy ýyl bolsa 2026-njy ýylda tamamlanýar. Petruň b.e. öň 207-nji ýylda, 2026-njy ýylda, 313-nji ýylda we surnaýlar baýramy hökmünde görkezilýän eşegi boşatmagyň üçünji hem-de synag daşy bolan synagyndan öň gelýän ybadathana synagynda durýar.</w:t>
      </w:r>
    </w:p>
    <w:p>
      <w:pPr>
        <w:pStyle w:val="ArticleBody"/>
        <w:jc w:val="left"/>
      </w:pPr>
      <w:r>
        <w:rPr>
          <w:rFonts w:ascii="Times New Roman" w:hAnsi="Times New Roman" w:eastAsia="Times New Roman" w:cs="Times New Roman"/>
        </w:rPr>
        <w:t>Peteriň synagy Mesihiň yzyna düşüp, Iň Mukaddes Ýere girmekdir, we onuň işi bolsa Neşwiliň ot toplary baradaky habary düzetmek, soňra bolsa şol düzedilen habary wagyz etmekdir. Peteriň Neşwiliň ot toplary baradaky habary Pentikost habarydyr; ol ilki ýokarky otagda, ondan soňra bolsa ybadathanada hödürlenipdi. Ol öz habaryny Neşwiliň ot toplaryny we Rafia söweşiniň amala aşmagyny, Panium söweşi bilen baglanyşykda kesgitläp hödürleýär; ol Panium söweşi on altynjy aýatyň Ýekşenbe kanuny wagtynda Aktium söweşine öwrülýär. On altynjy aýatyň Ýekşenbe kanuny şol bir wagtda kyrk birinji aýatyň hem-de ýigrimi ikinji aýatyň Ýekşenbe kanunydyr. Şol üç aýat, papalygyň 538-nji ýylda gözegçiligi öz eline alandygy we Orleanlaryň üçünji Geňeşinde Ýekşenbe kanunyny kabul etdirendigi aýdylýan otuz birinji aýat bilen hem gabat gelýär. Otuz birinji aýata alyp barýan aýatlar 538-nji ýylyň Ýekşenbe kanunyna alyp baran ýol belgilerini görkezýär we ýakynda geljek Ýekşenbe kanunynyň öň ýanyndaky taryhy nusgalandyrýar.</w:t>
      </w:r>
    </w:p>
    <w:p>
      <w:pPr>
        <w:pStyle w:val="ArticleScripture"/>
        <w:jc w:val="left"/>
      </w:pPr>
      <w:r>
        <w:rPr>
          <w:rFonts w:ascii="Times New Roman" w:hAnsi="Times New Roman" w:eastAsia="Times New Roman" w:cs="Times New Roman"/>
        </w:rPr>
        <w:t>Çünki Kittim gemileri onun üzerine gelecektir; bu yüzden o kederlenecek, geri dönecek ve mukaddes ahde karşı öfke duyacaktır; evet, böyle yapacaktır; hattâ geri dönüp mukaddes ahdi terk edenlerle anlaşacaktır. Ve kuvvetler onun tarafında duracak; kudret mabedini murdar edecek, daimî kurbanı ortadan kaldıracak ve harap eden iğrenç şeyi yerleştireceklerdir. Daniel 11:30, 31.</w:t>
      </w:r>
    </w:p>
    <w:p>
      <w:pPr>
        <w:pStyle w:val="ArticleBody"/>
        <w:jc w:val="left"/>
      </w:pPr>
      <w:r>
        <w:rPr>
          <w:rFonts w:ascii="Times New Roman" w:hAnsi="Times New Roman" w:eastAsia="Times New Roman" w:cs="Times New Roman"/>
        </w:rPr>
        <w:t>“Çittim gämileri” wandallary aňladýardy; olar Ylham kitabynyň sekizinji babynda ikinji surnaý hökmünde hem görkezilýär. Rimiň kem-kemden çöküşi 330-njy ýylda, Konstantin patyşalygy gündogar we günbatar böleklere bölende başlady. Ondan soň ol ony üç oglunyň arasynda paýlady. Aktiý söweşinden bäri ýeňilmez bolup gelen Rim imperiýasy şonda iki bölege, soňra üç bölege bölündi; soň bolsa Ylham 8-däki ilkinji dört surnaý günbatar Rimi 476-njy ýylda ahyrky netijesine getiren duşman çozuşlaryny aňladýardy. Konstantinopoldaky Gündogar Rim bäşinji surnaýyň ahyryna we altynjy surnaýyň başyna çenli dowam etdi; bular hem ilkinji we ikinji hasratlardyr. Ilkinji hasratyň ýüz elli ýyllyk wagt pygamberligi ikinji hasratyň wagt pygamberliginiň başlan güni tamamlanypdy. Şol gün 1453-nji ýylda Konstantinopolyň Osmanly türkleriň eline geçmegi boldy.</w:t>
      </w:r>
    </w:p>
    <w:p>
      <w:pPr>
        <w:pStyle w:val="ArticleBody"/>
        <w:jc w:val="left"/>
      </w:pPr>
      <w:r>
        <w:rPr>
          <w:rFonts w:ascii="Times New Roman" w:hAnsi="Times New Roman" w:eastAsia="Times New Roman" w:cs="Times New Roman"/>
        </w:rPr>
        <w:t>Wawilon bir gijäniň içinde ýykyldy; belki, Kir ilki derýanyň ugruny sowmaly boldy we bu belli bir wagt aldy diýip jedel edersiňiz, ýöne Wawilonyň ýykylşy bir gijäniň içinde boldy; emma Rimiň ýykylşy 1123 ýyly öz içine aldy. Şol ýyllar Imperiýa Rimiň tapgyrlaýyn heläkçiligini suratlandyrýan anyk pygamberlik belliklerini öz içine alýardy, hem-de Imperiýa butparaz Rimi 538-nji ýylda Mukaddes Kitap pygamberliginiň bäşinji patyşalygy hökmünde papalygy tagta çykarmak işinde Amerikanyň Birleşen Ştatlaryny nyşanlaýar. Papalyk Danyýel on birinji babyň on altynjy aýatyndaky ýekşenbe kanuny wagtynda tagta çykarylýar. Amerikanyň Birleşen Ştatlarynyň işini nyşanlaýan bellikler butparaz Rimiň tapgyrlaýyn heläkçiliginiň belliklerinde görkezilýär.</w:t>
      </w:r>
    </w:p>
    <w:p>
      <w:pPr>
        <w:pStyle w:val="ArticleBody"/>
        <w:jc w:val="left"/>
      </w:pPr>
      <w:r>
        <w:rPr>
          <w:rFonts w:ascii="Times New Roman" w:hAnsi="Times New Roman" w:eastAsia="Times New Roman" w:cs="Times New Roman"/>
        </w:rPr>
        <w:t>Kitim gämileri Rim üçin maliýe betbagtçylygyny aňladýardy, çünki wandallaryň deňiz floty Ortaýer deňziniň gämi gatnaw ýollaryna heläkçilik getirdi. Ahyrzamanyň günlerinde Yslam ýer ýüzüniň patyşalary üçin maliýe betbagtçylygy hökmünde beýan edilýär. Wandallar we olaryň gämileri ikinji surnaý güýji bolupdy, üç jebir bolsa Yslam surnaý güýçleridir. Birinjisi Arabystandy, ikinjisi Türkiýe, üçünjisi bolsa bütin dünýä möçberindedir.</w:t>
      </w:r>
    </w:p>
    <w:p>
      <w:pPr>
        <w:pStyle w:val="ArticleBody"/>
        <w:jc w:val="left"/>
      </w:pPr>
      <w:r>
        <w:rPr>
          <w:rFonts w:ascii="Times New Roman" w:hAnsi="Times New Roman" w:eastAsia="Times New Roman" w:cs="Times New Roman"/>
        </w:rPr>
        <w:t>Gämiler ykdysady güýjüň nyşanydyr, Mukaddes Ýazgylarda bolsa Kittim gämileri ykdysady güýjüň iň baş nyşanlarydyr. Şol gämiler deňizleriň ortasynda gaharly gündogar şemaly tarapyndan batyrylýar, Mukaddes Ýazgylarda bolsa yslam gündogaryň ogullarydyr. Yslam pygamberlikdäki wakalaryň yzygiderliliginde agzalanda, ol ykdysady çökgünligi emele getirýär. Yslam Bilgam bilen birlikde eşek arkaly şekillendirilýär; bu bolsa Mukaddes Ýazgylarda Ysmagyl ilkinji gezek tanadylanda “ýabany adam” diýip terjime edilýän ýewreýçe sözdür. Pygamberlik derejesinde Ysmagyl yslamyň atasydyr; bu Ybraýymyň Ysmagyliň atasy bolandygyny inkär etmeýär, emma Mukaddes Ýazgylarda Ysmagyliň on iki taýpasy gündogaryň ogullary hökmünde tanalýar.</w:t>
      </w:r>
    </w:p>
    <w:p>
      <w:pPr>
        <w:pStyle w:val="ArticleBody"/>
        <w:jc w:val="left"/>
      </w:pPr>
      <w:r>
        <w:rPr>
          <w:rFonts w:ascii="Times New Roman" w:hAnsi="Times New Roman" w:eastAsia="Times New Roman" w:cs="Times New Roman"/>
        </w:rPr>
        <w:t>Soňky günlerde ýalan pygamber hökmünde Amerikanyň Birleşen Ştatlarynyň nyşany bolan Bilgam öz eşegini üç gezek urýar; bu Yslamyň üç urşuny aňladýar. 11-nji sentýabr şol urşularyň birinjisi bolupdy we dawa-jenjeliň gazaply gündogar ýelleri esýän wagtda gündogardan ýokary galýan möhürleýji perişdäniň gelendigini alamatlandyrdy. Yslamyň ikinji urşy ikitaraplaýyn häsiýetlidir, çünki ikinji ädim iki esse artmagy alamatlandyrýar. 2023-nji ýylyň 7-nji oktýabrynda Yslam garaşylmadyk ýagdaýda göni manydaky Ysraýyla urdy; Yslam ruhy Ysraýyl bolan Tennessi ştatynyň Neşwil şäherine garaşylmadyk ýagdaýda uran mahaly, ruhy Ysraýyl hem urlan bolar. Bilgamyň kyssasynda ikinji ýol belgisi iki üzümçiligiň arasynda bolupdy, Hemmäniň Rebbi bolan Rebbiň şol iki üzümçiligi gadymy göni manydaky Ysraýyl we häzirki zaman ruhy Ysraýyly bolan Amerikanyň Birleşen Ştatlarydy. Bilgamyň üçünji ýol belgisi eşegiň geplän wagtydy; 11-nji sentýabrda başlan ýüz kyrk dört müňüň möhürleniş wagtynyň tamamlanmagyny alamatlandyrýan sözleýşiň nyşany bolsa, Amerikanyň Birleşen Ştatlary aždarha ýaly gepleýän Ýekşenbe kanunydyr. Ylham on birinji bapdaky beýik ýer titremesi şol Ýekşenbe kanunydyr; şol ýerde üçünji hasrat çalt gelýär, şol ýerde Amerikanyň Birleşen Ştatlary, eşek we Zekerýa gepleýär.</w:t>
      </w:r>
    </w:p>
    <w:p>
      <w:pPr>
        <w:pStyle w:val="ArticleBody"/>
        <w:jc w:val="left"/>
      </w:pPr>
      <w:r>
        <w:rPr>
          <w:rFonts w:ascii="Times New Roman" w:hAnsi="Times New Roman" w:eastAsia="Times New Roman" w:cs="Times New Roman"/>
        </w:rPr>
        <w:t>Çümdüriji Ýahýanyň atasy, Dawudyň ybadathanada gulluk etmek üçin bellän ýigrimi dört ruhany toparynyň sekizinjisine degişlidi. Ruhany Zekerýa, ogly Ýahýanyň dogulýança imansyzlygy sebäpli lal edildi we ol sekiz sanynyň nyşanydyr (ruhanylygyň nyşany). Ýekşenbe kanunynyň wagtynda, Çümdüriji Ýahýa bilen görkezilen ruhanylaryň ahyrky nesli, onuň atasy Zekerýa arkaly beýan edilişi ýaly sözlär. Mesih Ýahýany Ylýas diýip kesgitledi, Ylýasyň ahyrzaman habary bolsa, Zekerýa bilen Ýahýada bolşy ýaly, ata bilen çaganyň arasyndaky gatnaşyk arkaly görkezilýär. Ýahýa, eger ol dolansa, Hudaýyň agzy boljakdygy aýdylan Ýermeýa bilen öňünden nusgalanandyr.</w:t>
      </w:r>
    </w:p>
    <w:p>
      <w:pPr>
        <w:pStyle w:val="ArticleBody"/>
        <w:jc w:val="left"/>
      </w:pPr>
      <w:r>
        <w:rPr>
          <w:rFonts w:ascii="Times New Roman" w:hAnsi="Times New Roman" w:eastAsia="Times New Roman" w:cs="Times New Roman"/>
        </w:rPr>
        <w:t>Ýeremiýa 2020-nji ýylyň 18-nji iýulyndaky ilkinji lapykeçlige aglapdy; we eger ol yzyna gaýdyp gelse, onda Habakkugyň pygamberlik habaryny hödürlän wagtynda, ýagny gijä galan, emma ahyrda “gürlemeli” bolan şol habary beýan eden pursatynda, ýekşenbe kanuny döwründe Hudaýyň agzy bolardy. Ýeremiýa, şonuň üçin Ýahýa, we şonuň üçin Petrus, Yslamyň eşegi gürlän nokatda, hem-de Amerikanyň Birleşen Ştatlary aždaha ýaly gürlän mahalynda Habakkugyň habaryny aýtmaly boldy.</w:t>
      </w:r>
    </w:p>
    <w:p>
      <w:pPr>
        <w:pStyle w:val="ArticleBody"/>
        <w:jc w:val="left"/>
      </w:pPr>
      <w:r>
        <w:rPr>
          <w:rFonts w:ascii="Times New Roman" w:hAnsi="Times New Roman" w:eastAsia="Times New Roman" w:cs="Times New Roman"/>
        </w:rPr>
        <w:t>Panium bolan Kaýsariýa Filippidäki Petrus, haça — ýa-da ýekşenbe kanunyna — alyp baran dabaraly giriş bilen yzarlanmalydygy bellenen “dagyň” ýol belgisi öň ýatan bir döwürde durýar. Bu döwür, papan we onuň wekili güýji bolan Amerikanyň Birleşen Ştatlary üçin ýeňiş bilen tamamlanýan Panium söweşi bilen görkezilýär. Panium üç wekâlet söweşiniň üçünjisidir; olaryň birinjisi 1989-njy ýylda Berlin diwarynda tamamlandy, iň soňkysy ýa-da üçünjisi bolsa ybadathana bilen döwletiň aýrylygyny emele getirýän “diwaryň” ýykylyp aýrylmagy bilen tamamlanýar. 1989-njy ýyl Ikinji Jahan urşunyň ahyrynda başlap, “sowuk uruş” diýlip atlandyrylan bir wekâlet söweşiniň iň ýokary nokadyny belläpdi, Panium bolsa Aktium söweşi bilen görkezilen Üçünji Jahan urşy bilen tamamlanýan bir sowuk urşy aňladýar. Üç wekâlet söweşiniň birinji we üçünji ýol belgileriniň ortasynda, on birinji we on ikinji aýatlarda Rafiýa söweşi bilen görkezilen Ukrainadaky göni uruş ýerleşýär.</w:t>
      </w:r>
    </w:p>
    <w:p>
      <w:pPr>
        <w:pStyle w:val="ArticleBody"/>
        <w:jc w:val="left"/>
      </w:pPr>
      <w:r>
        <w:rPr>
          <w:rFonts w:ascii="Times New Roman" w:hAnsi="Times New Roman" w:eastAsia="Times New Roman" w:cs="Times New Roman"/>
        </w:rPr>
        <w:t>Paniý üçünji Jahan urşuna alyp barýan sowuk uruşdyr; ol ahyrzamanyň wagtynda, 1989-njy ýylda tamamlanan we ikinji Jahan urşunyň ahyrynda başlanan sowuk uruş bilen şekillendirilýär. Onunjy aýat we 1989, on birinji we on ikinji aýatlar hem-de 2014-nji ýylda başlanan Ukrain urşy, şeýle-de on üçünji aýatdan on bäşinji aýata çenli bolan aýatlar hem-de MAGA-izm bilen globalizmiň arasyndaky häzirki sowuk uruş arkaly görkezilen ýolgörkeziji belliklerde papalyk bilen Amerikanyň Birleşen Ştatlarynyň arasyndaky bileleşikleri alamatlandyran üç prezident bardy.</w:t>
      </w:r>
    </w:p>
    <w:p>
      <w:pPr>
        <w:pStyle w:val="ArticleBody"/>
        <w:jc w:val="left"/>
      </w:pPr>
      <w:r>
        <w:rPr>
          <w:rFonts w:ascii="Times New Roman" w:hAnsi="Times New Roman" w:eastAsia="Times New Roman" w:cs="Times New Roman"/>
        </w:rPr>
        <w:t>Ronald Reagan Fatimanyň şeýtany pygamberlikleri babatynda konserwatiw papa bolan Ioann Pawel II bilen gizlin bileleşikdi we ol onunjy aýatyň pygamberlik taryhy bilen baglanyşyklydyr. Obamanyň prezidentligi on birinji we on ikinji aýatlardaky Rafia söweşiniň taryhy bilen gabat gelýär. Onuň prezidentligi döwründe iki sany nyşanly papa bardy, çünki ikinji ýol belgisi iki esse bolmany görkezýär. On üçünji aýatdan on bäşinji aýata çenli üçünji ýol belgisinde papa Amerikanyň Birleşen Ştatlaryndan bolan ilkinji papadyr. Ilkibaşda biz Papa Leony Ioann Pawel II arkaly görnüşlendirilen konserwatiw papa diýip çak etdik, emma üç gatly ulanylyşyň pygamberlik taýdan ulanylyşy astynda üçünji ýol belgisi ilkinji iki amala aşmanyň häsiýetlerine eýedir; şonuň üçin Leo konserwatiw Ioann Pawel II-dir we ol Obamanyň möhletinde woke papa Fransisk üçin wezipesinden çekilen inkwizisiýa edarasyndaky öňki ýolbaşçy Benedikt XVI-dyr.</w:t>
      </w:r>
    </w:p>
    <w:p>
      <w:pPr>
        <w:pStyle w:val="ArticleBody"/>
        <w:jc w:val="left"/>
      </w:pPr>
      <w:r>
        <w:rPr>
          <w:rFonts w:ascii="Times New Roman" w:hAnsi="Times New Roman" w:eastAsia="Times New Roman" w:cs="Times New Roman"/>
        </w:rPr>
        <w:t>Ilkinji ynançly wekiliýet urşy bir aýat bilen, ikinjisi iki aýat bilen, üçünjisi bolsa üç aýat bilen şekillendirilýär. 1989-njy ýylda tamamlanan sowuk uruş Ikinji jahan urşunyň ahyrynda başlapdy, hem-de Aktium söweşi bilen görkezilen üçünji jahan urşy Panium söweşi bilen görkezilen sowuk urşuň ahyrynda başlanýar. Üç jahan urşy, edil üç ynançly wekiliýet urşy ýaly, pygamberligiň üç gezek ulanylmagy bilen baglanyşykly ýörelgeler tarapyndan dolandyrylýar. Ikinji jahan urşunyň soňy 1945-nji ýylda Ruzweltden soňky sekizinji prezident bolan, Reýgan bilen tamamlanan bir sowuk urşy başlatdy. Reýgan 1989-njy ýylda, ahyrzamanyň wagtynda, Trampa çenli eltýän sekiz prezidentiň bir hataryny başlatdy (ol bolsa ýediniň içindendir). Trampyň sowuk urşy 2015-nji ýylda, ol prezidentlige öz kandidaturasyny yglan edip, globalistleri gozgalaňa salan wagtynda, Daniel 11:2-niň berjaý bolmagy bilen başlady. Şol sowuk uruş ýekşenbe kanunynda tamamlanýar; bu bolsa Rimiň doly höküm sürmezinden öňündäki üçünji päsgelçilik bolan Aktium söweşidir.</w:t>
      </w:r>
    </w:p>
    <w:p>
      <w:pPr>
        <w:pStyle w:val="ArticleBody"/>
        <w:jc w:val="left"/>
      </w:pPr>
      <w:r>
        <w:rPr>
          <w:rFonts w:ascii="Times New Roman" w:hAnsi="Times New Roman" w:eastAsia="Times New Roman" w:cs="Times New Roman"/>
        </w:rPr>
        <w:t>Ruzweltden Reýgana çenli sekiz prezident boldy, Reýgandan Trampa çenli hem sekiz prezident boldy. Ruzwelt Ikinji Jahan urşuny alamatlandyrýar; ol 1945-nji ýylyň 12-nji aprelinde aradan çykdy, soňra bolsa 8-nji maýda Ýewropa urşy tamamlananda we 2-nji sentýabrda Ýuwaş ummanyndaky uruş tamamlananda Truman prezidentdi. Ýewropa urşy esasan gury ýer söweşi bolupdy, Ýuwaş ummanyndaky uruş bolsa deňiz söweşi bolupdy; edil Paniumyň gury ýer söweşini, Actiumyň bolsa deňiz söweşini aňladşy ýaly. Birinjisi ahyry görkezýär, we sekiz prezidentiň yzygiderliligi Daniel on birinji bap, ikinji we üçünji aýatlaryň şaýatlygy, şeýle hem sekizinjiniň ýediniň içinden bolmagy baradaky syr esasynda berkidilýär. Ylham kitabynyň on üçünji babyndaky ýer haýwanynyň taryhynyň başyndaky ilkinji iki Kontinental Kongresde prezidentleriň ýedi möhleti bardy. Şol taryhda Jorj Waşington Baş serkerde hökmünde bellenipdi. Ilkinji resmi prezident hökmünde Waşingtonyň Ikinji Kontinental Kongresdäki bellenişi, iň başda Waşingtonyň ýedi prezidentiň sekizinjisi hökmündäki nyşanydyr.</w:t>
      </w:r>
    </w:p>
    <w:p>
      <w:pPr>
        <w:pStyle w:val="ArticleBody"/>
        <w:jc w:val="left"/>
      </w:pPr>
      <w:r>
        <w:rPr>
          <w:rFonts w:ascii="Times New Roman" w:hAnsi="Times New Roman" w:eastAsia="Times New Roman" w:cs="Times New Roman"/>
        </w:rPr>
        <w:t>Ilkinji prezident ilkinji ýedi prezidentiň sekizinjisi boldy, we soňky prezident hem ýediden bolan sekizinjidir. Ruhany Zekerýa Ýahýanyň doglan wagtynda, eşegiň gepleýän wagtynda we ýer ýüzüniň haýwanynyň gepleýän wagtynda sözleýär. Habakugyň görnüşi hem hut şu ýerde sözleýär. Ýahýanyň dogluşy, Ýekşenbe kanuny wagtynda ýüz kyrk dört müňüň baýdagyny öňünden görkezmek bilen, ruhany Zekerýanyň soňky neslidir. Zekerýa ruhanylaryň ýigrimi dört nobatynyň sekizinjisindedi. Ýekşenbe kanunynda Zekerýa (ruhanylar) sözleýär, Yslam (eşek) sözlände we Amerikanyň Birleşen Ştatlary aždaha hökmünde sözlände. Şol bellikde papalygyň ölüm howply ýarasy bejerilýär we ol ýediden bolan sekizinjä öwrülýär. Tramp hem ýediden bolan sekizinjidir, we hut ol Ýekşenbe kanunynda gutarnykly bolýan haýwanyň keşbini emele getirýär. Şondan soň ýüz kyrk dört müňüň ruhanylygy Hudaýyň agzy bolýar we üçünji perişdäniň gaty sesindäki habary jar edýär. Şol ruhanylyk ýediden bolan sekizinji ýygnakdyr.</w:t>
      </w:r>
    </w:p>
    <w:p>
      <w:pPr>
        <w:pStyle w:val="ArticleBody"/>
        <w:jc w:val="left"/>
      </w:pPr>
      <w:r>
        <w:rPr>
          <w:rFonts w:ascii="Times New Roman" w:hAnsi="Times New Roman" w:eastAsia="Times New Roman" w:cs="Times New Roman"/>
        </w:rPr>
        <w:t>Ruzwelt 1989-njy ýylda soňky döwre alyp barýan sekiz prezidentiň başlangyjydyr we ol 1989-njy ýylda tamamlanýan sowuk urşa çenli uzanýan Ikinji jahan urşundan geçişi alamatlandyrýar. Prezident Truman Ruzweltden soň geldi we Ikinji jahan urşuny emele getiren gury ýer we deňiz söweşleriniň tamamlanan döwründe höküm sürdi. Prezident hökmünde Truman 1945-nji ýylyň 24-nji oktýabrynda Birleşen Milletler Guramasynyň başlan wagtynda höküm sürýärdi. Ruzwelt bilen Trumanyň arasyndaky baglanyşyk 1945-nji ýyl arkaly berkidilýär. Şol ýylda olaryň ikisi-de prezidentdi, we şol ýylda Ikinji jahan urşy bolan iki görnüşli uruş tamamlandy, Birleşen Milletler Guramasy döredildi, hem-de sowuk uruş başlady.</w:t>
      </w:r>
    </w:p>
    <w:p>
      <w:pPr>
        <w:pStyle w:val="ArticleBody"/>
        <w:jc w:val="left"/>
      </w:pPr>
      <w:r>
        <w:rPr>
          <w:rFonts w:ascii="Times New Roman" w:hAnsi="Times New Roman" w:eastAsia="Times New Roman" w:cs="Times New Roman"/>
        </w:rPr>
        <w:t>1989-njy ýylda hem, 1945-nji ýylda bolşy ýaly, iki prezident bardy: Ronald Reagan we ilkinji George Bush. Reagan sowuk urşy tamamlady, ilkinji George Bush bolsa 1990-njy ýylyň 1-nji oktýabrynda BMG-niň “kyrk bäşinji” Baş Assambleýasyna ýüzlenip çykyş edeninde özüniň ilkinji nobatda globalistdigini yglan etdi; şol ýerde ol “täze dünýä tertibini” gurmak barada gürrüň etdi. Şol çykyşynda ol şeýle diýdi: “Bu gara maşynlary degişli bolan Garaňky asyrlarda galdyrmak hem-de täze dünýä tertibine we uzak parahatçylyk döwrüne tarap bolan taryhy hereketi tamamlamak üçin öňe gitmek biziň elimizdedir.”</w:t>
      </w:r>
    </w:p>
    <w:p>
      <w:pPr>
        <w:pStyle w:val="ArticleBody"/>
        <w:jc w:val="left"/>
      </w:pPr>
      <w:r>
        <w:rPr>
          <w:rFonts w:ascii="Times New Roman" w:hAnsi="Times New Roman" w:eastAsia="Times New Roman" w:cs="Times New Roman"/>
        </w:rPr>
        <w:t>Bu çykyşynda Buş bu düşünjäni Sowuk uruşdan soňky hyzmatdaşlyk, Aýlag krizisi (Yragyň Kuweýte çozmagy), BMG-ni berkitmek we kanunyň hökmürowanlygyna esaslanýan milletleriň täze hyzmatdaşlygy bilen baglanyşdyrdy. Buş “täze dünýä tertibi” diýen jümläni ilkinji gezek birnäçe hepde ozal, 1990-njy ýylyň 11-nji sentýabrynda Kongressiň bilelikdäki mejlisine ýüzlenmesinde giňden ýaýratdy.</w:t>
      </w:r>
    </w:p>
    <w:p>
      <w:pPr>
        <w:pStyle w:val="ArticleBody"/>
        <w:jc w:val="left"/>
      </w:pPr>
      <w:r>
        <w:rPr>
          <w:rFonts w:ascii="Times New Roman" w:hAnsi="Times New Roman" w:eastAsia="Times New Roman" w:cs="Times New Roman"/>
        </w:rPr>
        <w:t>Buşuň BMG-däki çykyşyny ýakynda tamamlanan sowuk urşy “Garaňky asyrlar” nukdaýnazary bilen kesgitlän bir kontekstde ýerleşdirendigine üns beriň. Garaňky asyrlar 1798-nji ýylda, ahyrzamanyň wagtynda tamamlandy, Buş bolsa 1989-njy ýylyň ahyrzamanyň wagtyndady. Onuň “täze dünýä tertibi” diýen jümläni ilkinji gezek ulanan pursatyna, Yslam halklary gazaba getirýärdi, üstesine-de çykyş 9/11-de edildi. Ruzweltden Kartere çenli sekiz prezident bardy, Reýgandan Trampa çenli hem sekiz prezident bardy. Tramp soňky prezidentdir we ol ilkinji ýedi prezidentiň sekizinjisi bolan ilkinji prezident arkaly nusgalandyryldy.</w:t>
      </w:r>
    </w:p>
    <w:p>
      <w:pPr>
        <w:pStyle w:val="ArticleBody"/>
        <w:jc w:val="left"/>
      </w:pPr>
      <w:r>
        <w:rPr>
          <w:rFonts w:ascii="Times New Roman" w:hAnsi="Times New Roman" w:eastAsia="Times New Roman" w:cs="Times New Roman"/>
        </w:rPr>
        <w:t>1798-nji ýylda ahyrzamanyň wagty papalygyň ölüm howply ýarasyny görkezýär, we papalyk Gara Asyrlarda Ýewropanyň patyşalarynyň üstünden höküm süren güýjüdi. Ylham kitabynyň on ýedinji babynda şol gatnaşyk bir haýwanyň üstüne münýän we onuň üstünden höküm sürýän bir jelep hökmünde şekillendirilýär. 1798-nji ýylda Ýewropa patyşalarynyň goldawy aýryldy we haýwan öldi. 1799-njy ýylda papa sürgünde öldi. 1798 we 1799 ahyrzamanyň wagtyny iň doly manysynda aňladýar; edil Mesihiň döwründe ahyrzamanyň wagtynyň Ýahýa Çokundyryjynyň dogulmagy, soň bolsa alty aýdan soň Mesihiň dogulmagy bilen bellenişi ýaly. Buşyň 1990-njy ýyldaky sözleri Buşy ahyrzamanyň wagtyny belleýän iki prezidentiň ikinjisi hökmünde görkezýär we aagondarha güýji bolan globalizme tarap hereketi belleýär. Buşyň nyşanly manysy Amerikanyň Birleşen Ştatlary Injil pygamberliginiň altynjy patyşalygy hökmünde aagondarha ýaly geplemek bilen tamamlananda, Ýekşenbe kanunyna tarap bir ädimi görkezýär. Ýekşenbe kanunynda Amerikanyň Birleşen Ştatlary Birleşen Milletler Guramasynyň sesi bolýar. Hut şol baglanyşykda Yslam milletleri gaharladýar we 9/11 bellenýär. 1990-njy ýylyň 11-nji sentýabrynda ilkinji Buş öz globalist gün tertibini Kongrese aýdanda, bu Yslamyň 2001-nji ýylda 9/11-de milletleri ýene-de gaharladjak wagtynyň öňden görkezilişi bolupdy, emma onda prezident soňky Buş boljakdy.</w:t>
      </w:r>
    </w:p>
    <w:p>
      <w:pPr>
        <w:pStyle w:val="ArticleBody"/>
        <w:jc w:val="left"/>
      </w:pPr>
      <w:r>
        <w:rPr>
          <w:rFonts w:ascii="Times New Roman" w:hAnsi="Times New Roman" w:eastAsia="Times New Roman" w:cs="Times New Roman"/>
        </w:rPr>
        <w:t>Ruzwelt, sekiz prezidentiň ilkinjisi bolup, 1945-nji ýylda Ikinji jahan urşunyň soňuny belledi, we onuň yzyndan Birleşen Milletler Guramasynyň döremegine ýol açan indiki prezident geldi. Reagan, sekiz prezidentiň ilkinjisi bolup, 1989-njy ýylda sowuk urşuň soňuny belledi, we onuň yzyndan Birleşen Milletler Guramasyny ilerleden indiki prezident geldi. Sekiz prezidentiň soňkusy 2015-nji ýylda dalaşgärlige gatnaşmak niýetini yglan eden mahalyndan bäri başlanan bir sowuk urşy tamamlar we Üçünji jahan urşuny başlar. Ol Mukaddes Kitabyň pygamberliklerindäki altynjy patyşalygy Mukaddes Kitabyň pygamberliklerindäki ýedinji patyşalygyň başyna (BMG) geçirer, soňra bolsa Ýekşenbe kanuny wagtynda şol patyşalygy wagşy haýwana bermäge razy bolar.</w:t>
      </w:r>
    </w:p>
    <w:p>
      <w:pPr>
        <w:pStyle w:val="ArticleBody"/>
        <w:jc w:val="left"/>
      </w:pPr>
      <w:r>
        <w:rPr>
          <w:rFonts w:ascii="Times New Roman" w:hAnsi="Times New Roman" w:eastAsia="Times New Roman" w:cs="Times New Roman"/>
        </w:rPr>
        <w:t>Edil Ikinji Jahan urşy gury ýer urşy we deňiz urşundan ybarat bolan bolsa, iň soňky prezident hem sowuk urşa eýe bolar; bu, Actiumdaky deňiz söweşine alyp barýan Paniumdaky gury ýer söweşi arkaly şekillendirilýär. Ýekşenbe kanunynda, Trumpyň 2015-nji ýylda globalistleri gozgap başlamagy bilen başlanan sowuk uruş, Ikinji Jahan urşunyň gury ýer we deňiz söweşleri arkaly şekillendirilişi ýaly, Üçünji Jahan urşuna öwrülýär. Ikinji Jahan urşunyň ahyrynda indiki ädim Birleşen Milletler Guramasynyň globalizmi boldy; edil şonuň ýaly-da, sowuk urşuň ahyrynda Reagan we Bush bilen hem şeýle boldy. Ilki bilen Amerikanyň Birleşen Ştatlary Ýekşenbe kanunynda soňlanýar, soňra bolsa Bushuň “täze dünýä tertibi” ýedinji patyşalygy girizýär, ol hem dessine öz ygtyýaryny sekizinji patyşalyga bermäge razylyk berýär.</w:t>
      </w:r>
    </w:p>
    <w:p>
      <w:pPr>
        <w:pStyle w:val="ArticleBody"/>
        <w:jc w:val="left"/>
      </w:pPr>
      <w:r>
        <w:rPr>
          <w:rFonts w:ascii="Times New Roman" w:hAnsi="Times New Roman" w:eastAsia="Times New Roman" w:cs="Times New Roman"/>
        </w:rPr>
        <w:t>Birinji Buş hem-de ahyrky Buş, birinjisiniň 11-nji sentýabrdan soň Kongrese “täze dünýä tertibini” yglan etmegi we ahyrkysynyň 2001-nji ýylyň Patriot kanuny arkaly biri-biri bilen baglanyşdyrylýar. Iki ýolgörkeziji hem Yslamyň milletleri gaharlanmaga iteren şertleriniň çäginde ýerleşdirilýär.</w:t>
      </w:r>
    </w:p>
    <w:p>
      <w:pPr>
        <w:pStyle w:val="ArticleBody"/>
        <w:jc w:val="left"/>
      </w:pPr>
      <w:r>
        <w:rPr>
          <w:rFonts w:ascii="Times New Roman" w:hAnsi="Times New Roman" w:eastAsia="Times New Roman" w:cs="Times New Roman"/>
        </w:rPr>
        <w:t>Biz bu zatlary indiki makalada dowam etdireris.</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Kyrk dokuzynjy aýadyň Gizlin Taryhy</dc:title>
  <dc:subject>Güýç, Şöhrat we Ejir çekmek</dc:subject>
  <dc:creator>Jeff Pippenger</dc:creator>
  <cp:keywords/>
  <dc:description>Generated by ArticleDigger from hidden_history\09_hidden_history.json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