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Kyrkyýetinji Aýatyň Gizlin Taryhy — Ýigriminji San</w:t>
      </w:r>
    </w:p>
    <w:p>
      <w:pPr>
        <w:pStyle w:val="ArticleSubtitle"/>
        <w:jc w:val="left"/>
      </w:pPr>
      <w:r>
        <w:rPr>
          <w:rFonts w:ascii="Arial" w:hAnsi="Arial" w:eastAsia="Arial" w:cs="Arial"/>
        </w:rPr>
        <w:t>Ikinji Hasrat — Ýedinji Bölüm — Ezekiel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Munuň ilkinji aýatlarynda pygamber Ýezekieli otuz ýaşly diýip kesgitlemek Mukaddes Kitaba laýyk, kabul ederlikli düşünjedir.</w:t>
      </w:r>
    </w:p>
    <w:p>
      <w:pPr>
        <w:pStyle w:val="ArticleScripture"/>
        <w:jc w:val="left"/>
      </w:pPr>
      <w:r>
        <w:rPr>
          <w:rFonts w:ascii="Times New Roman" w:hAnsi="Times New Roman" w:eastAsia="Times New Roman" w:cs="Times New Roman"/>
        </w:rPr>
        <w:t>Otuzynjy ýylda, dördünji aýda, aýyň bäşinji gününde, men Kebar derýasynyň boýunda ýesirleriň arasynda wagtym, asmanlar açyldy we men Hudaýyň görnüşlerini gördüm. Aýyň bäşinji gününde, patyşa Ýehoýahiniň ýesir edilmeginiň bäşinji ýylynda, Rebbiň sözi Buzyň ogly ruhany Ýehezkiele Keldanilileriň ýurdunda, Kebar derýasynyň boýunda anyk geldi; we ol ýerde Rebbiň eli onuň üstünde boldy. Ýehezkiel 1:1–3.</w:t>
      </w:r>
    </w:p>
    <w:p>
      <w:pPr>
        <w:pStyle w:val="ArticleBody"/>
        <w:jc w:val="left"/>
      </w:pPr>
      <w:r>
        <w:rPr>
          <w:rFonts w:ascii="Times New Roman" w:hAnsi="Times New Roman" w:eastAsia="Times New Roman" w:cs="Times New Roman"/>
        </w:rPr>
        <w:t>Käbirleri «otuzynjy ýyl» belli bir ýubileý sikline esaslanýar diýip hasap edýärler; bu sikl patyşa Ýoşiýa bilen başlap, kyrkynjy babyň birinji aýaty bilen tamamlanýar.</w:t>
      </w:r>
    </w:p>
    <w:p>
      <w:pPr>
        <w:pStyle w:val="ArticleScripture"/>
        <w:jc w:val="left"/>
      </w:pPr>
      <w:r>
        <w:rPr>
          <w:rFonts w:ascii="Times New Roman" w:hAnsi="Times New Roman" w:eastAsia="Times New Roman" w:cs="Times New Roman"/>
        </w:rPr>
        <w:t>Biziň ýesir düşenligimiziň ýigrimi bäşinji ýylynda, ýylyň başynda, aýyň onunjy güni, şäheriň urlup-ýykylmagyndan soň on dördünji ýylda, hut şol günüň özünde Rebbiň eli meniň üstüme indi-de, meni şol ýere apardy. Ezekiel 40:1.</w:t>
      </w:r>
    </w:p>
    <w:p>
      <w:pPr>
        <w:pStyle w:val="ArticleBody"/>
        <w:jc w:val="left"/>
      </w:pPr>
      <w:r>
        <w:rPr>
          <w:rFonts w:ascii="Times New Roman" w:hAnsi="Times New Roman" w:eastAsia="Times New Roman" w:cs="Times New Roman"/>
        </w:rPr>
        <w:t>Mukaddes Kitabyň hronologlary kyrkynjy babyň birinji aýatynyň senesini miladydan öňki 573-nji ýylyň 28-nji apreli ýa-da 22-nji oktýabry hökmünde kesgitleýärler. Ähli pygamberler ahyrky günleri görkezýändikleri sebäpli, miladydan öňki 573-nji ýylyň 22-nji oktýabryndaky güýzki sene, miladydan öňki 622-nji ýylyň 5-nji maýynda “Ýoşýanyň Beýik Pesahy” diýlip atlandyrylýan wakadan elli ýyl öň başlanan bir çyzygyň omega senesidir.</w:t>
      </w:r>
    </w:p>
    <w:p>
      <w:pPr>
        <w:pStyle w:val="ArticleBody"/>
        <w:jc w:val="left"/>
      </w:pPr>
      <w:r>
        <w:rPr>
          <w:rFonts w:ascii="Times New Roman" w:hAnsi="Times New Roman" w:eastAsia="Times New Roman" w:cs="Times New Roman"/>
        </w:rPr>
        <w:t>Otuz sany, gulluga başlanda otuz ýaşly bolmaly bolan ruhanylaryň nyşanydyr. Eger Hezekiýel kitabynyň birinji bap, birinji — üçünji aýatlary Hezekiýeliň ýaşyny otuz diýip görkezýän bolsa-da, ýa-da diňe onuň bir ruhanynyň nyşany hökmünde beýan edilýän bolsa-da, ol ýene-de otuz ýaşly hökmünde görkezilerdi. Eger birinji aýatdaky otuz ýyl, käbirleriniň ynanyşy ýaly, miladydan öňki 622-nji ýylda Ýoşiýanyň Beýik Pasha baýramyndan bäri geçen otuzynjy ýyly aňladýan bolsa, pygamberlik manylary şonda-da şol bir bolup galýar.</w:t>
      </w:r>
    </w:p>
    <w:p>
      <w:pPr>
        <w:pStyle w:val="ArticleBody"/>
        <w:jc w:val="left"/>
      </w:pPr>
      <w:r>
        <w:rPr>
          <w:rFonts w:ascii="Times New Roman" w:hAnsi="Times New Roman" w:eastAsia="Times New Roman" w:cs="Times New Roman"/>
        </w:rPr>
        <w:t>Ýosýa “esas” diýmegi aňladýar, onuň Beýik Pasha baýramy b. öň 573-nji ýylyň Päkleniş gününde, 22-nji oktýabrda tamamlanan ýubileý döwrüni başlatdy. Ýosýadan 22-nji oktýabra çenli bolan “ýubileý çyzygy” 1840-dan 1844-e çenli bolan taryh bilen sazlaşýar. 1840-njy ýylyň esaslary patyşa Ýosýa, şeýle hem Ýosýa Liç tarapyndan wekilçilik edilýärdi. 22-nji oktýabr ýubileý surnaýynyň şahynyň ýaňlandyrylmagy bilen, Päkleniş gününiň şahynyň hem ýaňlandyrylmagy arkaly wekilçilik edilýärdi.</w:t>
      </w:r>
    </w:p>
    <w:p>
      <w:pPr>
        <w:pStyle w:val="ArticleScripture"/>
        <w:jc w:val="left"/>
      </w:pPr>
      <w:r>
        <w:rPr>
          <w:rFonts w:ascii="Times New Roman" w:hAnsi="Times New Roman" w:eastAsia="Times New Roman" w:cs="Times New Roman"/>
        </w:rPr>
        <w:t>Sen özüň üçin ýedi ýyl sabadyny, ýagny ýedi gezek ýedi ýyly sana; we şol ýedi ýyl sabadynyň möhleti saňa kyrk dokuz ýyl bolar. Soňra ýedinji aýyň onunjy güni, Ýaraşdyrma gününde, ýubileý surnaýyny ýaňlandyrarsyňyz; ähli ýurduňyzda surnaýyň sesini çykardarsyňyz. Leýililer 25:8, 9.</w:t>
      </w:r>
    </w:p>
    <w:p>
      <w:pPr>
        <w:pStyle w:val="ArticleBody"/>
        <w:jc w:val="left"/>
      </w:pPr>
      <w:r>
        <w:rPr>
          <w:rFonts w:ascii="Times New Roman" w:hAnsi="Times New Roman" w:eastAsia="Times New Roman" w:cs="Times New Roman"/>
        </w:rPr>
        <w:t>Hezekiel Ýubileý çyzygynyň içinde, patyşa Ýoşiýadan 22-nji oktýabra çenli uzalýan çyzykda ýerleşdirilýär; bu çyzyk 1840-njy ýyldan 1844-nji ýyla çenli bolan Ylham onunjy bapdaky birinji we ikinji perişdeleri aňladýar. Hezekiel birinji we ikinji perişdeleriň Milleritlerini hem-de üçünji perişdäniň ýüz kyrk dört müňüni aňladýar. Hezekiel ýüz kyrk dört müňüň ruhanylygyny aňladýar, emma onuň esasy pygamberlik häsiýeti onuň pygamber bolmagydyr.</w:t>
      </w:r>
    </w:p>
    <w:p>
      <w:pPr>
        <w:pStyle w:val="ArticleHeading"/>
        <w:jc w:val="left"/>
      </w:pPr>
      <w:r>
        <w:rPr>
          <w:rFonts w:ascii="Arial" w:hAnsi="Arial" w:eastAsia="Arial" w:cs="Arial"/>
        </w:rPr>
        <w:t>Pygamber, Ruhany we Patyşa</w:t>
      </w:r>
    </w:p>
    <w:p>
      <w:pPr>
        <w:pStyle w:val="ArticleBody"/>
        <w:jc w:val="left"/>
      </w:pPr>
      <w:r>
        <w:rPr>
          <w:rFonts w:ascii="Times New Roman" w:hAnsi="Times New Roman" w:eastAsia="Times New Roman" w:cs="Times New Roman"/>
        </w:rPr>
        <w:t>Otuz ýaşynda gulluga başlan üç sany Mukaddes Kitapdaky şahs bar. Ezekiýel bilen birlikde olar Dawut we Ýusupdyr. Olaryň hemmesi otuz ýaşynda gulluga başlandyklary sebäpli, olaryň hemmesi ruhanydyr. Dawut patyşanyň nyşanydyr, Ýusup ruhanydyr, Ezekiýel bolsa pygamberden, ruhanydan we patyşadan ybarat bolan şöhratly üçgatly patyşalykda pygamberdir.</w:t>
      </w:r>
    </w:p>
    <w:p>
      <w:pPr>
        <w:pStyle w:val="ArticleBody"/>
        <w:jc w:val="left"/>
      </w:pPr>
      <w:r>
        <w:rPr>
          <w:rFonts w:ascii="Times New Roman" w:hAnsi="Times New Roman" w:eastAsia="Times New Roman" w:cs="Times New Roman"/>
        </w:rPr>
        <w:t>Şeýle-de bolsa, pygamber Hezekieli nyşan hökmünde nähili ulanýan bolsak-da, ol ruhanydyr; we ol Ýoşiýadan 22-nji oktýabra çenli bolan yubileý ugrunda ulanylanda, Hezekiel 1840-njy ýyldan 1844-nji ýyla çenli bolan taryh hem-de patyşa Ýoşiýadan b.e. öň 573-nji ýylyň 22-nji oktýabryna çenli bolan döwür arkaly nusgalanan ýüz kyrk dört müňüň möhürleniş döwründäki bir ruhanyny wekilleşdirjek ruhanydyr.</w:t>
      </w:r>
    </w:p>
    <w:p>
      <w:pPr>
        <w:pStyle w:val="ArticleHeading"/>
        <w:jc w:val="left"/>
      </w:pPr>
      <w:r>
        <w:rPr>
          <w:rFonts w:ascii="Arial" w:hAnsi="Arial" w:eastAsia="Arial" w:cs="Arial"/>
        </w:rPr>
        <w:t>Ýigrimi iki</w:t>
      </w:r>
    </w:p>
    <w:p>
      <w:pPr>
        <w:pStyle w:val="ArticleBody"/>
        <w:jc w:val="left"/>
      </w:pPr>
      <w:r>
        <w:rPr>
          <w:rFonts w:ascii="Times New Roman" w:hAnsi="Times New Roman" w:eastAsia="Times New Roman" w:cs="Times New Roman"/>
        </w:rPr>
        <w:t>Mukaddes Kitap Hezekiýeliň ýigrimi iki ýyl hyzmat edendigini anyk beýan edýär. “Ýigrimi iki” ýüz kyrk dört müňüň nyşanydyr; olar ylahylygyň adamzat bilen birleşen baýdagydyr. Ýoşýanyň Pesahyndan başlap kyrkynjy bapdaky 22-nji oktýabryň Ýubileý dabarasyna çenli görkezilen taryhda, Ýoşýanyň Pesahy 1838-nji we 1840-njy ýyllarda Joşiýa Liçiň işiniň nusgasydy. Ol iş birinji we ikinji waýlaryň wagt pygamberliklerini öňe sürmekdi. Indi birinji we ikinji waýlar baradaky pygamberligiň pionerleriň aňşyrandan has giňdigini görmek bolýar.</w:t>
      </w:r>
    </w:p>
    <w:p>
      <w:pPr>
        <w:pStyle w:val="ArticleBody"/>
        <w:jc w:val="left"/>
      </w:pPr>
      <w:r>
        <w:rPr>
          <w:rFonts w:ascii="Times New Roman" w:hAnsi="Times New Roman" w:eastAsia="Times New Roman" w:cs="Times New Roman"/>
        </w:rPr>
        <w:t>Hezekiel mukaddes kitabyň pygamberi hökmünde öz ýazgylarynda beýleki islendik mukaddes kitap ýazyjysyndan has anyk seneleri görkezýär.</w:t>
      </w:r>
    </w:p>
    <w:p>
      <w:pPr>
        <w:pStyle w:val="ArticleBody"/>
        <w:jc w:val="left"/>
      </w:pPr>
      <w:r>
        <w:rPr>
          <w:rFonts w:ascii="Times New Roman" w:hAnsi="Times New Roman" w:eastAsia="Times New Roman" w:cs="Times New Roman"/>
        </w:rPr>
        <w:t>Hezekiýel Mukaddes Kitap pygamberliginde bir günü bir ýyla deňeşdirýän ýörelgäniň omegasydyr. Sanlar kitabynda gün-ýyl ýörelgesiniň alfa görnüşindäki ilkinji agzalşy, Kadeşdäki ilkinji gozgalaňda görkezilýär; şol gozgalaň çölde kyrk ýyl sergezdanlygyň ýüze çykmagyna sebäp boldy. Iň soňky, ýagny omega gozgalaň bolsa, Iýerusalimiň weýran edilşi bilen baglanyşyklylykda, dördünji bapda Hezekiýel tarapyndan görkezilýär.</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Ýurdy gözden geçiren günleriňiziň sanyna görä, ýagny kyrk gün üçin her gün bir ýyla deň edilip, öz etmişleriňizi kyrk ýyl göterersiňiz; şeýlelikde, Meniň sizden ýüz öwrendigimi bilersiňiz. Men, Reb, şeýle diýdim; Maňa garşy birleşen bu ähli erbet jemagata muny hökman ederin: olar şu çölde heläk bolarlar, şol ýerde-de ölerler. Sanlar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Sen hem çep tarapyň üstüne ýat, Ysraýyl öýüniň günäsini onuň üstüne goý; onuň üstünde ýatjak günleriň sanyna görä, olaryň günäsini sen göterersiň. Çünki Men olaryň günäsiniň ýyllaryny günleriň sanyna görä seniň üstüne ýükledim: üç ýüz togsan gün; şeýlelik bilen sen Ysraýyl öýüniň günäsini göterersiň. Bulary tamamlandan soň, ýene sag tarapyň üstüne ýat, we sen Ýahuda öýüniň günäsini kyrk gün göterersiň; Men saňa her güni bir ýyl edip belledim. Şonuň üçin ýüzüňi Iýerusalimiň gabawyna tarap öwür, goluň açyk bolsun, we onuň garşysyna pygamberlik et. Ezekiel 4:4–7.</w:t>
      </w:r>
    </w:p>
    <w:p>
      <w:pPr>
        <w:pStyle w:val="ArticleBody"/>
        <w:jc w:val="left"/>
      </w:pPr>
      <w:r>
        <w:rPr>
          <w:rFonts w:ascii="Times New Roman" w:hAnsi="Times New Roman" w:eastAsia="Times New Roman" w:cs="Times New Roman"/>
        </w:rPr>
        <w:t>Kadeş bilen Iýerusalimiň weýran edilmegi, bir gün bir ýyla deň bolan ýörelgäni görkezýän alfa we omega gozgalaňyny aňladýar. “Bir gün bir ýyl ýörelgesi” Milleritleriň baş esasy kadasy bolupdy hem-de 1840-dan 1844-e çenli taryhda, Ýoşýa patyşanyň ýubileý çyzygynda 22-nji oktýabra çenli öňden şekillendirilişi ýaly, öz beýanyny tapdy. Ezekiel beýleki islendik pygamberden has köp seneleri öňe sürýär. Ezekieliň senelendirişiniň içinde Ýubileýiň çyzygy kesgitlenýär; bu bolsa Ezekieliň şaýatlygyny birinji we ikinji perişdäniň taryhy, ondan soňra bolsa üçünji perişdäniň taryhy bilen gös-göni baglanyşdyrýar.</w:t>
      </w:r>
    </w:p>
    <w:p>
      <w:pPr>
        <w:pStyle w:val="ArticleBody"/>
        <w:jc w:val="left"/>
      </w:pPr>
      <w:r>
        <w:rPr>
          <w:rFonts w:ascii="Times New Roman" w:hAnsi="Times New Roman" w:eastAsia="Times New Roman" w:cs="Times New Roman"/>
        </w:rPr>
        <w:t>“Ýubileý çyzygy” bilen bilezekde, Ezekiýel üç ýüz togsan gün gapdalynda, soň bolsa kyrk gün beýleki gapdalynda ýatýar. “Dört ýüz otuz” köne we täze ähtleriň nyşanydyr, çünki Abramyň Müsürde dört ýüz ýyllyk ýesirlik baradaky äht wadasy resul Pawlusdaky otuz ýylyň ikinji şaýady bilen tassyklanyldy. Şeýlelikde, ‘köne’ ähtiň Abramy (soňra Ybraýym) bilen ‘täze’ ähtiň Şauly (soňra Pawlus) öz şaýatlyklaryny birleşdirip, dört ýüz otuz ýyly ebedi ähtiň nyşany hökmünde berkarar etdiler. “Üç ýüz togsan gün” “sen Ysraýyl öýüniň günäsini göterersiň.” “We” “sen Ýahuda öýüniň günäsini kyrk gün göterersiň.” Şeýlelikde, sag tarap bilen çep tarap bilelikde Abram bilen Pawlusa deň gelýär.</w:t>
      </w:r>
    </w:p>
    <w:p>
      <w:pPr>
        <w:pStyle w:val="ArticleBody"/>
        <w:jc w:val="left"/>
      </w:pPr>
      <w:r>
        <w:rPr>
          <w:rFonts w:ascii="Times New Roman" w:hAnsi="Times New Roman" w:eastAsia="Times New Roman" w:cs="Times New Roman"/>
        </w:rPr>
        <w:t>Äht hemişe boýun egmäge ýa-da boýun gaçyrmaga—ýaşaýşa ýa-da ölüme—esaslanýardy. Millerit taryhyndaky ýyl-gün ýörelgesi ýaşaýyş ýa-da ölüm meselesidi, we şol taryh birinji perişde tarapyndan ebedi Hoş Habar hökmünde yglan edildi. “Hoş Habar” ýaşaýyş ýa-da ölüm meselesidir, we Millerit taryhynyň ýaşaýyş ýa-da ölüm bilen bagly synag meselesi bir günüň bir ýyla deň gelýändigi ýörelgesiniň çäginde goýlandy. Birinji perişdäniň habaryny kuwwatlandyran öňünden aýtma ikinji jebriň üç ýüz togsan bir ýyl we on bäş günlük pygamberligidi. Ezekiýeliň çep gapdalynda ýatan üç ýüz togsan gününiň içinde ikinji jebriň üç ýüz togsan bir ýyl we on bäş günlük wagt pygamberliginiň bir şekillendirişi bar. Pygamberligi dogry paýlamak üçin pygamberlik düşünjesi talap edilýär, emma bu Ýahuda taýpasynyň Arslanynyň ýarygije nidasynyň habaryny möhürinden açmagyndaky dowam edýän işinden başga zat däldir.</w:t>
      </w:r>
    </w:p>
    <w:p>
      <w:pPr>
        <w:pStyle w:val="ArticleBody"/>
        <w:jc w:val="left"/>
      </w:pPr>
      <w:r>
        <w:rPr>
          <w:rFonts w:ascii="Times New Roman" w:hAnsi="Times New Roman" w:eastAsia="Times New Roman" w:cs="Times New Roman"/>
        </w:rPr>
        <w:t>Men Hezekiýeliň ýüz kyrk dört müňüň nyşany hökmünde garalmalydygyny öňe sürýärin, emma ol ilkinji nobatda Pygamberlik Ruhunyň peşgeşiň nyşany hökmünde garalmalydyr, bu bolsa soňky döwürdäki bir pygamberiň ýüze çykmasy görnüşinde bolsun ýa-da setir üstüne setir usulynyň ýörelgesine düşünýän äht halkynyň ýüze çykmasy görnüşinde bolsun.</w:t>
      </w:r>
    </w:p>
    <w:p>
      <w:pPr>
        <w:pStyle w:val="ArticleBody"/>
        <w:jc w:val="left"/>
      </w:pPr>
      <w:r>
        <w:rPr>
          <w:rFonts w:ascii="Times New Roman" w:hAnsi="Times New Roman" w:eastAsia="Times New Roman" w:cs="Times New Roman"/>
        </w:rPr>
        <w:t>Men Ezekieliň üç ýüz togsan bir ýyl we on bäş gün baradaky pygamberligine düşüren nury bilen, hapa süpüriji adamyň şaý-sepleri has uly sandyga taşlamagynyň özara laýyk gelýändigini öňe sürýärin.</w:t>
      </w:r>
    </w:p>
    <w:p>
      <w:pPr>
        <w:pStyle w:val="ArticleBody"/>
        <w:jc w:val="left"/>
      </w:pPr>
      <w:r>
        <w:rPr>
          <w:rFonts w:ascii="Times New Roman" w:hAnsi="Times New Roman" w:eastAsia="Times New Roman" w:cs="Times New Roman"/>
        </w:rPr>
        <w:t>Men şeýle diýýärin: Ybadathana tamamlanylanda, Ezekielden gelýän nur baş daşy baradaky habaryň aýrylmaz bir bölegidir.</w:t>
      </w:r>
    </w:p>
    <w:p>
      <w:pPr>
        <w:pStyle w:val="ArticleBody"/>
        <w:jc w:val="left"/>
      </w:pPr>
      <w:r>
        <w:rPr>
          <w:rFonts w:ascii="Times New Roman" w:hAnsi="Times New Roman" w:eastAsia="Times New Roman" w:cs="Times New Roman"/>
        </w:rPr>
        <w:t>Ezekiel kyrkynjy babyň birinji aýatynda 22-nji oktýabrda ýerleşýär, we hut şol ýerde geljekki ybadathananyň görnüşi Ezekiele berilýär. Şol ybadathana ýüz kyrk dört müňüň ybadathanasydyr; Ezekiel bolsa şol sany alamatlandyrýan nyşandyr. Şol topar üçünji we aýgytlaýjy synaga ýetmezinden öň iki synagdan geçmiş bolar. Ezekiel ybadathanada öz nuruny kabul edýän hökmünde görkezilýär, şonuň üçin onuň nyşan hökmünde saçýan nury, Hudaýyň halky Daniýel kitabynyň onunjy baby bilen laýyklykda Iň Mukaddes Ýere girende gelýän nury aňladýar.</w:t>
      </w:r>
    </w:p>
    <w:p>
      <w:pPr>
        <w:pStyle w:val="ArticleBody"/>
        <w:jc w:val="left"/>
      </w:pPr>
      <w:r>
        <w:rPr>
          <w:rFonts w:ascii="Times New Roman" w:hAnsi="Times New Roman" w:eastAsia="Times New Roman" w:cs="Times New Roman"/>
        </w:rPr>
        <w:t>Isa Mesihiň Ylhamasynyň açylan nury synag möhleti tamamlanmazdan biraz öň açylýar.</w:t>
      </w:r>
    </w:p>
    <w:p>
      <w:pPr>
        <w:pStyle w:val="ArticleScripture"/>
        <w:jc w:val="left"/>
      </w:pPr>
      <w:r>
        <w:rPr>
          <w:rFonts w:ascii="Times New Roman" w:hAnsi="Times New Roman" w:eastAsia="Times New Roman" w:cs="Times New Roman"/>
        </w:rPr>
        <w:t>Ol maňa şeýle diýýär: «Bu kitabyň pygamberlik sözlerini möhürleme, çünki wagt golaýdyr. Kim adalatsyz bolsa, goý ol henizem adalatsyz bolsun; kim haram bolsa, goý ol henizem haram bolsun; kim dogruçyl bolsa, goý ol henizem dogruçyl bolsun; kim mukaddes bolsa, goý ol henizem mukaddes bolsun». Ylham 22:10, 11.</w:t>
      </w:r>
    </w:p>
    <w:p>
      <w:pPr>
        <w:pStyle w:val="ArticleBody"/>
        <w:jc w:val="left"/>
      </w:pPr>
      <w:r>
        <w:rPr>
          <w:rFonts w:ascii="Times New Roman" w:hAnsi="Times New Roman" w:eastAsia="Times New Roman" w:cs="Times New Roman"/>
        </w:rPr>
        <w:t>On birinji aýatda synag möhleti ýapylmazynyň edil öň ýanynda “wagt golaýdyr”, şonuň üçin hem Isa Mesihiň Ylhamy şol wagtda açylýar, çünki “wagt golaýdyr”.</w:t>
      </w:r>
    </w:p>
    <w:p>
      <w:pPr>
        <w:pStyle w:val="ArticleScripture"/>
        <w:jc w:val="left"/>
      </w:pPr>
      <w:r>
        <w:rPr>
          <w:rFonts w:ascii="Times New Roman" w:hAnsi="Times New Roman" w:eastAsia="Times New Roman" w:cs="Times New Roman"/>
        </w:rPr>
        <w:t>Isa Mesihiň Ylhamy: Hudaý muny Öz gullaryna tizden bolup geçmeli zatlary görkezmek üçin Oňa berdi; Ol hem muny Öz perişdesini iberip, Öz guly Ýahýa arkaly bildirdi. Ol Hudaýyň sözüne, Isa Mesihiň şaýatlygyna we gören zatlarynyň ählisine şaýatlyk etdi. Bu pygamberligiň sözlerini okaýan adam hem, ony eşidip, onda ýazylanlary ýerine ýetirýänler hem bagtlydyr; çünki wagt golaýdyr. Ylham 1:1–3.</w:t>
      </w:r>
    </w:p>
    <w:p>
      <w:pPr>
        <w:pStyle w:val="ArticleBody"/>
        <w:jc w:val="left"/>
      </w:pPr>
      <w:r>
        <w:rPr>
          <w:rFonts w:ascii="Times New Roman" w:hAnsi="Times New Roman" w:eastAsia="Times New Roman" w:cs="Times New Roman"/>
        </w:rPr>
        <w:t>Synag möhleti Laodikeýa Ýedinji gün adventizmi üçin Ýekşenbe kanuny wagtynda tamam bolýar, we Hezekiýeliň dokuzynjy babynda adventizm Iýerusalim hökmünde görkezilýär. Şol ýerde ýurtda we ybadathanada edilýän nejislikler üçin ah çekip, nalap ýörenler möhüri kabul edýärler. Möhürleme Yslamyň gündogar ýelleri milletleri gazaplandyrýan mahalynda, synag möhleti tamam bolmazyndan edil öň bolup geçýär. Hezekiýeliň sekizinji babynda adventizmiň dört nesli öz soňuna ýetýär, dördünji nesil bolsa güne tagzym edýän ýigrimi bäş ýolbaşçy bilen nyşanlanýar.</w:t>
      </w:r>
    </w:p>
    <w:p>
      <w:pPr>
        <w:pStyle w:val="ArticleBody"/>
        <w:jc w:val="left"/>
      </w:pPr>
      <w:r>
        <w:rPr>
          <w:rFonts w:ascii="Times New Roman" w:hAnsi="Times New Roman" w:eastAsia="Times New Roman" w:cs="Times New Roman"/>
        </w:rPr>
        <w:t>Şol görnüş nyşanly ýagdaýda Ýekşenbe kanunyndan bir gün öň, ýa-da alty, alty, alty bilen aňladylýan synag möhletiniň ýapylmagynyň edil öňüsyrasynda berildi.</w:t>
      </w:r>
    </w:p>
    <w:p>
      <w:pPr>
        <w:pStyle w:val="ArticleScripture"/>
        <w:jc w:val="left"/>
      </w:pPr>
      <w:r>
        <w:rPr>
          <w:rFonts w:ascii="Times New Roman" w:hAnsi="Times New Roman" w:eastAsia="Times New Roman" w:cs="Times New Roman"/>
        </w:rPr>
        <w:t>Altynjy ýylda, altynjy aýda, aýyň bäşinji güni, men öz öýümde otyrkam we Ýahudanyň ýaşululary meniň öňümde otyrkalar, şol ýerde Hökmürowan Reb Hudaýyň eli üstüme indi. Şonda men seretdim, ine, otuň keşbine meňzeş bir görnüş bardy: onuň biliniň görnüşinden aşak tarapy ot, bilinden ýokary tarapy bolsa ýalkymyň görnüşi ýaly, ýagtylyk kimin, kährubanyň reňki ýalydy. Ol eliň bir görnüşini uzadyp, meni başymyň bir tutam saçyndan tutdy; Ruh meni ýer bilen asmanyň arasynda ýokary göterdi-de, Hudaýyň görnüşlerinde meni Iýerusalime, demirgazyga bakýan içki derwezäniň agzyna getirdi; ol ýerde gabanç döredýän, gabanja öjükdirýän butuň orny bardy. Ine, Ysraýyl Hudaýynyň şöhraty hem şol ýerde, düzlükde gören görnüşime laýykdy. Hezekiýel 8:1–4.</w:t>
      </w:r>
    </w:p>
    <w:p>
      <w:pPr>
        <w:pStyle w:val="ArticleBody"/>
        <w:jc w:val="left"/>
      </w:pPr>
      <w:r>
        <w:rPr>
          <w:rFonts w:ascii="Times New Roman" w:hAnsi="Times New Roman" w:eastAsia="Times New Roman" w:cs="Times New Roman"/>
        </w:rPr>
        <w:t>Altynjy ýylyň altynjy aýynyň bäşinji günündäki görnüşek, Laodikialy Adventizmiň synag möhletiniň tamamlanýan, ýekşenbe kanunynyň nyşany bolan “666”-nyň edil öň ýanynda geldi. Ol görnüşek Ezekieliň “düzlükde” gören “görnüşegine görä” boldy. Onuň düzlükde gören görnüşegi has öňräk, üçünji bapda beýan edilýär.</w:t>
      </w:r>
    </w:p>
    <w:p>
      <w:pPr>
        <w:pStyle w:val="ArticleScripture"/>
        <w:jc w:val="left"/>
      </w:pPr>
      <w:r>
        <w:rPr>
          <w:rFonts w:ascii="Times New Roman" w:hAnsi="Times New Roman" w:eastAsia="Times New Roman" w:cs="Times New Roman"/>
        </w:rPr>
        <w:t>Soň men turup, düzlüge çykdym; we ine, Rebbiň şöhraty şol ýerde durdy; Kebar derýasynyň boýunda gören şol şöhratym ýalydy; men ýüzin ýykyldym. Ezekiel 3:23.</w:t>
      </w:r>
    </w:p>
    <w:p>
      <w:pPr>
        <w:pStyle w:val="ArticleBody"/>
        <w:jc w:val="left"/>
      </w:pPr>
      <w:r>
        <w:rPr>
          <w:rFonts w:ascii="Times New Roman" w:hAnsi="Times New Roman" w:eastAsia="Times New Roman" w:cs="Times New Roman"/>
        </w:rPr>
        <w:t>“Düzlügiň” görnüşi, ýagny altynjy ýylyň, altynjy aýynyň we bäşinji gününiň görnüşi, Ezekieliň mundan öň Kebar derýasynyň ýanynda gören görnüşidi.</w:t>
      </w:r>
    </w:p>
    <w:p>
      <w:pPr>
        <w:pStyle w:val="ArticleScripture"/>
        <w:jc w:val="left"/>
      </w:pPr>
      <w:r>
        <w:rPr>
          <w:rFonts w:ascii="Times New Roman" w:hAnsi="Times New Roman" w:eastAsia="Times New Roman" w:cs="Times New Roman"/>
        </w:rPr>
        <w:t>Indi otuzyňjy ýylda, dördünji aýda, aýyň bäşinji gününde, men Kewar derýasynyň boýunda sürgün edilenleriň arasynda bolanymda, gökler açyldy we men Hudaýyň görnüşlerini gördüm. Hezekiýel 1:1.</w:t>
      </w:r>
    </w:p>
    <w:p>
      <w:pPr>
        <w:pStyle w:val="ArticleBody"/>
        <w:jc w:val="left"/>
      </w:pPr>
      <w:r>
        <w:rPr>
          <w:rFonts w:ascii="Times New Roman" w:hAnsi="Times New Roman" w:eastAsia="Times New Roman" w:cs="Times New Roman"/>
        </w:rPr>
        <w:t>Ezekieliň Kebar derýasynyň boýunda “gören” “Hudaýyň görnüşleri” düzlükdäki görnüşdi; şol görnüş, şeýle hem, Ezekieliň sekizinji bapdan on birinji bapa çenli beýan edilen görnüşdi. Ol görnüşler Ezekieliň mukaddeshana seredýän ýagdaýynyň çäginde görkezildi; onunjy bapdaky “marah” aýna görnüşi hem hut şol ýerde amala aşýar. Ezekiel synag möhletiniň tamamlanmagynyň öňüsyrasynda Isa Mesihiň Ylhamy aýan edilende, Iň Mukaddes Ýerden saçylýan pygamberlik nuruna şärik bolýanlary aňladýar.</w:t>
      </w:r>
    </w:p>
    <w:p>
      <w:pPr>
        <w:pStyle w:val="ArticleBody"/>
        <w:jc w:val="left"/>
      </w:pPr>
      <w:r>
        <w:rPr>
          <w:rFonts w:ascii="Times New Roman" w:hAnsi="Times New Roman" w:eastAsia="Times New Roman" w:cs="Times New Roman"/>
        </w:rPr>
        <w:t>Pasha baýramy bilen başlanýan we 22-nji oktýabrda tamamlanýan patyşa Ýoşiýanyň Ýubileý çyzygyny kesgitlänimizde, biz Lewiler 23-de beýan edilişi ýaly, ýazky baýramlaryň we güýzki baýramlaryň nyşanyny kesgitleýäris. Ol ýerde ýazky we güýzki baýramlar hersi ýigrimi iki aýat bilen beýan edilýär; edil Ýezekiliň gullugynyň ýigrimi iki ýyl bolşy ýaly. Ýezekili Ýubileý çyzygynyň otuzynjy ýylyna laýyk getirmek, Ýezekiliň dogluşynyň Ýoşiýanyň galkynyşyna laýyk gelmegine mümkinçilik berýär. Eger ol Ýubileý aýlawynyň otuzynjy ýylynda otuz ýaşynda bolan bolsa, onda Ýezekil Ýoşiýanyň reformasynyň döwründe doglan bolardy.</w:t>
      </w:r>
    </w:p>
    <w:p>
      <w:pPr>
        <w:pStyle w:val="ArticleBody"/>
        <w:jc w:val="left"/>
      </w:pPr>
      <w:r>
        <w:rPr>
          <w:rFonts w:ascii="Times New Roman" w:hAnsi="Times New Roman" w:eastAsia="Times New Roman" w:cs="Times New Roman"/>
        </w:rPr>
        <w:t>Ezekiel, iman arkaly Iň Mukaddes Ýere girýänleriň nyşanydyr. Olar şol ýere girenlerinde, adamzadyň özara gatnaşyklarynyň çylşyrymly hereketini aňladýan tekerleriň içindäki tekerleri görýärler. Ylham kitabyndaky onunjy bapda Ýahýa bilen bolşy ýaly, Ezekiel Milleritleriň, ýöne has göni manyda ýüz kyrk dört müňüň wekili bolup durýar. Onuň üç ýüz togsan bir ýyl we on bäş günlük paralel wagt pygamberligi, Iýerusalimiň weýran edilmegi bilen baglanyşykly ýagdaýda Laodikeýa Adventizminiň soňky höküm-soragyny suratlandyrýar hem-de ol otuz sekiz bilen kyrkyň syrly meselesini öz içine alýar.</w:t>
      </w:r>
    </w:p>
    <w:p>
      <w:pPr>
        <w:pStyle w:val="ArticleBody"/>
        <w:jc w:val="left"/>
      </w:pPr>
      <w:r>
        <w:rPr>
          <w:rFonts w:ascii="Times New Roman" w:hAnsi="Times New Roman" w:eastAsia="Times New Roman" w:cs="Times New Roman"/>
        </w:rPr>
        <w:t>Ol dört ýüz otuz ýylyň nyşanly manysyny öz içine alýar.</w:t>
      </w:r>
    </w:p>
    <w:p>
      <w:pPr>
        <w:pStyle w:val="ArticleBody"/>
        <w:jc w:val="left"/>
      </w:pPr>
      <w:r>
        <w:rPr>
          <w:rFonts w:ascii="Times New Roman" w:hAnsi="Times New Roman" w:eastAsia="Times New Roman" w:cs="Times New Roman"/>
        </w:rPr>
        <w:t>Ol 1333-den 1337-ä çenli, 1449-dan 1453-e çenli we 1840-dan 1844-e çenli döwürler bilen aňladylýan dört ýyllyk döwri öz içine alýar.</w:t>
      </w:r>
    </w:p>
    <w:p>
      <w:pPr>
        <w:pStyle w:val="ArticleBody"/>
        <w:jc w:val="left"/>
      </w:pPr>
      <w:r>
        <w:rPr>
          <w:rFonts w:ascii="Times New Roman" w:hAnsi="Times New Roman" w:eastAsia="Times New Roman" w:cs="Times New Roman"/>
        </w:rPr>
        <w:t>Geljekki makalada biz bu örän möhüm mowzugyň garalşyna başlarys.</w:t>
      </w:r>
    </w:p>
    <w:p>
      <w:pPr>
        <w:pStyle w:val="ArticleScripture"/>
        <w:jc w:val="left"/>
      </w:pPr>
      <w:r>
        <w:rPr>
          <w:rFonts w:ascii="Times New Roman" w:hAnsi="Times New Roman" w:eastAsia="Times New Roman" w:cs="Times New Roman"/>
        </w:rPr>
        <w:t>“Işaýa, Ezekiel we Ýuhanna berlen görnüşlerde biz asmanyň ýerde bolup geçýän wakalar bilen nähili ýakyndan baglanyşyklydygyny hem-de Hudaýa wepaly bolanlar barada Onuň aladasynyň nähili beýikdigini görýäris.” Testimonies, 5-nji tom, 753.</w:t>
      </w:r>
    </w:p>
    <w:p>
      <w:pPr>
        <w:pStyle w:val="ArticleScripture"/>
        <w:jc w:val="left"/>
      </w:pPr>
      <w:r>
        <w:rPr>
          <w:rFonts w:ascii="Times New Roman" w:hAnsi="Times New Roman" w:eastAsia="Times New Roman" w:cs="Times New Roman"/>
        </w:rPr>
        <w:t>Mesihiň Özi ybadathananyň Rebbi bolupdy. Ol ondan gidende, onuň şöhraty hem giderdi — beýik ruhanynyň diňe ýylda bir gezek, uly günäleriň geçilýän gününde, öldürilen gurbanlygyň gany bilen girýän rehim tagtynyň üstünde, iň mukaddes ýerde bir wagtlar görünýän şol şöhrat (dünýäniň günäleri üçin dökülen Hudaý Oglunyň ganynyň nyşany bolan) we ol gany gurbanlyk ojagynyň üstüne sepýärdi. Bu Şekina, Ýehowanyň görünýän huzury idi.</w:t>
      </w:r>
    </w:p>
    <w:p>
      <w:pPr>
        <w:pStyle w:val="ArticleScripture"/>
        <w:jc w:val="left"/>
      </w:pPr>
      <w:r>
        <w:rPr>
          <w:rFonts w:ascii="Times New Roman" w:hAnsi="Times New Roman" w:eastAsia="Times New Roman" w:cs="Times New Roman"/>
        </w:rPr>
        <w:t>“Ine, Işaýa şeýle diýende aýan edilen şol şöhratdy: «Patyşa Uzziýanyň ölen ýylynda men hem Rebbi beýik we ýokary galdyrylan tagtda oturan halda gördüm, Onuň eşiginiň etegi ybadathanany doldurýardy» [Işaýa 6:1–8 sitata getirilýär].” Seventh-day Adventist Bible Commentary, 4-nji tom, 1139.</w:t>
      </w:r>
    </w:p>
    <w:p>
      <w:pPr>
        <w:pStyle w:val="ArticleScripture"/>
        <w:jc w:val="left"/>
      </w:pPr>
      <w:r>
        <w:rPr>
          <w:rFonts w:ascii="Times New Roman" w:hAnsi="Times New Roman" w:eastAsia="Times New Roman" w:cs="Times New Roman"/>
        </w:rPr>
        <w:t>Işaýa berlen görünti soňky günlerde Hudaýyň halkynyň ýagdaýyny görkezýär. Olara imanyň üsti bilen asmandaky mukaddes ybadathanada dowam edýän işi görmek artykmaçlygy berlendir. “Soňra asmanda Hudaýyň ybadathanasy açyldy, Onuň ybadathanasynda Onuň äht sandygyna göz düşdi.” Olar imanyň üsti bilen iň mukaddes ýere nazar salyp, asmandaky mukaddes ybadathanada Mesihe degişli işi görenlerinde, özleriniň näpak dodakly halkdygyna, dodaklarynyň köplenç bihuda sözleri aýdandygyna we başarnyklarynyň Hudaýyň şöhraty üçin mukaddeslenip ulanylmandygyna düşünýärler. Olar özleriniň ejizligini we mynasyp däldigini Mesihiň şöhratly häsiýetiniň päkligi we gözelligi bilen deňeşdirenlerinde, umytsyzlyga düşmekleri geň däldir. Emma olar Işaýa ýaly, Rebbiň ýürekde galdyrmagy niýet eden täsirini kabul etseler, öz janlaryny Hudaýyň öňünde peselt seler, olar üçin umyt bardyr. Wada älemgoşary tagtyň üstündedir, Işaýa üçin edilen iş olaryň özlerinde-de ýerine ýetiriler. Hudaý puşmanly ýürekden çykýan dileglere jogap berer.</w:t>
      </w:r>
    </w:p>
    <w:p>
      <w:pPr>
        <w:pStyle w:val="ArticleScripture"/>
        <w:jc w:val="left"/>
      </w:pPr>
      <w:r>
        <w:rPr>
          <w:rFonts w:ascii="Times New Roman" w:hAnsi="Times New Roman" w:eastAsia="Times New Roman" w:cs="Times New Roman"/>
        </w:rPr>
        <w:t>“Hudaýyň bu beýik we salyhatly işiniň maksady bugdaý daňylaryny asman ammaryna ýygnamakdyr; çünki ýer Rebbiň şöhraty bilen dolar. Şonuň üçin, barha ýaýraýan erbetligi görüp, haram dodaklardan çykýan sözleri eşidenlerinde, hiç kim ruhdan düşmesin. Garaňkylyk güýjüniň Hudaý halkyna garşy hatara düzülýän wagtynda; Şeýtan soňky beýik çaknyşyk üçin öz güýçlerini jemläninde we onuň güýji uly hem-de tasdan basyp ýatyrjak ýaly bolup görünende, wada älemgoşary bilen gurşalan, ýokary göterilen belent tagtyň üstündäki ylahy şöhratyň aýdyň görnüşi teselli, ynam we parahatlyk berer.” Review and Herald, December 22, 1896.</w:t>
      </w:r>
    </w:p>
    <w:p>
      <w:pPr>
        <w:pStyle w:val="ArticleScripture"/>
        <w:jc w:val="left"/>
      </w:pPr>
      <w:r>
        <w:rPr>
          <w:rFonts w:ascii="Times New Roman" w:hAnsi="Times New Roman" w:eastAsia="Times New Roman" w:cs="Times New Roman"/>
        </w:rPr>
        <w:t>Kebar derýasynyň kenarlarynda Hizkyl demirgazykdan gelýän ýaly görünýän bir tüweleýe şaýat boldy: «uly bir bulut, öz içine dolanyp duran ot, onuň töwereginde parlaklyk bardy, we onuň ortasyndan göýä hrustal reňkine meňzeş bir şöhle çykýardy». Biri-birini kesip geçýän birnäçe tigir dört janly barlyk tarapyndan herekete getirilýärdi. Bularyň ählisinden ýokaryda «tagtyň meňzeşligi bardy, sapfir daşynyň görnüşi ýalydy; tagtyň meňzeşliginiň üstünde bolsa onuň ýokarsynda adamyň görnüşine meňzeş bir keşp bardy». «Keruwplaryň arasynda olaryň ganatlarynyň aşagynda adam eliniň şekili göründi». Hizkyl 1:4, 26; 10:8. Tigirleriň gurluşy şeýle çylşyrymlydy welin, ilkinji seredişde tertipsiz ýaly görünýärdi; emma olar kämil sazlaşykda hereket edýärdiler. Keruwplaryň ganatlarynyň aşagyndaky el tarapyndan saklanýan we ugrukdyrylýan asman barlyklary bu tigirleri herekete getirýärdiler; olaryň ýokarsynda, sapfir tagtynyň üstünde, Baky Olan bardy; tagtyň daş-töwereginde bolsa Hudaý rehiminiň nyşany bolan älemgoşar bardy.</w:t>
      </w:r>
    </w:p>
    <w:p>
      <w:pPr>
        <w:pStyle w:val="ArticleScripture"/>
        <w:jc w:val="left"/>
      </w:pPr>
      <w:r>
        <w:rPr>
          <w:rFonts w:ascii="Times New Roman" w:hAnsi="Times New Roman" w:eastAsia="Times New Roman" w:cs="Times New Roman"/>
        </w:rPr>
        <w:t>Keruplaryň ganatlarynyň aşagyndaky eliň ýolbaşçylygy astynda teker kimin çylşyrymly gurluşlar nähili bolan bolsa, adamzat durmuşyndaky wakalaryň çylşyrymly ösüşi hem şeýlelikde ylahy gözegçilik astyndadyr. Milletleriň arasyndaky dawalaryň we başagaýlygyň ortasynda Keruplaryň ýokarsynda oturan hem heniz-de ýer ýüzüniň işlerini dolandyrýar.</w:t>
      </w:r>
    </w:p>
    <w:p>
      <w:pPr>
        <w:pStyle w:val="ArticleScripture"/>
        <w:jc w:val="left"/>
      </w:pPr>
      <w:r>
        <w:rPr>
          <w:rFonts w:ascii="Times New Roman" w:hAnsi="Times New Roman" w:eastAsia="Times New Roman" w:cs="Times New Roman"/>
        </w:rPr>
        <w:t>Özlerine degişli wagt we ýer paýyna biriniň yzyndan beýlekisi eýe bolup geçen milletleriň taryhy, özleriniň manysyny özleri bilmedik hakykata bihuşdan şaýatlyk edip, biziň bilen gürleýär. Şu günki günde her bir millete hem-de her bir adama Hudaý Öz beýik meýilnamasynda bir orun belläp goýandyr. Bu gün adamlar hem milletler hiç ýalňyşmaýan Zatyň elindäki dikeldiş ýüpi bilen ölçenilýär. Ählisi öz saýlawlary arkaly öz ykballaryny çözýärler, we Hudaý Öz maksatlarynyň amala aşmagy üçin hemmesini Öz ygtyýarynda dolandyrýar.</w:t>
      </w:r>
    </w:p>
    <w:p>
      <w:pPr>
        <w:pStyle w:val="ArticleScripture"/>
        <w:jc w:val="left"/>
      </w:pPr>
      <w:r>
        <w:rPr>
          <w:rFonts w:ascii="Times New Roman" w:hAnsi="Times New Roman" w:eastAsia="Times New Roman" w:cs="Times New Roman"/>
        </w:rPr>
        <w:t>Beýik MEN ÖZÜM bolan Öz sözüniň içinde kesgitläp beren taryhy, pygamberlik zynjyryndaky halkany halka bilen baglap, geçmişdäki bakylykdan geljekdäki bakylyga çenli, şu gün döwürleriň akymynda nirede durandygymyzy we geljek wagtda nämä garaşmalydygyny bize habar berýär. Pygamberligiň häzirki wagta çenli amala aşar diýip öňünden aýdan zatlarynyň ählisi taryhyň sahypalarynda yzarlanyp görkezildi, we biz entek bolmaly zatlaryň hemmesiniň hem öz tertibi boýunça ýerine ýetjekdigine ynamly bolup bileris.”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Kyrkyýetinji Aýatyň Gizlin Taryhy — Ýigriminji San</dc:title>
  <dc:subject>Ikinji Hasrat — Ýedinji Bölüm — Ezekiel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