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 Üçünji Aýetiň Gizlin Taryhy - Ýigrimi Üçünji San</w:t>
      </w:r>
    </w:p>
    <w:p>
      <w:pPr>
        <w:pStyle w:val="ArticleSubtitle"/>
        <w:jc w:val="left"/>
      </w:pPr>
      <w:r>
        <w:rPr>
          <w:rFonts w:ascii="Arial" w:hAnsi="Arial" w:eastAsia="Arial" w:cs="Arial"/>
        </w:rPr>
        <w:t>Hezekiýel — Dördünji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Ezekiel “ýas tutýan pygamber” hökmünde tanalýar, çünki ol kitabynyň dokuzynjy babynda ýurtda we ybadathanada edilýän ýigrenji işlere görä ýas tutýan (iňläp aglaýan we nalyş edýän) ýüz kyrk dört müňüň nyşanydyr. Geçen makalada sitata getiren Testimonies kitabyndaky bölekde Uayt uýamyz şeýle ýazdy: “Pygamberiň özi nätanyş bir ýurtda nätanyşdy; ol ýerde çäksiz şöhratparazlyk bilen wagşy rehimsizlik iň ýokary höküm sürýärdi. Adam zorlugy we adalatsyzlygy barada onuň gören-eşiden zatlary onuň janyny ynjalyksyz etdi, we ol gije-gündiz ajy-ajy ýas tutdy.”</w:t>
      </w:r>
    </w:p>
    <w:p>
      <w:pPr>
        <w:pStyle w:val="ArticleBody"/>
        <w:jc w:val="left"/>
      </w:pPr>
      <w:r>
        <w:rPr>
          <w:rFonts w:ascii="Times New Roman" w:hAnsi="Times New Roman" w:eastAsia="Times New Roman" w:cs="Times New Roman"/>
        </w:rPr>
        <w:t>Bir ýüz kyrk dört müň adam Hezekieliň ýesirlige alnyp gidilmegi arkaly şekillendirilişi ýaly, «Ysraýylyň kowulanlarydyr». Hezekieliň dokuzynjy babynda görkezilen möhürleme işi Ylham kitabyndaky ýedinji bap bilen birdir, we bu baplaryň ikisi-de ahyrky günlerde bolup geçýändigi görnüşinde beýan edilýär.</w:t>
      </w:r>
    </w:p>
    <w:p>
      <w:pPr>
        <w:pStyle w:val="ArticleScripture"/>
        <w:jc w:val="left"/>
      </w:pPr>
      <w:r>
        <w:rPr>
          <w:rFonts w:ascii="Times New Roman" w:hAnsi="Times New Roman" w:eastAsia="Times New Roman" w:cs="Times New Roman"/>
        </w:rPr>
        <w:t>“Hudaýyň hyzmatkärleriniň bu möhürlenişi, Ezekiýele görnüşde görkezilen şol bir zatdyr.” Testimonies to Ministers, 445.</w:t>
      </w:r>
    </w:p>
    <w:p>
      <w:pPr>
        <w:pStyle w:val="ArticleBody"/>
        <w:jc w:val="left"/>
      </w:pPr>
      <w:r>
        <w:rPr>
          <w:rFonts w:ascii="Times New Roman" w:hAnsi="Times New Roman" w:eastAsia="Times New Roman" w:cs="Times New Roman"/>
        </w:rPr>
        <w:t>Tagtdan Huda keruplara görkezme berýär, olar bolsa öz gezeginde tigirleri dolandyrýarlar. Hizkil bu görnüş arkaly, ähli zatlar bulaşyk ýaly görünýän döwürde hem Hudanyň gözegçilik edýändigine düşünmelidi. Uýamyz Waýt, Mesihiň ýedi ýygnagyň arasynda gezip ýören mukaddes ýerindäki Ýuhannany suratlandyryşy ýaly, tagtda oturan Huda keruplara ýolbaşçylyk edýär we olar hem ýer ýüzüniň işlerini dolandyrýar diýen gurluşy beýan edensoň, “şonuň ýaly-da” diýýär. Hizkil bilen Ýuhanna, ylhamyň ýazga geçirşi ýaly: “Dünýämizde amala aşyryljak wakalar heniz hatda düýşde-de görülmedikdir” diýilýän, ýüz kyrk dört müňüň möhürleniş döwründe ýaşaýanlaryň nyşanlarydyr.</w:t>
      </w:r>
    </w:p>
    <w:p>
      <w:pPr>
        <w:pStyle w:val="ArticleBody"/>
        <w:jc w:val="left"/>
      </w:pPr>
      <w:r>
        <w:rPr>
          <w:rFonts w:ascii="Times New Roman" w:hAnsi="Times New Roman" w:eastAsia="Times New Roman" w:cs="Times New Roman"/>
        </w:rPr>
        <w:t>Elbetde, Uýt uýsy şol sözleri ýazanda, şol sözler hakdy, emma möhürleniş döwründe olar özleriniň kämil ýerine ýetmesini tapýarlar. Takmynan ýigrimi ýyl mundan ozal, Yslamyň çekirtgeleriniň üýşüp köpelmegi bilen baglanyşyklylykda häzir dünýäde bolup geçýän zatlary göz öňüne getirerdimiňiz? Ylham kitabyň dokuzynjy babynda Yslamyň nyşany hökmünde çekirtgeler tebigatda Demirgazyk Afrikanyň çekirtgeleriniň göç edişini hem öz içine alýar. Afrikanyň şol üýşüp köpelýän çekirtgeleriniň göç ýoluny Yslam tarapyndan eýelenen geografiýa bilen gabat gelýär. Yslam Ysmagyl neslindendir, Ysmagylnyň ejesi bolsa Hajardyr. “Hajar” “uçuş” ýa-da “gaçmak” diýen manyny berýär. Arapçada bu at adatça Hajar (هاجر) görnüşinde berilýär we ol bize Hijra (Muhammediň göçi/gaçyşy) sözüni berýän şol bir kök bilen baglanyşyklydyr. Yslamyň kökleri diňe bir çekirtgeleriň üýşüp köpelmegi bilen däl, eýsem bu kökleriň içinde göç manysy hem bardyr. Bikanun immigrasiýanyň Yslamyň çekirtgesiniň bir ýüze çykyşy bolandygyny kimdir biri düýşünde-de göz öňüne getirip bilermidi?</w:t>
      </w:r>
    </w:p>
    <w:p>
      <w:pPr>
        <w:pStyle w:val="ArticleBody"/>
        <w:jc w:val="left"/>
      </w:pPr>
      <w:r>
        <w:rPr>
          <w:rFonts w:ascii="Times New Roman" w:hAnsi="Times New Roman" w:eastAsia="Times New Roman" w:cs="Times New Roman"/>
        </w:rPr>
        <w:t>Ählumumy kommunistleriň yslam köpçülikleri bilen bileleşik döredjekdigini kimdir biri düýşünde gördümikä? Yslam hem-de ählumumyçylaryň aždarha häkimiýeti, degişli ýagdaýda, Ylham 9 we 11-de düýpsüz çuňlukdan çykýar, we şol düýpsüz çuňluk şeýtany güýjüň ýüze çykmasyny aňladýar. Hakyky Ýazgylara görä, häzirki iki ýaran hem Şeýtanyň gurallarydyr.</w:t>
      </w:r>
    </w:p>
    <w:p>
      <w:pPr>
        <w:pStyle w:val="ArticleScripture"/>
        <w:jc w:val="left"/>
      </w:pPr>
      <w:r>
        <w:rPr>
          <w:rFonts w:ascii="Times New Roman" w:hAnsi="Times New Roman" w:eastAsia="Times New Roman" w:cs="Times New Roman"/>
        </w:rPr>
        <w:t>“‘Olar öz şaýatlygyny tamamlajak [tamamlap barýan] wagtlarynda.’ Iki şaýadyň çul geýnip pygamberlik etmelidigi döwür 1798-nji ýylda tamamlandy. Olar öz işleriniň näbelli ýagdaýda tamamlanyşyna golaýlaşýan mahaly, “çuňňur düýpsüz çukurdan çykýan haýwan” hökmünde beýan edilen güýjüň olar bilen uruş etmelidigi bellenipdi. Ýewropanyň köp milletlerinde ybadathana we döwletde höküm süren häkimiýetler asyrlaryň dowamynda papalyk arkaly Şeýtan tarapyndan dolandyrylypdy. Emma bu ýerde Şeýtanyň güýjüniň täze bir ýüze çykyşy görkezilýär.” The Great Controversy, 268.</w:t>
      </w:r>
    </w:p>
    <w:p>
      <w:pPr>
        <w:pStyle w:val="ArticleBody"/>
        <w:jc w:val="left"/>
      </w:pPr>
      <w:r>
        <w:rPr>
          <w:rFonts w:ascii="Times New Roman" w:hAnsi="Times New Roman" w:eastAsia="Times New Roman" w:cs="Times New Roman"/>
        </w:rPr>
        <w:t>Ak Uayt bu ýerde sosializmiň Fransuz ynkylaby döwründe peýda bolandygyny görkezýär, şol bir wagtyň özünde-de Şeýtanyň papalyk güýjüni hem dolandyrýandygyny belleýär. Papalyk güýji hem Ylhamyň on ýedinji babynda düýpsüz çukurdan çykýar, Ylhamyň dokuzynjy babynda bolsa Yslam düýpsüz çukurdan çykan tüssedir. Emma mesele şol bolşy ýaly galýar: ylham hakykatdan-da, “Dünýämizde ýerine ýetirilmeli sahnalar entek hatda düýşde-de görülmedi” diýmek isledimi? Yslamyň indi Ýewropanyň hemme ýerine ýaýrap, indi bolsa Amerikalara inýändigini kim düýşünde gördi? Birleşen Milletler Guramasynyň, Ýewropa Bileleşiginiň we Amerikanyň Birleşen Ştatlarynyň Demokratik partiýasynyň globalistleri tarapyndan çekirtgeleriň bütin ýer ýüzüne ýaýradyljakdygyny siz düýşüňizde gördüňizmi?</w:t>
      </w:r>
    </w:p>
    <w:p>
      <w:pPr>
        <w:pStyle w:val="ArticleBody"/>
        <w:jc w:val="left"/>
      </w:pPr>
      <w:r>
        <w:rPr>
          <w:rFonts w:ascii="Times New Roman" w:hAnsi="Times New Roman" w:eastAsia="Times New Roman" w:cs="Times New Roman"/>
        </w:rPr>
        <w:t>Bilim edaralarynyň, salgyt pullarynyň öz ýurduny ýok etmek üçin ulanylmagyny asla niýet etmedik raýatlaryň salgyt serişdeleri bilen häzir maliýeleşdirilýän kommunistik we yslamçy bileleşigi tarapyndan basylyp alynjakdygyny kim düýşünde görüpdi?</w:t>
      </w:r>
    </w:p>
    <w:p>
      <w:pPr>
        <w:pStyle w:val="ArticleBody"/>
        <w:jc w:val="left"/>
      </w:pPr>
      <w:r>
        <w:rPr>
          <w:rFonts w:ascii="Times New Roman" w:hAnsi="Times New Roman" w:eastAsia="Times New Roman" w:cs="Times New Roman"/>
        </w:rPr>
        <w:t>Kim Beýik Britaniýanyň yslam tarapyndan akýagyz gyzlaryň toparlaýyn zorlanmagynyň, alnyp gaçylmagynyň, tussag edilmeginiň we öldürilmeginiň öňüni açyk ýa-da ýaýbaňlandyrjakdygyny göz öňüne getiripdi? Köp adamlar adamzat taryhynda haçan hem bolsa peýda bolan her bir kommunistik ulgamyň doly şowsuzlyga uçrandygyny görkezýärler, emma Britaniýanyň sosializminiň miwesi hem şol ulgamyň ykdysady we syýasy pelsepeleriniň şowsuzlygy ýaly, sosializmi ýazgarýan delildir.</w:t>
      </w:r>
    </w:p>
    <w:p>
      <w:pPr>
        <w:pStyle w:val="ArticleBody"/>
        <w:jc w:val="left"/>
      </w:pPr>
      <w:r>
        <w:rPr>
          <w:rFonts w:ascii="Times New Roman" w:hAnsi="Times New Roman" w:eastAsia="Times New Roman" w:cs="Times New Roman"/>
        </w:rPr>
        <w:t>Ýeriň täjirleriniň on ýedi milliondan hem köp adamy köpçülikleýin gyrmak maksady bilen zäherleri getirmäge ýol beriljekdigini kim arzuw edip bilerdi?</w:t>
      </w:r>
    </w:p>
    <w:p>
      <w:pPr>
        <w:pStyle w:val="ArticleBody"/>
        <w:jc w:val="left"/>
      </w:pPr>
      <w:r>
        <w:rPr>
          <w:rFonts w:ascii="Times New Roman" w:hAnsi="Times New Roman" w:eastAsia="Times New Roman" w:cs="Times New Roman"/>
        </w:rPr>
        <w:t>Jorj Soros, Bill Geýts we Entoni Fauçi ýaly adamlaryň özleriniň şeýtana mahsus ýowuz işlerini bütinleý hiç hili netije bolmazdan amala aşyrmagyna ýol berler diýip kim güman ederdi?</w:t>
      </w:r>
    </w:p>
    <w:p>
      <w:pPr>
        <w:pStyle w:val="ArticleBody"/>
        <w:jc w:val="left"/>
      </w:pPr>
      <w:r>
        <w:rPr>
          <w:rFonts w:ascii="Times New Roman" w:hAnsi="Times New Roman" w:eastAsia="Times New Roman" w:cs="Times New Roman"/>
        </w:rPr>
        <w:t>Waýt uýa Ak ýüz kyrk dört müňüň möhürleniş wagtynyň çäginde bolup geçjek wakalaryň göz öňüne-de getirilmändigi hakda aýdan mahaly, muny şol baglanyşykda beýan edipdi. Ol Matta ýigrimi dördünji bapda Mesihiň eden duýduryşy baradaky belliklerini dowam etdirip şeýle ýazypdy: “Bu sapaklar biziň peýdamyz üçindir. Imanymyzy Hudaýa berk daýamalydyrys, çünki biziň öňümizde adamlaryň janlaryny synagdan geçirjek bir wagt dur. Mesih Zeýtun dagynda Özüniň ikinji gezek gelmeginden öň bolup geçmeli gorkunç hökümleri beýan etdi.”</w:t>
      </w:r>
    </w:p>
    <w:p>
      <w:pPr>
        <w:pStyle w:val="ArticleBody"/>
        <w:jc w:val="left"/>
      </w:pPr>
      <w:r>
        <w:rPr>
          <w:rFonts w:ascii="Times New Roman" w:hAnsi="Times New Roman" w:eastAsia="Times New Roman" w:cs="Times New Roman"/>
        </w:rPr>
        <w:t>Onuň ýaňy agzan sapaklary, mukaddes ýerde bolan Yzkýeliň we Ýahýanyň ähli zatlaryň Hudaýyň dolandyryşynda durýandygyna düşünmegi öwrenişleriniň şekillendirmeleri boldy. Häzir dowam edýän bulaşyklykda we pitnede, taryh öňe gitdigiçe diňe güýçlenjek şol bulaşyklykda we pitnede, diňe Yzkýeliň we Ýahýanyň ybadathanadaky mysaly bilen däl, eýsem Işaýanyň mysaly bilen hem görkezilişi ýaly, Hudaýyň habarchylary, eger biziň hiç haçan göz öňüne-de getirmedik zatlarymyzyň hem henizem Hudaýyň dolandyryşy astyndadygyna düşünseler, taryhy diňe Rebbi şöhratlandyrýan görnüşde geçip bilerler.</w:t>
      </w:r>
    </w:p>
    <w:p>
      <w:pPr>
        <w:pStyle w:val="ArticleBody"/>
        <w:jc w:val="left"/>
      </w:pPr>
      <w:r>
        <w:rPr>
          <w:rFonts w:ascii="Times New Roman" w:hAnsi="Times New Roman" w:eastAsia="Times New Roman" w:cs="Times New Roman"/>
        </w:rPr>
        <w:t>Beýleki tigirler bilen kesişýän şol tigirler hiç haçan düýşde-de göz öňüne getirilmedik wakalary öz içine alýar, we olar 11-nji sentýabrda başlanan möhürleniş döwründe bolup geçýän wakalardyr. Öwrenilmeli sapaklar diňe iman arkaly Iň Mukaddes Ýere girip, Äht sandygyndan saçýan Mesihi we Onuň nuruny görýänler tarapyndan öwrenilýär. Şol şöhrat Danieliň onunjy bapda beýan edişi ýaly syn edilende, nurdan peýda alýan topar görüşden gaçanlardan aýrylýar.</w:t>
      </w:r>
    </w:p>
    <w:p>
      <w:pPr>
        <w:pStyle w:val="ArticleScripture"/>
        <w:jc w:val="left"/>
      </w:pPr>
      <w:r>
        <w:rPr>
          <w:rFonts w:ascii="Times New Roman" w:hAnsi="Times New Roman" w:eastAsia="Times New Roman" w:cs="Times New Roman"/>
        </w:rPr>
        <w:t>Men, diňe men Danyýel şol görnüşi gördüm; ýanymda bolan adamlar görnüşi görmediler; emma olaryň üstüne uly titreýiş düşdi, şonuň üçin olar gizlenmek üçin gaçyp gitdiler. Daniel 10:7.</w:t>
      </w:r>
    </w:p>
    <w:p>
      <w:pPr>
        <w:pStyle w:val="ArticleBody"/>
        <w:jc w:val="left"/>
      </w:pPr>
      <w:r>
        <w:rPr>
          <w:rFonts w:ascii="Times New Roman" w:hAnsi="Times New Roman" w:eastAsia="Times New Roman" w:cs="Times New Roman"/>
        </w:rPr>
        <w:t>Öňki makaladaky parçadan çykaryp boljak zatlar has köp, ýöne bu makalany jemlärkäk, bir tigri ara alyp maslahatlaşarys. Soňky makalada ýigrimi bäş sanynyň nyşanly manysyny belläp geçdik, ondan öň bolsa otuz sanynyň üstünde durup geçipdik. Ezekiel kitabyndan gelýän nur diňe bir nyşanly sanlar bilen çäklenmeýär, emma bulaşyklygyň içinden käbir aýdyňlygy ýüze çykarmaga başlamazdan öň şol san nyşanlarynyň käbiri bilen ilki tanyş bolmak ýerliklidir.</w:t>
      </w:r>
    </w:p>
    <w:p>
      <w:pPr>
        <w:pStyle w:val="ArticleHeading"/>
        <w:jc w:val="left"/>
      </w:pPr>
      <w:r>
        <w:rPr>
          <w:rFonts w:ascii="Arial" w:hAnsi="Arial" w:eastAsia="Arial" w:cs="Arial"/>
        </w:rPr>
        <w:t>On ýedi</w:t>
      </w:r>
    </w:p>
    <w:p>
      <w:pPr>
        <w:pStyle w:val="ArticleBody"/>
        <w:jc w:val="left"/>
      </w:pPr>
      <w:r>
        <w:rPr>
          <w:rFonts w:ascii="Times New Roman" w:hAnsi="Times New Roman" w:eastAsia="Times New Roman" w:cs="Times New Roman"/>
        </w:rPr>
        <w:t>Üç sany iki ýüz elli ýyllyk pygamberlik Smyrna ybadathanasynyň taryhynyň ahyrynda başlanýan on ýedi ýyllyk döwri kesgitleýär. 313-nji ýyldan 330-njy ýyla çenli bolan on ýedi ýyl haýwanyň keşbiniň dikeldilmegini nusgalaýar.</w:t>
      </w:r>
    </w:p>
    <w:p>
      <w:pPr>
        <w:pStyle w:val="ArticleBody"/>
        <w:jc w:val="left"/>
      </w:pPr>
      <w:r>
        <w:rPr>
          <w:rFonts w:ascii="Times New Roman" w:hAnsi="Times New Roman" w:eastAsia="Times New Roman" w:cs="Times New Roman"/>
        </w:rPr>
        <w:t>Miladydan öňki 457-nji ýylda başlanan iki ýüz elli ýyl Miladydan öňki 207-nji ýylda, Rafiýa söweşinden on ýyl soň we Paniýum söweşinden ýedi ýyl öň tamamlandy. Rafiýadan Paniýuma çenli on ýedi ýyl boldy, we bu Daniel kitabyň on birinji babyň on birinji aýatyndan on bäşinji aýadyna çenli beýan edilişi ýaly, kyrkynjy aýadyň gizlin taryhyny aňladýar.</w:t>
      </w:r>
    </w:p>
    <w:p>
      <w:pPr>
        <w:pStyle w:val="ArticleBody"/>
        <w:jc w:val="left"/>
      </w:pPr>
      <w:r>
        <w:rPr>
          <w:rFonts w:ascii="Times New Roman" w:hAnsi="Times New Roman" w:eastAsia="Times New Roman" w:cs="Times New Roman"/>
        </w:rPr>
        <w:t>Ptolemeý IV Filopator (şeýle hem Ptolemeý IV diýlip hem tanalýar) miladydan öňki 217-nji ýylda Rafiýa söweşinde ýeňiş gazanan hökümdardy. Ol miladydan öňki 221-nji ýyldan miladydan öňki 204-nji ýyla çenli Ptolemeýler Müsüriň patyşasy (we faraony) hökmünde höküm sürdi; şeýlelikde, onuň patyşalyk eden döwri on ýedi ýyl dowam etdi. Ol öz hökümdarlygyna Rafiýa söweşinden öň başlady, emma Paniý söweşinden öň aradan çykdy.</w:t>
      </w:r>
    </w:p>
    <w:p>
      <w:pPr>
        <w:pStyle w:val="ArticleBody"/>
        <w:jc w:val="left"/>
      </w:pPr>
      <w:r>
        <w:rPr>
          <w:rFonts w:ascii="Times New Roman" w:hAnsi="Times New Roman" w:eastAsia="Times New Roman" w:cs="Times New Roman"/>
        </w:rPr>
        <w:t>Ukraina urşuny aňladýan Rafiýa söweşi 2014-nji ýylda, Amerikanyň Birleşen Ştatlary Ukrainada reňkli ynkylaby amala aşyranda başlady. Günortanyň patyşasy bolan Ptolemeý IV, 2000-nji ýylda, ýagny 2001-nji ýylda başlanan ýüz kyrk dört müňüň möhürlenmeginden bir ýyl öň höküm sürüp başlamagy bilen, Wladimir Putini nusgalaýar. Ptolemeýde bolşy ýaly, Putin hem 2014-nji ýylda başlan Rafiýa söweşi bilen nusgalanýan Ukraina urşundan öň höküm sürüp başlady. Paniýumdan öň, Ptolemeý arkaly nusgalanylşy ýaly, Putin aýrylýar. Putin 2000-nji ýylda höküm sürüp başlady, şeýdip ol indiki ýyl, 2001-nji ýylda başlanan möhürleniş döwrüniň başlangyjy bilen gabat gelýär. Ptolemeý arkaly görkezilen on ýedi nyşanly ýyl Putiniň höküm sürýän döwrüni görkezýär, we ol muny möhürleniş döwründe edýär.</w:t>
      </w:r>
    </w:p>
    <w:p>
      <w:pPr>
        <w:pStyle w:val="ArticleBody"/>
        <w:jc w:val="left"/>
      </w:pPr>
      <w:r>
        <w:rPr>
          <w:rFonts w:ascii="Times New Roman" w:hAnsi="Times New Roman" w:eastAsia="Times New Roman" w:cs="Times New Roman"/>
        </w:rPr>
        <w:t>Miladdan öňki 457-nji ýylda başlap, iki ýüz elli ýylyň tamamlanmagy bilen şekillendirilen Tramp, Rafia söweşinden başlanýan, on ýedi ýyl dowam edýän şol bir gizlin taryhda ýerleşýär. Aždarha (Putin) we ýalan pygamber (Tramp) şol gizlin taryhyň çäginde ýerleşýär. Şol taryhda, papa häkimiýetini alamatlandyrýan “seniň halkyňyň talaňçylary” hökmünde görkezilen wagşy haýwan, Rafiýadan Paniuma çenli bolan on ýedi ýylyň ahyrynda ýerleşýär.</w:t>
      </w:r>
    </w:p>
    <w:p>
      <w:pPr>
        <w:pStyle w:val="ArticleBody"/>
        <w:jc w:val="left"/>
      </w:pPr>
      <w:r>
        <w:rPr>
          <w:rFonts w:ascii="Times New Roman" w:hAnsi="Times New Roman" w:eastAsia="Times New Roman" w:cs="Times New Roman"/>
        </w:rPr>
        <w:t>321-nji ýyl Amerikanyň Birleşen Ştatlarynda ýekşenbe güni baradaky kanuny aňladýar, we 321-nji ýyl 313-nji ýylda çykarylan Milan Ediktinden tä 330-njy ýylda imperiýanyň bölünmegine çenli bolan on ýedi ýyllyk döwrüň içinde ýerleşýär.</w:t>
      </w:r>
    </w:p>
    <w:p>
      <w:pPr>
        <w:pStyle w:val="ArticleBody"/>
        <w:jc w:val="left"/>
      </w:pPr>
      <w:r>
        <w:rPr>
          <w:rFonts w:ascii="Times New Roman" w:hAnsi="Times New Roman" w:eastAsia="Times New Roman" w:cs="Times New Roman"/>
        </w:rPr>
        <w:t>Ýoşiýanyň “Beýik Pasha baýramy” diýlip atlandyrylýan wakasyndan görkezilýän taryh ýewreýleriň on ýedinji Ýubileý aýlawyndan başlanýar. Köne Ähtdäki iň beýik ruhy oýanyş bolan Ýoşiýanyň Pasha baýramyndan 22-nji oktýabra çenli bolan döwür 1840-njy ýylyň 11-nji awgustyndan 1844-nji ýylyň 22-nji oktýabryna çenli Millerit taryhyny aňladýar, emma has-da möhümi, ol 11-nji sentýabrdan Ýekşenbe kanunyna çenli bolan taryhy aňladýar. Bir ýüz kyrk dört müň adamyň möhürleniş wagty Ýoşiýadan 22-nji oktýabra çenli bolan on ýedinji Ýubileý aýlawy arkaly görkezilýär. On ýedi möhürleniş wagtynyň esasy wakalary bilen baglanyşykly bir nyşandyr, we on ýedi sany Ezekiýeliň tigirleriniň kesişýän nokadydyr.</w:t>
      </w:r>
    </w:p>
    <w:p>
      <w:pPr>
        <w:pStyle w:val="ArticleBody"/>
        <w:jc w:val="left"/>
      </w:pPr>
      <w:r>
        <w:rPr>
          <w:rFonts w:ascii="Times New Roman" w:hAnsi="Times New Roman" w:eastAsia="Times New Roman" w:cs="Times New Roman"/>
        </w:rPr>
        <w:t>Danyýlyň kyrkynjy aýatynyň gizlin taryhynda, şol bir babyň onunjy aýatyndan on bäşinji aýatyna çenli görkezilişi ýaly, aždarha Ptolemeýiň hökümdarlygy arkaly “17” sany bilen baglanyşdyrylýar. On birinji aýatdaky Rafýa söweşinden on bäşinji aýatdaky Rafýa söweşine çenli bolan taryh “17” ýyldyr. Şol taryh Donald Trampy bu iki söweş bilen görkezilen on ýedi ýylyň ortasyna ýerleşdirýär. Amerikanyň Birleşen Ştatlarynda Tramp tarapyndan emele getirilen we dikeldilen janawaryň şekili 313-nji ýyldan 330-njy ýyla çenli bolan “17” ýyl bilen görkezilýär. Birinji babyň birinji aýatynda Ezekiýel “17-nji” Ýubileý döwrüniň otuzynjy ýylyndadyr. Siz hiç wagt on ýedi sanynyň Ezekiýeliň Iň Mukaddes Ýerde gören tigirleriniň birini aňladýandygyny düýşüňizde gördüňizmi?</w:t>
      </w:r>
    </w:p>
    <w:p>
      <w:pPr>
        <w:pStyle w:val="ArticleBody"/>
        <w:jc w:val="left"/>
      </w:pPr>
      <w:r>
        <w:rPr>
          <w:rFonts w:ascii="Times New Roman" w:hAnsi="Times New Roman" w:eastAsia="Times New Roman" w:cs="Times New Roman"/>
        </w:rPr>
        <w:t>Hezekiel, möhürleme wagtynda iman arkaly Iň Mukaddes Ýere girenleriň nyşanydyr. Olar Petrusyñ ruhanylarydyr.</w:t>
      </w:r>
    </w:p>
    <w:p>
      <w:pPr>
        <w:pStyle w:val="ArticleScripture"/>
        <w:jc w:val="left"/>
      </w:pPr>
      <w:r>
        <w:rPr>
          <w:rFonts w:ascii="Times New Roman" w:hAnsi="Times New Roman" w:eastAsia="Times New Roman" w:cs="Times New Roman"/>
        </w:rPr>
        <w:t>Siz hem, diri daşlar hökmünde, ruhy bir öý, mukaddes ruhanylyk bolup bina edilýärsiňiz, Isa Mesih arkaly Hudaýa ýakymly ruhy gurbanlyklary hödürlemek üçin. 1 Petrus 2:5.</w:t>
      </w:r>
    </w:p>
    <w:p>
      <w:pPr>
        <w:pStyle w:val="ArticleBody"/>
        <w:jc w:val="left"/>
      </w:pPr>
      <w:r>
        <w:rPr>
          <w:rFonts w:ascii="Times New Roman" w:hAnsi="Times New Roman" w:eastAsia="Times New Roman" w:cs="Times New Roman"/>
        </w:rPr>
        <w:t>Olar, öňünden duýduryş berilýändigine garamazdan, şol wagt geçilip gidilýän Hudaýyň öňki äht halkyna bir habary ýetirmek üçin tabşyryldy; emma Hudaýyň öňki äht halky ne görer, ne-de eşider.</w:t>
      </w:r>
    </w:p>
    <w:p>
      <w:pPr>
        <w:pStyle w:val="ArticleScripture"/>
        <w:jc w:val="left"/>
      </w:pPr>
      <w:r>
        <w:rPr>
          <w:rFonts w:ascii="Times New Roman" w:hAnsi="Times New Roman" w:eastAsia="Times New Roman" w:cs="Times New Roman"/>
        </w:rPr>
        <w:t>Ol maňa şeýle diýdi: «Eý, ynsan ogly, garnyňy iýdir we saňa berýän bu ýazgyny içiňe doldur». Şonda men ony iýdim; ol agzymda süýjülikde bal ýaly boldy. Ol maňa şeýle diýdi: «Eý, ynsan ogly, git, Ysraýyl öýüne bar-da, Meniň sözlerim bilen olara sözle. Çünki sen düşnüksiz sözleýişli we agyr dilli bir halka däl, eýsem Ysraýyl öýüne iberildiň; sözlerini düşünip bilmejek düşnüksiz sözleýişli we agyr dilli köp halklara däl. Elbetde, eger Men seni olaryň ýanyna iberen bolsam, olar saňa gulak asardylar. Emma Ysraýyl öýi saňa gulak asmaz; çünki olar Maňa gulak asmaýarlar. Sebäbi tutuş Ysraýyl öýi ýüzugra we gaty ýürekli. Ine, Men seniň ýüzüňi olaryň ýüzlerine garşy berk etdim, maňlaýyňy hem olaryň maňlaýlaryna garşy berk etdim. Çakmak daşyndan-da gaty göwher kimin Men seniň maňlaýyňy etdim; olardan gorkma, ýüzlerine seredip aljyraňňy bolma, hernäçe olar pitneçi bir öý bolsalar-da». Ezekiýel 3:3–9.</w:t>
      </w:r>
    </w:p>
    <w:p>
      <w:pPr>
        <w:pStyle w:val="ArticleBody"/>
        <w:jc w:val="left"/>
      </w:pPr>
      <w:r>
        <w:rPr>
          <w:rFonts w:ascii="Times New Roman" w:hAnsi="Times New Roman" w:eastAsia="Times New Roman" w:cs="Times New Roman"/>
        </w:rPr>
        <w:t>Hezekiele Millerit taryhynyň protestantlary we soňky günlerdäki Laodikeýa ýagdaýyndaky Ýedinji Gün Adwentist ybadathanasy tarapyndan şekillendirilýän öňki äht halkyna bir habary yglan etmäge görkezilýär. Eger ol bu habary yglan etmekden ýüz öwürse, duýduryşsyz galanlaryň gany onuň üstünde bolar.</w:t>
      </w:r>
    </w:p>
    <w:p>
      <w:pPr>
        <w:pStyle w:val="ArticleScripture"/>
        <w:jc w:val="left"/>
      </w:pPr>
      <w:r>
        <w:rPr>
          <w:rFonts w:ascii="Times New Roman" w:hAnsi="Times New Roman" w:eastAsia="Times New Roman" w:cs="Times New Roman"/>
        </w:rPr>
        <w:t>Ynsan ogly, Men seni Ysraýyl nesline gözegçi etdim; şonuň üçin agzymdan çykýan sözi diňle-de, Menden olara duýduryş ber. Haçan Men pis adama: “Sen hökman ölýärsiň” diýsem, sen oňa duýduryş bermeseň we onuň janyny halas etmek üçin pis adamy öz pis ýolundan döndermek maksady bilen söz aýtmasaň, şol pis adam öz günäsi içinde öler; emma onuň ganyny Men seniň eliňden talap ederin. Emma sen pis adama duýduryş berseň-de, ol öz pisliginden hem-de pis ýolundan dönmese, ol öz günäsi içinde öler; ýöne sen öz janyňy halas edersiň. Şeýle hem, haçan dogry adam öz dogrulygyndan ýüz öwrüp, günä etse, Men onuň öňünde büdreme daşy goýsam, ol öler; sebäbi sen oňa duýduryş bermediň, ol öz günäsinde öler, eden dogry işleri hem ýatlanmaz; emma onuň ganyny Men seniň eliňden talap ederin. Şeýle-de bolsa, eger sen dogry adama dogry adam günä etmez ýaly duýduryş berseň we ol günä etmese, oňa duýduryş berlendigi sebäpli, ol hökman ýaşar; sen hem öz janyňy halas edersiň. Ezekiýel 3:17–21.</w:t>
      </w:r>
    </w:p>
    <w:p>
      <w:pPr>
        <w:pStyle w:val="ArticleBody"/>
        <w:jc w:val="left"/>
      </w:pPr>
      <w:r>
        <w:rPr>
          <w:rFonts w:ascii="Times New Roman" w:hAnsi="Times New Roman" w:eastAsia="Times New Roman" w:cs="Times New Roman"/>
        </w:rPr>
        <w:t>Hezekieliň ilkinji «on bir» babynda oňa Iýerusalimiň weýran edilişi görkezilýär; bu ýagdaý Kebar derýasynyň boýundaky, düzlükdäki we Iýerusalimdäki görnüşler arkaly şekillendirilýär. Oňa Iýerusalimiň üstüne geljek hökümiň golaýlaşýandygy barada duýduryşy yglan etmek tabşyrylýar. Iýerusalimiň üstüne geljek hökümiň golaýlaşýandygy baradaky duýduryş habary ilki bilen Laodikýä degişli Ýedinji gün Adwentist ybadathanasyna berlen duýduryşdyr. Bu duýduryş Hudaýyň möhürine eýe bolmadyk Iýerusalimdäki Hudaý halkynyň höküm edilýändigini we ret edilýändigini kesgitleýär. Hezekiel arkaly öňden nusgalanan bu duýduryş, ýakynda güýje girjek Ýekşenbe kanuny baradaky duýduryşdyr.</w:t>
      </w:r>
    </w:p>
    <w:p>
      <w:pPr>
        <w:pStyle w:val="ArticleBody"/>
        <w:jc w:val="left"/>
      </w:pPr>
      <w:r>
        <w:rPr>
          <w:rFonts w:ascii="Times New Roman" w:hAnsi="Times New Roman" w:eastAsia="Times New Roman" w:cs="Times New Roman"/>
        </w:rPr>
        <w:t>Bu hakykatlaryň beýan edilýän şol ilkinji on bir baplarynda Ezekiýel dilsiz edilýär we şondan soň diňe Hudaý onuň agzyny ýörite açanda gepleýär; bu ýagdaý Iýerusalimiň weýran edilmegine çenli dowam edýär, şol wagt ol ýene-de geplemäge ukyply bolýar.</w:t>
      </w:r>
    </w:p>
    <w:p>
      <w:pPr>
        <w:pStyle w:val="ArticleScripture"/>
        <w:jc w:val="left"/>
      </w:pPr>
      <w:r>
        <w:rPr>
          <w:rFonts w:ascii="Times New Roman" w:hAnsi="Times New Roman" w:eastAsia="Times New Roman" w:cs="Times New Roman"/>
        </w:rPr>
        <w:t>Soňra Ruh maňa girdi-de, meni aýaga galdyrdy, meniň bilen gepleşip, maňa şeýle diýdi: «Git-de, öýüňde özüňi ýap. Emma sen, eý adam ogly, ine, saňa baglar salarlar we şol baglar bilen seni daňarlar; sen olaryň arasyna çykyp bilmersiň. Men diliňi agzyňyň ýokarsyna ýelmeşdirerin, şeýlelikde sen lal bolarsyň we olara käýinji bolmarsyň; çünki olar pitneçi öýdür. Emma Men seniň bilen gepleşenimde, agzyňy açaryn, şonda sen olara: “Hökmürowan Reb şeýle diýýär”; diýersiň. Eşitjek eşitsin; ýüz öwürjek bolsa, ýüz öwürsin; çünki olar pitneçi öýdür». Ezekiel 3:24–27.</w:t>
      </w:r>
    </w:p>
    <w:p>
      <w:pPr>
        <w:pStyle w:val="ArticleBody"/>
        <w:jc w:val="left"/>
      </w:pPr>
      <w:r>
        <w:rPr>
          <w:rFonts w:ascii="Times New Roman" w:hAnsi="Times New Roman" w:eastAsia="Times New Roman" w:cs="Times New Roman"/>
        </w:rPr>
        <w:t>Iýerusalim ýykylanda, Hezekiýel ýene-de gürläp bildi.</w:t>
      </w:r>
    </w:p>
    <w:p>
      <w:pPr>
        <w:pStyle w:val="ArticleScripture"/>
        <w:jc w:val="left"/>
      </w:pPr>
      <w:r>
        <w:rPr>
          <w:rFonts w:ascii="Times New Roman" w:hAnsi="Times New Roman" w:eastAsia="Times New Roman" w:cs="Times New Roman"/>
        </w:rPr>
        <w:t>Biziň ýesir düşen döwrümiziň on ikinji ýylynda, onunjy aýda, aýyň bäşinji güni şeýle boldy: Iýerusalimden gaçyp gutulan biri maňa gelip: «Şäher uruldy» diýdi. Ol gaçyp gutulan kişi gelmezinden öň, agşam wagty Rebbiň eli meniň üstümde boldy; ol irden maňa gelýänçä, dilimi açdy; şeýlelikde meniň dilim açyldy, indi men dymyk däldim. Ezekiel 33:21, 22.</w:t>
      </w:r>
    </w:p>
    <w:p>
      <w:pPr>
        <w:pStyle w:val="ArticleBody"/>
        <w:jc w:val="left"/>
      </w:pPr>
      <w:r>
        <w:rPr>
          <w:rFonts w:ascii="Times New Roman" w:hAnsi="Times New Roman" w:eastAsia="Times New Roman" w:cs="Times New Roman"/>
        </w:rPr>
        <w:t>Iýerusalimiň ýykylmagy ahyrky günlerdeki Laodikiýa Ýedinji gün adventist buthanasynyň ýykylmagyny aňladýar. Ol ýykylma, dokuzynjy bapda Iýerusalimde möhürlenenleriň soňra ýeňiji buthana hökmünde ýokary galdyrylýan wagtynda bolup geçýär. Iýerusalimiň içindäki laodikiýalylar çykarylyp alynýar, şöhrat patyşalygy berkarar edilende bolsa ýüz kyrk dört müň ýokary galdyrylýar. Şol şöhrat patyşalygy haçda merhemet patyşalygynyň berkarar edilmegi bilen öňünden görnüşe salnypdy. Haçdaky merhemet patyşalygy ýekşenbe güni kanuny wagtyndaky şöhrat patyşalygyna laýyk gelýär, we şol iki patyşalyk Hezekiýel kitabynda ýerleşýän pygamberlik taryhynyň yzygiderliligine ýerleşdirilýär. Ilkinji on bir bap, Hezekiýel mukaddes ýeriň çäginde goýlanda, Hudaýyň halky harby buthanadan — ýagny bugdaý bilen haşaly otlardan ybarat diýlip kesgitlenýän ýagdaýdan — Pentikostuň bugdaý sadakasyndan ybarat bolan ýeňiji buthana öwrülýän wagtynda, Hudaýyň buthanasynyň päklenmegi hakdadyr.</w:t>
      </w:r>
    </w:p>
    <w:p>
      <w:pPr>
        <w:pStyle w:val="ArticleScripture"/>
        <w:jc w:val="left"/>
      </w:pPr>
      <w:r>
        <w:rPr>
          <w:rFonts w:ascii="Times New Roman" w:hAnsi="Times New Roman" w:eastAsia="Times New Roman" w:cs="Times New Roman"/>
        </w:rPr>
        <w:t>Sen bolsaň, eý, Ysraýylyň haramzada erbet serdary, seniň günüň geldi, haçan-da ýazyk öz soňuna ýetende, Reb Hudaý şeýle diýýär: Baş geýimini aýyr, täji başdan al; bu indi öňküsi ýaly bolmaz: pes bolany belent et, beýik bolany bolsa peselt. Men ony agdararyn, agdararyn, agdararyn; ol öz hak eýesi gelýänçä indi bolmaz; men hem ony oňa bererin. Ezekiel 21:25–27.</w:t>
      </w:r>
    </w:p>
    <w:p>
      <w:pPr>
        <w:pStyle w:val="ArticleBody"/>
        <w:jc w:val="left"/>
      </w:pPr>
      <w:r>
        <w:rPr>
          <w:rFonts w:ascii="Times New Roman" w:hAnsi="Times New Roman" w:eastAsia="Times New Roman" w:cs="Times New Roman"/>
        </w:rPr>
        <w:t>Sedekiýa Ýahudanyň iň soňky patyşasydy, we ol bu aýatlardaky “güni gelen, Ysraýylyň zalym şazadasydyr”. Nebukadnesar Iýerusalimi basyp almakçy bolupdy, we Sedekiýanyň täji Wawilon tarapyndan aýryljakdy; Wawilon bolsa Medler we Parslar tarapyndan agdaryljakdy, olar hem öz gezeginde greklar tarapyndan agdaryljakdy, greklar bolsa Rim tarapyndan agdaryljakdy. Üçünji agdaryş Rime gelip ýetýär; bu bolsa “hukugy Özüne degişli bolan” Patyşanyň haçda şol patyşalyk dikeldilende merhemet patyşalygynyň täjini aljak döwrüniň taryhydyr.</w:t>
      </w:r>
    </w:p>
    <w:p>
      <w:pPr>
        <w:pStyle w:val="ArticleScripture"/>
        <w:jc w:val="left"/>
      </w:pPr>
      <w:r>
        <w:rPr>
          <w:rFonts w:ascii="Times New Roman" w:hAnsi="Times New Roman" w:eastAsia="Times New Roman" w:cs="Times New Roman"/>
        </w:rPr>
        <w:t>“‘Haram edýän zalym şazada’ üçin ahyrky hasaplaşyk güni gelipdi. Reb şeýle höküm çykardy: ‘Sarlygy aýyr’ we ‘täji çykar.’ Mesih Özi Patyşalygyny gurýança, Ýehuda täzeden patyşa eýe bolmaga rugsat edilmejekdi. Dawudyň öýüniň tagty barada ylahy perman şeýle diýýärdi: ‘Men ony agdaryp taşlaryn, agdaryp taşlaryn, agdaryp taşlaryn’; ‘we degişli Hukuk eýesi gelýänçä, ol indi bolmaz; Men ony Oňa bererin.’ Ýezekil 21:25–27.” Pygamberler we Patyşalar, 451.</w:t>
      </w:r>
    </w:p>
    <w:p>
      <w:pPr>
        <w:pStyle w:val="ArticleBody"/>
        <w:jc w:val="left"/>
      </w:pPr>
      <w:r>
        <w:rPr>
          <w:rFonts w:ascii="Times New Roman" w:hAnsi="Times New Roman" w:eastAsia="Times New Roman" w:cs="Times New Roman"/>
        </w:rPr>
        <w:t>Soňky ýagşyň döwründe, ýagny dirileriň höküm edilmegi 9/11-de başlanda, Mesih Öz şöhratly Patyşalygyny bina edýär.</w:t>
      </w:r>
    </w:p>
    <w:p>
      <w:pPr>
        <w:pStyle w:val="ArticleScripture"/>
        <w:jc w:val="left"/>
      </w:pPr>
      <w:r>
        <w:rPr>
          <w:rFonts w:ascii="Times New Roman" w:hAnsi="Times New Roman" w:eastAsia="Times New Roman" w:cs="Times New Roman"/>
        </w:rPr>
        <w:t>«Dört perişde goýberende, Mesih Öz patyşalygyny gurar». Spalding we Magan, 3.</w:t>
      </w:r>
    </w:p>
    <w:p>
      <w:pPr>
        <w:pStyle w:val="ArticleBody"/>
        <w:jc w:val="left"/>
      </w:pPr>
      <w:r>
        <w:rPr>
          <w:rFonts w:ascii="Times New Roman" w:hAnsi="Times New Roman" w:eastAsia="Times New Roman" w:cs="Times New Roman"/>
        </w:rPr>
        <w:t>Taýýarlyk döwri 11-nji sentýabrda başlanýar, ýekşenbe kanuny çykarylanda bolsa, şöhratly mukaddes dag ähli depe-belentlikleriň we daglaryň üstünden beýgeldilýär.</w:t>
      </w:r>
    </w:p>
    <w:p>
      <w:pPr>
        <w:pStyle w:val="ArticleScripture"/>
        <w:jc w:val="left"/>
      </w:pPr>
      <w:r>
        <w:rPr>
          <w:rFonts w:ascii="Times New Roman" w:hAnsi="Times New Roman" w:eastAsia="Times New Roman" w:cs="Times New Roman"/>
        </w:rPr>
        <w:t>Amozyň ogly Işaýanyň Ýahuda we Iýerusalim hakda gören sözi. Ahyrky günlerde şeýle bolar: Rebbiň öýüniň dagy daglaryň depesinde berk ornaşar, baýyrlardan hem beýgeldiler; ähli milletler oňa tarap akarlar. Köp halklar gidip şeýle diýerler: «Geliň, Rebbiň dagyna, Ýakubyň Hudaýynyň öýüne çykalyň; Ol bize Öz ýollaryny öwreder, biz hem Onuň ýodalarynda ýöreris». Çünki kanun Siýondan çykar, Rebbiň sözi bolsa Iýerusalimden. Işaýa 2:1–3.</w:t>
      </w:r>
    </w:p>
    <w:p>
      <w:pPr>
        <w:pStyle w:val="ArticleBody"/>
        <w:jc w:val="left"/>
      </w:pPr>
      <w:r>
        <w:rPr>
          <w:rFonts w:ascii="Times New Roman" w:hAnsi="Times New Roman" w:eastAsia="Times New Roman" w:cs="Times New Roman"/>
        </w:rPr>
        <w:t>9/11-de ýeller goýberildi, soňra bolsa saklanyp galdy; şeýlelikde, bütin ýeri doldurýan dagdan kesilip alnan gaýa hökmünde şekillendirilýän, Daniýeliň ikinji babyndaky patyşalygyň guralyp başlanmagynyň başlangyjy bellenildi.</w:t>
      </w:r>
    </w:p>
    <w:p>
      <w:pPr>
        <w:pStyle w:val="ArticleScripture"/>
        <w:jc w:val="left"/>
      </w:pPr>
      <w:r>
        <w:rPr>
          <w:rFonts w:ascii="Times New Roman" w:hAnsi="Times New Roman" w:eastAsia="Times New Roman" w:cs="Times New Roman"/>
        </w:rPr>
        <w:t>“Bu görnüş 1847-nji ýylda berildi, şol wagt Sabat gününi berjaý edýän advent doganlaryň sany örän azdy, olaryň arasynda-da onuň berjaý edilmeginiň Hudaýyň halky bilen imansyzlaryň arasynda serhet çekmek üçin ýeterlik derejede möhümdugyny çak edenler azdy. Indi şol görnüşiň amala aşmagy görlüp başlanýar. Bu ýerde agzalýan ‘şol bela döwrüniň başlanmagy’ balalaryň dökülip başlanjak wagtyna degişli däl, eýsem olaryň dökülmeginden biraz öňki gysga bir döwre degişlidir, şol wagtda Mesih mukaddes ýerde bolýar. Şol wagtda, gutulyş işi jemlenip barýarka, ýer ýüzüne bela inip geler, milletler gazaplanar, emma üçünji perişdäniň işine päsgel bermez ýaly saklanyp durarlar. Şol wagtda Rebbiň huzuryndan gelýän ‘soňky ýagmyr’, ýagny janlandyryş geler; ol üçünji perişdäniň güýçli sesine güýç bermek we mukaddesleri soňky ýedi bela dökülip saçyljak döwürde berk durmaga taýýarlamak üçin geler.” Early Writings, 85.</w:t>
      </w:r>
    </w:p>
    <w:p>
      <w:pPr>
        <w:pStyle w:val="ArticleBody"/>
        <w:jc w:val="left"/>
      </w:pPr>
      <w:r>
        <w:rPr>
          <w:rFonts w:ascii="Times New Roman" w:hAnsi="Times New Roman" w:eastAsia="Times New Roman" w:cs="Times New Roman"/>
        </w:rPr>
        <w:t>Mesih Öz ebedi patyşalygyny ahyrky ýagşyň döwründe berkidýär, Onuň patyşalygy bolsa haçda esaslandyrylan merhemet patyşalygyny hem-de Ýekşenbe kanunynda ýüze çykýan şöhrat patyşalygyny hem öz içine alýar. Sidkiýanyň Babylona (1-nji patyşalyk), Medo-Persiýa (2-nji patyşalyk), Gretsiýa (3-nji patyşalyk) we ondan hem butparaz Rime (4-nji patyşalyk) çenli bolan ýoly merhemet patyşalygyna alyp barýan taryhy kesgitleýär. Şol taryh Papalyk Rimiňden (ruhy Babylon 5-nji patyşalyk), Amerikanyň Birleşen Ştatlaryna (ruhy Medo-Persiýa 6-njy patyşalyk), Birleşen Milletler Guramasyna (ruhy Gretsiýa 7-nji patyşalyk) we ondan hem döwrebap Rimi emele getirýän aždarha, wagşy haýwan we ýalan pygamberiň üç taraplaýyn birleşigine çenli uzalýan bir parallel taryhy yzygiderliligi kesgitleýär; bu bolsa ýediden bolan sekizinji patyşalyk bolan ruhy Rimdir.</w:t>
      </w:r>
    </w:p>
    <w:p>
      <w:pPr>
        <w:pStyle w:val="ArticleBody"/>
        <w:jc w:val="left"/>
      </w:pPr>
      <w:r>
        <w:rPr>
          <w:rFonts w:ascii="Times New Roman" w:hAnsi="Times New Roman" w:eastAsia="Times New Roman" w:cs="Times New Roman"/>
        </w:rPr>
        <w:t>Şol patyşalygyň Daniýeliň ikinji babyndaky ýeňşi gaýa arkaly şekillendirilýär, we Hudaýa wepaly bolanlar ybadathanadaky daşlardyr.</w:t>
      </w:r>
    </w:p>
    <w:p>
      <w:pPr>
        <w:pStyle w:val="ArticleScripture"/>
        <w:jc w:val="left"/>
      </w:pPr>
      <w:r>
        <w:rPr>
          <w:rFonts w:ascii="Times New Roman" w:hAnsi="Times New Roman" w:eastAsia="Times New Roman" w:cs="Times New Roman"/>
        </w:rPr>
        <w:t>Siz hem, diri daşlar hökmünde, Isa Mesih arkaly Hudaýa makbul bolan ruhy gurbanlyklary hödürlemek üçin ruhy bir öýe, mukaddes ruhanylyga gurulýarsyňyz. 1 Petrus 2:5.</w:t>
      </w:r>
    </w:p>
    <w:p>
      <w:pPr>
        <w:pStyle w:val="ArticleBody"/>
        <w:jc w:val="left"/>
      </w:pPr>
      <w:r>
        <w:rPr>
          <w:rFonts w:ascii="Times New Roman" w:hAnsi="Times New Roman" w:eastAsia="Times New Roman" w:cs="Times New Roman"/>
        </w:rPr>
        <w:t>Şol ebedi patyşalyk dünýäniň patyşalyklarynyň üstünden ýeňiş gazanýar we bütin dünýäni doldurýar. Hezekiýel pygamberiň kitabynyň kyrkınjy babyndan tä ahyryna çenli şol bir patyşalyk, dünýäni ýaşaýyş suwy bilen doldurýan bir ybadathana hökmünde beýan edilýär.</w:t>
      </w:r>
    </w:p>
    <w:p>
      <w:pPr>
        <w:pStyle w:val="ArticleBody"/>
        <w:jc w:val="left"/>
      </w:pPr>
      <w:r>
        <w:rPr>
          <w:rFonts w:ascii="Times New Roman" w:hAnsi="Times New Roman" w:eastAsia="Times New Roman" w:cs="Times New Roman"/>
        </w:rPr>
        <w:t>Munuň ýaly meseleleri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 Üçünji Aýetiň Gizlin Taryhy - Ýigrimi Üçünji San</dc:title>
  <dc:subject>Hezekiýel — Dördünji San</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