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Kyrk Birinji Aýetiň Gizlin Taryhy - Otuz Birinji San</w:t>
      </w:r>
    </w:p>
    <w:p>
      <w:pPr>
        <w:pStyle w:val="ArticleSubtitle"/>
        <w:jc w:val="left"/>
      </w:pPr>
      <w:r>
        <w:rPr>
          <w:rFonts w:ascii="Arial" w:hAnsi="Arial" w:eastAsia="Arial" w:cs="Arial"/>
        </w:rPr>
        <w:t>Ezekiel On Iki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Öňki makala şeýle paragraf bilen tamamlandy: “313-nji ýylyň ähtnamalaýyn nikasy papalyk häkimiýetiniň ABŞ bilen baglaşan iň soňky ähtnamalaýyn nikasyny aňladýar — Ylhamyň on ýedi babyndaky on patyşanyň baş patyşasy; Fransiýanyň iki şahly güýji bilen tipologik taýdan görkezilen iki şahly bir güýç. 496-njy ýylda Klowis bilen başlanyp, ahyrsoňy 533-nji ýylda Ýustinianyň permanyna we 538-nji ýylda papalygyň tagta çykarylmagyna getirip ýetiren taryh, 1989-njy ýyldan Ýekşenbe kanunyna çenli bolan taryhy aňladýar.”</w:t>
      </w:r>
    </w:p>
    <w:p>
      <w:pPr>
        <w:pStyle w:val="ArticleBody"/>
        <w:jc w:val="left"/>
      </w:pPr>
      <w:r>
        <w:rPr>
          <w:rFonts w:ascii="Times New Roman" w:hAnsi="Times New Roman" w:eastAsia="Times New Roman" w:cs="Times New Roman"/>
        </w:rPr>
        <w:t>Ronald Reagan 496-njy ýylda Klowis bilen öňden nyşanlanypdy, Donald Tramp bolsa 533-nji ýylda Ýustinian bilen öňden nyşanlanypdyr. Ýustinianyň permany papalyk 538-nji ýylda tagta çykmazyndan bäş ýyl öň gelipdi, Milan edikti bolsa 321-nji ýylyň ilkinji ýekşenbe kanunyndan sekiz ýyl öň çykypdy. Parman bilen ediktiň ikisi hem ýekşenbe kanunynyň öňünden gelýän ýol belgisi hökmünde sazlaşýar.</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1870-nji ýylda italýan goşunlary Rimi eýeledi (1870-nji ýylyň 20-nji sentýabry). Papalyk döwletleri çäk taýdan döwlet hökmünde ýaşamagyny bes etdi, we Papa Piy IX “Watikanyň ýesiri” boldy. Özygtyýarly döwlet hökmünde ykrar edilýän papalyk çäginiň galmandygy sebäpli, Amerikanyň Birleşen Ştatlary (beýleki köp ýurtlar ýaly) indi Papany dünýewi hökümdar hökmünde resmi diplomatik gatnaşyklary saklamady. 1951-nji ýylyň oktýabr aýynda Prezident Garri S. Truman general Mark W. Klarky ABŞ-nyň Watikandaky ilçisi wezipesine hödürledi. Döwlet bilen ybadathananyň aýrylygyny bozýandygyny öňe süren köp sanly protestant ybadathanalaryndan we guramalaryndan tiz wagtda güýçli garşylyk döredi. 1952-nji ýylyň ýanwar aýynda general Klark öz kandidaturasyny yzyna aldy.</w:t>
      </w:r>
    </w:p>
    <w:p>
      <w:pPr>
        <w:pStyle w:val="ArticleBody"/>
        <w:jc w:val="left"/>
      </w:pPr>
      <w:r>
        <w:rPr>
          <w:rFonts w:ascii="Times New Roman" w:hAnsi="Times New Roman" w:eastAsia="Times New Roman" w:cs="Times New Roman"/>
        </w:rPr>
        <w:t>1984-nji ýylyň 10-njy ýanwarynda Prezident Ronald Reagan bilen Papa Ioann Pawel II Amerikanyň Birleşen Ştatlary bilen Mukaddes Tagtyň arasynda doly diplomatik gatnaşyklary ýola goýmak barada resmi taýdan ylalaşdylar. 1984-nji ýylyň 9-njy aprelinde William A. Wilson (öň hem Reagan-yň şahsy wekili bolup hyzmat edip gelýän) ynanç hatlaryny tabşyrdy we Mukaddes Tagta Amerikanyň Birleşen Ştatlarynyň ilkinji ilçisi boldy.</w:t>
      </w:r>
    </w:p>
    <w:p>
      <w:pPr>
        <w:pStyle w:val="ArticleBody"/>
        <w:jc w:val="left"/>
      </w:pPr>
      <w:r>
        <w:rPr>
          <w:rFonts w:ascii="Times New Roman" w:hAnsi="Times New Roman" w:eastAsia="Times New Roman" w:cs="Times New Roman"/>
        </w:rPr>
        <w:t>1951-nji ýyldan 1984-nji ýyla çenli bolan otuz üç ýylyň dowamynda Protestantizmiň Katolisizme garşy garşylygy dargady. 496-njy ýylda Hlodwig bilen papalygyň tarapyndan duran “ýaraglar” 1984-nji ýylda Reýgany, şeýle-de 1989-njy ýyla çenli dowam edýän döwri öňünden şekillendirýär. Hlodwig papalygyň gaýtadan häkimiýete galmagyna päsgel berýän diniň (butparazlygyň) aýrylmagyny aňladýardy, we 1984-nji ýyla çenli papalygyň ýokarlanmagyna garşy Protestantizmiň garşylygy hem aýrylypdy. “Gündelik” (butparazlyk) aýrylypdy, we Pawlus butparazlygyň papalyga garşy bolan şol garşylygynyň aýrylmagyny “ýüz öwürmek” diýip beýan edýär.</w:t>
      </w:r>
    </w:p>
    <w:p>
      <w:pPr>
        <w:pStyle w:val="ArticleBody"/>
        <w:jc w:val="left"/>
      </w:pPr>
      <w:r>
        <w:rPr>
          <w:rFonts w:ascii="Times New Roman" w:hAnsi="Times New Roman" w:eastAsia="Times New Roman" w:cs="Times New Roman"/>
        </w:rPr>
        <w:t>Beýik Konstantin tarapyndan şekillendirilen ylalaşykçy nyşaniki ybadathana we 313-den 538-e çenli bolan taryh, ybadathananyň özüni ylalaşyga salyp, imandan dänen döwrüni görkezýärdi. Öň papalyk häkimiýetiniň aralaşmagyny saklap gelen ‘508’ bilen şekillendirilen din, Amerikanyň Birleşen Ştatlaryndaky protestantlaryň imandan dänmegini nyşanlaýardy. Reýgan Hlodwig tarapyndan şekillendirilýärdi. 496-njy ýylda Hlodwig öz “güýjüni” papalyga berdi, şeýlelikde ol Reýgan ýyllarynda amala aşan “mukaddes däl bileleşigi” nyşanlaýardy. Hlodwig şeýle hem 508-nji ýylda “gündelik”iň aýrylyp alynmagyny şekillendirýärdi. 508 1984-nji ýyly nyşanlaýardy.</w:t>
      </w:r>
    </w:p>
    <w:p>
      <w:pPr>
        <w:pStyle w:val="ArticleScripture"/>
        <w:jc w:val="left"/>
      </w:pPr>
      <w:r>
        <w:rPr>
          <w:rFonts w:ascii="Times New Roman" w:hAnsi="Times New Roman" w:eastAsia="Times New Roman" w:cs="Times New Roman"/>
        </w:rPr>
        <w:t>Butparazlyk bilen hristiançylygyň arasyndaky bu ylalaşyk pygamberlikde Hudaýa garşy çykýan we özüni Ondan ýokary galdyrýan diýlip öňünden aýdylan “günä adamsynyň” emele gelmegine getirdi. Ýalan diniň şol ägirt uly ulgamy Şeýtanyň güýjüniň ajaýyp bir eseri bolup, onuň ýeri öz islegine görä dolandyrmak üçin özüni tagta çykarmak ugrunda eden tagallalarynyň ýadygärligidir. The Great Controversy, 50.</w:t>
      </w:r>
    </w:p>
    <w:p>
      <w:pPr>
        <w:pStyle w:val="ArticleBody"/>
        <w:jc w:val="left"/>
      </w:pPr>
      <w:r>
        <w:rPr>
          <w:rFonts w:ascii="Times New Roman" w:hAnsi="Times New Roman" w:eastAsia="Times New Roman" w:cs="Times New Roman"/>
        </w:rPr>
        <w:t>Reýgan 1983-nji ýyldaky bir çykyşynda Sowet Soýuzyny meşhur ýagdaýda “şer imperiýasy” diýip atlandyrdy we hudaýa ynanmaýan kommunizmi çuň ahlak we ruhy howp hökmünde gördi. Ol bilen Ioann Pawel II sowet kommunizmine garşy ýakyn şahsy we syýasy hyzmatdaşlygy emele getirdiler. Bu iki adam hem bu göreşi ahlak taýdan, hatda ylahy takdyr nukdaýnazaryndan hem görýärdiler; Reýgan gizlin ýagdaýda kommunizmi ýykmak üçin “Ylahy Meýilnama” barada gürrüň edýärdi. Reýganyň Fatima görnüşlerine gyzyklanmasy bardy (“Russiýa öz ýalňyşlyklaryny ýaýradar” diýen duýduryş), we bu iki lider Hudaýyň olaryň durmuşyny (ikisem 1981-nji ýylda janyna kast etmek synanyşyklaryndan aman galdy) kommunizmi ýeňmek bilen bagly bir maksat üçin gorap saklandygy barada özara umumy ynamyny ara alyp maslahatlaşdylar.</w:t>
      </w:r>
    </w:p>
    <w:p>
      <w:pPr>
        <w:pStyle w:val="ArticleHeading"/>
        <w:jc w:val="left"/>
      </w:pPr>
      <w:r>
        <w:rPr>
          <w:rFonts w:ascii="Arial" w:hAnsi="Arial" w:eastAsia="Arial" w:cs="Arial"/>
        </w:rPr>
        <w:t>Mesihiň Şägirtleri</w:t>
      </w:r>
    </w:p>
    <w:p>
      <w:pPr>
        <w:pStyle w:val="ArticleBody"/>
        <w:jc w:val="left"/>
      </w:pPr>
      <w:r>
        <w:rPr>
          <w:rFonts w:ascii="Times New Roman" w:hAnsi="Times New Roman" w:eastAsia="Times New Roman" w:cs="Times New Roman"/>
        </w:rPr>
        <w:t>Reýgan katolikligiň papasy antikristdigini gönüden-göni öwreden esaslandyryjy atalaryň «Masihiň Şägirtleri» denominasiýasynda terbiýelendi. «Masihiň Şägirtleri» buthanasynyň ilkinji döwürdäki iň görnükli ýolbaşçysy Aleksandr Kempel papalygy gaýtalap antikrist diýip görkezdi. Ol jedellerinde we ýazgylarynda Danyýel 7-däki kiçi şahy, Ylham 13-däki wagşy haýwany we 2 Selanikliler 2-däki günä adamyny hem Rome papalaryna yşarat edýär diýip öňe sürdi. Ol bu deňdeşdirmeleri açyk jedellerde-de ulandy (şol sanda 1837-nji ýylda katolik episkopy John B. Purcell bilen bolan jedelde). Barton W. Stone papanyň dolandyryşyny hakyky antikrist we “günä adamy” diýip atlandyrdy. Walter Scott (bu hereketiň beýleki irki wagyzçylarynyň biri) günä adamynyň, ýagny Rome papasynyň, mesihi buthanada peýda bolup, özüni Hudaýdan-da ýokarda göterjekdigini ýazdy.</w:t>
      </w:r>
    </w:p>
    <w:p>
      <w:pPr>
        <w:pStyle w:val="ArticleBody"/>
        <w:jc w:val="left"/>
      </w:pPr>
      <w:r>
        <w:rPr>
          <w:rFonts w:ascii="Times New Roman" w:hAnsi="Times New Roman" w:eastAsia="Times New Roman" w:cs="Times New Roman"/>
        </w:rPr>
        <w:t>Reýganyň ejesi Nell Hristiň Şägirtleri denominationynyň yhlasly agzasydy we onuň çagalyk ýyllarynda esasy dini täsir bolupdy. Reýgan 11 ýaşynda Illinoýs ştatynyň Dikson şäherindäki Hristiň Şägirtleri ybadathanasynda çokundyryldy we ýetginjek döwründe ol ýerde işjeň gatnaşdy (ýekşenbe mekdebinde sapak bermegini hem goşmak bilen). Ol Hristiň Şägirtleri bilen baglanyşykly bolan Ýureka kollejinde bilim aldy.</w:t>
      </w:r>
    </w:p>
    <w:p>
      <w:pPr>
        <w:pStyle w:val="ArticleScripture"/>
        <w:jc w:val="left"/>
      </w:pPr>
      <w:r>
        <w:rPr>
          <w:rFonts w:ascii="Times New Roman" w:hAnsi="Times New Roman" w:eastAsia="Times New Roman" w:cs="Times New Roman"/>
        </w:rPr>
        <w:t>“Söze bolan düşünjesinde bulaşyklyga düşýänler, antihristiň manysyny görüp bilmeýänler, hökman özlerini antihristiň tarapynda goýarlar. Häzir biziň dünýä bilen uýgunlaşmak üçin hiç bir wagtymyz ýok.” Kress Collection, 105.</w:t>
      </w:r>
    </w:p>
    <w:p>
      <w:pPr>
        <w:pStyle w:val="ArticleBody"/>
        <w:jc w:val="left"/>
      </w:pPr>
      <w:r>
        <w:rPr>
          <w:rFonts w:ascii="Times New Roman" w:hAnsi="Times New Roman" w:eastAsia="Times New Roman" w:cs="Times New Roman"/>
        </w:rPr>
        <w:t>Reýgan Klowis, şeýle hem Konstantin Beýigiň ylalaşykly syýasaty bilen nyşanlandyryldy. Reýgan, şeýle hem, 1989-njy ýylda ahyrzaman döwrüniň başlanmagyndan bäri soňky sekiz prezidentiň birinjisi boldy. Soňky sekiz prezidentiň birinjisi hökmünde ol Donald Trampyň nyşanydyr; Tramp hem, Reýgan ýaly, papalygyň hakyky maksatlary we papalygyň kimdigi barada çuňňur bulaşyklyk içindedir.</w:t>
      </w:r>
    </w:p>
    <w:p>
      <w:pPr>
        <w:pStyle w:val="ArticleScripture"/>
        <w:jc w:val="left"/>
      </w:pPr>
      <w:r>
        <w:rPr>
          <w:rFonts w:ascii="Times New Roman" w:hAnsi="Times New Roman" w:eastAsia="Times New Roman" w:cs="Times New Roman"/>
        </w:rPr>
        <w:t>Iki adam ylalaşmança, bile ýöreşip bilerlermi? Amos 3:3.</w:t>
      </w:r>
    </w:p>
    <w:p>
      <w:pPr>
        <w:pStyle w:val="ArticleBody"/>
        <w:jc w:val="left"/>
      </w:pPr>
      <w:r>
        <w:rPr>
          <w:rFonts w:ascii="Times New Roman" w:hAnsi="Times New Roman" w:eastAsia="Times New Roman" w:cs="Times New Roman"/>
        </w:rPr>
        <w:t>Daniýel kitabynyň on birinji babynda agzalýan altynjy we iň soňky şertnama nikasy 1989-njy ýylda, ahyrzamanyň wagtynda başlanýan taryhda ýüze çykýar we Donald Trampyň taryhynda tamamlanýar.</w:t>
      </w:r>
    </w:p>
    <w:p>
      <w:pPr>
        <w:pStyle w:val="ArticleScripture"/>
        <w:jc w:val="left"/>
      </w:pPr>
      <w:r>
        <w:rPr>
          <w:rFonts w:ascii="Times New Roman" w:hAnsi="Times New Roman" w:eastAsia="Times New Roman" w:cs="Times New Roman"/>
        </w:rPr>
        <w:t>“Häzir Amerika Birleşen Ştatlarynda ybadathananyň institutlaryna we däp-dessurlaryna döwletiň goldawyny üpjün etmek üçin alnyp barylýan hereketlerde protestantlar papistleriň yzyna düşýärler. Mundan-da beter, olar Papalygyň Köne Dünýäde ýitiren hökümdarlygyny Protestant Amerikada gaýtadan ele almagy üçin gapyny açýarlar.” Beýik Jedel, 573.</w:t>
      </w:r>
    </w:p>
    <w:p>
      <w:pPr>
        <w:pStyle w:val="ArticleBody"/>
        <w:jc w:val="left"/>
      </w:pPr>
      <w:r>
        <w:rPr>
          <w:rFonts w:ascii="Times New Roman" w:hAnsi="Times New Roman" w:eastAsia="Times New Roman" w:cs="Times New Roman"/>
        </w:rPr>
        <w:t>313-nji ýyldaky nikalaşyk şertnamasy we Milan permany 533-nji ýylyň taryhy bilen gabat gelýär, we 533-nji ýylda Ýustinianyň çykaran permany ýene-de özüni mesihi diýip ykrar edýän bir dolandyryş tarapyndan amala aşyrylar; ol bolsa papalyk häkimiýetini mesihi bir edara hökmünde kesgitlemegiň iň bolmanda öz-özüne garşy gelýän bir aňlatmadygyny, iň erbet ýagdaýda bolsa ölümcül bir aldawdygyny indi düşünmeýär.</w:t>
      </w:r>
    </w:p>
    <w:p>
      <w:pPr>
        <w:pStyle w:val="ArticleHeading"/>
        <w:jc w:val="left"/>
      </w:pPr>
      <w:r>
        <w:rPr>
          <w:rFonts w:ascii="Arial" w:hAnsi="Arial" w:eastAsia="Arial" w:cs="Arial"/>
        </w:rPr>
        <w:t>Ybadathana we Döwlet</w:t>
      </w:r>
    </w:p>
    <w:p>
      <w:pPr>
        <w:pStyle w:val="ArticleBody"/>
        <w:jc w:val="left"/>
      </w:pPr>
      <w:r>
        <w:rPr>
          <w:rFonts w:ascii="Times New Roman" w:hAnsi="Times New Roman" w:eastAsia="Times New Roman" w:cs="Times New Roman"/>
        </w:rPr>
        <w:t>Miladydan öňki 457-nji ýylda Artakserksiň üçünji permany syýasy hem-de dini ygtyýar babatda milli özygtyýarlylygy gaýtadan berdi.</w:t>
      </w:r>
    </w:p>
    <w:p>
      <w:pPr>
        <w:pStyle w:val="ArticleScripture"/>
        <w:jc w:val="left"/>
      </w:pPr>
      <w:r>
        <w:rPr>
          <w:rFonts w:ascii="Times New Roman" w:hAnsi="Times New Roman" w:eastAsia="Times New Roman" w:cs="Times New Roman"/>
        </w:rPr>
        <w:t>Sen hem, Ezra, eliňdäki Hudaýyň paýhasyna görä, derýanyň aňyrsyndaky ähli halka, Hudaýyňyň kanunlaryny bilýänleriň ählisine höküm etsinler diýip, häkimleri we kazylary belle; bilmeýänlere-de siz öwrediň. Kimde-kim Hudaýyňyň kanunyny we patyşanyň kanunyny berjaý etmese, onuň üstünden höküm dessine ýerine ýetirilsin: ölüm bolsun, ýa sürgün, ýa emläginiň müsadere edilmegi, ýa-da zyndana atylmak. Ezra 7:25, 26.</w:t>
      </w:r>
    </w:p>
    <w:p>
      <w:pPr>
        <w:pStyle w:val="ArticleBody"/>
        <w:jc w:val="left"/>
      </w:pPr>
      <w:r>
        <w:rPr>
          <w:rFonts w:ascii="Times New Roman" w:hAnsi="Times New Roman" w:eastAsia="Times New Roman" w:cs="Times New Roman"/>
        </w:rPr>
        <w:t>Üçünji perman, Hudaýyň kanunlary üçinem, patyşanyň kanunlary üçinem höküm çykarmaga we jeza bermäge ygtyýar berdi. Şol perman, Mesihiň duýdansyz Öz ybadathanasyna gelen 1844-nji ýylyň 22-nji oktýabrynda tamamlanan iki müň üç ýüz ýyllyk pygamberligiň başlangyjyny belläpdi. Şeýle hem ol, miladydan öňki 217-nji ýylda bolan Rafia söweşi bilen miladydan öňki 200-nji ýylda bolan Panium söweşiniň arasyndaky taryhda, miladydan öňki 207-nji ýylda tamamlanan iki ýüz elli ýyllyk pygamberligiň hem başlangyjyny belläpdi. Miladydan öňki 457-nji ýylda raýatlyk hem-de dini özygtyýarlylygyň ikisiniň-de dikeldilmegi, iki sany omega ýerine ýetmesini tapan goşa alfany kesgitleýär. Omega ýerine ýetmeleriniň ikisi-de ýapyk gapyny aňladýar; biri Protestant şahy üçin, beýlekisi bolsa Respublikan şahy üçin.</w:t>
      </w:r>
    </w:p>
    <w:p>
      <w:pPr>
        <w:pStyle w:val="ArticleBody"/>
        <w:jc w:val="left"/>
      </w:pPr>
      <w:r>
        <w:rPr>
          <w:rFonts w:ascii="Times New Roman" w:hAnsi="Times New Roman" w:eastAsia="Times New Roman" w:cs="Times New Roman"/>
        </w:rPr>
        <w:t>Iki müň üç ýüz ýyllyk ilkinji pygamberlik Hudaýyň kanunlaryny, iki ýüz elli ýyllyk pygamberlik bolsa patyşanyň kanunlaryny aňladýardy. Bu iki pygamberlik Ylhamyň on üçünji babyndaky ýer jandarynyň üstündäki Protestantizmiň şahy bilen Respublikanizmiň şahyny kesgitleýär. Ýer jandarynyň Respublikan şahasy Daniýel on birinji babyň on birinji aýatyndan on altynjy aýatyna çenli aralygyň ortasyna ýerleşdirilýär. Rafýa bilen Paniýumyň arasyndaky on ýedi ýyllyk döwür b.e. öň 457-nji ýyldaky üçünji permanyň goşa pygamberligindäki bir şah tarapyndan kesilip geçilýär. Bu goşa pygamberlik ahyrky äht halkynyň hökümini hem-de şol äht halkynyň kökleriniň ýerleşýän ýurdunyň hökümini hem kesgitleýär.</w:t>
      </w:r>
    </w:p>
    <w:p>
      <w:pPr>
        <w:pStyle w:val="ArticleScripture"/>
        <w:jc w:val="left"/>
      </w:pPr>
      <w:r>
        <w:rPr>
          <w:rFonts w:ascii="Times New Roman" w:hAnsi="Times New Roman" w:eastAsia="Times New Roman" w:cs="Times New Roman"/>
        </w:rPr>
        <w:t>Ol Ybraýyma şeýle diýdi: «Şuny anyk bilgin: seniň nesliň özlerine degişli bolmadyk bir ýurtda gelmişek bolar, şol ýerde olara gulluk ederler; olar hem olary dört ýüz ýyl ejir çekerler. Emma olaryň gulluk etjek şol milletini Men höküm ederin; şondan soň olar uly baýlyk bilen çykarlar». Gelip çykyş 15:13, 14.</w:t>
      </w:r>
    </w:p>
    <w:p>
      <w:pPr>
        <w:pStyle w:val="ArticleBody"/>
        <w:jc w:val="left"/>
      </w:pPr>
      <w:r>
        <w:rPr>
          <w:rFonts w:ascii="Times New Roman" w:hAnsi="Times New Roman" w:eastAsia="Times New Roman" w:cs="Times New Roman"/>
        </w:rPr>
        <w:t>Hezekil kitabynda 1844-nji ýylyň 22-nji oktýabry miladydan öňki 573-nji ýylyň 22-nji oktýabry arkaly nyşanlanýar. Bu seneleriň biri derňew höküminiň başlanmagyny görkezýär, beýlekisi bolsa höküm işiniň hem başynda, hem-de tamamlanmagynda Ýubileý surnaýynyň ýaňlanmagyny görkezýär. Her iki sene hem biri-birine gabat gelýär, hem-de ikisi-de ýapyk gapyny görkezýär. 1844 mukaddes ýeriň gapysynyň ýapylmagyny aňladýar, sebäbi Mesih Iň Mukaddes Ýere geçdi. Miladydan öňki 573-nji ýyl bolsa adam synag möhletiniň tamamlanmagyny görkezýär; şol wagtda günäniň gullary bolup, soňra halas edilenlere azatlyk berilýär we ýaşamak üçin täze ýer berilýär.</w:t>
      </w:r>
    </w:p>
    <w:p>
      <w:pPr>
        <w:pStyle w:val="ArticleScripture"/>
        <w:jc w:val="left"/>
      </w:pPr>
      <w:r>
        <w:rPr>
          <w:rFonts w:ascii="Times New Roman" w:hAnsi="Times New Roman" w:eastAsia="Times New Roman" w:cs="Times New Roman"/>
        </w:rPr>
        <w:t>Eger ol şu ýyllaryň içinde yzyna satyn alynmasa, onda ol ýubileý ýylynda azat ediler, özi hem, onuň bilen birlikde çagalary hem. Çünki Ysraýyl ogullary Meniň hyzmatkärlerimdir; olar Meniň hyzmatkärlerimdir, Men olary Müsür ýurdunyň içinden çykaryp getirdim. Men Rebbiňiz Hudaýdyryn. Levililer 25:54, 55.</w:t>
      </w:r>
    </w:p>
    <w:p>
      <w:pPr>
        <w:pStyle w:val="ArticleBody"/>
        <w:jc w:val="left"/>
      </w:pPr>
      <w:r>
        <w:rPr>
          <w:rFonts w:ascii="Times New Roman" w:hAnsi="Times New Roman" w:eastAsia="Times New Roman" w:cs="Times New Roman"/>
        </w:rPr>
        <w:t>22-nji oktýabrlaryň ikisi-de tiz ýakynlaşýan Ýekşenbe kanunynyň ýapyk gapysyny aňladýar. Adventizme berlen synag möhleti 1844-nji ýylda başlap, tiz ýakynlaşýan Ýekşenbe kanuny bilen tamamlanýar; şeýle hem Amerikanyň Birleşen Ştatlaryna berlen synag möhleti-de tiz ýakynlaşýan Ýekşenbe kanuny bilen tamamlanýar. Bu iki tamamlanma 2,300 ýylyň we iki ýüz elli ýylyň iki şaýadyny emele getirýän iki 22-nji oktýabr bilen gabat gelýär.</w:t>
      </w:r>
    </w:p>
    <w:p>
      <w:pPr>
        <w:pStyle w:val="ArticleBody"/>
        <w:jc w:val="left"/>
      </w:pPr>
      <w:r>
        <w:rPr>
          <w:rFonts w:ascii="Times New Roman" w:hAnsi="Times New Roman" w:eastAsia="Times New Roman" w:cs="Times New Roman"/>
        </w:rPr>
        <w:t>Rafiýa bilen Paniýyň arasyndaky taryhda tamamlanýan iki ýüz elli ýyl iki söweşiň döwrüni iki sany nyşanlaýyn sanlara bölýär; bu sanlaryň bilelikde özlerine mahsus aýratyn manysy bardyr. Rafiýadan on ýyl soň — manysy serhet ýeri — we Paniýdan ýedi ýyl öň; Paniý bolsa düzlükde alnyp barylan we gabaw bilen tamamlanan bir söweşdi. On we ýedi nyşan hökmünde birnäçe şaýatlyk boýunça aagondarha häkimiýetini tanadýar. Biziň öňümizdäki müň iki ýüz ýedi ýyl Mesihden öňki 207-nji ýyl, ýer ýyrtyjysynyň nyşany bolan Trampy pygamberlik taýdan Daniýel 11-iň on birinji we on bäşinji aýatlarynyň arasyna ýerleşdirýär hem-de ony aagondarha ýaly gepläp başlamaga taýýarlaýar; bu bolsa on sanynyň we ýedi sanynyň utgaşmasy arkaly aňladylýar.</w:t>
      </w:r>
    </w:p>
    <w:p>
      <w:pPr>
        <w:pStyle w:val="ArticleBody"/>
        <w:jc w:val="left"/>
      </w:pPr>
      <w:r>
        <w:rPr>
          <w:rFonts w:ascii="Times New Roman" w:hAnsi="Times New Roman" w:eastAsia="Times New Roman" w:cs="Times New Roman"/>
        </w:rPr>
        <w:t>On ýedi hem simwolikdir, hem-de Rafýanyň taryhyny Paniýumdan aňryk uzadýar, şeýle hem ony Paniýumdan öňe we Rafýadan öňki döwre-de giňeldýär. Ptolemeý IV Filopator b.e. öň 221-nji ýyldan b.e. öň 204-nji ýyla çenli Ptolemeýler Müsüriň patyşasy hökmünde höküm sürdü, we ol b.e. öň 217-nji ýylda Rafýada Antiokh Magnusy ýeňdi. Ptolemeý Rafýadan öň hökümdarlyga başlady, we ol “on ýedi” ýyl höküm sürdi. On ýedi san Rafýadan öň başlanýan we Paniýum söweşinden hem-de Sidonyň gabawyndan aňryk, 330-njy ýyl bilen aňladylýan adamzat synag möhletiniň ýapylşyna çenli dowam edýän taryhy döwri aňladýar. Smirna ybadathanasynyň döwri üçin iki ýüz elli ýyllyk pygamberlik 64-nji ýylda başlap, Milan Permanynda we 313-nji ýylyň nikalaşyk şertnamasynda tamamlandy.</w:t>
      </w:r>
    </w:p>
    <w:p>
      <w:pPr>
        <w:pStyle w:val="ArticleBody"/>
        <w:jc w:val="left"/>
      </w:pPr>
      <w:r>
        <w:rPr>
          <w:rFonts w:ascii="Times New Roman" w:hAnsi="Times New Roman" w:eastAsia="Times New Roman" w:cs="Times New Roman"/>
        </w:rPr>
        <w:t>Beýik Konstantin Pergam ybadathanasynyň taryhyny aňladýar, we şol taryh 313-nji ýylda başlap, 538-nji ýylda tamamlandy. 313-nji ýylda iki ýüz elli ýyllyk pygamberligiň tamamlanmagyndan soňky ilkinji “on ýedi” ýyl üç sany ýol belgisine eýedir. 313-nji ýyl Milan permanydy, 321-nji ýyl ilkinji ýekşenbe kanunydy, imperiýanyň bölünmegi bolsa 330-njy ýylda bellendi. 330-nji ýyl adamzat synag möhletiniň ýapylmagyny alamatlandyrýan ahyrky ýekşenbe kanunyny aňladýar. Şonuň üçin on ýedi sany Rafiýadan öň başlanýar we Paniý bilen Sidonyň harby ýörişinden ep-esli soň tamamlanýar. Daniel on birinji bapdaky on altynjy aýat Amerikanyň Birleşen Ştatlarynda ýekşenbe kanunyny aňladýar.</w:t>
      </w:r>
    </w:p>
    <w:p>
      <w:pPr>
        <w:pStyle w:val="ArticleBody"/>
        <w:jc w:val="left"/>
      </w:pPr>
      <w:r>
        <w:rPr>
          <w:rFonts w:ascii="Times New Roman" w:hAnsi="Times New Roman" w:eastAsia="Times New Roman" w:cs="Times New Roman"/>
        </w:rPr>
        <w:t>Smirna baradaky pygamberlik Ýezekiliň duýduryş habarynyň hut özenini emele getirýän gabaw alamatyny kesgitleýär. Ýekşenbe kanunyndan öň gelýän, Iýerusalimiň ýok edilişiniň iki mysaly arkaly görkezilen ýol belgisi gabawdyr; emma ol şol bir wagtyň özünde haýwanyň şekiliniň kemala gelmegini başlaýan Milan Permanydyr.</w:t>
      </w:r>
    </w:p>
    <w:p>
      <w:pPr>
        <w:pStyle w:val="ArticleBody"/>
        <w:jc w:val="left"/>
      </w:pPr>
      <w:r>
        <w:rPr>
          <w:rFonts w:ascii="Times New Roman" w:hAnsi="Times New Roman" w:eastAsia="Times New Roman" w:cs="Times New Roman"/>
        </w:rPr>
        <w:t>Gabaw wagtynda ähtnama nikasy ýörişi bolup geçer. Bu, 496-njy ýylda Klowis arkaly nusgalanan we Reagan bilen başlanan nika ýörişiniň fraktalydyr; emma nika tarap bolan ahyrky ýöriş gabawda başlanýar we 533-nji ýyldaky Ýustinianyň permanyna hem-de 313-nji ýyldaky Milan ediktine laýyk gelýär. Iki hem ýol belgisi Ýekşenbe kanunyndan öň gelýär. 313 321-nji ýyldaky ilkinji Ýekşenbe kanunyndan öň bolupdy, 533-nji ýylyň permany bolsa 538-nji ýylda Orleanyň üçünji Geňeşindäki Ýekşenbe kanunyndan öň bolupdy. Kanunçylygyň belli bir görnüşi Ýustinianyň permanynyň hem-de Milan ediktiniň pygamberlik häsiýetlerini ýerine ýetirer, şol bir wagtyň özünde bolsa ähtnama nikasynyň simwolik bir görnüşi ornaşdyrylar.</w:t>
      </w:r>
    </w:p>
    <w:p>
      <w:pPr>
        <w:pStyle w:val="ArticleBody"/>
        <w:jc w:val="left"/>
      </w:pPr>
      <w:r>
        <w:rPr>
          <w:rFonts w:ascii="Times New Roman" w:hAnsi="Times New Roman" w:eastAsia="Times New Roman" w:cs="Times New Roman"/>
        </w:rPr>
        <w:t>Şol perman çykarylanda, taýýarlanmak üçin gaty giç bolýar, çünki synag möhleti Protestant şahy üçin, edil Müsürdäki ilkinji Pasha gijesinde ýapylyşy ýaly, gürrüňsiz ýapylýar. Ondan soň, indiki ýol belgisi bolan ýekşenbe güni baradaky kanun diňe bir haýwanyň keşbiniň doly emele getirilendigini däl, eýsem haýwanyň nyşanynyň hem mejbury berjaý edilýändigini görkezýär. Ýekşenbe güni baradaky kanun Respublikan şahy üçin, ýagny Ylhamyň on üçünji babyndaky ýer ýüzüniň haýwany üçin synag möhletiniň soňuny belleýär; edil Pashadan soň Fyrawn bilen onuň goşunynyň Gyzyl deňizde heläk bolşy ýaly, bu hem gürrüňsizdir.</w:t>
      </w:r>
    </w:p>
    <w:p>
      <w:pPr>
        <w:pStyle w:val="ArticleBody"/>
        <w:jc w:val="left"/>
      </w:pPr>
      <w:r>
        <w:rPr>
          <w:rFonts w:ascii="Times New Roman" w:hAnsi="Times New Roman" w:eastAsia="Times New Roman" w:cs="Times New Roman"/>
        </w:rPr>
        <w:t>B.e.ö. 207-nji ýylda tamamlanýan iki ýüz elli ýyllyk döwür, Panium düzlüginde başlanýan we Sidonyň gabawy bilen tamamlanýan öňdäki ýörişe taýýarlanýan Antioh Magnus arkaly şekillendirilişi ýaly, Donald Trumpy görkezýär. Panium söweşinden soň, Ptolemeý serkerdesi Aetoliýaly Skopas diri galan takmynan 10,000 esger bilen Sidon şäherine gaçdy. Antioh onuň yzyna düşdi we Sidony gabawa aldy. Aleksandriýadaky Ptolemeý hökümeti kömek goşunyny iberdi, ýöne ol başa barmady. Açlyk howpy bilen ýüzbe-ýüz bolan Skopas şäheri tabşyrdy. Antioh Skopasa çykyp gitmäge rugsat berdi; Skopas soňra Müsüre dolanyp bardy, ol ýerde bolsa ahyrynda dönüklik we pul özleşdirmek aýyplamalary bilen jezalandyryldy. Sidonyň gabawy Paniumdan soň Koýlesiriýanyň Antioh tarapyndan basylyp alynmagyny tamamlady.</w:t>
      </w:r>
    </w:p>
    <w:p>
      <w:pPr>
        <w:pStyle w:val="ArticleBody"/>
        <w:jc w:val="left"/>
      </w:pPr>
      <w:r>
        <w:rPr>
          <w:rFonts w:ascii="Times New Roman" w:hAnsi="Times New Roman" w:eastAsia="Times New Roman" w:cs="Times New Roman"/>
        </w:rPr>
        <w:t>Waýt uýa Uriýa Smitiň Daniel we Ylham atly kitabyny “Hudaýyň kömek edýän eli” diýip atlandyrýar. Smit Daniýeliň on birinji babyndaky on dördünji we on bäşinji aýatlar baradaky düşündirişinde Antiýohusyň iki basgançakly ýörişini görkezýär.</w:t>
      </w:r>
    </w:p>
    <w:p>
      <w:pPr>
        <w:pStyle w:val="ArticleScripture"/>
        <w:jc w:val="left"/>
      </w:pPr>
      <w:r>
        <w:rPr>
          <w:rFonts w:ascii="Times New Roman" w:hAnsi="Times New Roman" w:eastAsia="Times New Roman" w:cs="Times New Roman"/>
        </w:rPr>
        <w:t>Müsüriň ýaş patyşasynyň terbiýesi Rim Senaty tarapyndan M. Emilius Lepidusa ynanyldy; ol hem şol köşgüň garry hem tejribeli weziri Aristomenesi onuň hossary edip belledi. Onuň ilkinji işi birleşen iki patyşanyň — Filip bilen Antiohusyň — howp salýan çozuşynyň öňüni almak boldy.</w:t>
      </w:r>
    </w:p>
    <w:p>
      <w:pPr>
        <w:pStyle w:val="ArticleScripture"/>
        <w:jc w:val="left"/>
      </w:pPr>
      <w:r>
        <w:rPr>
          <w:rFonts w:ascii="Times New Roman" w:hAnsi="Times New Roman" w:eastAsia="Times New Roman" w:cs="Times New Roman"/>
        </w:rPr>
        <w:t>Şu maksat bilen ol, şol döwürde müsürlileriň gullugynda bolan, Etoliýanyň meşhur serkerdesi Skopasy öz watanyna goşun üçin goşmaça güýç toplamak maksady bilen iberdi. Goşun taýýarlanyndan soň, ol Palestina we Koýlesiriýa ýöriş etdi (Antiohus Kiçi Aziýada Attalus bilen uruş alyp barýardy) hem-de tutuş Ýahudany Müsüriň häkimiýetine tabyn etdi.</w:t>
      </w:r>
    </w:p>
    <w:p>
      <w:pPr>
        <w:pStyle w:val="ArticleScripture"/>
        <w:jc w:val="left"/>
      </w:pPr>
      <w:r>
        <w:rPr>
          <w:rFonts w:ascii="Times New Roman" w:hAnsi="Times New Roman" w:eastAsia="Times New Roman" w:cs="Times New Roman"/>
        </w:rPr>
        <w:t>“Şeýlelikde işler öňümizdäki aýatyň berjaý bolmagy üçin laýyk bir ýagdaýa getirildi. Sebäbi Antiohus rimlileriň görkezmesi boýunça Attalus bilen alyp barýan urşundan el çekip, Palestinany we Koele-Siriýany müsürlileriň elinden gaýtaryp almak üçin tiz çäreler gördi. Oňa garşy durmak üçin Skopas iberildi. Iordanyň çeşmeleriniň golaýynda iki goşun duşuşdy. [Panium] Skopas ýeňildi, Sidona çenli yzarlandy we şol ýerde berk gabawa alyndy. Müsüriň iň ukyply üç serkerdesi, iň saýlama goşunlary bilen, gabawy aýyrmak üçin iberildi, emma netije bolmady. Ahyrsoňy Skopas, hor hem-de ele salynmaz açlygyň arwahsypat keşbinde, göreşip bilmejek duşmanyna sataşyp, diňe janlarynyň bagyş edilmegi ýaly masgaraçylykly şertlerde boýun egmäge mejbur boldy; şondan soň ol we onuň on müň adamy ýalaňaç we ähli zatlaryndan mahrum edilen halda gitmäge goýberildi. Ine, demirgazygyň patyşasy tarapyndan iň berk galaly şäherleriň alynmagy şu boldy; çünki Sidon hem ýerleşişi, hem-de goraglary taýdan şol döwürleriň iň kuwwatly şäherleriniň biridi. Ine, günortanyň ýaragly güýjüniň garşy durup bilmezligi, şeýle hem günortanyň patyşasynyň saýlap alan halkynyň-da şowsuzlyga uçramagy şu boldy; ýagny Skopas we onuň aetoliýa goşunlary.” Daniel and the Revelation, 257, 258.</w:t>
      </w:r>
    </w:p>
    <w:p>
      <w:pPr>
        <w:pStyle w:val="ArticleBody"/>
        <w:jc w:val="left"/>
      </w:pPr>
      <w:r>
        <w:rPr>
          <w:rFonts w:ascii="Times New Roman" w:hAnsi="Times New Roman" w:eastAsia="Times New Roman" w:cs="Times New Roman"/>
        </w:rPr>
        <w:t>Eramyzdan öňki 207-nji ýylda tamamlanýan iki ýüz elli ýyllyk döwür Donald Trumpy görkezýär. Gündogar bilen günbataryň arasynda baglaşylan nikalaşyk şertnamasy hem-de Milan Fermanı bilen 313-nji ýylda tamamlanýan iki ýüz elli ýyllyk pygamberlik Birleşen Ştatlarda haýwanyň şekiliniň emele gelişini görkezýär. 313-nji ýylda başlan Pergamos ýygnagy, papalyk häkimiýetiniň tagta çykmagyndan öň, hristiançylygyň butparazlyk dini bilen ylalaşyk arkaly ýüz dönderen taryhyny aňladýar. Pergamos we 313-nji ýyl, Birleşen Ştatlarda haýwanyň şekiliniň emele gelmegi bilen görkezilen ylalaşygyň görnüşidir. Bu hristiançylyk bilen papalyk Rimiň ylalaşygyny aňladýar, çünki katoliklik dini hristian edarasy hökmünde geýindirilen butparazlykdan başga zat däldir, ne-de kem. 1776-njy ýylda başlap, şu ýyl tamamlanýan iki ýüz elli ýyllyk pygamberlik hem Birleşen Ştatlara degişlidir. Şeýlelikde, iki ýüz elli ýyllyk pygamberlikleriň üçüsi hem Ylham kitaby on üçünji bapdaky ýer haýwanynyň haýsydyr bir pygamberlik tarapyny öz içine alýar, we olaryň üçüsi hem on ýedi sany bilen görkezilen pygamberlik çyzyklarynyň çäginde tamamlanýar.</w:t>
      </w:r>
    </w:p>
    <w:p>
      <w:pPr>
        <w:pStyle w:val="ArticleBody"/>
        <w:jc w:val="left"/>
      </w:pPr>
      <w:r>
        <w:rPr>
          <w:rFonts w:ascii="Times New Roman" w:hAnsi="Times New Roman" w:eastAsia="Times New Roman" w:cs="Times New Roman"/>
        </w:rPr>
        <w:t>Ýekşenbe baradaky kanun — Amerikanyň Birleşen Ştatlarynyň aždarha ýaly geplän wagtydyr; bir milletiň gepläni bolsa onuň kanun çykaryjy we kazyýet häkimiýetleriniň hereketidir.</w:t>
      </w:r>
    </w:p>
    <w:p>
      <w:pPr>
        <w:pStyle w:val="ArticleScripture"/>
        <w:jc w:val="left"/>
      </w:pPr>
      <w:r>
        <w:rPr>
          <w:rFonts w:ascii="Times New Roman" w:hAnsi="Times New Roman" w:eastAsia="Times New Roman" w:cs="Times New Roman"/>
        </w:rPr>
        <w:t>Milletiň “sözlemegi” onuň kanun çykaryjy we kazyýet häkimiýetleriniň hereketidir.” The Great Controversy, 442.</w:t>
      </w:r>
    </w:p>
    <w:p>
      <w:pPr>
        <w:pStyle w:val="ArticleBody"/>
        <w:jc w:val="left"/>
      </w:pPr>
      <w:r>
        <w:rPr>
          <w:rFonts w:ascii="Times New Roman" w:hAnsi="Times New Roman" w:eastAsia="Times New Roman" w:cs="Times New Roman"/>
        </w:rPr>
        <w:t>Tramp ne kazy, ne-de kanun çykaryjy häkimiýetdir; şonuň üçin ýakynda geljek ýekşenbe kanuny Kongres tarapyndan amala aşyrylýar. Şeýle-de bolsa, papalyk häkimiýetine goldaw berýän islendik hereket ýekşenbe kanunynyň nusgasyny görkezýär. 533-nji ýylyň karary we 313-nji ýylyň edikti haýwanyň keşbiniň emele gelýän döwrüniň başlangyjyny görkezýär. Onuň jemlenişi ýakynda geljek ýekşenbe kanunydyr, Isa bolsa soňuny hemişe başlangyç arkaly şekillendirýär; şonuň üçin Trampyň ýerine ýetiriji buýruk arkaly Mukaddes Kitap pygamberligindäki antihriste islendik “eglişik” berjek hereketi, diňe omega-da tamamlanýan hereketiň alfasy bolup durýar; ýagny şol wagt Amerikanyň Birleşen Ştatlary “öz hökümetiniň ýörelgelerinden şeýle ýüz öwrer welin, ýekşenbe kanunyny kabul eder.”</w:t>
      </w:r>
    </w:p>
    <w:p>
      <w:pPr>
        <w:pStyle w:val="ArticleScripture"/>
        <w:jc w:val="left"/>
      </w:pPr>
      <w:r>
        <w:rPr>
          <w:rFonts w:ascii="Times New Roman" w:hAnsi="Times New Roman" w:eastAsia="Times New Roman" w:cs="Times New Roman"/>
        </w:rPr>
        <w:t>“Ýekşenbe güni berjaý etdirilmegi ugrunda alnyp barylýan bu hereketiň içine gatnaşýanlaryň arasynda-da onuň netijesinde ýüze çykjak zatlara kör bolanlar köpdür. Olar munuň bilen dini azatlygyň özüne göni urgy urýandyklaryny görmeýärler. Injildäki Sabatyň talaplaryna hem-de ýekşenbe institutynyň daýanýan ýalan binýadyna hiç haçan düşünmedik adamlar köpdür. Dini kanunçylyk bähbidine edilen islendik hereket, hakykatda, ençeme asyrlaryň dowamynda wyždan azatlygyna yzygiderli garşy söweş alyp baran papalyga berilýän bir eglişikdir. Ýekşenbe gününi berjaý etmek, güman edilýän hristian instituty hökmünde, öz barlygyny ‘kanunsyzlygyň syryna’ bergilidir; we ony mejbury berjaý etdirmek, romanizmiň hut özeni bolan ýörelgeleri iş ýüzünde ykrar etmek bolar. Haçan-da milletimiz öz dolandyryşynyň ýörelgelerinden şeýle ýüz öwrüp, ýekşenbe güni hakyndaky kanuny kabul edeninde, protestantizm bu işde papalyk bilen el-ele berer; bu bolsa, diňe bir, köp wagtdan bäri täzeden işjeň zorluga böküp girmek üçin amatly pursadyna tamakinlik bilen garaşyp gelen zulma jan bermekden başga zat bolmaz.” Testimonies, 5-nji tom, 711.</w:t>
      </w:r>
    </w:p>
    <w:p>
      <w:pPr>
        <w:pStyle w:val="ArticleBody"/>
        <w:jc w:val="left"/>
      </w:pPr>
      <w:r>
        <w:rPr>
          <w:rFonts w:ascii="Times New Roman" w:hAnsi="Times New Roman" w:eastAsia="Times New Roman" w:cs="Times New Roman"/>
        </w:rPr>
        <w:t>Islendirilen kanunçylyk tarapyndaky islendik “hereket hakykatda papalyga edilen bir eglişikdir,” we şol hereketler tiz wagtda güýje girjek ýekşenbe kanunynyň öňüsyrasynda ýüze çykýar.</w:t>
      </w:r>
    </w:p>
    <w:p>
      <w:pPr>
        <w:pStyle w:val="ArticleScripture"/>
        <w:jc w:val="left"/>
      </w:pPr>
      <w:r>
        <w:rPr>
          <w:rFonts w:ascii="Times New Roman" w:hAnsi="Times New Roman" w:eastAsia="Times New Roman" w:cs="Times New Roman"/>
        </w:rPr>
        <w:t>“Bu günü ybadat edilmegini mejbur edýän perman bütin dünýä ýaýramalydyr. Çäkli derejede ol eýýäm ýaýrady. Birnäçe ýerde raýat häkimiýeti, edil butparaz patyşanyň ýewreý ýesirlerine gepläni ýaly, aždarhanyň sesi bilen gepleýär.” Signs of the Times, 6-njy maý, 1897.</w:t>
      </w:r>
    </w:p>
    <w:p>
      <w:pPr>
        <w:pStyle w:val="ArticleBody"/>
        <w:jc w:val="left"/>
      </w:pPr>
      <w:r>
        <w:rPr>
          <w:rFonts w:ascii="Times New Roman" w:hAnsi="Times New Roman" w:eastAsia="Times New Roman" w:cs="Times New Roman"/>
        </w:rPr>
        <w:t>Bu zatlary indiki makalada dowam etdireris.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Kyrk Birinji Aýetiň Gizlin Taryhy - Otuz Birinji San</dc:title>
  <dc:subject>Ezekiel On Iki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