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Kyrk Ikiniň Gizlin Taryhy - Otuz Iki Nomer</w:t>
      </w:r>
    </w:p>
    <w:p>
      <w:pPr>
        <w:pStyle w:val="ArticleSubtitle"/>
        <w:jc w:val="left"/>
      </w:pPr>
      <w:r>
        <w:rPr>
          <w:rFonts w:ascii="Arial" w:hAnsi="Arial" w:eastAsia="Arial" w:cs="Arial"/>
        </w:rPr>
        <w:t>Ezekiýel On Üçünji San</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Hezekiýel kitabyndaky duýduryş habary “gabawyň alamatydyr.” Gabaw başlananda, Hezekiýeliň aýaly aradan çykdy, we Hezekiýele onuň ölümine ýas tutmazlyk buýruldy. Onuň ölümi, şeýle hem Hezekiýeliň onuň ölümine ýas tutmazlygy bilen bilelikde, gabawy we Iýerusalimiň golaýlap gelýän heläkçiligini alamatlandyrýardy. Onuň hereketleri we onuň ölümi duýduryş alamatyny aňladýar; bu bolsa geljekde Isa tarapyndan “weýrana öwrülmegiň ýigrenji zady” hökmünde öňe sürlen duýduryş alamatynyň nusgasydyr.</w:t>
      </w:r>
    </w:p>
    <w:p>
      <w:pPr>
        <w:pStyle w:val="ArticleScripture"/>
        <w:jc w:val="left"/>
      </w:pPr>
      <w:r>
        <w:rPr>
          <w:rFonts w:ascii="Times New Roman" w:hAnsi="Times New Roman" w:eastAsia="Times New Roman" w:cs="Times New Roman"/>
        </w:rPr>
        <w:t>Şonuň üçin, Danyýel pygamber arkaly aýdylyp geçilen weýrançylyk ýigrenji zadynyň mukaddes ýerde duranlygyny göreniňizde, (okýan adam muňa düşünsın). Matta 24:15.</w:t>
      </w:r>
    </w:p>
    <w:p>
      <w:pPr>
        <w:pStyle w:val="ArticleBody"/>
        <w:jc w:val="left"/>
      </w:pPr>
      <w:r>
        <w:rPr>
          <w:rFonts w:ascii="Times New Roman" w:hAnsi="Times New Roman" w:eastAsia="Times New Roman" w:cs="Times New Roman"/>
        </w:rPr>
        <w:t>Rim nyşanlary ybadathananyň çäkleriniň içine ýerleşdirilende, Iýerusalimdäki mesihiler şäherden gaçmalydylar. Iýerusalimiň weýran ediljekdiginiň alamatynyň iki şaýady, gabawdan öňinçä bu “alamaty” tanamagyň çynlakaýlygyny nygtaýar, hem-de ylham mundan başga-da şol iki şaýadyň özleriniň “has göni ulanylyşyny” soňky günlerde tapýandygyny görkezýär. Eýzekiýel bilen Ýuhannanyň ybadathana görnüşiniň içinde bolmagy bilen baglanyşykda, Mesihiň Iýerusalimiň weýran boljakdygy baradaky duýduryşy hakynda aýdyp, Uýam White şeýle ýazdy:</w:t>
      </w:r>
    </w:p>
    <w:p>
      <w:pPr>
        <w:pStyle w:val="ArticleScripture"/>
        <w:jc w:val="left"/>
      </w:pPr>
      <w:r>
        <w:rPr>
          <w:rFonts w:ascii="Times New Roman" w:hAnsi="Times New Roman" w:eastAsia="Times New Roman" w:cs="Times New Roman"/>
        </w:rPr>
        <w:t>“Bu pygamberlikler Iýerusalimiň weýran edilmeginde bölekleýin ýerine ýetirilse-de, olaryň has göni ulanylyşy ahyrky günlere degişlidir.</w:t>
      </w:r>
    </w:p>
    <w:p>
      <w:pPr>
        <w:pStyle w:val="ArticleScripture"/>
        <w:jc w:val="left"/>
      </w:pPr>
      <w:r>
        <w:rPr>
          <w:rFonts w:ascii="Times New Roman" w:hAnsi="Times New Roman" w:eastAsia="Times New Roman" w:cs="Times New Roman"/>
        </w:rPr>
        <w:t>“Biz beýik we dabaraly wakalaryň bosagasynda durus. Pygamberlik tiz ýerine ýetýär. Reb gapydadyr. Ýakyn wagtda ähli ýaşaýanlar üçin juda uly ähmiýetli bir döwür öňümizde açylar. Geçmişdäki jedeller gaýtadan janlandyrylar; täze jedeller ýüze çykar. Dünýämizde bolup geçjek sahnalar heniz hatda düýşde-de görülmedikdir.” Testimonies, volume 5, 753.</w:t>
      </w:r>
    </w:p>
    <w:p>
      <w:pPr>
        <w:pStyle w:val="ArticleBody"/>
        <w:jc w:val="left"/>
      </w:pPr>
      <w:r>
        <w:rPr>
          <w:rFonts w:ascii="Times New Roman" w:hAnsi="Times New Roman" w:eastAsia="Times New Roman" w:cs="Times New Roman"/>
        </w:rPr>
        <w:t>Dördünji bapda Hezekile «gabawyň alamatyny» nygtaýan bir tymsaly amalda görkezmek tabşyryldy. Hezekil öz kitabynda doganlarynyň görmegi ret eden bir tymsaly bäş gezek amalda görkezdi. Hezekil doganlaryna bäş gezek ýüzlendi, emma olar diňlemegi ret etdiler. Onuň amalda görkezilen tymsallary we habarlary, onuň tymsallary we sözleri bilen baglanyşykly bolan «bilimiň» artmagyny kabul etmekden ýüz öwürýän nadan gyzlaryň bäş gatly toparyny şöhlelendirýär. Şol sözler we tymsallar Iýerusalimiň weýran edilmegi bilen gös-göni baglanyşyklydy, bu bolsa «ahyrky günlere has göni degişli ulanylyşa» eýedir.</w:t>
      </w:r>
    </w:p>
    <w:p>
      <w:pPr>
        <w:pStyle w:val="ArticleScripture"/>
        <w:jc w:val="left"/>
      </w:pPr>
      <w:r>
        <w:rPr>
          <w:rFonts w:ascii="Times New Roman" w:hAnsi="Times New Roman" w:eastAsia="Times New Roman" w:cs="Times New Roman"/>
        </w:rPr>
        <w:t>Sen hem, eý adam ogly, bir kerpiç al-da, ony öz öňüňde goýup, onuň üstünde şäheri, ýagny Ýerusalimi şekillendir. Oňa garşy gabaw gur, oňa garşy gala dik, oňa garşy tümme dök; oňa garşy goşun hem ýerleşdir we onuň daş-töweregine gabaw döwüjileri goý. Şeýle hem özüňe demir saç al-da, ony özüň bilen şäheriň arasynda demir diwar edip goý; ýüzüňi oňa garşy öwrelt, ol gabawa alnar, sen hem oňa garşy gabaw gurarsyň. Bu Ysraýyl öýi üçin bir alamat bolar.</w:t>
      </w:r>
    </w:p>
    <w:p>
      <w:pPr>
        <w:pStyle w:val="ArticleScripture"/>
        <w:jc w:val="left"/>
      </w:pPr>
      <w:r>
        <w:rPr>
          <w:rFonts w:ascii="Times New Roman" w:hAnsi="Times New Roman" w:eastAsia="Times New Roman" w:cs="Times New Roman"/>
        </w:rPr>
        <w:t>Sen hem çep gapdalyňa ýat, ysraýyl nesliniň ýazygyny onuň üstünde goý; onuň üstünde ýatjak günleriň sanyna görä olaryň ýazygyny göterersiň. Çünki Men olaryň ýazygynyň ýyllaryny günleriň sanyna görä seniň üstüňe goýdum: üç ýüz togsan gün; şeýlelikde ysraýyl nesliniň ýazygyny göterersiň. Olary tamam edeniňden soň, ýene sag gapdalyňa ýat, we kyrk gün ýahuda nesliniň ýazygyny göterersiň; Men saňa her güni bir ýyl edip belledim. Şonuň üçin ýüzüňi Iýerusalimiň gabawyna tarap öwreder­siň, gollaryň açyk bolar, we onuň garşysyna pygamberlik edersiň. Ine, Men seni baglar bilen baglaryn, sen gabawyň günlerini tamamlaýançaň bir gapdaldan o biri gapdala öwrülip bilmersiň. Ezekiel 4:1–8.</w:t>
      </w:r>
    </w:p>
    <w:p>
      <w:pPr>
        <w:pStyle w:val="ArticleHeading"/>
        <w:jc w:val="left"/>
      </w:pPr>
      <w:r>
        <w:rPr>
          <w:rFonts w:ascii="Arial" w:hAnsi="Arial" w:eastAsia="Arial" w:cs="Arial"/>
        </w:rPr>
        <w:t>Nyşan</w:t>
      </w:r>
    </w:p>
    <w:p>
      <w:pPr>
        <w:pStyle w:val="ArticleBody"/>
        <w:jc w:val="left"/>
      </w:pPr>
      <w:r>
        <w:rPr>
          <w:rFonts w:ascii="Times New Roman" w:hAnsi="Times New Roman" w:eastAsia="Times New Roman" w:cs="Times New Roman"/>
        </w:rPr>
        <w:t>“Alamat” sözi Ezekiel kitabında dokuz gezek duş gelýär. Dördünji bapda Ýerusalimiň gabawy Ysraýyl öýi üçin bir “alamatdyr”. On ikinji bapda hem Ezekiel Ýerusalimiň gabawyny we weýran edilmegini görkezýän ýene bir “alamatdyr”.</w:t>
      </w:r>
    </w:p>
    <w:p>
      <w:pPr>
        <w:pStyle w:val="ArticleScripture"/>
        <w:jc w:val="left"/>
      </w:pPr>
      <w:r>
        <w:rPr>
          <w:rFonts w:ascii="Times New Roman" w:hAnsi="Times New Roman" w:eastAsia="Times New Roman" w:cs="Times New Roman"/>
        </w:rPr>
        <w:t>Ynsan ogly, sen görüp-de görmeýän, eşidip-de eşitmeýän pitneçi bir nesliň arasynda ýaşaýarsyň; çünki olar pitneçi nesildir. Şonuň üçin, eý, ynsan ogly, göç üçin gerekli esbaplaryňy taýýarla-da, olaryň gözüniň alnynda gündiz göç et; olaryň gözüniň alnynda öz ýeriňden başga bir ýere göçüp git: belki, olar pitneçi nesil bolsalar-da, muny görüp oýlanarlar. Soňra göç esbaplaryňy gündiz olaryň gözüniň alnynda, göç esbaplary ýaly çykaryp goý; agşam bolsa, sürgüne gidýänler ýaly, olaryň gözüniň alnynda çykyp git. Olar görüp durkalar, diwary deş-de, şol ýerden esbaplaryňy çykaryp geçir. Olar görüp durkalar, ony egniňde göterip, ala-garaňkylykda çykaryp git; ýeri görmezligiň üçin ýüzüňi ört; sebäbi Men seni Yslamyň öýi üçin alamat edip goýdum. Ezekiel 12:2–6.</w:t>
      </w:r>
    </w:p>
    <w:p>
      <w:pPr>
        <w:pStyle w:val="ArticleBody"/>
        <w:jc w:val="left"/>
      </w:pPr>
      <w:r>
        <w:rPr>
          <w:rFonts w:ascii="Times New Roman" w:hAnsi="Times New Roman" w:eastAsia="Times New Roman" w:cs="Times New Roman"/>
        </w:rPr>
        <w:t>Pitneçi öý şol ýerine ýetirilen tymsaly görende, onuň nämäni aňladýanyna düşünmedi; şonuň üçin olar Ýezekelden ony düşündirmegini soradylar.</w:t>
      </w:r>
    </w:p>
    <w:p>
      <w:pPr>
        <w:pStyle w:val="ArticleScripture"/>
        <w:jc w:val="left"/>
      </w:pPr>
      <w:r>
        <w:rPr>
          <w:rFonts w:ascii="Times New Roman" w:hAnsi="Times New Roman" w:eastAsia="Times New Roman" w:cs="Times New Roman"/>
        </w:rPr>
        <w:t>Ynsan ogly, pitneçi öý bolan Ysraýyl öýi saňa: «Näme edýärsiň?» diýip aýtmadymy? Olara aýt: Hökmürowan Reb şeýle diýýär: Bu ýük Iýerusalimdäki hökümdara hem-de olaryň arasynda bolan bütin Ysraýyl öýüne degişlidir. Aýt: Men siziň alamatyňyzdyraryn; meniň edenim ýaly, olara-da şeýleräk ediler: olar göçürilip, ýesirlige giderler. Ýezekil 12:9–11.</w:t>
      </w:r>
    </w:p>
    <w:p>
      <w:pPr>
        <w:pStyle w:val="ArticleBody"/>
        <w:jc w:val="left"/>
      </w:pPr>
      <w:r>
        <w:rPr>
          <w:rFonts w:ascii="Times New Roman" w:hAnsi="Times New Roman" w:eastAsia="Times New Roman" w:cs="Times New Roman"/>
        </w:rPr>
        <w:t>Iýerusalimiň gabawy ahyrky günlerdeki Hudaý halky üçin bir alamatdyr.</w:t>
      </w:r>
    </w:p>
    <w:p>
      <w:pPr>
        <w:pStyle w:val="ArticleScripture"/>
        <w:jc w:val="left"/>
      </w:pPr>
      <w:r>
        <w:rPr>
          <w:rFonts w:ascii="Times New Roman" w:hAnsi="Times New Roman" w:eastAsia="Times New Roman" w:cs="Times New Roman"/>
        </w:rPr>
        <w:t>“Gadymy pygamberleriň hersi öz döwründen has köp biziň döwrümiz üçin gepledi, şeýdip olaryň pygamberlikleri biziň üçin güýjünde galýar. ‘Now all these things happened unto them for ensamples: and they are written for our admonition, upon whom the ends of the world are come.’ 1 Corinthians 10:11. ‘Not unto themselves, but unto us they did minister the things, which are now reported unto you by them that have preached the gospel unto you with the Holy Ghost sent down from heaven; which things the angels desire to look into.’ 1 Peter 1:12....”</w:t>
      </w:r>
    </w:p>
    <w:p>
      <w:pPr>
        <w:pStyle w:val="ArticleScripture"/>
        <w:jc w:val="left"/>
      </w:pPr>
      <w:r>
        <w:rPr>
          <w:rFonts w:ascii="Times New Roman" w:hAnsi="Times New Roman" w:eastAsia="Times New Roman" w:cs="Times New Roman"/>
        </w:rPr>
        <w:t>Mukaddes Kitap öz hazynalaryny şu ahyrky nesil üçin ýygnap, bir ýere jemläp goýandyr. Köne Ähtiň taryhyndaky ähli beýik wakalar we dabaraly amallar şu ahyrky günlerde ybadathanada gaýtalanypdy we gaýtalanyp durandyr. Selected Messages, book 3, 338, 339.</w:t>
      </w:r>
    </w:p>
    <w:p>
      <w:pPr>
        <w:pStyle w:val="ArticleHeading"/>
        <w:jc w:val="left"/>
      </w:pPr>
      <w:r>
        <w:rPr>
          <w:rFonts w:ascii="Arial" w:hAnsi="Arial" w:eastAsia="Arial" w:cs="Arial"/>
        </w:rPr>
        <w:t>Şol Bir Güniň Özi</w:t>
      </w:r>
    </w:p>
    <w:p>
      <w:pPr>
        <w:pStyle w:val="ArticleBody"/>
        <w:jc w:val="left"/>
      </w:pPr>
      <w:r>
        <w:rPr>
          <w:rFonts w:ascii="Times New Roman" w:hAnsi="Times New Roman" w:eastAsia="Times New Roman" w:cs="Times New Roman"/>
        </w:rPr>
        <w:t>Ýezekil «Ýerusalimiň gabawy we weýran edilişi» baradaky hereket arkaly görkezilen tymsalda ahyrky günlerde Hudaýyň halky üçin bir alamatdyr.</w:t>
      </w:r>
    </w:p>
    <w:p>
      <w:pPr>
        <w:pStyle w:val="ArticleScripture"/>
        <w:jc w:val="left"/>
      </w:pPr>
      <w:r>
        <w:rPr>
          <w:rFonts w:ascii="Times New Roman" w:hAnsi="Times New Roman" w:eastAsia="Times New Roman" w:cs="Times New Roman"/>
        </w:rPr>
        <w:t>Ýene dokuzynjy ýylda, onunjy aýda, aýyň onunjy gününde Rebbiň sözi maňa gelip şeýle diýdi: «Eý, ynsan ogly, şu günüň adyny, hut şu günüň özüni ýazyp al; çünki Babylyň patyşasy hut şu gün Iýerusalime garşy ýörişe başlady».</w:t>
      </w:r>
    </w:p>
    <w:p>
      <w:pPr>
        <w:pStyle w:val="ArticleScripture"/>
        <w:jc w:val="left"/>
      </w:pPr>
      <w:r>
        <w:rPr>
          <w:rFonts w:ascii="Times New Roman" w:hAnsi="Times New Roman" w:eastAsia="Times New Roman" w:cs="Times New Roman"/>
        </w:rPr>
        <w:t>Gozgalaňa garşy çykýan öýe bir tymsal aýdyp, olara şeýle diý: Reb Hudaý şeýle diýýär: Gazany otda goý, ony goý-da, içine suw hem guý. Onuň böleklerini, ýagny her bir gowy bölegini — buduňy we egni — onuň içine ýygnap goý; ony saýlama süňkler bilen doldur. Süriniň iň gowusyny al, onuň aşagynda hem süňkleri ýak; ony gowy gaýnat, onuň içindäki süňkleri hem bişir. Şonuň üçin Reb Hudaý şeýle diýýär: Ganly şähere waý, içinde galyndysy bolan gaza, onuň galyndysy ondan çykmadyk gaza! Ondakylary bölek-bölek edip çykaryň; onuň üstüne bije atylmasyn. Çünki onuň gany onuň ortasyndadyr; ol ony gaýanyň üstüne goýdy; ony toprak bilen örtüler ýaly ýere dökmedi; Şeýlelikde gahary joşduryp, ar almak üçin; Men onuň ganyny gaýanyň üstüne goýdum, örtülmesin diýip.</w:t>
      </w:r>
    </w:p>
    <w:p>
      <w:pPr>
        <w:pStyle w:val="ArticleScripture"/>
        <w:jc w:val="left"/>
      </w:pPr>
      <w:r>
        <w:rPr>
          <w:rFonts w:ascii="Times New Roman" w:hAnsi="Times New Roman" w:eastAsia="Times New Roman" w:cs="Times New Roman"/>
        </w:rPr>
        <w:t>Şonuň üçin Reb Hudaý şeýle diýýär: Ganly şähere waý! Men hatda ot üçin üýşmegi hem ulaldaryn. Odun üýşüriň, oty tutaşdyryň, eti bişiriň, ony gowy ysly zatlar bilen ýakymly ediň, süňkler hem ýansyn. Soňra ony boş halda onuň közleriniň üstünde goýuň, onuň bürünji gyzsyn we gyzyp ýansyn; onuň haramlygy onuň içinde eräp gitsin, onuň posy ýok bolup gutarsyn. Ol ýalanlary bilen özüni halys etdi, emma onuň uly posy özünden çykmady; onuň posy otda bolar. Seniň haramlygyňda bihaýalyk bar; sebäbi Men seni arassaladym, emma sen arassalanmadyň, Men Öz gazabymy seniň üstüňe goýup köşeşýänçäm, indi sen haramlygyňdan gaýdyp arassalanmarsyň. Men Reb aýdypdym: bu bolar, Men muny ýerine ýetirerin; Men yzyma dolanman, ne aýaryn, ne-de ökünip pikirimi üýtgederin; seni seniň ýollaryňa görä we seniň edýän işleriňe görä höküm ederler, diýýär Reb Hudaý.</w:t>
      </w:r>
    </w:p>
    <w:p>
      <w:pPr>
        <w:pStyle w:val="ArticleScripture"/>
        <w:jc w:val="left"/>
      </w:pPr>
      <w:r>
        <w:rPr>
          <w:rFonts w:ascii="Times New Roman" w:hAnsi="Times New Roman" w:eastAsia="Times New Roman" w:cs="Times New Roman"/>
        </w:rPr>
        <w:t>Rebbiň sözi maňa gelip şeýle diýdi: «Eý, adam ogly, ine, Men seniň gözüňiň höwes edýän zadyny bir uruş bilen senden alýaryn; ýöne sen ne ýas tutarsyň, ne-de aglarsyň, gözýaşlaryň hem akmaz. Ah-nala etmegi goý, öliniň yzyna ýas tutma; selleňi başyňa daň, aýaklaryňy çarykly et, dodaklaryňy örtme, adamlaryň getiren çöregini hem iýme». Şeýlelikde men irden halka sözledim; agşam bolsa aýalym aradan çykdy; ertesi irden maňa buýrulyşy ýaly etdim. Şonda halk maňa: «Seniň şeýle etmegiňiň bize nähili many bildirýändigini bize aýtjak dälmi?» diýdi.</w:t>
      </w:r>
    </w:p>
    <w:p>
      <w:pPr>
        <w:pStyle w:val="ArticleScripture"/>
        <w:jc w:val="left"/>
      </w:pPr>
      <w:r>
        <w:rPr>
          <w:rFonts w:ascii="Times New Roman" w:hAnsi="Times New Roman" w:eastAsia="Times New Roman" w:cs="Times New Roman"/>
        </w:rPr>
        <w:t>Şonda men olara şeýle jogap berdim: Rebbiň sözi maňa gelip şeýle diýdi: «Ysraýyl öýüne aýdyp ber: Hökmürowan Reb şeýle diýýär: Ine, Men Öz mukaddes ýerimi — güýjüňiziň buýsanjyny, gözleriňiziň höwesini, janyňyzyň gynanýan zadyny haram ederin; siziň galdyryp giden ogullaryňyz hem gyzlaryňyz gylyçdan heläk bolarlar. Siz bolsa meniň edişim ýaly edersiňiz: dodaklaryňyzy örtmersiňiz, adamlaryň çöregini iýmegiňiz hem bolmaz. Selleleriňiz başyňyzda, aýakgaplaryňyz aýagyňyzda bolar; ýas tutmarsyňyz, aglamarsyňyz; ýöne öz etmişleriňiz zerarly solup gidersiňiz we biri-biriňiziň üstüňize ah çekersiňiz. Şeýlelikde, Hezekiýel size nyşandyr: onuň edişleriniň hemmesine görä siz hem edersiňiz; bu waka bolanda bolsa, Meniň Hökmürowan Rebdigimi bilersiňiz». Ezekiýel 24:1–24.</w:t>
      </w:r>
    </w:p>
    <w:p>
      <w:pPr>
        <w:pStyle w:val="ArticleBody"/>
        <w:jc w:val="left"/>
      </w:pPr>
      <w:r>
        <w:rPr>
          <w:rFonts w:ascii="Times New Roman" w:hAnsi="Times New Roman" w:eastAsia="Times New Roman" w:cs="Times New Roman"/>
        </w:rPr>
        <w:t>Hezekiel Iýerusalimiň gabawynyň başlanmagyny we soňky weýrançylygyny, hem-de ondan soň Laodikiýadaky Ýedinji gün Adventist ybadathanasynyň agzalarynyň ýesir edilmegini görkezýän bir alamatdyr.</w:t>
      </w:r>
    </w:p>
    <w:p>
      <w:pPr>
        <w:pStyle w:val="ArticleScripture"/>
        <w:jc w:val="left"/>
      </w:pPr>
      <w:r>
        <w:rPr>
          <w:rFonts w:ascii="Times New Roman" w:hAnsi="Times New Roman" w:eastAsia="Times New Roman" w:cs="Times New Roman"/>
        </w:rPr>
        <w:t>„Mesih Zeýtun dagynyň depesinden aşak garanda, her bir ýygnakda bar bolan şu ýagdaýy gördi. Beýik nura eýe bolan Iýerusalim halkynyň yzyna düşüp barýanlaryň ählisine duýduryşlar gelip ýetýär. Bu halk biziň öňümizde duýduryş hökmünde dur. Şu günlerimizde Hudaýyň duýduryşlaryny ret etmek bilen, adamlar Iýerusalimiň günäsini gaýtalaýarlar. Reb ynsan wekili görmeýän we görmek islemeýän zady—Battle Creekdäki ähli ynsan oýlap tapyşlarynyň netijesini—görýär. Ol, Hudaý hökmünde edip biljek ähli zadyny etdi. Günäleri toba duýgusynyň indi duýulmaýan çägine ýetmez ýaly, halkyň gözleriniň öňünde nury ýaltdy. Emma dogry we adalatly ýörelgelerden uzaklaşmagyň uzak bir dowamly barşynda, adamlar özlerini nur bilen hakykaty, adalat bilen rehimdarlygy saýgaryp bilmeýän ýere goýdular. Bu ýol olaryň hut tebigatynyň bir bölegine öwrüldi.” Testimonies, volume 8, 68.</w:t>
      </w:r>
    </w:p>
    <w:p>
      <w:pPr>
        <w:pStyle w:val="ArticleHeading"/>
        <w:jc w:val="left"/>
      </w:pPr>
      <w:r>
        <w:rPr>
          <w:rFonts w:ascii="Arial" w:hAnsi="Arial" w:eastAsia="Arial" w:cs="Arial"/>
        </w:rPr>
        <w:t>Alfa we Omeýanyň Iki Şaýady</w:t>
      </w:r>
    </w:p>
    <w:p>
      <w:pPr>
        <w:pStyle w:val="ArticleBody"/>
        <w:jc w:val="left"/>
      </w:pPr>
      <w:r>
        <w:rPr>
          <w:rFonts w:ascii="Times New Roman" w:hAnsi="Times New Roman" w:eastAsia="Times New Roman" w:cs="Times New Roman"/>
        </w:rPr>
        <w:t>Hezekiel gudratdan läl bolup edilipdi we oňa Ýerusalim ýykylanda, gaýtadan sözläp biljekdigi hem-de şonda bir “alamat” boljakdygy habar berlipdi. Hezekieliň aýalynyň ölümine ýas tutmazlygy gabawyň başyndaky alfa alamatyny görkezdi, Ýerusalim ýykylanda bolsa Hezekieliň agzynyň açylmagy omega alamaty boldy. Ýok edilmäge çenli dowam eden gabaw başynda hem ahyrynda bir alamat bilen bellendi. Şol bir şekillendirmäniň çäginde alfa we omega alamatyna degişli ikinji şaýatlyk hem “Hezekieliň gözleriniň islegi”niň ölmegi alfa, halkyň “gözleriniň islegi”niň ölmegi bolsa şol döwrüň omega alamaty hökmünde görkezilýär. Bir ýarym ýyllyk döwür alfa bilen omeganyň iki şaýatlygyny göterýär. Hezekieliň aýalynyň ölümi goşunyň ýesir edilmegini we depelenmegini aňladýardy, Ýerusalimiň omega ölümi bolsa mukaddes ýeriň depelenmegini aňladýardy.</w:t>
      </w:r>
    </w:p>
    <w:p>
      <w:pPr>
        <w:pStyle w:val="ArticleScripture"/>
        <w:jc w:val="left"/>
      </w:pPr>
      <w:r>
        <w:rPr>
          <w:rFonts w:ascii="Times New Roman" w:hAnsi="Times New Roman" w:eastAsia="Times New Roman" w:cs="Times New Roman"/>
        </w:rPr>
        <w:t>Şeýlelikde, Ezekiel size alamat bolar: onuň eden ähli işlerine görä siz hem edersiňiz; bu ýüze çykanda bolsa, Meniň Reb Hudaýdygymy bilersiňiz. Şeýle hem, eý ynsan ogly, Men olaryň güýjüni, şöhratlarynyň şatlygyny, gözleriniň arzuwyny we ýürek baglan zatlaryny, ogullaryny we gyzlaryny olaryň elinden alan günümde, şol gün gaçyp gutulan biri saňa gelip, muny gulagyň bilen eşitdirmek üçin habar ýetirmezmi? Şol gün gaçyp gutulan adama garşy agzyň açylar, sen gepleýärsiň, indi mundan beýläk lal bolmarsyň; sen olar üçin alamat bolarsyň; olar hem Meniň Rebdigimi bilerler. Ezekiel 24:24–27.</w:t>
      </w:r>
    </w:p>
    <w:p>
      <w:pPr>
        <w:pStyle w:val="ArticleHeading"/>
        <w:jc w:val="left"/>
      </w:pPr>
      <w:r>
        <w:rPr>
          <w:rFonts w:ascii="Arial" w:hAnsi="Arial" w:eastAsia="Arial" w:cs="Arial"/>
        </w:rPr>
        <w:t>Alty ölüm</w:t>
      </w:r>
    </w:p>
    <w:p>
      <w:pPr>
        <w:pStyle w:val="ArticleBody"/>
        <w:jc w:val="left"/>
      </w:pPr>
      <w:r>
        <w:rPr>
          <w:rFonts w:ascii="Times New Roman" w:hAnsi="Times New Roman" w:eastAsia="Times New Roman" w:cs="Times New Roman"/>
        </w:rPr>
        <w:t>Ezekieliň aýalynyň ölümi gabawyň başlanmagyny we pygamberlik taýdan Mesihe degişli gelin bolan Iýerusalimiň ölümüni alamatlandyrýar hem-de gabaw bilen şekillendirilen bir döwür tarapyndan öňünden geçilýän, tiz wagtda geljek Ýekşenbe kanunyny görkezýär. Gabaw döwri bilen weýrançylyk biri-birinden tapawutly, emma göni baglanyşykly iki aýratyn ýolgörkeziji wakadyr. Gabaw wagt dowamyndaky bir döwürdir, weýrançylyk bolsa wagt içindäki bir pursatdyr. Weýrançylyk haýwanyň şekiliniň emele gelşi döwrüniň öňünden geçýän Ýekşenbe kanunydyr. Haýwanyň şekili döwri haýwanyň belligi bilen tamamlanýar. Isa Matta ýigrimi dördüň içinde Iýerusalimiň weýran bolşunyň alamatyny görkezende, Ol Nuhuň günlerine-de ýüzlendi.</w:t>
      </w:r>
    </w:p>
    <w:p>
      <w:pPr>
        <w:pStyle w:val="ArticleScripture"/>
        <w:jc w:val="left"/>
      </w:pPr>
      <w:r>
        <w:rPr>
          <w:rFonts w:ascii="Times New Roman" w:hAnsi="Times New Roman" w:eastAsia="Times New Roman" w:cs="Times New Roman"/>
        </w:rPr>
        <w:t>Ýöne Nuhyň günleri nähili bolan bolsa, Adam Oglunyň gelişi hem şonuň ýaly bolar. Çünki tupandan öňki günlerde, Nuh gämä giren gününe çenli, olar iýip-içýärdiler, öýlenýärdiler we durmuşa çykýardylar; tupanyň gelip, olaryň hemmesini süpürip äkidençä, hiç zady aňmandylar; Adam Oglunyň gelişi hem şeýle bolar. Matta 24:37–39.</w:t>
      </w:r>
    </w:p>
    <w:p>
      <w:pPr>
        <w:pStyle w:val="ArticleBody"/>
        <w:jc w:val="left"/>
      </w:pPr>
      <w:r>
        <w:rPr>
          <w:rFonts w:ascii="Times New Roman" w:hAnsi="Times New Roman" w:eastAsia="Times New Roman" w:cs="Times New Roman"/>
        </w:rPr>
        <w:t>Nuhuň günlerinde synag möhleti ýapylypdy; bu bolsa tizden geljek Ýekşenbe güni baradaky kanunyň öňden görkezilişi bolup, ol hem 1844-nji ýylyň 22-nji oktýabrynda gapynyň ýapylmagy arkaly öňden şekillendirilendir. 1844-nji ýylyň 12–17-nji awgustyndaky Exeter çadyr ýygnagyndan başlap dowam eden döwür, ýapyk gapy alyp barýan pygamberlik döwrüni aňladýar.</w:t>
      </w:r>
    </w:p>
    <w:p>
      <w:pPr>
        <w:pStyle w:val="ArticleBody"/>
        <w:jc w:val="left"/>
      </w:pPr>
      <w:r>
        <w:rPr>
          <w:rFonts w:ascii="Times New Roman" w:hAnsi="Times New Roman" w:eastAsia="Times New Roman" w:cs="Times New Roman"/>
        </w:rPr>
        <w:t>Nuhuň günlerinde Nuh üçünji perişdäni wekilçilik edýärdi, we üçünji perişde 1844-nji ýylyň 22-nji oktýabryndaky ýapyk gapyga geldi. Isanyň aýdyşyna görä “Ynsan Oglunyň gelişi” ýaly boljak Nuhuň günlerinde, Ylham kitabynyň on dördünji babyndaky üç perişde ýapyk gapyga alyp bardy. William Miller birinji perişdäniň habaryny wekilçilik edýärdi we Nuhuň günlerinde Hanok bilen nyşanlandyryldy. Ýahuda Hanogyň habaryny Milleriň habaryna deňeşdirilýän bir meňzeşlik hökmünde kesgitleýär.</w:t>
      </w:r>
    </w:p>
    <w:p>
      <w:pPr>
        <w:pStyle w:val="ArticleScripture"/>
        <w:jc w:val="left"/>
      </w:pPr>
      <w:r>
        <w:rPr>
          <w:rFonts w:ascii="Times New Roman" w:hAnsi="Times New Roman" w:eastAsia="Times New Roman" w:cs="Times New Roman"/>
        </w:rPr>
        <w:t>Adamdan ýedinji bolan Henok hem olar hakda pygamberlik edip şeýle diýdi: Ine, Reb öz mukaddesleriniň on müňlerçesi bilen gelýär, hemmä höküm çykarmak we olaryň arasyndaky ähli hudaýsyzlary eden ähli hudaýsyz işleriniň hem-de hudaýsyz günäkärleriň Oňa garşy aýdyp geçen ähli agyr sözleriniň barysy barada günäkärlemek üçin. Ýahuda 1:14, 15.</w:t>
      </w:r>
    </w:p>
    <w:p>
      <w:pPr>
        <w:pStyle w:val="ArticleBody"/>
        <w:jc w:val="left"/>
      </w:pPr>
      <w:r>
        <w:rPr>
          <w:rFonts w:ascii="Times New Roman" w:hAnsi="Times New Roman" w:eastAsia="Times New Roman" w:cs="Times New Roman"/>
        </w:rPr>
        <w:t>Milleriň birinji perişdesiniň habary, Hanokyň habary bilen öňden nusgalanan “hökmü” yglan etdi. Hanokyň başlangyjy onuň “Adamdan ýedinji” bolmagy bilen bellenendir. Milleriň habary demirgazyk patyşalygyna garşy bolan “ýedi wagtyň” gelmegi bilen başlady we tamamlandy, hem-de kyrk alty ýyl soň, günorta patyşalygyna garşy bolan “ýedi wagt” ýerine ýetirilende, 1844-nji ýylyň 22-nji oktýabrynda üçünji perişde geldi. Hökmüň sagadynyň habarçylary bolan Hanok bilen Milleriň ikisi-de ýedi sanynyň görkezilmegi bilen başladylar. Hanok bilen başlanan döwür, ýedinji bolan şol adam bilen başlan bolup, haýwanlaryň gämä girenlerinden soň gapynyň gudrat bilen ýapylmagyna çenli geçen ýedi gün bilen tamamlandy. Isa ahyry hemişe başlangyç arkaly suratlandyrýar.</w:t>
      </w:r>
    </w:p>
    <w:p>
      <w:pPr>
        <w:pStyle w:val="ArticleBody"/>
        <w:jc w:val="left"/>
      </w:pPr>
      <w:r>
        <w:rPr>
          <w:rFonts w:ascii="Times New Roman" w:hAnsi="Times New Roman" w:eastAsia="Times New Roman" w:cs="Times New Roman"/>
        </w:rPr>
        <w:t>Enoh Metuşelahy dogurdy, Metuşelah hem öz gezeginde Lämegi dogurdy. Lämeg bilen Metuşelah ikinji perişdäniň habaryny, şeýle hem ýarygije gykylygynyň habaryny aňladýarlar. Ýarygije gykylygy ýapyk gapy döwrüne çenli dowam etdi, şonuň üçin ol suw joşmasynyň ýylynda ölen Metuşelah bilen aňladylýar. Lämeg ikinji perişdäniň habaryny aňladýardy, we Lämeg suw joşmasyndan bäş ýyl öň öldi. Lämegiň ölüminden başlap, gapynyň ýapylandygy Metuşelahyň ölümi bilen bellenen wagta çenli bolan şol bäş ýyl, Metuşelah bilen aňladylan Mesihiň gelniniň ölümine alyp baran döwrüň başlangyjyny bellän Ezekieliň gelniniň ölümine tymsal boldy.</w:t>
      </w:r>
    </w:p>
    <w:p>
      <w:pPr>
        <w:pStyle w:val="ArticleBody"/>
        <w:jc w:val="left"/>
      </w:pPr>
      <w:r>
        <w:rPr>
          <w:rFonts w:ascii="Times New Roman" w:hAnsi="Times New Roman" w:eastAsia="Times New Roman" w:cs="Times New Roman"/>
        </w:rPr>
        <w:t>Hanok 1798-nji ýylda gelen birinji perişdäniň nyşanydy, Lameh 1844-nji ýylyň 19-njy aprelinde gelen ikinji perişdäniň nyşanydy, Metuşelah bolsa Nuhuň üsti bilen nyşanlanan, Exeterden 1844-nji ýylyň 22-nji oktýabryndaky ýapyk gaba çenli dowam eden ýarygije gykylygynyň nyşanydy. Lamehiň ölüminden Metuşelanyň ölümine çenli bolan bäş ýyl, miladydan öňki 587-nji ýyldan miladydan öňki 586-njy ýyla çenli bolan bir ýarym ýylyň nyşanydy. Lamehden Metuşelaha çenli bolan şol bäş ýyl 1448-nji ýyldan 1453-nji ýyla çenli bolan bäş ýyly nyşanlaýar.</w:t>
      </w:r>
    </w:p>
    <w:p>
      <w:pPr>
        <w:pStyle w:val="ArticleBody"/>
        <w:jc w:val="left"/>
      </w:pPr>
      <w:r>
        <w:rPr>
          <w:rFonts w:ascii="Times New Roman" w:hAnsi="Times New Roman" w:eastAsia="Times New Roman" w:cs="Times New Roman"/>
        </w:rPr>
        <w:t>1448-nji ýylyň 31-nji oktýabrynda Jon Palaiologos aradan çykdy, we onuň dogany, on birinji Konstantin (soňky Konstantin), gündogar Rimiň tagtyna çykmak üçin yslam türk güýjünden rugsat sorady. Onuň 1299-njy ýylyň 27-nji iýulyndaky boýun egşi, Ylham kitaby 9-njy babyň 10-njy aýatynda beýan edilen ikinji ýüz elli ýylyň ýerine ýetmesini amala aşyrdy. Jon Palaiologosyň ölüminden bäş ýyl soň, onuň dogany on birinji Konstantin Konstantinopolyň diwarlarynyň üstünde aradan çykdy, şol wagt Mehmed II gündogar Rimiň Wizantiýa imperiýasyny basyp alýardy. Mehmed Muhammediň türkçe görnüşidir; şonuň üçin 632-nji ýylda ilkinji Muhammediň ölümi, Ylham kitaby 9-njy babyň (5-nji aýatda ýerleşýän) ilkinji ýüz elli ýyllyk pygamberliginiň başlanmagyna sebäp boldy we ol sekiz ýüz ýigrimi bir ýyl soň «ikinji Muhammediň» elinde soňky Konstantiniň ölmegi bilen tamamlandy. Ölüminden bäş ýyl öň Muhammet Rimiň heläk boljakdygyny öňünden aýdypdy, we bu türk, ady ikinji Muhammet tarapyndan amala aşyryldy.</w:t>
      </w:r>
    </w:p>
    <w:p>
      <w:pPr>
        <w:pStyle w:val="ArticleBody"/>
        <w:jc w:val="left"/>
      </w:pPr>
      <w:r>
        <w:rPr>
          <w:rFonts w:ascii="Times New Roman" w:hAnsi="Times New Roman" w:eastAsia="Times New Roman" w:cs="Times New Roman"/>
        </w:rPr>
        <w:t>Konstantin, soňkusy, on birinjisi, Konstantinopol söweşinde öldi; şeýlelikde, onuň dogany Ioannyň ölüminden onuň öz ölümine çenli geçen bäş ýyly görkezdi. Şol bäş ýyl, ogul bolan Lamegiň ölüminden bäş ýyl soň, gäminiň üstünden gapy ýapylanda, ata bolan Metusalanyň ölümine çenli geçen bäş ýyl bilen öňden şekillendirilipdi. Şeýlelikde, Ezekiýeliň gelniniň ölümi Lamegiň ölümi bilen öňden şekillendirilipdi, we ikisi bilelikde 1448-nji ýylda Ioann Palaiologyň ölümine şaýatlyk edýär. Ondan soňky Metusalanyň ölümi Mesihiň gelniniň ölümi we b.e. öň 586-njy ýylda Iýerusalimiň weýran edilmegi bilen gabat gelýär, we olar bilelikde on birinji Konstantiniň ölümü bilen gabat gelýär.</w:t>
      </w:r>
    </w:p>
    <w:p>
      <w:pPr>
        <w:pStyle w:val="ArticleBody"/>
        <w:jc w:val="left"/>
      </w:pPr>
      <w:r>
        <w:rPr>
          <w:rFonts w:ascii="Times New Roman" w:hAnsi="Times New Roman" w:eastAsia="Times New Roman" w:cs="Times New Roman"/>
        </w:rPr>
        <w:t>Ölümler bilen başlap, ölümler bilen hem tamamlanýan pygamberlik döwrüniň üç şaýady, ahyrsoňy haýwanyň nyşany bilen jemlenýän haýwanyň şekiliniň emele gelşiniň döwrüni görkezýär; ol Millerit taryhyndaky ýarygije ahwalynyň yglan edilmegi bilen hem-de biziň häzirki taryhymyzda ahyry haýwanyň nyşany bilen tamamlanýan haýwanyň şekiliniň emele gelşi bilen laýyk gelýär. Haçan-da haýwanyň nyşany ýakyn wagtda geljek Ýekşenbe kanuny bilen amala aşanda, pygamberlikdäki “gürlemek” Ýerusalim ýok edilende Ýezekiliň öz erkine görä “gürläp” bilşi bilen laýyklykda ýüze çykýar.</w:t>
      </w:r>
    </w:p>
    <w:p>
      <w:pPr>
        <w:pStyle w:val="ArticleHeading"/>
        <w:jc w:val="left"/>
      </w:pPr>
      <w:r>
        <w:rPr>
          <w:rFonts w:ascii="Arial" w:hAnsi="Arial" w:eastAsia="Arial" w:cs="Arial"/>
        </w:rPr>
        <w:t>Geplemek</w:t>
      </w:r>
    </w:p>
    <w:p>
      <w:pPr>
        <w:pStyle w:val="ArticleBody"/>
        <w:jc w:val="left"/>
      </w:pPr>
      <w:r>
        <w:rPr>
          <w:rFonts w:ascii="Times New Roman" w:hAnsi="Times New Roman" w:eastAsia="Times New Roman" w:cs="Times New Roman"/>
        </w:rPr>
        <w:t>Iýerusalimiň weýran edilmegi arkaly nusgalanan Ýekşenbe kanunynda, Amerikanyň Birleşen Ştatlarynyň pygamberlik taýdan sözleýşi, ýalan pygamberiň aždaha ýaly gepleýşi bilen alamatlandyrylýar.</w:t>
      </w:r>
    </w:p>
    <w:p>
      <w:pPr>
        <w:pStyle w:val="ArticleScripture"/>
        <w:jc w:val="left"/>
      </w:pPr>
      <w:r>
        <w:rPr>
          <w:rFonts w:ascii="Times New Roman" w:hAnsi="Times New Roman" w:eastAsia="Times New Roman" w:cs="Times New Roman"/>
        </w:rPr>
        <w:t>Soňra men ýeriň içinden çykyp gelýän başga bir wagşy haýwany gördüm; onuň guzujyk ýaly iki şahasy bardy, emma ol aagondarha ýaly gepleýärdi. Ylham 13:11.</w:t>
      </w:r>
    </w:p>
    <w:p>
      <w:pPr>
        <w:pStyle w:val="ArticleBody"/>
        <w:jc w:val="left"/>
      </w:pPr>
      <w:r>
        <w:rPr>
          <w:rFonts w:ascii="Times New Roman" w:hAnsi="Times New Roman" w:eastAsia="Times New Roman" w:cs="Times New Roman"/>
        </w:rPr>
        <w:t>Ýekşenbe güni baradaky kanun wagtynda Balam öz eşegini üçünji gezek urýar, şonda eşek dil açýar.</w:t>
      </w:r>
    </w:p>
    <w:p>
      <w:pPr>
        <w:pStyle w:val="ArticleScripture"/>
        <w:jc w:val="left"/>
      </w:pPr>
      <w:r>
        <w:rPr>
          <w:rFonts w:ascii="Times New Roman" w:hAnsi="Times New Roman" w:eastAsia="Times New Roman" w:cs="Times New Roman"/>
        </w:rPr>
        <w:t>Reb eşegiň agzyny açdy, ol hem Bilgama şeýle diýdi: «Saňa näme etdim, meni şu üç gezek urduň?» Bilgam eşege diýdi: «Çünki sen meni masgaraladyň; elimde bir gylyç bolan bolsady, seni häzir öldürerdim». Eşek Bilgama diýdi: «Men şu güne çenli üstüme münen, saňa degişli bolan öz eşegiň dälmidirin? Men saňa garşy şeýle etmegi haçan-da bolsa endik edipmidim?» Ol hem: «Ýok» diýdi. Sanlar 22:28–30.</w:t>
      </w:r>
    </w:p>
    <w:p>
      <w:pPr>
        <w:pStyle w:val="ArticleBody"/>
        <w:jc w:val="left"/>
      </w:pPr>
      <w:r>
        <w:rPr>
          <w:rFonts w:ascii="Times New Roman" w:hAnsi="Times New Roman" w:eastAsia="Times New Roman" w:cs="Times New Roman"/>
        </w:rPr>
        <w:t>Ýalan pygamber Ýekşenbe kanuny wagtynda gepleýär, Yslam hem Ýekşenbe kanuny wagtynda gepleýär. Bularyň ikisi-de pygamberlik taýdan ýalan pygamberlerdir. Ýekşenbe kanuny wagtynda Habakugyň gijä galan “görgüsi” gepleýär.</w:t>
      </w:r>
    </w:p>
    <w:p>
      <w:pPr>
        <w:pStyle w:val="ArticleScripture"/>
        <w:jc w:val="left"/>
      </w:pPr>
      <w:r>
        <w:rPr>
          <w:rFonts w:ascii="Times New Roman" w:hAnsi="Times New Roman" w:eastAsia="Times New Roman" w:cs="Times New Roman"/>
        </w:rPr>
        <w:t>Çünki bu görnüş bellenen wagt üçindir; emma ahyrynda ol sözlär we ýalan sözlemez. Gijä galan ýaly bolsa-da, oňa garaş; sebäbi ol hökman geler, gijä galmaz. Habakkuk 2:3.</w:t>
      </w:r>
    </w:p>
    <w:p>
      <w:pPr>
        <w:pStyle w:val="ArticleBody"/>
        <w:jc w:val="left"/>
      </w:pPr>
      <w:r>
        <w:rPr>
          <w:rFonts w:ascii="Times New Roman" w:hAnsi="Times New Roman" w:eastAsia="Times New Roman" w:cs="Times New Roman"/>
        </w:rPr>
        <w:t>Habakkuk ýalançy pygamberlere garşylykda sözleýän hakyky pygamberdir. Habakkugyň «görnüşi» ozal laly bolan, soňra agzy açylan Ezekiýeliň agzy arkaly sözleýär. Hudaýyň agzy bolmak baradaky wada Ýeremiýa berildi.</w:t>
      </w:r>
    </w:p>
    <w:p>
      <w:pPr>
        <w:pStyle w:val="ArticleScripture"/>
        <w:jc w:val="left"/>
      </w:pPr>
      <w:r>
        <w:rPr>
          <w:rFonts w:ascii="Times New Roman" w:hAnsi="Times New Roman" w:eastAsia="Times New Roman" w:cs="Times New Roman"/>
        </w:rPr>
        <w:t>Näme üçin meniň derdim dowamly, ýaram bolsa şypa kabul etmeýän bejerilmesizdir? Sen meniň üçin bütinleý ýalançy, gurap galýan suwlar ýaly boljakmy? Şonuň üçin Reb şeýle diýýär: Eger sen dolansaň, Men seni ýene yzyna getirerin, sen hem Meniň huzurymda durar­s­yň; eger gymmatlyny bihudadan saýlap alsaň, sen Meniň agzym ýaly bolarsyň; goý, olar saňa dolansynlar, emma sen olara dolanma. Ýeremýa 15:18, 19.</w:t>
      </w:r>
    </w:p>
    <w:p>
      <w:pPr>
        <w:pStyle w:val="ArticleBody"/>
        <w:jc w:val="left"/>
      </w:pPr>
      <w:r>
        <w:rPr>
          <w:rFonts w:ascii="Times New Roman" w:hAnsi="Times New Roman" w:eastAsia="Times New Roman" w:cs="Times New Roman"/>
        </w:rPr>
        <w:t>Ýekşenbe kanuny wagtynda, Zakariasyň dokuz aýlap dilsizligi onuň gepleyip, oglunyň adynyň Ýahýa bolmalydygyny tassyklamagy bilen soňlandy. Zakarias üçünji perişdäniň sözüne ynanmaýan ýolbaşçylygy, Ýahýa bolsa Mesihiň Ikinji Gelişini girizjek Ylýas hereketini, ýagny şol ybadathanany, aňladýardy.</w:t>
      </w:r>
    </w:p>
    <w:p>
      <w:pPr>
        <w:pStyle w:val="ArticleScripture"/>
        <w:jc w:val="left"/>
      </w:pPr>
      <w:r>
        <w:rPr>
          <w:rFonts w:ascii="Times New Roman" w:hAnsi="Times New Roman" w:eastAsia="Times New Roman" w:cs="Times New Roman"/>
        </w:rPr>
        <w:t>Şonda Zekariýa perişdä şeýle diýdi: «Muny nämeden bilerim? Çünki men garran adam, aýalym hem ýaşynyň soňky döwrüne ýetdi». Perişde oňa jogap berip diýdi: «Men Hudaýyň huzurynda duran Gabriýel; saňa geplemek we bu hoş habary saňa ýetirmek üçin iberildim. Ine, bu zatlar ýerine ýetjek güne çenli sen lal bolarsyň we gepläp bilmersiň; sebäbi öz wagtynda amala aşjak sözlerime ynanmadyň».</w:t>
      </w:r>
    </w:p>
    <w:p>
      <w:pPr>
        <w:pStyle w:val="ArticleScripture"/>
        <w:jc w:val="left"/>
      </w:pPr>
      <w:r>
        <w:rPr>
          <w:rFonts w:ascii="Times New Roman" w:hAnsi="Times New Roman" w:eastAsia="Times New Roman" w:cs="Times New Roman"/>
        </w:rPr>
        <w:t>Halk Zakarýa garaşýardy we onuň ybadathanada beýle uzak eglenmegine haýran galýardy. Ol daşary çykanda, olara geplep bilmedi; şonda olar onuň ybadathanada bir görnüş görendigine düşündiler. Çünki ol olara yşarat edýärdi we dilsiz bolup galýardy. Luka 1:18–22.</w:t>
      </w:r>
    </w:p>
    <w:p>
      <w:pPr>
        <w:pStyle w:val="ArticleBody"/>
        <w:jc w:val="left"/>
      </w:pPr>
      <w:r>
        <w:rPr>
          <w:rFonts w:ascii="Times New Roman" w:hAnsi="Times New Roman" w:eastAsia="Times New Roman" w:cs="Times New Roman"/>
        </w:rPr>
        <w:t>Zekerýa ruhanylaryň sekizinji nobatyndan bolupdy.</w:t>
      </w:r>
    </w:p>
    <w:p>
      <w:pPr>
        <w:pStyle w:val="ArticleScripture"/>
        <w:jc w:val="left"/>
      </w:pPr>
      <w:r>
        <w:rPr>
          <w:rFonts w:ascii="Times New Roman" w:hAnsi="Times New Roman" w:eastAsia="Times New Roman" w:cs="Times New Roman"/>
        </w:rPr>
        <w:t>Iudeýanyň patyşasy Hirodyň günlerinde Abyýa bölüminden bolan Zekerýa atly bir ruhany bardy; onuň aýaly-da Harunyň gyzlaryndandy, ady bolsa Elizabetdi. Olar ikisi hem Hudaýyň öňünde dogruçyl bolup, Rebbiň ähli tabşyryklaryna we düzgünlerine ýazyksyz eýerýärdiler. Emma olaryň çagasy ýokdy, sebäbi Elizabet önelgesizdi, üstesine-de olaryň ikisi-de eýýäm gartaşypdylar. Şeýle boldy: ol öz bölüminiň tertibine görä Hudaýyň öňünde ruhanylyk gullugyny ýerine ýetirýän wagty, ruhanylyk dessuryna görä, Rebbin ybadathanasyna girip hoşboý ysly tütetgi ýakmak nobaty oňa düşdi. Tütetgi ýakylýan wagtda halkyň ähli köpçüligi daşarda doga edýärdi. Luka 1:5–10.</w:t>
      </w:r>
    </w:p>
    <w:p>
      <w:pPr>
        <w:pStyle w:val="ArticleBody"/>
        <w:jc w:val="left"/>
      </w:pPr>
      <w:r>
        <w:rPr>
          <w:rFonts w:ascii="Times New Roman" w:hAnsi="Times New Roman" w:eastAsia="Times New Roman" w:cs="Times New Roman"/>
        </w:rPr>
        <w:t>Ähli pygamberleriň ählisi ahyrzamany aňladýar, we Zekerýa, edil Hezekil ýaly, ybadathana girdi. Ol ruhanylaryň sekizinji nobatyndandy; bu bolsa Nuhuň gämisindäki köne dünýäden täze dünýä geçen sekiz jany alamatlandyrýan nyşandyr. Ol hem, aýaly hem aýypsyzdy, emma Zekerýa Jebraýylyň sözlerine şübhe ederdi. Millerçi hereket Filadelfiýalylaryňky (aýypsyz) hökmünde başlady, ýöne 1856-njy ýylda Laodikiýalylaryňkyna öwrüldi. Ahyrzaman günlerinde perişdäniň habary üçünji perişdäniň habarydyr, we Jebraýylyň Zekerýa beren habary, Ýahýa çokundyryjyda şekillendirilişi ýaly, üçünji perişdäniň habaryny, şeýle hem Ylýas habaryny aňladýar.</w:t>
      </w:r>
    </w:p>
    <w:p>
      <w:pPr>
        <w:pStyle w:val="ArticleScripture"/>
        <w:jc w:val="left"/>
      </w:pPr>
      <w:r>
        <w:rPr>
          <w:rFonts w:ascii="Times New Roman" w:hAnsi="Times New Roman" w:eastAsia="Times New Roman" w:cs="Times New Roman"/>
        </w:rPr>
        <w:t>Rebbiň perişdesi oňa göründi; ol hoşboý ysly tütetgi gurbanlygynyň sag tarapynda durdy. Zekerýa ony görende tisginip gitdi, üstüne gorky indi. Emma perişde oňa diýdi: «Gorkma, Zekerýa, çünki dilegiň eşidildi; aýalyň Elizabet saňa bir ogul dograr, onuň adyna Ýahýa goýarsyň. Saňa şatlyk hem guwanç bolar, onuň dogulmagyna köpler şatlanarlar. Çünki ol Rebbiň huzurynda beýik bolar; ne çakyr içer, ne-de serhoş ediji içgi; ol entek enesiniň göwresindekä-de Mukaddes Ruhdan doldurylar. Ysraýyl ogullarynyň köpüsini özleriniň Hudaýy Rebbe tarap öwrer. Atalaryň ýüreklerini çagalara, boýun egmeýänleri bolsa dogruçylaryň paýhasyna öwürmek üçin, hem-de Rebbe taýýar edilen bir halky taýynlamak üçin, ol Ylýasyň ruhunda we gudratynda Onuň öňünde gider». Şeýle hem Zekerýa perişdä diýdi: «Muňa nädip göz ýetirerin? Çünki men garry adam, aýalym hem ýaşy birçene barypdyr». Perişde oňa jogap berip diýdi: «Men Hudaýyň huzurynda durýan Jebraýyl; saňa sözlemek we bu hoş habary bildirmek üçin iberildim». Luka 1:11–19.</w:t>
      </w:r>
    </w:p>
    <w:p>
      <w:pPr>
        <w:pStyle w:val="ArticleBody"/>
        <w:jc w:val="left"/>
      </w:pPr>
      <w:r>
        <w:rPr>
          <w:rFonts w:ascii="Times New Roman" w:hAnsi="Times New Roman" w:eastAsia="Times New Roman" w:cs="Times New Roman"/>
        </w:rPr>
        <w:t>Zakarýa geljek Ylýasyň habarynyň amala aşjakdygyna şübhe etdi.</w:t>
      </w:r>
    </w:p>
    <w:p>
      <w:pPr>
        <w:pStyle w:val="ArticleScripture"/>
        <w:jc w:val="left"/>
      </w:pPr>
      <w:r>
        <w:rPr>
          <w:rFonts w:ascii="Times New Roman" w:hAnsi="Times New Roman" w:eastAsia="Times New Roman" w:cs="Times New Roman"/>
        </w:rPr>
        <w:t>Ine, Rebbiň beýik we gorkunç gününiň gelmeginden öňürti size pygamber Ylýasy ibererin: ol atalaryň ýüregini çagalaryna, çagalaryň ýüregini-de atalaryna öwrer, ýogsam gelip, ýeri nälet bilen uraryn. Malakyýa 4:5, 6.</w:t>
      </w:r>
    </w:p>
    <w:p>
      <w:pPr>
        <w:pStyle w:val="ArticleBody"/>
        <w:jc w:val="left"/>
      </w:pPr>
      <w:r>
        <w:rPr>
          <w:rFonts w:ascii="Times New Roman" w:hAnsi="Times New Roman" w:eastAsia="Times New Roman" w:cs="Times New Roman"/>
        </w:rPr>
        <w:t>Waýt uýa, Hezekiliň dokuzynjy babyndaky möhürlenişiň mazmunynda, näme üçin Laodikiýadaky Ýedinji gün adventist buthanasynyň ýolbaşçylygynyň Zekerýanyň imansyzlygy bilen nusgalanandygyny görkezýär.</w:t>
      </w:r>
    </w:p>
    <w:p>
      <w:pPr>
        <w:pStyle w:val="ArticleScripture"/>
        <w:jc w:val="left"/>
      </w:pPr>
      <w:r>
        <w:rPr>
          <w:rFonts w:ascii="Times New Roman" w:hAnsi="Times New Roman" w:eastAsia="Times New Roman" w:cs="Times New Roman"/>
        </w:rPr>
        <w:t>Öz ruhy pese gaçyşyna gynanmaýan we beýlekileriň günäleri üçin ýas tutmaýan topar Hudaýyň möhri bolmazdan galar. Reb Öz habarçylaryna — ellerinde gyryş ýaraglary bolan adamlara — şeýle buýurýar: “Onuň yzyndan şäheriň içinden geçiň-de uruň; gözüňiz gaýgyrmasyn, hem-de rehim etmäň: garryny-da, ýaşyny-da, gyzlary-da, kiçi çagalary-da, aýallary-da bütinleý gyrň; emma üstünde nyşan bolan hiç bir adama golaýlaşmaň; we Meniň mukaddes ýerimden başlaň. Şonda olar öýüň öňünde duran garry adamlardan başladylar.”</w:t>
      </w:r>
    </w:p>
    <w:p>
      <w:pPr>
        <w:pStyle w:val="ArticleScripture"/>
        <w:jc w:val="left"/>
      </w:pPr>
      <w:r>
        <w:rPr>
          <w:rFonts w:ascii="Times New Roman" w:hAnsi="Times New Roman" w:eastAsia="Times New Roman" w:cs="Times New Roman"/>
        </w:rPr>
        <w:t>“Bu ýerde biz ýygnagyň — Rebbiň mukaddes ýeriniň — Hudaýyň gazabynyň urgusyny ilkinji bolup duýandygyny görýäris. Hudaýyň beýik nur beren we halkyň ruhy bähbitleriniň goragçylary bolup duran garry adamlar özlerine ynanylan amanata hyýanat etdiler. Olar öňki günlerdäki ýaly gudratlara we Hudaýyň güýjüniň aýdyň ýüze çykyşyna garaşmagyň geregi ýok diýen ornuny eýelediler. Zamanlar üýtgedi. Bu sözler olaryň imansyzlygyny berkidýär, we olar şeýle diýýärler: Reb ne ýagşylyk eder, ne-de ýamanlyk eder. Ol Öz halkyny höküm bilen ýazgarmak üçin gelmäge aşa rehimdardyr. Şeýlelikde, Hudaýyň halkyna olaryň günälerini we Ýakubyň öýüne olaryň etmişlerini görkezmek üçin sesini indi hiç haçan surnaý kimin galdyrmajak adamlardan ‘Parahatlyk we howpsuzlyk’ diýen gykyş çykýar. Üýrüp bilmeýän şol lal itler, ynjadylyp gaharlanan Hudaýyň adalatly ar alyşyny başyndan geçirýänleriň hut özleridir. Erkekler, ýaş gyzlar we körpe çagalar hemmesi bilelikde heläk bolýar.” Testimonies, 5-nji tom, 211.</w:t>
      </w:r>
    </w:p>
    <w:p>
      <w:pPr>
        <w:pStyle w:val="ArticleBody"/>
        <w:jc w:val="left"/>
      </w:pPr>
      <w:r>
        <w:rPr>
          <w:rFonts w:ascii="Times New Roman" w:hAnsi="Times New Roman" w:eastAsia="Times New Roman" w:cs="Times New Roman"/>
        </w:rPr>
        <w:t>Zakarýa üçünji perişdäniň habaryna şübhe etdi; bu bolsa Ýahýanyň Çümdürüjisiniň taryhyny, şeýle hem William Milleriň taryhyny gaýtalaýan Ylýas habarydyr.</w:t>
      </w:r>
    </w:p>
    <w:p>
      <w:pPr>
        <w:pStyle w:val="ArticleHeading"/>
        <w:jc w:val="left"/>
      </w:pPr>
      <w:r>
        <w:rPr>
          <w:rFonts w:ascii="Arial" w:hAnsi="Arial" w:eastAsia="Arial" w:cs="Arial"/>
        </w:rPr>
        <w:t>Bäş Aý</w:t>
      </w:r>
    </w:p>
    <w:p>
      <w:pPr>
        <w:pStyle w:val="ArticleBody"/>
        <w:jc w:val="left"/>
      </w:pPr>
      <w:r>
        <w:rPr>
          <w:rFonts w:ascii="Times New Roman" w:hAnsi="Times New Roman" w:eastAsia="Times New Roman" w:cs="Times New Roman"/>
        </w:rPr>
        <w:t>Elisabet göwrelidigini bäş aýlap gizledi.</w:t>
      </w:r>
    </w:p>
    <w:p>
      <w:pPr>
        <w:pStyle w:val="ArticleScripture"/>
        <w:jc w:val="left"/>
      </w:pPr>
      <w:r>
        <w:rPr>
          <w:rFonts w:ascii="Times New Roman" w:hAnsi="Times New Roman" w:eastAsia="Times New Roman" w:cs="Times New Roman"/>
        </w:rPr>
        <w:t>Şol günlerden soň onuň aýaly Elizabet göwreli boldy we: «Reb meniň üstüme nazar salyp, adamlar arasynda meniň masgaraçylygymy aýyrmak üçin, maňa şu günlerde şeýle etdi» diýerek, bäş aýlap özüni gizledi. Altynjy aýda Hudaý tarapyndan Jebraýyl perişde Jeliläniň Nazaret atly şäherine iberildi. Luka 1:24–26.</w:t>
      </w:r>
    </w:p>
    <w:p>
      <w:pPr>
        <w:pStyle w:val="ArticleBody"/>
        <w:jc w:val="left"/>
      </w:pPr>
      <w:r>
        <w:rPr>
          <w:rFonts w:ascii="Times New Roman" w:hAnsi="Times New Roman" w:eastAsia="Times New Roman" w:cs="Times New Roman"/>
        </w:rPr>
        <w:t>Zakarýa ruhanylaryň sekizinji nobatyna degişlidi; bu, onuň ogly Ýahýanyň sekizinji günde sünnet edilmegi bilen gabat gelýärdi, hut şol wagtda hem Zakarýa ýene geplejekdi. Ol hem-de onuň ogly Ýahýa Nuhuň gämisinde bolan sekiz adamy aňladýar; olar bäş aý, ýagny ýüz elli günläp, sil suwlarynyň getiren ölüminden gizlenip saklandylar. Göwreliligiň ýüz elli güni bilen sil suwlarynyň ýüz elli güni Ylham kitabyndaky dokuzynjy bapda agzalýan bäş aýlyk iki döwür bilen gabat gelýär.</w:t>
      </w:r>
    </w:p>
    <w:p>
      <w:pPr>
        <w:pStyle w:val="ArticleBody"/>
        <w:jc w:val="left"/>
      </w:pPr>
      <w:r>
        <w:rPr>
          <w:rFonts w:ascii="Times New Roman" w:hAnsi="Times New Roman" w:eastAsia="Times New Roman" w:cs="Times New Roman"/>
        </w:rPr>
        <w:t>Zakarýa bilen onuň ogly Ýahýa hem ýedinji Laodikýa ýygnagynyň sekizinji Filadelfiýa ýygnagyna geçişini aňladýar. Zakarýanyň sekizinji nobatdaky gullugyndan başlap, onuň ogly Ýahýanyň sekizinji günde sünnet edilmegine çenli bolan aralyk, sekizinji sanyň başlangyjy hem-de ahyry görkezýän pygamberlik döwri bolup durýar. Şol pygamberlik döwrüniň içinde gizleniş döwrüni aňladýan bäş aýlyk bir döwür bar.</w:t>
      </w:r>
    </w:p>
    <w:p>
      <w:pPr>
        <w:pStyle w:val="ArticleBody"/>
        <w:jc w:val="left"/>
      </w:pPr>
      <w:r>
        <w:rPr>
          <w:rFonts w:ascii="Times New Roman" w:hAnsi="Times New Roman" w:eastAsia="Times New Roman" w:cs="Times New Roman"/>
        </w:rPr>
        <w:t>Pygamberligiň “gürlemegi” ýakyn wagtda geljek ýekşenbe kanunyny kesgitleýär; şonuň üçin Zakarýa, oglunyň sünnet edilmegi arkaly şekillendirilişi ýaly, onuň möhürlenýän wagtynda, ýagny ýekşenbe kanuny wagtynda gürleýär. Şol taryhda, Zakarýanyň gürleýän ýekşenbe kanunyndan öň, bäş aýyň ahyrynda, altynjy aýda Merýem Elisaweta baryp görýär we Mukaddes Ruh Elisawetany ýaglaýar; ol hem aýal hökmünde, ýakyn wagtda geljek ýekşenbe kanunyndan dört aý öňünden Hudaýyň ybadathanasynyň ýaglanylmagyny aňladýar.</w:t>
      </w:r>
    </w:p>
    <w:p>
      <w:pPr>
        <w:pStyle w:val="ArticleScripture"/>
        <w:jc w:val="left"/>
      </w:pPr>
      <w:r>
        <w:rPr>
          <w:rFonts w:ascii="Times New Roman" w:hAnsi="Times New Roman" w:eastAsia="Times New Roman" w:cs="Times New Roman"/>
        </w:rPr>
        <w:t>Meryem şol günlerde ýerinden turup, Juda welaýatynyň daglyk ýurduna, bir şähere howlukmaç gitdi; Zakariýanyň öýüne girip, Elizabet bilen salamlaşdy. Şeýle boldy: Elizabet Meryemiň salamyny eşiden dessine, çagajyk onuň göwresinde böküp gitdi; Elizabet hem Mukaddes Ruhdan doldy. Ol belent ses bilen sözläp, şeýle diýdi: «Aýallaryň arasynda sen mübärekdirsiň, göwräňiň miwesi hem mübärekdir. Rebimniň Enesiniň maňa gelmegi maňa nireden beýle bagt? Çünki ine, seniň salamyňyň sesi gulaklaryma eşidilen badyna, çagajyk göwremde şatlykdan böküp gitdi. Iman eden zenan hem mübärekdir; çünki oňa Reb tarapyndan aýdylan zatlar ýerine ýetiriler». Luka 1:39–45.</w:t>
      </w:r>
    </w:p>
    <w:p>
      <w:pPr>
        <w:pStyle w:val="ArticleBody"/>
        <w:jc w:val="left"/>
      </w:pPr>
      <w:r>
        <w:rPr>
          <w:rFonts w:ascii="Times New Roman" w:hAnsi="Times New Roman" w:eastAsia="Times New Roman" w:cs="Times New Roman"/>
        </w:rPr>
        <w:t>Bäş aýyň ahyrynda Elizabet Merýeme “belent ses bilen” ýüzlenip, Merýemiň Jebraýylyň habaryna iman edendigini öwdi; bu habar ahyrky günlerde üçünji perişdäniň habarydyr. Elizabetiň äri Zekerýa iman etmändi, emma Merýem iman etdi. Merýem Jebraýylyň habaryny Zekerýadan bäş aý soň eşitdi; şonuň üçin onuň üçünji perişdä bolan imany, bäş aýyň gizlin habary aýan edilenden soň gelýändigi hökmünde nyşanlanýar. Ahyrky günlerde bäş aýyň gizlin habary Ylham kitabynyň dokuzynjy bap, bäşinji aýatyndaky ilkinji bäş aýdyr. Merýem ahyrky günleriň üçünji perişdäniň habaryny kabul edýän ybadathanasyny aňladýar; bu habar öz içine, tiz wagtda geljek Ýekşenbe kanunynyň jar edilmeginiň takmynan dört aý soň gelmeginden biraz öň, bäş aýyň aýratyn bir açylyp görkezilmegini hem alýar.</w:t>
      </w:r>
    </w:p>
    <w:p>
      <w:pPr>
        <w:pStyle w:val="ArticleBody"/>
        <w:jc w:val="left"/>
      </w:pPr>
      <w:r>
        <w:rPr>
          <w:rFonts w:ascii="Times New Roman" w:hAnsi="Times New Roman" w:eastAsia="Times New Roman" w:cs="Times New Roman"/>
        </w:rPr>
        <w:t>Merýemiň baryp görmeginiň alamatly döwründe, Zekerýa we Elizaweta arkaly şekillendirilen birinji we ikinji perişdeleriň hereketi, Merýem we Ýusup arkaly şekillendirilen üçünji perişdäniň hereketi bilen birleşýär. Zekerýa üçünji perişdäniň habaryna ynanmadyk bir ýygnakdan bolan resmi wekili aňladýar, ussa Ýusup bolsa öz-özüni üpjün edýän zähmet arkaly görkezilen bir hereketi aňladýar. Adventizm nähili başlasa, şonuň ýaly hem tamamlanýar, ol bolsa guramaçylyk taýdan tertipleşdirilen ýygnak gurluşy hökmünde däl-de, bir hereket hökmünde başlapdy. Ýusup, Merýem we Mesih arkaly şekillendirilen ýüz kyrk dört müňüň hereketi, Zekerýa, Elizaweta we Ýahýa arkaly şekillendirilen Millerçi hereketiň göni garyndaşydyr, 1863-nji ýylyň ynamsyzlygy bolsa Zekerýa arkaly şekillendirilýär. 1863-nji ýyl birinji we ikinji perişdeleriň habarlaryna bolan ynamsyzlygy aňladýar, üçünji perişdäniň hereketi bolsa Merýemiň imanyny aňladýar.</w:t>
      </w:r>
    </w:p>
    <w:p>
      <w:pPr>
        <w:pStyle w:val="ArticleScripture"/>
        <w:jc w:val="left"/>
      </w:pPr>
      <w:r>
        <w:rPr>
          <w:rFonts w:ascii="Times New Roman" w:hAnsi="Times New Roman" w:eastAsia="Times New Roman" w:cs="Times New Roman"/>
        </w:rPr>
        <w:t>“Perişdeler gökden gelen gudratly perişdä kömek etmäge iberildi, men bolsa hemme ýerde eşidilýär ýaly bolan sesleri eşitdim: ‘Meniň halkym, onuň günälerine şärik bolmazlygyňyz we onuň belalaryndan paý almazlygyňyz üçin, ondan çykyň. Çünki onuň günäleri göge ýetdi, Hudaý bolsa onuň etmişlerini ýatlady.’ Bu habar 1844-nji ýylda ýarygijeki nalyşyň ikinji perişdäniň habaryna goşulyşy ýaly, üçünji habara goşulan bir goşundy ýaly bolup göründi. Hudaýyň şöhraty sabyrly, garaşýan mukaddesleriň üstünde ornaşdy, olar hem gorkusyzlyk bilen soňky dabaraly duýduryşy berdiler, Wawilonyň ýykylşyny yglan edip, Hudaýyň halkyny onuň içinden çykmaga çagyrdylar, şeýdip olar onuň elhenç höküminden gutulyp bilerlerdi.” Early Writings, 277.</w:t>
      </w:r>
    </w:p>
    <w:p>
      <w:pPr>
        <w:pStyle w:val="ArticleBody"/>
        <w:jc w:val="left"/>
      </w:pPr>
      <w:r>
        <w:rPr>
          <w:rFonts w:ascii="Times New Roman" w:hAnsi="Times New Roman" w:eastAsia="Times New Roman" w:cs="Times New Roman"/>
        </w:rPr>
        <w:t>Iki habaryň birleşmegi Merýemiň Elizawetany zyýarata barmagy bilen şekillendirilýär, we şol nokat gizlenen bäş aýyň aýan edilýän wagtynda ýetýär. Şol nokat iki pygamberligiň birleşip, bilelikde yglan edilýän ýeridir. Olardan biri Elizaweta tarapyndan, beýlekisi bolsa Merýem tarapyndan yglan edildi. Iki habaryň birleşmegi ýarygije jarçysynyň ikinji perişdäniň habaryna goşulýan wagtyny görkezýär, we bu Millerit taryhynda Exeter düşelge ýygnagynda bolup geçdi.</w:t>
      </w:r>
    </w:p>
    <w:p>
      <w:pPr>
        <w:pStyle w:val="ArticleBody"/>
        <w:jc w:val="left"/>
      </w:pPr>
      <w:r>
        <w:rPr>
          <w:rFonts w:ascii="Times New Roman" w:hAnsi="Times New Roman" w:eastAsia="Times New Roman" w:cs="Times New Roman"/>
        </w:rPr>
        <w:t>Elisabetiň, soňra-da Merýemiň öz yglanlaryny berenlerinden soň, “Merýem onuň ýanynda takmynan üç aý galyp, soňra öz öýüne gaýdyp bardy.” Luka 1:56. Exeterden 1844-nji ýylyň 22-nji oktýabryna çenli bolan altmyş alty günlük döwür, Zekarýanyň sözlän wagtynda, ýakyn wagtda geljek ýekşenbe kanuny bilen tamamlanan şol dört aý arkaly şekillendirilýär. Şol dört aý, bäş gizlin aýyň habaryndan soň gelýän ýarygije nidasynyň habarynyň yglan edilýän döwrüni aňladýar.</w:t>
      </w:r>
    </w:p>
    <w:p>
      <w:pPr>
        <w:pStyle w:val="ArticleBody"/>
        <w:jc w:val="left"/>
      </w:pPr>
      <w:r>
        <w:rPr>
          <w:rFonts w:ascii="Times New Roman" w:hAnsi="Times New Roman" w:eastAsia="Times New Roman" w:cs="Times New Roman"/>
        </w:rPr>
        <w:t>Millerçi taryhyndaky iki habar birinji we ikinji perişdäniň habarlarydy, we birinji perişdäniň habary, Joşaýa Liçiň beýan edişi ýaly, bäş aýlyk döwürden başlanýan bir wagt pygamberliginiň berjaý bolmagy arkaly kuwwatlandyryldy; bu döwür 1840-njy ýylyň 11-nji awgustynda ýerine ýetmezinden on gün öňe çenli bölekleýin gizlin bolupdy. Ikinji perişdäniň habarynyň kuwwatlanmagy bolsa, Samuel Snow-nyň beýan edişi ýaly, Exeter lager ýygnagynda bolup geçen 1843-nji ýylyň nädogry çaklamasynyň düzedilmegidi.</w:t>
      </w:r>
    </w:p>
    <w:p>
      <w:pPr>
        <w:pStyle w:val="ArticleBody"/>
        <w:jc w:val="left"/>
      </w:pPr>
      <w:r>
        <w:rPr>
          <w:rFonts w:ascii="Times New Roman" w:hAnsi="Times New Roman" w:eastAsia="Times New Roman" w:cs="Times New Roman"/>
        </w:rPr>
        <w:t>Ýarygijäniň ýary gije faryadynyň goşa habarynyň yglan edilmegi gapynyň ýapylmagyndan öňki gysga döwür hökmünde şekillendirilýär; Nuhyň kyssasynda bolsa bu gapy bäş aýlyk bir döwri açyp berýär we ol döwür gäminiň Ararat dagynyň depesinde orun almagy bilen tamamlanýar. Ýary gije faryadynyň yglan ediliş döwri, gizlin bäş aýyň möhüriniň açylmagyndan soň gelýär; bu hadysa 1840-njy ýylyň 11-nji awgustyndan on gün öň bolup geçdi, şeýle hem Rebbiň 1843-nji ýylyň çyzgysynda Özüniň üstüni örten şekillerinden elini çekmeginden soň geldi. 1-nji awgustdan 11-nji awgusta çenli bolan on gün, 1844-nji ýylyň 22-nji oktýabryna çenli Exeterden hasaplanýan altymyş alty güne laýyk gelýär, we goşa şaýatlyk, ilkinji lapykeçligi döreden nädogry yglanyň düzedilmegi bilen bilelikde, gizlin bäş aýyň möhüriniň açylmagyny görkezýär; hem-de bu Merýemiň altynjy aýda Elizabet bilen duşuşyp, ony salamlan wagtynda bolup geçýär.</w:t>
      </w:r>
    </w:p>
    <w:p>
      <w:pPr>
        <w:pStyle w:val="ArticleBody"/>
        <w:jc w:val="left"/>
      </w:pPr>
      <w:r>
        <w:rPr>
          <w:rFonts w:ascii="Times New Roman" w:hAnsi="Times New Roman" w:eastAsia="Times New Roman" w:cs="Times New Roman"/>
        </w:rPr>
        <w:t>Ýekşenbe güni baradaky kanunda Amerikanyň Birleşen Ştatlary aždarha ýaly gürleýär, Yslamyň eşegi gürleýär, Habakkugyň görnüşi bolsa Ýeremiýanyň, Zekerýanyň we Ezekieliň agzy arkaly gürleýär. Ýekşenbe güni baradaky kanunda Ezekiel bir alamatdyr; şeýlelik bilen, ol Ýekşenbe güni baradaky kanunda ýokary galdyrylýan baýdagy aňladýar. Ezekieldäki “alamat” sözüniň dokuz gezek ulanylyşynyň ikisi “şenbeleri” mukaddes edilmegiň alamaty hökmünde görkezýär; bu bolsa Hudaýlyk bilen ynsanlygyň birleşmegini aňladýar.</w:t>
      </w:r>
    </w:p>
    <w:p>
      <w:pPr>
        <w:pStyle w:val="ArticleScripture"/>
        <w:jc w:val="left"/>
      </w:pPr>
      <w:r>
        <w:rPr>
          <w:rFonts w:ascii="Times New Roman" w:hAnsi="Times New Roman" w:eastAsia="Times New Roman" w:cs="Times New Roman"/>
        </w:rPr>
        <w:t>Emma Men Öz adym ugrunda hereket etdim; olaryň arasynda bolan butparazlaryň öňünde, ýagny Müsür ýurdunyndan çykaryp getirýänimde Özümü olara aýan eden halklaryň gözüniň alnynda Ol adym harlanmasyn diýip. Şonuň üçin Men olary Müsür ýurdunyndan çykardym we çöl ýerlere getirdim. Men olara Öz kadalarymy berdim, hökmlerimi bildirdim; olary ýerine ýetirýän adam, hakykatdan-da, şolarda ýaşar.</w:t>
      </w:r>
    </w:p>
    <w:p>
      <w:pPr>
        <w:pStyle w:val="ArticleScripture"/>
        <w:jc w:val="left"/>
      </w:pPr>
      <w:r>
        <w:rPr>
          <w:rFonts w:ascii="Times New Roman" w:hAnsi="Times New Roman" w:eastAsia="Times New Roman" w:cs="Times New Roman"/>
        </w:rPr>
        <w:t>Mundan başga-da, olaryň Meniň bilen özleriniň arasynda alamat bolmagy üçin, hem-de olaryň özlerini mukaddes edýän Rebbiň Mendigimi bilmekleri üçin, olara Öz Sabatlarymy berdim. Emma Ysraýyl öýi çölda Maňa garşy pitne etdi: olar Meniň kanunlarym boýunça ýöremediler, Meniň hökmlerimi ýigrenç bilen ret etdiler; ýogsa adam olary ýerine ýetirse, olar arkaly ýaşaýar; şeýle hem olar Meniň Sabatlarymy juda harladylar. Şonda Men çölda Öz gazabymy olaryň üstüne döküp, olary ýok etmegi niýet etdim. Emma Men Öz adym hatyrasyna iş etdim, ýagny Özleriniň gözüniň öňünde Men olary çykaryp getiren milletleriň arasynda ol har bolmasyn diýip. Şeýle-de Men çölda olaryň garşysynda elimi galdyryp, süýt bilen bal akýan, ähli ýurtlaryň bezegi bolan, Meniň olara beren ýurduma olary girizmejekdigime ant içdim. Sebäbi olar Meniň hökmlerimi ret etdiler, Meniň kanunlarym boýunça ýöremediler, gaýtam Meniň Sabatlarymy harladylar; çünki olaryň ýüregi butlarynyň yzyna düşdi. Şeýle-de bolsa, Meniň gözüm olary ýok etmekden aýady, Men hem çölda olary ahyra çenli ýok etmedim. Emma Men çölda olaryň çagalaryna diýdim: “Atalaryňyzyň kanunlary boýunça ýöremäň, olaryň hökmlerini saklamaň, özüňizi olaryň butlary bilen murdar etmäň. Men Reb, siziň Hudaýyňyzdyryn; Meniň kanunlarym boýunça ýöräň, Meniň hökmlerimi saklaň we olary ýerine ýetiriň. Meniň Sabatlarymy mukaddes tutuň; olar Meniň bilen siziň araňyzda alamat bolar, şeýdip siz Meniň Reb, siziň Hudaýyňyzdygymy bilersiňiz.” Hezekiýel 20:9–20.</w:t>
      </w:r>
    </w:p>
    <w:p>
      <w:pPr>
        <w:pStyle w:val="ArticleBody"/>
        <w:jc w:val="left"/>
      </w:pPr>
      <w:r>
        <w:rPr>
          <w:rFonts w:ascii="Times New Roman" w:hAnsi="Times New Roman" w:eastAsia="Times New Roman" w:cs="Times New Roman"/>
        </w:rPr>
        <w:t>Hezekiel ýüz kyrk dört müňiň tuguny aňladýar, Hudaýlyk bilen ynsanlygyň birleşmeginiň alamaty bolsa Rebbiň “Sabathlarydyr”. Hezekiel gabawyň başynda bir alamatdyr, şeýle hem ol tug hökmünde ýokary galdyrylanda, Iýerusalimiň weýran edilişinde-de bir alamatdyr. Gabawyň başynda Onuň “Sabathlaryny” haramlaýan, görmekden we eşitmekden ýüz öwrenler hem bir alamatdyr.</w:t>
      </w:r>
    </w:p>
    <w:p>
      <w:pPr>
        <w:pStyle w:val="ArticleScripture"/>
        <w:jc w:val="left"/>
      </w:pPr>
      <w:r>
        <w:rPr>
          <w:rFonts w:ascii="Times New Roman" w:hAnsi="Times New Roman" w:eastAsia="Times New Roman" w:cs="Times New Roman"/>
        </w:rPr>
        <w:t>Soňra Ysraýylyň ýaşulularyndan käbirleri meniň ýanyma gelip, öňümde oturdylar. Şonda Rebbiň sözi maňa gelip şeýle diýdi: «Eý, adam ogly, bu adamlar öz ýüreklerinde butlaryny goýupdyrlar, hem-de öz ýazyk-günäleriniň büdrediji päsgelçiligini öz ýüzleriniň öňünde goýupdyrlar; şeýle bolan ýagdaýda Men olaryň tarapyndan asla sorag edilmelimidirin? Şonuň üçin olar bilen gepleşip, olara aýt: Hökmürowan Reb şeýle diýýär: Ysraýyl öýünden her bir adam öz ýüreginde butlaryny goýsa, öz ýazyk-günäleriniň büdrediji päsgelçiligini öz ýüzüniň öňünde goýsa, soňra pygambere gelse, Men, Reb, onuň köp sanly butlaryna görä oňa jogap bererin; muny Men Ysraýyl öýüni öz ýürekleriniň içinde tutmak üçin ederim, çünki olaryň hemmesi öz butlary sebäpli Menden ýüz öwrüpdirler.»</w:t>
      </w:r>
    </w:p>
    <w:p>
      <w:pPr>
        <w:pStyle w:val="ArticleScripture"/>
        <w:jc w:val="left"/>
      </w:pPr>
      <w:r>
        <w:rPr>
          <w:rFonts w:ascii="Times New Roman" w:hAnsi="Times New Roman" w:eastAsia="Times New Roman" w:cs="Times New Roman"/>
        </w:rPr>
        <w:t>Şonuň üçin Ysraýyl öýüne şeýle diý: Reb Hudaý şeýle diýýär: Toba ediň we butlaryňyzdan ýüz öwüriň; ähli ýigrenji işleriňizden ýüzleriňizi aýryň. Çünki Ysraýyl öýünden bolan her kim, ýa-da Ysraýylda mesgen tutan gelmişek, Menden özüni aýyrsa, butlaryny ýüreginde goýsa, günäsiniň büdrediji päsgelini öz ýüzüniň öňünde goýsa, soňra Men hakda ondan soramak üçin pygambere gelse, Men Reb oňa Özüm jogap bererin. Men şol adama garşy ýüzümi öwrerin, ony alamat we tymsal ederin, ony halkymyň arasyndan ýok ederin; şonda siz Meniň Rebdigimi bilersiňiz. Eger pygamber bir sözi aýdanda aldanan bolsa, şol pygamberi aldan Men Rebdirin; Men onuň üstüne elim uzadaryn we ony Öz halkym Ysraýylyň arasyndan ýok ederin. Olar öz bikanunlyklarynyň jezasyny çekerler: pygamberiň jezasy, hut oňa ýüz tutýanyň jezasy ýaly bolar. Şeýlelikde, Ysraýyl öýi indi Menden azaşmaz we ähli hyýanatlary bilen mundan beýläk özüni harlamaz; eýsem, olar Meniň halkym bolarlar, Men hem olaryň Hudaýy bolaryn diýip, Reb Hudaý aýdýar. Ezekiel 14:1–11.</w:t>
      </w:r>
    </w:p>
    <w:p>
      <w:pPr>
        <w:pStyle w:val="ArticleBody"/>
        <w:jc w:val="left"/>
      </w:pPr>
      <w:r>
        <w:rPr>
          <w:rFonts w:ascii="Times New Roman" w:hAnsi="Times New Roman" w:eastAsia="Times New Roman" w:cs="Times New Roman"/>
        </w:rPr>
        <w:t>Neşwilde, Laodikiýadaky Ýedinji Gün Adventist buthanasynyň içinde Zakarýa ýaly ynanmadyk; 1840-dan 1844-e çenli döwür bilen şekillendirilişi ýaly, “öňki günlerdäki ýaly gudratlara we Hudaýyň güýjüniň aýdyň ýüze çykmagyna garaşmagymyz hökman däl diýen orny eýelän” adamlar, näme üçin duýduryş bermedikleri barada Adventizmden daşardakylaryň ýüzbe-ýüz etmegine sezewar bolarlar. Olar, Exeter düşelge ýygnagyndaky biri-birine garşy duran iki çadyr arkaly şekillendirilişi ýaly, akyllylar bilen akmaklaryň bölünişigini alamatlandyrýan galp parahatçylyk we howpsuzlyk habarynyň “alamaty” bolup galýarlar. Olar butparazlygyň we gozgalaňyň “alamatyny” göterýärler, emma Ezekiel hakyky pygamberlik duýduryş habaryny göterýär. Gabawyň ahyrynda, Ýerusalim ýok edilende, bu Ýekşenbe kanunyny aňladýar, gozgalaňyň alamaty haýwanyň nyşanydyr, boýun egmegiň alamaty bolsa Hudaýyň möhüridir.</w:t>
      </w:r>
    </w:p>
    <w:p>
      <w:pPr>
        <w:pStyle w:val="ArticleBody"/>
        <w:jc w:val="left"/>
      </w:pPr>
      <w:r>
        <w:rPr>
          <w:rFonts w:ascii="Times New Roman" w:hAnsi="Times New Roman" w:eastAsia="Times New Roman" w:cs="Times New Roman"/>
        </w:rPr>
        <w:t>Synag güni baradaky kanun bilen Adventizm üçin synag möhleti bütinleý tamamlanýar, we şol ýerde bellik edilen dogruçylaryň hem-de erbetleriň bir alamaty bar. Ýakynda güýje girjek Synag güni baradaky kanunda synag möhletiniň tamamlanmagy, Mihailiň ýerinden galanda boljak synag möhletiniň tamamlanmagynyň nyşanydyr; we şol ýerde köpçüligiň ölüminiň alamaty Gog we Magog arkaly görkezilýär.</w:t>
      </w:r>
    </w:p>
    <w:p>
      <w:pPr>
        <w:pStyle w:val="ArticleScripture"/>
        <w:jc w:val="left"/>
      </w:pPr>
      <w:r>
        <w:rPr>
          <w:rFonts w:ascii="Times New Roman" w:hAnsi="Times New Roman" w:eastAsia="Times New Roman" w:cs="Times New Roman"/>
        </w:rPr>
        <w:t>Ýurtdan geçip barýan ýolagçylar, haçan-da bir adam süňküni görseler, onda ony Hamongog jülgesinde jaýlaýjylar jaýlaýança, onuň ýanynda bir alamat dikerler. Şäheriň ady hem Hamona bolar. Şeýlelikde olar ýurdy tämizlärler. Ezekiel 39:15, 16.</w:t>
      </w:r>
    </w:p>
    <w:p>
      <w:pPr>
        <w:pStyle w:val="ArticleBody"/>
        <w:jc w:val="left"/>
      </w:pPr>
      <w:r>
        <w:rPr>
          <w:rFonts w:ascii="Times New Roman" w:hAnsi="Times New Roman" w:eastAsia="Times New Roman" w:cs="Times New Roman"/>
        </w:rPr>
        <w:t>Ähtiň alamaty Ezekieliň otuz ýedinji babynda tanadylýar; şol ýerde öli süňkleriň jülgesi ýaşaýar edilýär we iki taýak birleşdirilýär. Süňkler yslamyň habary arkaly, dört şemal bilen nyşanlanan ýagdaýda, ýaşaýar edilýär; şeýlelikde olar 1840-njy ýylyň 11-nji awgustyny alamatlandyrýar. Iki taýak bir edilip birleşdirilýär; şeýlelikde bu ikinji perişdäniň habarynyň ýarygijeki gykylygyň habary bilen birleşdirilmegini görkezýär. Süňkler birinji perişdäniň güýçlendirilmegi, iki taýak bolsa ikinji perişdäniň güýçlendirilmegidir. Ondan soňra Hudaýyň halky, Ýahýa tarapyndan ýüz kyrk dört müň hökmünde şekillendirilen, soňky günlerdäki Onuň saýlanan äht halkydyr.</w:t>
      </w:r>
    </w:p>
    <w:p>
      <w:pPr>
        <w:pStyle w:val="ArticleScripture"/>
        <w:jc w:val="left"/>
      </w:pPr>
      <w:r>
        <w:rPr>
          <w:rFonts w:ascii="Times New Roman" w:hAnsi="Times New Roman" w:eastAsia="Times New Roman" w:cs="Times New Roman"/>
        </w:rPr>
        <w:t>Mundan başga-da, Men olar bilen parahatçylyk ähtini baglaşaryn; ol olar bilen ebedilik ähti bolar. Men olary ýerleşdirerin, olary köpelderin we Mukaddes ýerimi olaryň arasynda ebedilik goýaryn. Şeýle hem Meniň çadyrym olaryň bilen bolar; hawa, Men olaryň Hudaýy bolaryn, olar hem Meniň halkym bolarlar. Milletler hem bilerler ki, Ysraýyly mukaddes edýän Reb Men, çünki Meniň Mukaddes ýerim olaryň arasynda ebedilik bolar. Hezekiýel 37:26–28.</w:t>
      </w:r>
    </w:p>
    <w:p>
      <w:pPr>
        <w:pStyle w:val="ArticleBody"/>
        <w:jc w:val="left"/>
      </w:pPr>
      <w:r>
        <w:rPr>
          <w:rFonts w:ascii="Times New Roman" w:hAnsi="Times New Roman" w:eastAsia="Times New Roman" w:cs="Times New Roman"/>
        </w:rPr>
        <w:t>Taňrynyň Sözüniň içinde Hudaýlyk bilen ynsanlygyň birleşigi dürli görnüşlerde görkezilýär, şolaryň biri hem ynsanyň ýokary tebigatynyň içinde ýerleşýän “janyň galasynyň” Hudaýyň mukaddes ýeriniň galasyna birleşdirilmegidir. Hudaýyň galasyny aňladýan asmandaky tagt otagy ynsanyň ýokary tebigatynyň galasy bilen birleşdirilende, Hudaýyň halky “mukaddes edilýär” we Ol “olaryň arasynda baky ýaşaýar.”</w:t>
      </w:r>
    </w:p>
    <w:p>
      <w:pPr>
        <w:pStyle w:val="ArticleBody"/>
        <w:jc w:val="left"/>
      </w:pPr>
      <w:r>
        <w:rPr>
          <w:rFonts w:ascii="Times New Roman" w:hAnsi="Times New Roman" w:eastAsia="Times New Roman" w:cs="Times New Roman"/>
        </w:rPr>
        <w:t>Otuz ýedinji bapdan soňra Ýezekil otuz sekizinji we otuz dokuzynjy baplary öňe sürýär; şol ýerde ol Gog bilen Magogy Hudaýyň saýlan äht halkynyň daşynda duran ynsanýetiň birleşiginiň nyşanlary hökmünde beýan edýär. Kyrkynjy bapda bolsa, otuz ýedinji bapdaky äht halky bütin ýeri doldurýan ybadathana hökmünde görkezilýär. Otuz sekizinjiden kyrkynjy bapa çenli baplar 38 we 40 sanlary bilen aňladylşy ýaly, ahyrky günlerde Hudaýyň äht halkynyň dikelişini görkezýär.</w:t>
      </w:r>
    </w:p>
    <w:p>
      <w:pPr>
        <w:pStyle w:val="ArticleBody"/>
        <w:jc w:val="left"/>
      </w:pPr>
      <w:r>
        <w:rPr>
          <w:rFonts w:ascii="Times New Roman" w:hAnsi="Times New Roman" w:eastAsia="Times New Roman" w:cs="Times New Roman"/>
        </w:rPr>
        <w:t>Biz bu zatlary indiki makalada dowam etdireris.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Kyrk Ikiniň Gizlin Taryhy - Otuz Iki Nomer</dc:title>
  <dc:subject>Ezekiýel On Üçünji San</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