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Laodikiýadaky Ýedinji Gün Adwentist Ybadathanasy - Onunjy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On Sany</w:t>
      </w:r>
    </w:p>
    <w:p>
      <w:pPr>
        <w:pStyle w:val="ArticleBody"/>
        <w:jc w:val="left"/>
      </w:pPr>
      <w:r>
        <w:rPr>
          <w:rFonts w:ascii="Times New Roman" w:hAnsi="Times New Roman" w:eastAsia="Times New Roman" w:cs="Times New Roman"/>
        </w:rPr>
        <w:t>Biz Işaýagamberiň görüşiniň ýedinji bapdan başlanýan we on ikinji bapyň ahyryna çenli dowam edýän bir bölegine ýüzlenýäris. Muny etmegimiziň sebäbi, 1850-nji ýylda «Reb Öz galyndy halkyny ýygnamak üçin elini ikinji gezek uzatdy». Biz 1844-den 1863-e çenli bolan ýol nyşanlaryny öz ýerine goýýarys. “1850” we ikinji gezek ýygnalyş şol ýol nyşanlarynyň biridir.</w:t>
      </w:r>
    </w:p>
    <w:p>
      <w:pPr>
        <w:pStyle w:val="ArticleBody"/>
        <w:jc w:val="left"/>
      </w:pPr>
      <w:r>
        <w:rPr>
          <w:rFonts w:ascii="Times New Roman" w:hAnsi="Times New Roman" w:eastAsia="Times New Roman" w:cs="Times New Roman"/>
        </w:rPr>
        <w:t>Ýeşaýanyň wahysy ýedinji babyň birinji aýatynda başlanandan soň, “şol gün” diýen ýa-da şoňa meňzeş bir aňlatma haçan-da bir salgylanma hökmünde ulanylsa, ol ýedinji babyň eýýäm berkarar edilen pygamberlik çägine ýerleşdirilmelidir. Wahyny dogry bölüp seljermegiň möhüm açary şundan ybaratdyr: pygamberlik gaýtalamak we giňeldip beýan etmek ýörelgeleri boýunça hereket edýär, hem-de bu kada wahynyň içinde işjeňdir.</w:t>
      </w:r>
    </w:p>
    <w:p>
      <w:pPr>
        <w:pStyle w:val="ArticleBody"/>
        <w:jc w:val="left"/>
      </w:pPr>
      <w:r>
        <w:rPr>
          <w:rFonts w:ascii="Times New Roman" w:hAnsi="Times New Roman" w:eastAsia="Times New Roman" w:cs="Times New Roman"/>
        </w:rPr>
        <w:t>Işaýanyň altynjy babyndan başlanýan görnüşinde görkezilen dürli pygamberlik hakykatlaryna şeýle bir nukdaýnazardan çemeleşilmelidir: “ilki bilen we iň esasysy”, Işaýa 9/11-de mesh edilen, soňky ýagşyň gelip ýetendigini yglan etmek üçin bellenen bir jan wekili bolup durýar. Şol mukaddes edilen many-mazmunda Işaýanyň ýedinji baby, pygamberiň altynjy bapda: “gözleri bolup-da görmekden ýüz öwren, gulaklary bolup-da eşitmekden ýüz öwren” bir mürtede öwrülen ybadathana 9/11 habaryny näçe wagta çenli bermelidigini sorap, “näçe wagt” diýen sowaly beren mahalynda beýan eden hut şol gorkusyny görkezýär.</w:t>
      </w:r>
    </w:p>
    <w:p>
      <w:pPr>
        <w:pStyle w:val="ArticleBody"/>
        <w:jc w:val="left"/>
      </w:pPr>
      <w:r>
        <w:rPr>
          <w:rFonts w:ascii="Times New Roman" w:hAnsi="Times New Roman" w:eastAsia="Times New Roman" w:cs="Times New Roman"/>
        </w:rPr>
        <w:t>Görüşde erbet hem nadan patyşa Ahaz, Işaýa we onuň ogullary tarapyndan şekillendirilen erbet hem nadan Ahaza ýüzlenýän gözegçiler tarapyndan beýan edilişi ýaly, soňky ýagşyň habarynyň duýduryşyny kabul etmejek Laodikialynyň nyşanydyr.</w:t>
      </w:r>
    </w:p>
    <w:p>
      <w:pPr>
        <w:pStyle w:val="ArticleBody"/>
        <w:jc w:val="left"/>
      </w:pPr>
      <w:r>
        <w:rPr>
          <w:rFonts w:ascii="Times New Roman" w:hAnsi="Times New Roman" w:eastAsia="Times New Roman" w:cs="Times New Roman"/>
        </w:rPr>
        <w:t>9/11 Danyýl on birinji bap kyrkynjy aýatynyň pygamberlik taryhynda peýda boldy; şonuň üçin Işaýa altynjy bapda 9/11-de ýerleşdirilende, ol pygamberlik taýdan Danyýl on biriň kyrkynjy aýatynyň çäginde ýerleşdirilýär, ýöne has ähmiýetlisi, ol “kyrkynjy aýatyň gizlin taryhynyň” içinde ýerleşdirilýär. Kyrkynjy aýatyň gizlin taryhy 1989-njy ýylda, Sowet Soýuzynyň dargamagy bilen şol aýat ýerine ýetirilende başlandy. 1989-njy ýyldan kyrk birinji aýatyň ýekşenbe kanunyna çenli döwür, hut şol “gizlin taryhyň” öz içinde Ýahuda taýpasynyň Arslany tarapyndan açylýan “kyrkynjy aýatyň gizlin taryhydyr.” Munuň Işaýanyň 9/11-den soňky giçki ýagşyň habarçysy hökmünde görkezilýändigi baradaky garaýşymyzda aňladýany şudur: Işaýanyň wagyz edýän giçki ýagşyň habarynyň bir bölegi — Danyýl on bir, kyrk birinji aýatdan kyrk bäşinji aýada çenli.</w:t>
      </w:r>
    </w:p>
    <w:p>
      <w:pPr>
        <w:pStyle w:val="ArticleBody"/>
        <w:jc w:val="left"/>
      </w:pPr>
      <w:r>
        <w:rPr>
          <w:rFonts w:ascii="Times New Roman" w:hAnsi="Times New Roman" w:eastAsia="Times New Roman" w:cs="Times New Roman"/>
        </w:rPr>
        <w:t>Ylhamberlik nukdaýnazaryndan 11-nji sentýabrda durup, Işaýa onunjy bapda indiki bolup geçjek hadysanyň hut “adalatsyz karar”dygyny, ýagny Ýekşenbe kanunydygyny we onuň Danyýel on birinji bap, kyrk birinji aýatda görkezilýändigini duýdurýar. Işaýanyň giçki ýagyn habary baradaky mysaly kyrkynjy aýadyň “gizlin taryhynyň” — 11-nji sentýabrdan soňky döwrüň — çäginde ýerleşdirilendir. Kyrkynjy aýadyň 1989-njy ýylda ýerine ýetmegi Işaýany 1989-njy ýyldan soň, 11-nji sentýabrda, gurbanlyk sypasyndan alnan köz bilen mesh edilen ýerde goýýar. Işaýa habary Danyýel on birinji babyň soňky alty aýadyny öz içine alýan bir habarçyny aňladýar.</w:t>
      </w:r>
    </w:p>
    <w:p>
      <w:pPr>
        <w:pStyle w:val="ArticleBody"/>
        <w:jc w:val="left"/>
      </w:pPr>
      <w:r>
        <w:rPr>
          <w:rFonts w:ascii="Times New Roman" w:hAnsi="Times New Roman" w:eastAsia="Times New Roman" w:cs="Times New Roman"/>
        </w:rPr>
        <w:t>Işaýa özüniň we çagalarynyň alamatlar hem gudratlar üçin bolandygyny gönüden-göni aýdýar. Ýedinji babyň üçünji aýatynda Işaýa bilen onuň ogly ýokarky howzuň akabasynyň ýanynda, kir ýuwujynyň meýdanynyň ýanyndaky uly ýoluň üstündedirler. Işaýa altynjy bapda wagyz etmäge mesh edilen ahyrky ýagmyryň habaryny ýetirýär, we ol ahyrky ýagmyryň üç nyşanynyň ýanynda, şeýle hem öz ogly Şearýaşup bilen birlikde durandyr. Ýokarky howzuň akabasy, Zakarýanyň kesgitleýän we Uýam Waýtyň örän köp gezek düşündiriş berýän altyn ýagdan doly iki turba baradaky pygamberlik yşaraty bolup, ahyrky ýagmyr habarynda ýokarky howzuň akabasyndan gelýän habary kesgitleýär.</w:t>
      </w:r>
    </w:p>
    <w:p>
      <w:pPr>
        <w:pStyle w:val="ArticleBody"/>
        <w:jc w:val="left"/>
      </w:pPr>
      <w:r>
        <w:rPr>
          <w:rFonts w:ascii="Times New Roman" w:hAnsi="Times New Roman" w:eastAsia="Times New Roman" w:cs="Times New Roman"/>
        </w:rPr>
        <w:t>Işaýanyň geçirijisi Zekerýanyň iki turbasy bilen baglanyşýar, Ellen Waýtyň düşündirişi hem Zekerýany on gyzyň tymsaly bilen baglanyşdyrýar. Işaýa altynjy bapda Rebbiň şöhratyny göreninde tozana çenli peseldilýär. Ol üçünji aýatda beýan edilen habary, ýeri Hudaýyň şöhraty bilen ýagtyldýan habar hökmünde ýetirmäge razy bolýar. Şeýle hem ol gurbanlyk sypasyndan alnan bir kömür bilen päklenýär, soňra bolsa ýokarky howdanyň suwundan emele gelen howdanyň ýanynda durýar. Ýigrimi sekizinji bapda Işaýa giçki ýagyn habaryny “çyzgy üstüne çyzgy” diýip kesgitleýär, üçünji aýatda bolsa ýokarky howdan pygamberligiň birnäçe çyzgysyny aňladýar.</w:t>
      </w:r>
    </w:p>
    <w:p>
      <w:pPr>
        <w:pStyle w:val="ArticleBody"/>
        <w:jc w:val="left"/>
      </w:pPr>
      <w:r>
        <w:rPr>
          <w:rFonts w:ascii="Times New Roman" w:hAnsi="Times New Roman" w:eastAsia="Times New Roman" w:cs="Times New Roman"/>
        </w:rPr>
        <w:t>Işaýa, 9/11-de bir jany wekilçilik etdirip, diňe şol jan Ýeremiýanyň köne ýoluna eltýän ýagşy ýoly soran bolsa, ýokarky howuzdan altyn ýag akyp düşýän ýerde durar; bu bolsa Işaýanyň “kir ýuwujynyň meýdanyndaky uly ýoly (ýodasy)” bolup, şol ýerde Ýeremiýanyň “dynçlygy” tapylýar. Işaýanyň ahyrky ýagyn habary diňe on gyzyň çyzygyna, Zekerýanyň iki altyn turba çyzygyna we Ýeremiýanyň köne ýol çyzygyna esaslanman, eýsem Işaýa şol bir wagtda “kir ýuwujynyň meýdanynda” hem durandyr; ol ýerde Ähtiň Habarçysy Lewi ogullaryny kümüş we altyn ýaly saplap, arassalap durandyr.</w:t>
      </w:r>
    </w:p>
    <w:p>
      <w:pPr>
        <w:pStyle w:val="ArticleBody"/>
        <w:jc w:val="left"/>
      </w:pPr>
      <w:r>
        <w:rPr>
          <w:rFonts w:ascii="Times New Roman" w:hAnsi="Times New Roman" w:eastAsia="Times New Roman" w:cs="Times New Roman"/>
        </w:rPr>
        <w:t>Beýleki ugurlary ýedinji babyň üçünji aýatyna getirmek örän aňsat pygamberlik wezipesidir. Zekerýanyň ýagy we on gyz Ýakubyň basgançagyna hem-de Ylhamyň ilkinji iki aýatyna baglanyşýar, çünki bularyň ählisi Hudaý bilen adamyň arasyndaky aragatnaşyk işini beýan edýär. Ýeremiýanyň köne ýoluna, zalym we akylsyz patyşa Ahazyň diňlemekden ýüz öwren “garawul” hem girýär, olar surnaý çalýarlar. Şol surnaý pygamberligiň ähli surnaýlaryny, şeýle hem pygamberlik garawullaryny Işaýanyň “uly ýoluna” çekýär; şol ýerde Işaýa ogly bilen bile durup, Laodikeýanyň ýolbaşçysyna habary ýetirmek üçin durýar.</w:t>
      </w:r>
    </w:p>
    <w:p>
      <w:pPr>
        <w:pStyle w:val="ArticleBody"/>
        <w:jc w:val="left"/>
      </w:pPr>
      <w:r>
        <w:rPr>
          <w:rFonts w:ascii="Times New Roman" w:hAnsi="Times New Roman" w:eastAsia="Times New Roman" w:cs="Times New Roman"/>
        </w:rPr>
        <w:t>Işaýa pygamber bilen onuň ogly Şearýaşup — manysy “galanlar yzyna dolanar” — bilelikde durýarlar we olar 11-nji sentýabrda gelen soňky ýagşyň habarynyň yglan edilişini şekillendirýärler. Olar erbet patyşa Ahazyň garşysyna çykýarlar we ata bilen ogul hökmünde alfa bilen omeganyň, “çyzyk üstüne çyzyk” usulyýetiniň esasy düzgüniniň nyşanyny aňladýarlar. “Çyzyk üstüne çyzyk” Milleritleriň “gün/ýyl” ýörelgesi arkaly öňden nusgalanan düzgün bolup durýar.</w:t>
      </w:r>
    </w:p>
    <w:p>
      <w:pPr>
        <w:pStyle w:val="ArticleBody"/>
        <w:jc w:val="left"/>
      </w:pPr>
      <w:r>
        <w:rPr>
          <w:rFonts w:ascii="Times New Roman" w:hAnsi="Times New Roman" w:eastAsia="Times New Roman" w:cs="Times New Roman"/>
        </w:rPr>
        <w:t>1840-njy ýylyň 11-nji awgustynda Ylhamyň dokuzynjy babyndaky ikinji hasrata degişli Yslam baradaky pygamberlik ýerine ýetdi we şeýlelik bilen Milleriň 1843-nji ýyl hakdaky, gün/ýyl ýörelgesine esaslanan çaklamasyna kuwwat beren Millerçi “gün/ýyl” ýörelgesi tassyklanyldy. 2001-nji ýylyň 11-nji sentýabrynda Ylhamyň dokuz, on we on birinji baplaryndaky üçünji hasrata degişli Yslam baradaky pygamberlik ýerine ýetdi we Nýu-Ýorkuň beýik binalary ýykylanda Ylhamyň on sekizinji babyndaky gudratly perişde aşak inen mahaly alfa (11-8-1840) we omega (9/11) ýörelgesi tassyklanyldy—edil, omega-ny alamatlandyran alfanyň ýerine ýetirilmegi bilen, Ylhamyň onunjy babyndaky gudratly perişdäniň 1840-njy ýylyň 11-nji awgustynda aşak inişi ýaly.</w:t>
      </w:r>
    </w:p>
    <w:p>
      <w:pPr>
        <w:pStyle w:val="ArticleBody"/>
        <w:jc w:val="left"/>
      </w:pPr>
      <w:r>
        <w:rPr>
          <w:rFonts w:ascii="Times New Roman" w:hAnsi="Times New Roman" w:eastAsia="Times New Roman" w:cs="Times New Roman"/>
        </w:rPr>
        <w:t>Işaýa bilen onuň ogly diňe bir “setir üstüne setir” diýen esasy ýörelgäni däl, eýsem ata bilen onuň çagalarynyň arasyndaky gatnaşygy arkaly beýan edilýän habary aňladýan Ylýas habaryny hem nygtaýarlar. Rebbiň beýik we gorkunç güni gelmezinden edil öň yglan edilýän Ylýas habary, Hudaýyň ýerine ýetiriji höküm-südi başlanmazdan azajyk öň gelýän habary görkezýär. Hudaýyň ýerine ýetiriji höküm-sütleri “Rebbiň beýik we gorkunç güni” diýlip atlandyrylýan döwri aňladýar. Şol döwür ýekşenbe kanuny bilen başlap, soňky ýedi bela çenli dowam edýär. Bu döwür ýekşenbe kanuny bilen başlap, soňky ýedi bela bilen tamamlanýar. Şonuň üçin Ylýas habary, merhemet möhletiniň ýapylmagynyň golaýlaýandygy baradaky duýduryş bilen utgaşan alfa we omega ýörelgesine esaslanýar. Ylýas habary bilen birlikde Ylýas esasynda gurlan dürli pygamberlik çyzyklary hem bar; çünki Isa görä, Ylýas Ýahýa Çokundyryjyny aňladýardy, White uýa görä bolsa, Ylýas bilen Ýahýa Çokundyryjy ikisi-de William Milleri aňladýardy; we Ylýas bilen Ýahýa Çokundyryjy bilelikde hem ýüz kyrk dört müňi (Ylýas), hem-de Ylham kitaby ýedinji bapdaky beýik köpçüligi (Ýahýa) aňladýar.</w:t>
      </w:r>
    </w:p>
    <w:p>
      <w:pPr>
        <w:pStyle w:val="ArticleBody"/>
        <w:jc w:val="left"/>
      </w:pPr>
      <w:r>
        <w:rPr>
          <w:rFonts w:ascii="Times New Roman" w:hAnsi="Times New Roman" w:eastAsia="Times New Roman" w:cs="Times New Roman"/>
        </w:rPr>
        <w:t>Işaýa we onuň ogly köne ýollarda durýarlar; şol ýollar binýatdyr, we olar altyn ýagy kabul edýärler, çünki olar 1844-nji ýylyň 22-nji oktýabrynda amal bolan, Ýekşenbe kanunynyň öňden görkezilmesi bolan mata agardyjynyň arassalanma işinden geçýän paýhasly gyzlardyr. Işaýa we gaýdyp gelýän galyndy, (çünki onuň ogly Şearýaşubyň adynyň manysy şoldur), 11-nji sentýabrda köne ýollara “gaýdyp gelýän” galyndyny aňladýar. Ata bilen galyndynyň arasyndaky gatnaşyk, şol bir wagtda alfa we omega gatnaşygy bolup, şeýle hem Ylýasyň “atalaryň we çagalaryň ýürekleri” gatnaşygy bolup, Ata Milleriň we onuň birinji perişdäniň galyndy hereketi bilen bolan gatnaşygynyň Filadelfiýanyň alfa hereketidigini kesgitleýär. Alfa hereketinde Ata Miller Ylýas we Çokundyryjy Ýahýa hökmünde tanaldy; Isanyň özi bolsa ony Ähtiň Çaparçysynyň ýoluny taýýarlan çapary diýip tanatdy. Birinji we ikinji perişdeleriň alfa taryhyndaky şol pygamberlik amal bolmalarynyň ählisi üçünji perişdäniň omega taryhynda gaýtalanýar.</w:t>
      </w:r>
    </w:p>
    <w:p>
      <w:pPr>
        <w:pStyle w:val="ArticleBody"/>
        <w:jc w:val="left"/>
      </w:pPr>
      <w:r>
        <w:rPr>
          <w:rFonts w:ascii="Times New Roman" w:hAnsi="Times New Roman" w:eastAsia="Times New Roman" w:cs="Times New Roman"/>
        </w:rPr>
        <w:t>Yşaýanyň görüşindäki mysaly barada has möhüm hakykatlar hem bar, ýöne bu ýerde biz diňe Yşaýanyň 9/11-iň soňky ýagyn habarynyň ýüregini emele getirýän dürli hakykatlary aýratynlykda görkezýändigini anyklaýarys. Häzir ara alyp maslahatlaşan bu setirleriň hemmesi, elbetde, ýene-de köpüsi bilen birlikde, ýedinji babyň üçünji aýatynda ýerleşýär.</w:t>
      </w:r>
    </w:p>
    <w:p>
      <w:pPr>
        <w:pStyle w:val="ArticleBody"/>
        <w:jc w:val="left"/>
      </w:pPr>
      <w:r>
        <w:rPr>
          <w:rFonts w:ascii="Times New Roman" w:hAnsi="Times New Roman" w:eastAsia="Times New Roman" w:cs="Times New Roman"/>
        </w:rPr>
        <w:t>Sekizinji aýatda pygamberlik hakykaty has-da güýçlenýär, çünki ol “kyrkynjy aýatyň gizlin taryhyny” açýan açary görkezýär, we geň galdyryjy tarapy, şol açaryň hut iki 2520 ýyllyk wagt pygamberlikleriniň başlangyjynyň bellenen şol bir aýatynyň öz içinde görkezilmegidir.</w:t>
      </w:r>
    </w:p>
    <w:p>
      <w:pPr>
        <w:pStyle w:val="ArticleScripture"/>
        <w:jc w:val="left"/>
      </w:pPr>
      <w:r>
        <w:rPr>
          <w:rFonts w:ascii="Times New Roman" w:hAnsi="Times New Roman" w:eastAsia="Times New Roman" w:cs="Times New Roman"/>
        </w:rPr>
        <w:t>Çünki Suriýanyň başy Damaskdyr, Damaskyň başy bolsa Resin; we altmyş bäş ýylyň içinde Efraýym halk bolmaz ýaly dargadylar. Efraýymyň başy Samariýadyr, Samariýanyň başy bolsa Remalyýanyň ogludyr.</w:t>
      </w:r>
    </w:p>
    <w:p>
      <w:pPr>
        <w:pStyle w:val="ArticleScripture"/>
        <w:jc w:val="left"/>
      </w:pPr>
      <w:r>
        <w:rPr>
          <w:rFonts w:ascii="Times New Roman" w:hAnsi="Times New Roman" w:eastAsia="Times New Roman" w:cs="Times New Roman"/>
        </w:rPr>
        <w:t>Eger siz iman etmeseňiz, hakykatdan-da berk durup bilmersiňiz. Işaýa 7:8, 9.</w:t>
      </w:r>
    </w:p>
    <w:p>
      <w:pPr>
        <w:pStyle w:val="ArticleBody"/>
        <w:jc w:val="left"/>
      </w:pPr>
      <w:r>
        <w:rPr>
          <w:rFonts w:ascii="Times New Roman" w:hAnsi="Times New Roman" w:eastAsia="Times New Roman" w:cs="Times New Roman"/>
        </w:rPr>
        <w:t>Işaýanyň soňky ýagyş habary baradaky beýany Musa degişli “ýedi gezek” düşünjesini öz içine alýar, çünki sekizinji aýatyň altmyş bäş ýyllyk pygamberligi Ysraýylyň demirgazyk we günorta patyşalyklarynyň 2520 ýyllyk dargadylyşynyň ikisi üçin hem başlangyç nokadyny kesgitleýär. Hut şol bir aýatda, Danyýel on birinji bap kyrkynjy aýatyň 1989-njy ýylda Sowet Soýuzynyň çöküşi baradaky üç pygamberlik çyzygyny, Danyýel on birinji bap onunjy aýaty hem-de Işaýa sekizinji bap sekizinji aýaty bilen birlikde açýan açar ýerleşýär. Ine, şol üç çyzyk bilen (Işaýa 8:8, Danyýel 11:10, 40). Açar sekizinji we dokuzynjy aýatlardaky “başlar”dyr. “Başlar” açary şol üç deňeşdirme aýata ulanylanda, Ukrain urşunyň taryhyna we tizden geljek Üçünji Jahan urşuna degişli gapy açylýar. Şol pygamberlik gapysy açylanda, Danyýel on birinji bap on birden on altynjy aýata çenli bölümiň, Danyýel on birinji bap kyrkynjy aýatynyň 1989-njy ýyldan soňky Sowet Soýuzynyň çöküşinden soňky taryhy bilen deňeşdirme taryhdygyny görmek bolýar. “Kyrkynjy aýatyň gizlin taryhynyň” açylmagy, merhemet möhleti ýapylmazyndan az öň Isa Mesihiň Ylhamynyň açylmagy bilen baglanyşykly möhürinden çözülýändigi görkezilen saýlama az sanly hakykatlaryň biridir.</w:t>
      </w:r>
    </w:p>
    <w:p>
      <w:pPr>
        <w:pStyle w:val="ArticleBody"/>
        <w:jc w:val="left"/>
      </w:pPr>
      <w:r>
        <w:rPr>
          <w:rFonts w:ascii="Times New Roman" w:hAnsi="Times New Roman" w:eastAsia="Times New Roman" w:cs="Times New Roman"/>
        </w:rPr>
        <w:t>Işaýanyň sekizinji bapynyň birinji aýaty “Mundan başga-da” diýen söz bilen başlanýar; bu bolsa sekizinji bapyň ýedinji bapyň üstünden dowam etdirilmelidigini görkezýär. Birinji sözüň “Mundan başga-da” bolmagyndan daşary, sekizinji bapyň üçünji aýaty hem ýedinji bapyň üçünji aýaty bilen ikinji şaýat hökmünde baglanyşdyrylýar; bu iki bapyň “setir üstüne setir” ýörelgesi boýunça ulanylmalydygyny görkezýär. Iki “üçünji” aýat hem Işaýanyň ogullarynyň birini görkezýär; olaryň atlarynyň ikisi-de wakanyň içindäki pygamberlik habary barada söz açýar. Şearýaşub “galyndy halk gaýdyp geler” diýmegi aňladýar, Maherşalalhaşbaz bolsa “oljany tiz almaga” diýmegi aňladýar. Ilki Şearýaşub agzalýar, soňra Maherşalalhaşbaz (bu Mukaddes Kitapdaky iň uzyn atdyr). “1” bilen görkezilýän alfa has kiçidir we bu ýagdaýda hatda “galyndy” hökmünde hem kesgitlenýär; “22” bilen görkezilýän omega bolsa has uludyr we Mukaddes Kitapdaky iň uly at bilen aňladylýar, şol bir wagtyň özünde hem ýekşenbe kanunynyň çalt hereketlerini alamatlandyrýar.</w:t>
      </w:r>
    </w:p>
    <w:p>
      <w:pPr>
        <w:pStyle w:val="ArticleBody"/>
        <w:jc w:val="left"/>
      </w:pPr>
      <w:r>
        <w:rPr>
          <w:rFonts w:ascii="Times New Roman" w:hAnsi="Times New Roman" w:eastAsia="Times New Roman" w:cs="Times New Roman"/>
        </w:rPr>
        <w:t>Alfa galyndysy, Şearýaşub arkaly şekillendirilip, üçünji aýatda kakasy Işaýa bilen bilelikdedir. Olar bilelikde alfa we omega bolup, soňky ýagşa degişli üç aýratyn salgylanmadan ybarat bolan bir ýerde durýarlar.</w:t>
      </w:r>
    </w:p>
    <w:p>
      <w:pPr>
        <w:pStyle w:val="ArticleScripture"/>
        <w:jc w:val="left"/>
      </w:pPr>
      <w:r>
        <w:rPr>
          <w:rFonts w:ascii="Times New Roman" w:hAnsi="Times New Roman" w:eastAsia="Times New Roman" w:cs="Times New Roman"/>
        </w:rPr>
        <w:t>Soňra Rebbi Işaýa şeýle diýdi: «Indi sen we ogluň Şeýarýaşub Ahaza duşmaga git; ýokarky howdanyň akabasynyň soňunda, galyňçynyň meýdanyna barýan ýoluň ugrunda». Işaýa 7:3.</w:t>
      </w:r>
    </w:p>
    <w:p>
      <w:pPr>
        <w:pStyle w:val="ArticleBody"/>
        <w:jc w:val="left"/>
      </w:pPr>
      <w:r>
        <w:rPr>
          <w:rFonts w:ascii="Times New Roman" w:hAnsi="Times New Roman" w:eastAsia="Times New Roman" w:cs="Times New Roman"/>
        </w:rPr>
        <w:t>Işaýa ýüz kyrk dört müňüň nyşanydyr; 9/11 çagyryşyny aňlatmak bilen, Işaýa 2023-nji ýylyň iýul aýynyň çagyryşyny hem aňladýar. 9/11-de Işaýa Rebbiň agzyndan tüýkürilip çykarylýan Adventizmiň mysalynda Esawyň ilkinji doglanlyk hukugyny almaga barýan, aldawçy Ýakup arkaly şekillendirilen bir Laodikialydyr; 2023-nji ýylda bolsa Işaýa ýeňiji Ysraýyly aňladýar. Işaýa Hudaýyň habaryny ýetirip ýören, ýöne özüniň Laodikialydygyna oýanýan, soňra bolsa bir köz arkaly tämizlenip, Filadelfialy edilýän adamy aňladýar.</w:t>
      </w:r>
    </w:p>
    <w:p>
      <w:pPr>
        <w:pStyle w:val="ArticleScripture"/>
        <w:jc w:val="left"/>
      </w:pPr>
      <w:r>
        <w:rPr>
          <w:rFonts w:ascii="Times New Roman" w:hAnsi="Times New Roman" w:eastAsia="Times New Roman" w:cs="Times New Roman"/>
        </w:rPr>
        <w:t>“Işaýa Hudaýyň şöhratynyň ajaýyp görnüşini gördi. Ol Hudaýyň gudratynyň aýan bolşuny gördi, we Onuň beýikligini synlandan soň, oňa gidip belli bir işi ýerine ýetirmelidigi baradaky habar geldi. Ol özüni bu işe bütinleý mynasyp däl hasap etdi. Ony özüni mynasyp däl saýmagyna näme sebäp boldy? Ol Hudaýyň şöhratyna bir nazar salmazdan öň özüni mynasyp däl hasap edýärmidi?—Ýok; ol özüni Hudaýyň öňünde dogry ýagdaýda diýip hasaplaýardy; emma goşunlaryň Rebbiň şöhraty oňa aýan edilende, Hudaýyň söz bilen beýan edip bolmajak beýikligini görende, şeýle diýdi: ‘Men heläk boldum; çünki men haram dodakly adamdyryn, men haram dodakly bir halkyň arasynda ýaşaýaryn; sebäbi meniň gözlerim Patyşany, goşunlaryň Rebbini gördüler. Şonda serafimleriň biri maňa uçup geldi, onuň elinde gurbanlyk sypasyndan gysgyç bilen alan janly közü bardy; ol ony meniň agzyma degrip: Ine, bu seniň dodaklaryňa degdi; seniň bikanunlygyň aýryldy, seniň günäň arassalandy’ diýdi.’ Hut şu iş biziň her birimiz üçin edilmelidir. Biz gurbanlyk sypasyndan alnan janly közüň dodaklarymyza goýulmagyny isleýäris. Biz şeýle aýdylan sözi eşitmek isleýäris: ‘Seniň bikanunlygyň aýryldy, seniň günäň arassalandy’” Review and Herald, 1889-njy ýylyň 4-nji iýuny.</w:t>
      </w:r>
    </w:p>
    <w:p>
      <w:pPr>
        <w:pStyle w:val="ArticleBody"/>
        <w:jc w:val="left"/>
      </w:pPr>
      <w:r>
        <w:rPr>
          <w:rFonts w:ascii="Times New Roman" w:hAnsi="Times New Roman" w:eastAsia="Times New Roman" w:cs="Times New Roman"/>
        </w:rPr>
        <w:t>Işaýa kitabynyň altynjy babyndaky “näçe wagt?” diýen sözler 11-nji sentýabrdan Ýekşenbe kanunyna çenli bolan döwrüň nyşanydyr, we altynjy bap 11-nji sentýabryň şekillendirilmesidir. Ýedinji babdan dokuzynja baba çenli baplar Işaýanyň Ýahudanyň dinden çykan ýolbaşçylaryna beren habaryny, şeýle hem Efraýymyň serhoşlary büdreýän wagtynda ýüz kyrk dört müňüň möhürleniş döwründe bolup geçýän mysaly beýan edýär. Şol bir görnüşde Işaýa şeýle ýazýar:</w:t>
      </w:r>
    </w:p>
    <w:p>
      <w:pPr>
        <w:pStyle w:val="ArticleScripture"/>
        <w:jc w:val="left"/>
      </w:pPr>
      <w:r>
        <w:rPr>
          <w:rFonts w:ascii="Times New Roman" w:hAnsi="Times New Roman" w:eastAsia="Times New Roman" w:cs="Times New Roman"/>
        </w:rPr>
        <w:t>Ine, men we Reb tarapyndan maňa berlen çagalar Ysraýylda alamatlar we gudratlar üçindir; bu bolsa Sion dagynda ýaşaýan goşunlaryň Rebinden gelýär. Işaýa 8:18.</w:t>
      </w:r>
    </w:p>
    <w:p>
      <w:pPr>
        <w:pStyle w:val="ArticleBody"/>
        <w:jc w:val="left"/>
      </w:pPr>
      <w:r>
        <w:rPr>
          <w:rFonts w:ascii="Times New Roman" w:hAnsi="Times New Roman" w:eastAsia="Times New Roman" w:cs="Times New Roman"/>
        </w:rPr>
        <w:t>Işaýa we onuň çagalary ýedinjiden dokuzynjy baplara çenli duş gelýän syrly alamatlaryň içindäki nyşanlardyr. Ýedinjiden dokuzynjy baplar, “şol gün” ýa-da “şol wagtda” diýen islendik salgylanma babatda, tutuş görnüşiň salgylanma nokadydyr. On sekizinji aýat Işaýanyň we onuň ogullarynyň nyşanlardygyny kesgitleýär, on sekizinji aýatyň daş-töweregindäki aýatlar bolsa şol nyşanlaryň ykrar ediljek wagt döwrüni kesgitleýär.</w:t>
      </w:r>
    </w:p>
    <w:p>
      <w:pPr>
        <w:pStyle w:val="ArticleScripture"/>
        <w:jc w:val="left"/>
      </w:pPr>
      <w:r>
        <w:rPr>
          <w:rFonts w:ascii="Times New Roman" w:hAnsi="Times New Roman" w:eastAsia="Times New Roman" w:cs="Times New Roman"/>
        </w:rPr>
        <w:t>Olaryň arasynda köpüsi büdrär, ýykylar, döwlüp-ýenjiler, duzaga düşer we tutulyp alnar. Şaýatlygy daň, kanuny şägirtlerimiň arasynda möhürle. Ýakup neslinden ýüzüni gizleýän Rebbe garaşaryn, men Oňa bil baglaryn.</w:t>
      </w:r>
    </w:p>
    <w:p>
      <w:pPr>
        <w:pStyle w:val="ArticleScripture"/>
        <w:jc w:val="left"/>
      </w:pPr>
      <w:r>
        <w:rPr>
          <w:rFonts w:ascii="Times New Roman" w:hAnsi="Times New Roman" w:eastAsia="Times New Roman" w:cs="Times New Roman"/>
        </w:rPr>
        <w:t>Ine, men we Rebbiň maňa beren çagalary bilen bilelikde, Sion dagynda ýaşaýan Hökmürowan Reb tarapyndan Ysraýylda alamatlar we gudratlar üçin goýludyrys. Işaýa 8:15–18.</w:t>
      </w:r>
    </w:p>
    <w:p>
      <w:pPr>
        <w:pStyle w:val="ArticleBody"/>
        <w:jc w:val="left"/>
      </w:pPr>
      <w:r>
        <w:rPr>
          <w:rFonts w:ascii="Times New Roman" w:hAnsi="Times New Roman" w:eastAsia="Times New Roman" w:cs="Times New Roman"/>
        </w:rPr>
        <w:t>“Rebbe garaşýanlar” Işaýa we onuň iki ogly arkaly şekillendirilýär. Olar Rebbiň “öz ýüzüni” gizlän adamlarydyr; bu bolsa Levililer kitabynyň ýigrimi altynjy babyndaky doga talaplaryna, 2023-nji ýylyň iýulyndan soň oýanýanlara mahsus bir aýratynlykdyr. Olar öz boýun almalarynyň Rebbiň özlerine garşy gidendigini-de öz içine almalydygyna, ýagny onuň öz ýüzüni olardan gizländigine oýanýarlar.</w:t>
      </w:r>
    </w:p>
    <w:p>
      <w:pPr>
        <w:pStyle w:val="ArticleBody"/>
        <w:jc w:val="left"/>
      </w:pPr>
      <w:r>
        <w:rPr>
          <w:rFonts w:ascii="Times New Roman" w:hAnsi="Times New Roman" w:eastAsia="Times New Roman" w:cs="Times New Roman"/>
        </w:rPr>
        <w:t>«Şaýatlygy daňmak, kanuny möhürlemek» bir ýüz kyrk dört müňüň möhürlenmegidir; olar «köpler» bilen garşy goýulýar. «Köpler» çagyrylýar, ýöne saýlananlar azdyr. Köpler azlaryň wekili hökmünde görkezilen Işaýa we onuň iki ogly bilen garşy goýulýar. «Köpler» akylsyz bäş gyzdyr, we şu sebäpli olaryň başyna bäş zat gelýär: olar «büdreýär, we ýykylýar, we döwülýär, we duza düşürilýär, we tutulýar». Olar büdreýärler, çünki olar soňky ýagşyň habaryny ret etdiler.</w:t>
      </w:r>
    </w:p>
    <w:p>
      <w:pPr>
        <w:pStyle w:val="ArticleScripture"/>
        <w:jc w:val="left"/>
      </w:pPr>
      <w:r>
        <w:rPr>
          <w:rFonts w:ascii="Times New Roman" w:hAnsi="Times New Roman" w:eastAsia="Times New Roman" w:cs="Times New Roman"/>
        </w:rPr>
        <w:t>Çünki Ol bu halka kekeme dudaklar we başga dil arkaly geplejer. Olara diýdi: “Ine, argynlara dynç berip biljek dynçlyk şu; ine, janlandyryş şu.” Emma olar gulak asmak islemediler. Şeýlelikde, Rebbiň sözi olar üçin buýruk üstüne buýruk, buýruk üstüne buýruk; setir üstüne setir, setir üstüne setir; bu ýerde biraz, ol ýerde biraz boldy; şonuň üçin olar gidip, yza gaçyp ýykylarlar, döwülerler, duzaga düşürilerler we tutulyp alnyp gidilerler. Işaýa 28:11–13.</w:t>
      </w:r>
    </w:p>
    <w:p>
      <w:pPr>
        <w:pStyle w:val="ArticleBody"/>
        <w:jc w:val="left"/>
      </w:pPr>
      <w:r>
        <w:rPr>
          <w:rFonts w:ascii="Times New Roman" w:hAnsi="Times New Roman" w:eastAsia="Times New Roman" w:cs="Times New Roman"/>
        </w:rPr>
        <w:t>Sekizinji babyň möhürleniş döwründe Işaýa Ahaz bilen nyşanlanan erbetleriň ýykylşyny beýan edýär, hem-de ol ýigrimi sekizinji babyň on üçünji aýatynda şol bir topary kesgitleýär. Olaryň “ýykylmagynyň” sebäbi, olar üçin “setir üstüne setir” bolan hem-de kekeleýän dodaklar bilen gürleýänler hökmünde görkezilenler tarapyndan ýetirilen giçki ýagmyr habaryny ret etmegidir. Pentikost gününde igenjiň yzynda bolan ýehudiler şägirtleri serhoşlykda aýypladylar, çünki olar habara düşünip bilmeýärdiler. Olaryň aňynda bu habar kekeleýän dodaklar arkaly ýetirilýärdi.</w:t>
      </w:r>
    </w:p>
    <w:p>
      <w:pPr>
        <w:pStyle w:val="ArticleBody"/>
        <w:jc w:val="left"/>
      </w:pPr>
      <w:r>
        <w:rPr>
          <w:rFonts w:ascii="Times New Roman" w:hAnsi="Times New Roman" w:eastAsia="Times New Roman" w:cs="Times New Roman"/>
        </w:rPr>
        <w:t>Ýedinji aýatda, Işaýa pygamber hökmünde ogly Şearýaşuba görä alfadyr; ogly bolsa, öz gezeginde, kakasyna görä omegadyr, ýöne doganyna görä hem alfadyr. Alfa we Omega-nyň wekilleri hökmünde olar asman mukaddes ýerinden gelýän iki altyn turbanyň bir howzy emele getirýän ýerinde, hut Ýeremiýanyň köne ýolunyň uly ýoluň ýanynda, zygyr matanyň tegmillerden sap aklyga öwrülýän meýdanynda durýarlar; şol ýerde Ähtiň Habarchysy Lewi ogullaryny, şeýle hem Işaýa bilen Şearýaşuby päkleýär. Şol ýerde ol Musa pygamberiň Lewiler 26-daky “ýedi gezek” baradaky köne ýol habaryny zalym we akmak patyşa Ahaza ýetirýär; bu hem şol bir aýatda “başyň” patyşadygyny, ýa-da patyşanyň şalygyny, ýa-da bir şalygyň paýtagt şäherini aňladýandygyny tassyklaýar.</w:t>
      </w:r>
    </w:p>
    <w:p>
      <w:pPr>
        <w:pStyle w:val="ArticleBody"/>
        <w:jc w:val="left"/>
      </w:pPr>
      <w:r>
        <w:rPr>
          <w:rFonts w:ascii="Times New Roman" w:hAnsi="Times New Roman" w:eastAsia="Times New Roman" w:cs="Times New Roman"/>
        </w:rPr>
        <w:t>Şol açar, Hudaýyň Sözüniň nuruny açýar; şeýlelik bilen, 2014-nji ýylda başlanan Ukraina urşy, ýüz kyrk dört müňüň möhürleniş wagtynda we Amerikanyň Birleşen Ştatlarynyň soňky üç prezidentiniň taryhynda bolup geçýän görnüşde görkezilen Mukaddes Kitap pygamberliginiň bir temasy hökmünde görlüp bilnerdi. Soňky ýagşyň habary Işaýa tarapyndan onunjy we on birinji baplarda şekillendirilýär we ol Danyýel on biriň soňky alty aýatynyň içerki hem-de daşarky taryhyny beýan edýär. Birinji aýat, ýagny kyrkynjy aýat, Işaýa tarapyndan altynjy bapdan dokuzynja bapa çenli şekillendirilýär, soňra bolsa onunjy we on birinji baplarda 1989-njy ýylda açylan habaryň içerki we daşarky taryhlary beýan edilýär. Soňky ýagşyň habarynyň her bir esasy bölegi bu görnuşde şekillendirilendir.</w:t>
      </w:r>
    </w:p>
    <w:p>
      <w:pPr>
        <w:pStyle w:val="ArticleBody"/>
        <w:jc w:val="left"/>
      </w:pPr>
      <w:r>
        <w:rPr>
          <w:rFonts w:ascii="Times New Roman" w:hAnsi="Times New Roman" w:eastAsia="Times New Roman" w:cs="Times New Roman"/>
        </w:rPr>
        <w:t>Onunjy bapdaky soňky aýatlar on birinji bapdaky soňky aýatlaryň beýan edýän şol bir pygamberlik taryhyny kesgitleýär. Onunjy bap daşky, on birinji bolsa içki tarapy görkezýär. Ylham kitabynda ýedi ýygnak içki, möhürler bolsa daşky tarapy aňladýar. Onunjy bapyň soňky aýatlarynda papalyk güýji, Daniýel on birinji bap, kyrk bäşinji aýatda hiç kimiň kömek etmezliginde öz soňuna gelýän papalyk güýjüne paralel bir ýerde, Iýerusalimiň garşysyna elini silkeýär.</w:t>
      </w:r>
    </w:p>
    <w:p>
      <w:pPr>
        <w:pStyle w:val="ArticleScripture"/>
        <w:jc w:val="left"/>
      </w:pPr>
      <w:r>
        <w:rPr>
          <w:rFonts w:ascii="Times New Roman" w:hAnsi="Times New Roman" w:eastAsia="Times New Roman" w:cs="Times New Roman"/>
        </w:rPr>
        <w:t>Ol entek ol Nob’da şol gün durar; ol Sion gyzynyň dagyna, Iýerusalimiň depesine garşy elini salgadar. Ine, Hökmürowan Reb, goşunlaryň Rebbi, şahamalary elhenç güýç bilen keser; boýy belentler ýykyljakdyr, tekepbirler bolsa peseldiler. Ol tokaýyň gyrymsylygyny demir bilen çapyp taşlar, Liwan hem Gudratly Biri tarapyndan ýykylar. Işaýa 10:32–34.</w:t>
      </w:r>
    </w:p>
    <w:p>
      <w:pPr>
        <w:pStyle w:val="ArticleBody"/>
        <w:jc w:val="left"/>
      </w:pPr>
      <w:r>
        <w:rPr>
          <w:rFonts w:ascii="Times New Roman" w:hAnsi="Times New Roman" w:eastAsia="Times New Roman" w:cs="Times New Roman"/>
        </w:rPr>
        <w:t>Onunjy babyň soňy ynsan synag möhletiniň tamamlanmagydyr, we Danyýel 11-iň soňy hem hut şol ýerde tamamlanýar.</w:t>
      </w:r>
    </w:p>
    <w:p>
      <w:pPr>
        <w:pStyle w:val="ArticleScripture"/>
        <w:jc w:val="left"/>
      </w:pPr>
      <w:r>
        <w:rPr>
          <w:rFonts w:ascii="Times New Roman" w:hAnsi="Times New Roman" w:eastAsia="Times New Roman" w:cs="Times New Roman"/>
        </w:rPr>
        <w:t>Ol deňizleriň arasynda, şöhratly mukaddes dagda öz köşgüniň çadyrlaryny diker; emma ol öz ahyryna geler, oňa hiç kim kömek etmez. Şol wagtda seniň halkyňyň ogullary üçin duran beýik serkerde Mihail ýüze çykar; we milletiň dörän gününden şol wagta çenli hiç haçan bolmadyk ýaly bir musallatlyk döwri bolar; şol wagtda bolsa kitaba ýazylanlaryň her biri, ýagny seniň halkyň halas ediler. Daniýel 11:45, 12:1.</w:t>
      </w:r>
    </w:p>
    <w:p>
      <w:pPr>
        <w:pStyle w:val="ArticleBody"/>
        <w:jc w:val="left"/>
      </w:pPr>
      <w:r>
        <w:rPr>
          <w:rFonts w:ascii="Times New Roman" w:hAnsi="Times New Roman" w:eastAsia="Times New Roman" w:cs="Times New Roman"/>
        </w:rPr>
        <w:t>Onunjy bap onunjy aýat birde başlanýar, ony Aýal dogan Waýt ýekşenbe kanuny diýip kesgitleýär.</w:t>
      </w:r>
    </w:p>
    <w:p>
      <w:pPr>
        <w:pStyle w:val="ArticleScripture"/>
        <w:jc w:val="left"/>
      </w:pPr>
      <w:r>
        <w:rPr>
          <w:rFonts w:ascii="Times New Roman" w:hAnsi="Times New Roman" w:eastAsia="Times New Roman" w:cs="Times New Roman"/>
        </w:rPr>
        <w:t>Adalatsyz hökümleri çykarýanlara, we ýazmagy buýran jebri-jepalaryny ýazýanlara waý! Işaýa 10:1.</w:t>
      </w:r>
    </w:p>
    <w:p>
      <w:pPr>
        <w:pStyle w:val="ArticleBody"/>
        <w:jc w:val="left"/>
      </w:pPr>
      <w:r>
        <w:rPr>
          <w:rFonts w:ascii="Times New Roman" w:hAnsi="Times New Roman" w:eastAsia="Times New Roman" w:cs="Times New Roman"/>
        </w:rPr>
        <w:t>Onunjy bap, Danyýel kitabynyň on birinji babyndaky kyrk birinji aýat bilen gabat gelýän Ýekşenbe kanunyndan başlanýar we Danyýel 11:45-iň taryhynda Mikaýylyň aýaga galmagyna deň gelýän bir parallel bilen tamamlanýar.</w:t>
      </w:r>
    </w:p>
    <w:p>
      <w:pPr>
        <w:pStyle w:val="ArticleScripture"/>
        <w:jc w:val="left"/>
      </w:pPr>
      <w:r>
        <w:rPr>
          <w:rFonts w:ascii="Times New Roman" w:hAnsi="Times New Roman" w:eastAsia="Times New Roman" w:cs="Times New Roman"/>
        </w:rPr>
        <w:t>“Dura düzlüginde altyn şekiliň dikilişi ýaly, but sabady hem dikildi. Wawilon patyşasy Nebukadnesaryň bu şekiliň öňünde baş egip, oňa ybadat etmejekleriň hemmesiniň öldürilmelidigi barada perman çykarşy ýaly, ýekşenbe düzgünine hormat goýmajaklaryň hemmesiniň türme we ölüm bilen jezalandyryljakdygy barada-da yglan ediler. Şeýlelik bilen Rebbiň Sabady aýak astyna salynýar. Emma Reb şeýle diýip yglan etdi: ‘Wah, adalatsyz hökümleri çykarýanlara we ýazmagy buýran agyr sütemlerini ýazýanlara!’ [Işaýa 10:1]. [Sefanýa 1:14–18; 2:1–3, sitata getirildi.]” Manuscript Releases, 14-nji tom, 91.</w:t>
      </w:r>
    </w:p>
    <w:p>
      <w:pPr>
        <w:pStyle w:val="ArticleBody"/>
        <w:jc w:val="left"/>
      </w:pPr>
      <w:r>
        <w:rPr>
          <w:rFonts w:ascii="Times New Roman" w:hAnsi="Times New Roman" w:eastAsia="Times New Roman" w:cs="Times New Roman"/>
        </w:rPr>
        <w:t>Ylhamyň on birinji babyndaky on üçünji aýatda Ýekşenbe kanunyny aňladýan “beýik ýer titremesinde”, Açylyş on üçünji babyndaky ýer jandaryny ajdarha ýaly gepleýän mahaly sarsdyrýan şol “ýer titremesi” bilen baglanyşykly Yslamyň üç nyşany bar. Işaýa pygamberiň onunjy babynda Ýekşenbe kanuny üstüne “hasrat” yglan edilen “adalatsyz perman” hökmünde görkezilýär. Ylhamyň on birinji babyndaky on üçünji aýatdan on sekizinji aýada çenli bolan “beýik ýer titremesinde” üçünji hasrata degişli Yslam, Yslamyň dört nyşany we onuň Ýekşenbe kanuny wagtynda Amerikanyň Birleşen Ştatlaryna urýan zarbasy bilen kesgitlenýär; “Şol sagatda beýik ýer titremesi boldy,” we “ikinji hasrat geçdi; ine, üçünji hasrat tiz gelýär. Ýedinji perişde surnaý çaldy” “we milletler gazaplandy.”</w:t>
      </w:r>
    </w:p>
    <w:p>
      <w:pPr>
        <w:pStyle w:val="ArticleBody"/>
        <w:jc w:val="left"/>
      </w:pPr>
      <w:r>
        <w:rPr>
          <w:rFonts w:ascii="Times New Roman" w:hAnsi="Times New Roman" w:eastAsia="Times New Roman" w:cs="Times New Roman"/>
        </w:rPr>
        <w:t>Onunjy bap Daniel kitabyň on birinji babyndaky kyrk birinji aýatdan başlap, papalyk güýjüni, tä papalyk öz soňuna gelýän kyrk bäşinji aýata çenli beýan edýär. Kyrkynjy aýat onunjy bapdaky gürrüňiň bir bölegi däldir, çünki Işaýa Ahaz arkaly şekillendirilen ýüz dönderen ýygnaga giçki ýagmyr habary ýetirilende, kyrkynjy aýatyň “gizlin taryhyny” suratlandyrýar. On birinji babyň netijesi şol bir taryhyň içinde papalyk güýjünden halas bolşy görkezýär.</w:t>
      </w:r>
    </w:p>
    <w:p>
      <w:pPr>
        <w:pStyle w:val="ArticleScripture"/>
        <w:jc w:val="left"/>
      </w:pPr>
      <w:r>
        <w:rPr>
          <w:rFonts w:ascii="Times New Roman" w:hAnsi="Times New Roman" w:eastAsia="Times New Roman" w:cs="Times New Roman"/>
        </w:rPr>
        <w:t>Reb Ýegowa Müsür deňziniň aýlagyny bütinleý ýok eder; Öz gudratly şemaly bilen derýanyň üstünde elini silkär, ony ýedi şahada urar we adamlary gury aýak bilen geçirer. Şeýle hem Assiriýadan galyp gelen Öz halkynyň galyndysy üçin uly ýol bolar; bu, Ysraýylyň Müsür ýurdunyndan çykyp gelen günündäki ýaly bolar. Işaýa 11:15, 16.</w:t>
      </w:r>
    </w:p>
    <w:p>
      <w:pPr>
        <w:pStyle w:val="ArticleBody"/>
        <w:jc w:val="left"/>
      </w:pPr>
      <w:r>
        <w:rPr>
          <w:rFonts w:ascii="Times New Roman" w:hAnsi="Times New Roman" w:eastAsia="Times New Roman" w:cs="Times New Roman"/>
        </w:rPr>
        <w:t>Işaýa kitabynyň onunjy baby şol bir taryhyň daşkysydyr, on birinji baby bolsa onuň içkisisidir. Daşky bilen içki baradaky şuňa meňzeşlikler Hudaýyň Sözünde örän köpdür, we biri-birine laýyk gelýän bu iki bap, Işaýanyň üsti bilen görkezilişi ýaly, üçünji perişdäniň duýduryşyny aňladýar. Üçünji perişdäniň duýduryşy ylham arkaly köp dürli görnüşde jemlenip beýan edildi, emma onuň örän peýdaly bir bölünişi şudur: ol synag möhletiniň ýapylmagy bilen baglanyşykly wakalary aňladýar we şol bir wagtda şahsy taýýarlygyň zerurdygyny hem aýratyn nygtaýar. Işaýanyň onunjy baby wakalardyr, on birinji baby bolsa taýýarlykdyr.</w:t>
      </w:r>
    </w:p>
    <w:p>
      <w:pPr>
        <w:pStyle w:val="ArticleScripture"/>
        <w:jc w:val="left"/>
      </w:pPr>
      <w:r>
        <w:rPr>
          <w:rFonts w:ascii="Times New Roman" w:hAnsi="Times New Roman" w:eastAsia="Times New Roman" w:cs="Times New Roman"/>
        </w:rPr>
        <w:t>Synag möhletiniň tamamlanmagy we muşakgat wagtyna taýýarlyk işi bilen baglanyşykly wakalar aýdyň beýan edilendir. Emma köpçülik bu möhüm hakykatlara, edil olar hiç haçan aýan edilmedik ýaly, düşünmeýär. Şeýtan olary gutulyşa eltýän paýhasly etjek her bir täsiri alyp gitmek üçin duzak gurýar, we muşakgat wagty olary taýyn däl ýagdaýda tapar.</w:t>
      </w:r>
    </w:p>
    <w:p>
      <w:pPr>
        <w:pStyle w:val="ArticleScripture"/>
        <w:jc w:val="left"/>
      </w:pPr>
      <w:r>
        <w:rPr>
          <w:rFonts w:ascii="Times New Roman" w:hAnsi="Times New Roman" w:eastAsia="Times New Roman" w:cs="Times New Roman"/>
        </w:rPr>
        <w:t>“Hudaý adamlara şeýle möhüm duýduryşlary iberende, olary asmanyň ortasynda uçup barýan mukaddes perişdeler jar edýän hökmünde görkezende, Ol pikirleniş ukyby berlen her bir adamdan bu habara gulak asmagy talap edýär. Wagşy haýwana we onuň keşbine ybadat edilmegine garşy yglan edilen gorkunç höküm-jazalar (Ylham 14:9–11), ähli adamlary wagşy haýwanyň nyşanynyň nämedigini bilmek we ony kabul etmekden nädip gaça durmalydyklaryny öwrenmek üçin pygamberlikleri yhlas bilen öwrenmäge itermegi gerekdir. Emma halk köpçüligi hakykaty eşitmekden gulaklaryny sowýar we ertekilere ýüz urýar. Resul Pawlus soňky günlere nazar salyp şeýle yglan etdi: ‘Çünki şeýle bir wagt geler, olar sagdyn taglymata çydamazlar’. 2 Timoteos 4:3. Şol wagt doly geldi. Köpçülik Mukaddes Kitabyň hakykatyny islemeýär, sebäbi ol günäkär, dünýäni söýýän ýüregiň isleglerine päsgel berýär; we Şeýtan olaryň söýýän aldawlaryny üpjün edýär.</w:t>
      </w:r>
    </w:p>
    <w:p>
      <w:pPr>
        <w:pStyle w:val="ArticleScripture"/>
        <w:jc w:val="left"/>
      </w:pPr>
      <w:r>
        <w:rPr>
          <w:rFonts w:ascii="Times New Roman" w:hAnsi="Times New Roman" w:eastAsia="Times New Roman" w:cs="Times New Roman"/>
        </w:rPr>
        <w:t>Emma Hudaý ýer ýüzünde ähli taglymatlaryň ölçegi we ähli özgertmeleriň binýady hökmünde diňe Mukaddes Kitaby, diňe Mukaddes Kitaby saklajak bir halky bolar. Alym adamlaryň pikirleri, ylymyň netijeleri, ruhany geňeşleriň iman beýannamalary ýa-da kararlary, özleriniň wekilçilik edýän ybadathanalary näçe köp we biri-biri bilen näçe ylalaşyksyz bolsa-da, köpçüligiň sesi — bularyň hiç biri-de, hatda hemmesi bilelikde-de, dini imanyň haýsydyr bir nokady babatda goldaw ýa-da garşy delil hökmünde kabul edilmeli däldir. Islendik taglymaty ýa-da buýrugy kabul etmezden öň, onuň goldawy üçin anyk bir: “Reb şeýle diýýär” diýen sözi talap etmelidiris.</w:t>
      </w:r>
    </w:p>
    <w:p>
      <w:pPr>
        <w:pStyle w:val="ArticleScripture"/>
        <w:jc w:val="left"/>
      </w:pPr>
      <w:r>
        <w:rPr>
          <w:rFonts w:ascii="Times New Roman" w:hAnsi="Times New Roman" w:eastAsia="Times New Roman" w:cs="Times New Roman"/>
        </w:rPr>
        <w:t>“Şeýtan hemişe adamyň ünsüni Hudaýyň ornunda adama çekmäge çalyşýar. Ol adamlary öz borçlaryny özleri üçin bilmek maksady bilen Mukaddes Ýazgylary öwrenmegiň ýerine, ýolbaşçy hökmünde episkoplara, ruhanylara, ylahyýet professorlaryna garamaga iterýär. Soňra bolsa, bu ýolbaşçylaryň aňlaryny öz gözegçiligine almak bilen, ol köpçüligi öz islegine görä täsir astynda saklap bilýär.” The Great Controversy, 594, 595.</w:t>
      </w:r>
    </w:p>
    <w:p>
      <w:pPr>
        <w:pStyle w:val="ArticleBody"/>
        <w:jc w:val="left"/>
      </w:pPr>
      <w:r>
        <w:rPr>
          <w:rFonts w:ascii="Times New Roman" w:hAnsi="Times New Roman" w:eastAsia="Times New Roman" w:cs="Times New Roman"/>
        </w:rPr>
        <w:t>Bu gözlegimizi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Laodikiýadaky Ýedinji Gün Adwentist Ybadathanasy - Onunjy San</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