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Ýoel Kitaby we Laodikiýadaky Ýedinji Günüň Adventist Ybadathanasy - Ýigrimi Dörtünji San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2026-01-06</w:t>
      </w:r>
    </w:p>
    <w:p>
      <w:pPr>
        <w:pStyle w:val="ArticleHeading"/>
        <w:jc w:val="left"/>
      </w:pPr>
      <w:r>
        <w:rPr>
          <w:rFonts w:ascii="Arial" w:hAnsi="Arial" w:eastAsia="Arial" w:cs="Arial"/>
        </w:rPr>
        <w:t>Ýigrimi Dört Sany</w:t>
      </w:r>
    </w:p>
    <w:p>
      <w:pPr>
        <w:pStyle w:val="ArticleBody"/>
        <w:jc w:val="left"/>
      </w:pPr>
      <w:r>
        <w:rPr>
          <w:rFonts w:ascii="Times New Roman" w:hAnsi="Times New Roman" w:eastAsia="Times New Roman" w:cs="Times New Roman"/>
        </w:rPr>
        <w:t>Biz öňki makalamyzy Köne Ähdiň ilkinji kitaby bolan Barlyk kitabynyň on birinji bapdan ýigrimi ikinji bapa çenli bölümleri, Täze Ähdiň ilkinji kitaby bolan Matta we hem Täze Ähdiň, hem-de Mukaddes Kitabyň soňky kitaby bolan Ylham kitaby arkaly görkezilen pygamberlik şaýatlygynyň üç sany utgaşykly çyzygyna degip geçmek bilen tamamladyk. Barlyk kitabynyň çyzygy Ybram bilen baglaşylan ähti görkezýär; Matta kitabyndaky çyzyk bolsa, häzirki zaman ruhy Ysraýylynyň başlangyjynyň we soňunyň nyşany hökmünde Petrus bilen, hristian ýygnagy bilen baglaşylan ähti görkezýär. Iki çyzygyň hem orta aýatlary Hudaýyň möhürini görkezýär: Ybram bilen bu “sünnet” bolupdy, Petrus bilen bolsa onuň adynyň üýtgedilmegi bolupdy. Ylham kitabyndaky çyzygyň merkezi aýaty on ýedinji bap, on ikinji aýatdyr.</w:t>
      </w:r>
    </w:p>
    <w:p>
      <w:pPr>
        <w:pStyle w:val="ArticleScripture"/>
        <w:jc w:val="left"/>
      </w:pPr>
      <w:r>
        <w:rPr>
          <w:rFonts w:ascii="Times New Roman" w:hAnsi="Times New Roman" w:eastAsia="Times New Roman" w:cs="Times New Roman"/>
        </w:rPr>
        <w:t>Sen gören on şah eýýäm on patyşadyr; olar heniz patyşalyk kabul etmändirler, emma ýyrtyjy haýwan bilen bile bir sagatlyk patyşa hökmünde häkimiýet alarlar. Ylham 17:12.</w:t>
      </w:r>
    </w:p>
    <w:p>
      <w:pPr>
        <w:pStyle w:val="ArticleBody"/>
        <w:jc w:val="left"/>
      </w:pPr>
      <w:r>
        <w:rPr>
          <w:rFonts w:ascii="Times New Roman" w:hAnsi="Times New Roman" w:eastAsia="Times New Roman" w:cs="Times New Roman"/>
        </w:rPr>
        <w:t>Gelip çykyş we Matta hudaýlygyň adamzat bilen nikalaşmagyny görkezýär, Ylham bolsa ýekşenbe kanuny wagtynda haýwan bilen aždarhanyň nikalaşmagyny görkezýär. Bu üç ugryň hemmesi ýekşenbe kanunyna gönükýär; şol ýerde bir topar haýwanyň nyşanyny, beýlekisi bolsa Hudaýyň möhürini ýüze çykarýar. On ikinji aýatda haýwan bilen aždarhanyň galp nusgasy Gelip çykyş on birinji bapdaky Nimrotyň diňi barada aýdylýan omega ýatlamasydyr. Ol ýerde galp äht dininiň üstünden höküm çykaryldy, Ylham on ýedinji bapda bolsa uly Wawilon bolan jelep hem höküm edilýär. Nimrot alfadyr, Watikanyň omegasyna çenli; şu sebäpli papalyk uly Wawilondyr, ýagny Nimrotyň Babeliniň alfasyndaky görnüşine garşy gelýän omega.</w:t>
      </w:r>
    </w:p>
    <w:p>
      <w:pPr>
        <w:pStyle w:val="ArticleBody"/>
        <w:jc w:val="left"/>
      </w:pPr>
      <w:r>
        <w:rPr>
          <w:rFonts w:ascii="Times New Roman" w:hAnsi="Times New Roman" w:eastAsia="Times New Roman" w:cs="Times New Roman"/>
        </w:rPr>
        <w:t>Bu üç orta aýatda aýratyn bellärlikli zat, çyzygyň her bir orta nokadynda ýerleşýän şaýatlygyň aslynda üç aýatdan ybarat bolmagydyr.</w:t>
      </w:r>
    </w:p>
    <w:p>
      <w:pPr>
        <w:pStyle w:val="ArticleScripture"/>
        <w:jc w:val="left"/>
      </w:pPr>
      <w:r>
        <w:rPr>
          <w:rFonts w:ascii="Times New Roman" w:hAnsi="Times New Roman" w:eastAsia="Times New Roman" w:cs="Times New Roman"/>
        </w:rPr>
        <w:t>Ine, meniň bilen siziň hem-de senden soňky nesliňiň arasynda saklajak ähtimdir: araňyzda bolan her bir erkek çaga sünnet edilmelidir. Şeýle hem siz sünnet agzalaryňyzyň derisini kesersiňiz; bu, meniň bilen siziň araňyzdaky ähtiň nyşany bolar. Sekiz günlük bolan her bir erkek çaga nesilleriňiziň dowamynda araňyzda sünnet edilmelidir: öýde doglan bolsun ýa-da seniň nesliňden bolmadyk bir nätanyşdan pula satyn alnan bolsun. Gelip çykyş 17:10–12.</w:t>
      </w:r>
    </w:p>
    <w:p>
      <w:pPr>
        <w:pStyle w:val="ArticleScripture"/>
        <w:jc w:val="left"/>
      </w:pPr>
      <w:r>
        <w:rPr>
          <w:rFonts w:ascii="Times New Roman" w:hAnsi="Times New Roman" w:eastAsia="Times New Roman" w:cs="Times New Roman"/>
        </w:rPr>
        <w:t>Isa oňa jogap berip, oňa şeýle diýdi: «Bagtlysyň sen, Şimun Barjona, çünki muny saňa et bilen gan aýan etmedi, eýsem göklerdäki Atam aýan etdi. Men saňa hem aýdýaryn: sen Petrusyň, we Men Öz ybadathanamy şu gaýanyň üstünde guraryn; dowzahyň derwezeleri oňa garşy üstün çykmaz. Men saňa gökleriň şalygynyň açarlaryny bererin; ýer ýüzünde näme baglasaň, göklerde bagly bolar; ýer ýüzünde näme çözseň, göklerde çözülen bolar». Matta 16:17–19.</w:t>
      </w:r>
    </w:p>
    <w:p>
      <w:pPr>
        <w:pStyle w:val="ArticleScripture"/>
        <w:jc w:val="left"/>
      </w:pPr>
      <w:r>
        <w:rPr>
          <w:rFonts w:ascii="Times New Roman" w:hAnsi="Times New Roman" w:eastAsia="Times New Roman" w:cs="Times New Roman"/>
        </w:rPr>
        <w:t>Bar bolan, emma indi ýok olan haýwanyň özi sekizinjidir, ýöne ol ýediniň içindendir we heläklige gider. Seniň gören on şahyň bolsa heniz patyşalyk almadyk on patyşadyr; emma olar haýwan bilen bile bir sagatlyk patyşalar hökmünde häkimiýet alarlar. Olar bir pikirde bolup, öz güýjüni we ygtyýaryny haýwana bererler. Ylham 17:11–13.</w:t>
      </w:r>
    </w:p>
    <w:p>
      <w:pPr>
        <w:pStyle w:val="ArticleBody"/>
        <w:jc w:val="left"/>
      </w:pPr>
      <w:r>
        <w:rPr>
          <w:rFonts w:ascii="Times New Roman" w:hAnsi="Times New Roman" w:eastAsia="Times New Roman" w:cs="Times New Roman"/>
        </w:rPr>
        <w:t>Nimrodyň kerpiçleri we harçy bilen şekillendirilen galp ähtiň hekaýasy, hem-de minara we şäher arkaly aňladylýan onuň ybadathana bilen döwleti birleşdirýän galp ulgamy, Nimrodyň hekaýasynyň omegasynda haýwanyň keşbi arkaly görkezilen galp ulgamyň nusgasydyr. Üç ugur, üç aýatyň üç merkezi nokady bilen bilelikde, hemmesi ýaşaýyş ähtine we ölüm ähtine şaýatlyk edýär. Ýüz kyrk dört müň, ýediniň içinden bolan hakyky sekizinjidir, papalyk bolsa diňe galp nusgadyr. Nimrodyň topary özleriniň nikasynda pikir birligine eýedir; bu, Mesihiň pikirinde birleşen ýüz kyrk dört müňe galp meňzeşlikdir. “Bardy, indi ýok” diýlip görkezilen galp haýwan, bardy, bardyr we heniz geljek Olan Mesihiň galp meňzeşligidir. Sekizinji aýatda papalyk arkaly görkezilen galbyň doly beýany beýan edilýär.</w:t>
      </w:r>
    </w:p>
    <w:p>
      <w:pPr>
        <w:pStyle w:val="ArticleScripture"/>
        <w:jc w:val="left"/>
      </w:pPr>
      <w:r>
        <w:rPr>
          <w:rFonts w:ascii="Times New Roman" w:hAnsi="Times New Roman" w:eastAsia="Times New Roman" w:cs="Times New Roman"/>
        </w:rPr>
        <w:t>Seniň gören haýwanyň bardy, indi bolsa ýokdur; ol düýpsüz çuňlukdan çykyp, heläkçilige gider. Ýerde ýaşaýanlar oňa haýran galarlar; olaryň atlary dünýäniň binýady tutulaly bäri ýaşaýyş kitabynda ýazylmadyk bolanlardyr. Olar bardy, indi ýokdur, emma ýene-de bardyr bolan şol haýwany görenlerinde haýran galarlar. Ylham 17:8.</w:t>
      </w:r>
    </w:p>
    <w:p>
      <w:pPr>
        <w:pStyle w:val="ArticleBody"/>
        <w:jc w:val="left"/>
      </w:pPr>
      <w:r>
        <w:rPr>
          <w:rFonts w:ascii="Times New Roman" w:hAnsi="Times New Roman" w:eastAsia="Times New Roman" w:cs="Times New Roman"/>
        </w:rPr>
        <w:t>Isa ol bar bolandyr, bar hem, hem-de geljek Bolan Şoldur; ýediniň özünden bolan sekizinji bolan papalyk bolsa, “bardy, indi ýok, emma ýene-de bardyr” diýilýän wagşy haýwandyr. Äždarha bilen wagşy haýwanyň nikasynyň aňladýan “bir sagady” — Ýekşenbe kanunyndan başlap, Petrus bilen Abram arkaly şekillendirilen ýüz müň adamyň baýdak hökmünde asmana galýan wagtynyň, hut şol wagtda papalygyň hem ýokary galýan taryhydyr.</w:t>
      </w:r>
    </w:p>
    <w:p>
      <w:pPr>
        <w:pStyle w:val="ArticleBody"/>
        <w:jc w:val="left"/>
      </w:pPr>
      <w:r>
        <w:rPr>
          <w:rFonts w:ascii="Times New Roman" w:hAnsi="Times New Roman" w:eastAsia="Times New Roman" w:cs="Times New Roman"/>
        </w:rPr>
        <w:t>Biz Ýoweliň kitabyna Petrusyň Pentikost gününde özüniň Pentikost baradaky habaryny Ýoweliň ýerine ýetmesi hökmünde görkezendigine esaslanýan nukdaýnazardan garamaga çalyşyp gelýäris. On iki bapdan ybarat üç äht çyzygynyň her birinde, her çyzygyň ortaky üç aýaty şol bir taryhy beýan edýär, we şol taryhda Petrusyň Isanyň ýanynda Kaýsariýa Filipide bolşy görkezilýär; ol Paniumdyr, dünýä bolsa häzir şonuň başdan geçirilmeginiň bosagasynda dur. Paniumda Petrus şol bir wagtda Pentikost dökülmesiniň wagtynda Iýerusalimde-de bolýar. On iki bapdan ybarat üç çyzyk Paniumda hem-de Pentikostda birleşýär; şol ýerde Hudaýyň möhri Mesihiň gelnine basylýar we ýyrtyjynyň belgisi Şeýtanyň gelnine basylýar. Ýoweliň kitaby, Laodikeýadaky Ýedinji Gün Adventistler ybadathanasynyň özüniň heläk bolandygyny aňýan pursadynda, on gyzyň tymsalyndaky oýanmak çagyryşyny kesgitleýär.</w:t>
      </w:r>
    </w:p>
    <w:p>
      <w:pPr>
        <w:pStyle w:val="ArticleBody"/>
        <w:jc w:val="left"/>
      </w:pPr>
      <w:r>
        <w:rPr>
          <w:rFonts w:ascii="Times New Roman" w:hAnsi="Times New Roman" w:eastAsia="Times New Roman" w:cs="Times New Roman"/>
        </w:rPr>
        <w:t>Ýowel kitaby dört nesliň çäginde beýan edilýär.</w:t>
      </w:r>
    </w:p>
    <w:p>
      <w:pPr>
        <w:pStyle w:val="ArticleScripture"/>
        <w:jc w:val="left"/>
      </w:pPr>
      <w:r>
        <w:rPr>
          <w:rFonts w:ascii="Times New Roman" w:hAnsi="Times New Roman" w:eastAsia="Times New Roman" w:cs="Times New Roman"/>
        </w:rPr>
        <w:t>Rebbiň Pethueliň ogly Joele gelen sözi.</w:t>
      </w:r>
    </w:p>
    <w:p>
      <w:pPr>
        <w:pStyle w:val="ArticleScripture"/>
        <w:jc w:val="left"/>
      </w:pPr>
      <w:r>
        <w:rPr>
          <w:rFonts w:ascii="Times New Roman" w:hAnsi="Times New Roman" w:eastAsia="Times New Roman" w:cs="Times New Roman"/>
        </w:rPr>
        <w:t>Muny eşidiň, eý gartaşan adamlar, hem-de üns beriň, eý ýurduň ähli ýaşaýjylary.</w:t>
      </w:r>
    </w:p>
    <w:p>
      <w:pPr>
        <w:pStyle w:val="ArticleScripture"/>
        <w:jc w:val="left"/>
      </w:pPr>
      <w:r>
        <w:rPr>
          <w:rFonts w:ascii="Times New Roman" w:hAnsi="Times New Roman" w:eastAsia="Times New Roman" w:cs="Times New Roman"/>
        </w:rPr>
        <w:t>Bu zat siziň günleriňizde boldumy, ýa-da atalaryňyzyň günlerinde hem boldumy? Ony öz çagalaryňyza gürrüň beriň, goý çagalaryňyz hem ony öz çagalaryna, olaryň çagalary bolsa ony indiki nesle gürrüň bersin. Çekirtgäniň goýup gidenini çirtke iýdi; çirtgäniň goýup gidenini gurçuk iýdi; gurçugyň goýup gidenini bolsa siňekgurçuk iýdi. Ýowel 1:1–4.</w:t>
      </w:r>
    </w:p>
    <w:p>
      <w:pPr>
        <w:pStyle w:val="ArticleBody"/>
        <w:jc w:val="left"/>
      </w:pPr>
      <w:r>
        <w:rPr>
          <w:rFonts w:ascii="Times New Roman" w:hAnsi="Times New Roman" w:eastAsia="Times New Roman" w:cs="Times New Roman"/>
        </w:rPr>
        <w:t>“Müň kyrk dört müňüň” möhürleniş wagtynda “garry adamlar” Laodikiýadaky Ýedinji Gün Adwentist ýygnagynyň ýolbaşçylarydyr, möhürleniş bolsa Mukaddes Ruhuň inmegi döwründe amala aşyrylýar. “Garry adamlar” Hezekiýel tarapyndan “gadymy adamlar” hökmünde şekillendirilýär.</w:t>
      </w:r>
    </w:p>
    <w:p>
      <w:pPr>
        <w:pStyle w:val="ArticleScripture"/>
        <w:jc w:val="left"/>
      </w:pPr>
      <w:r>
        <w:rPr>
          <w:rFonts w:ascii="Times New Roman" w:hAnsi="Times New Roman" w:eastAsia="Times New Roman" w:cs="Times New Roman"/>
        </w:rPr>
        <w:t>Soňra ol maňa diýdi: «Eý, ynsan ogly, sen Ysraýyl öýüniň ýaşulularynyň garaňkylykda, her biriniň öz hyýalynyň öýjagazlarynda edýän işlerini gördüňmi? Çünki olar: “Reb bizi görmeýär; Reb ýer ýüzüni terk etdi” diýýärler». Ezekiel 8:12.</w:t>
      </w:r>
    </w:p>
    <w:p>
      <w:pPr>
        <w:pStyle w:val="ArticleBody"/>
        <w:jc w:val="left"/>
      </w:pPr>
      <w:r>
        <w:rPr>
          <w:rFonts w:ascii="Times New Roman" w:hAnsi="Times New Roman" w:eastAsia="Times New Roman" w:cs="Times New Roman"/>
        </w:rPr>
        <w:t>Ylham aýdyň görkezýär welin, Hezekiel kitabynyň dokuzynjy babyndaky möhürlemek, Ylham kitabynyň ýedinji babyndaky şol bir möhürlemekdir. Şeýle hem aýdyňdyr welin, sekizinji babyndaky barha güýçlenýän dört ýigrenji zadyň “garry adamlary” 25 sany bilen şekillendirilýär. Hudaýyň süriüsiniň goragçylary bolmaly bolan ýigrimi bäş “garry adam” güne sežde edýän adamlardyr. Olar ilkinji bolup höküm edilýärler. Olar ýüz öwürýän mukaddes ýer bilen baglylykda, on iki ruhanynyň iki toparyny we baş ruhanyny aňladýarlar. Ýekşenbe kanuny wagtynda olar güne sežde edýärler we wagşy haýwanyň nyşanyny kabul edip, aždarha, wagşy haýwan we ýalan pygamber bilen ylalaşyklaryna kasam edýärler. Bu 25, Kora, Datan we Abiramyň pitnesindäki 250 adam bilen nusgalandyrylypdy; olar 250 adamyň hoşboý ys hödürlemek arkaly goşulýan üç esse birleşigini aňladýarlar. Dinden dönükligiň şol üç baştutany ýer agzyny açyp, olary ýuwdanda öldi.</w:t>
      </w:r>
    </w:p>
    <w:p>
      <w:pPr>
        <w:pStyle w:val="ArticleScripture"/>
        <w:jc w:val="left"/>
      </w:pPr>
      <w:r>
        <w:rPr>
          <w:rFonts w:ascii="Times New Roman" w:hAnsi="Times New Roman" w:eastAsia="Times New Roman" w:cs="Times New Roman"/>
        </w:rPr>
        <w:t>Musa diýdi: “Şeýlelik bilen siz Rebbiň meni bu işleriň baryny etmäge iberendigini bilersiňiz; çünki men olary öz erkime görä etmedim. Eger bu adamlar ähli adamlaryň ölşi ýaly adaty ölüm bilen ölseler, ýa-da ähli adamlaryň başyna gelýän ýagdaý olaryň hem başyna gelse, onda Reb meni iberen däldir. Emma eger Reb täze bir zat etse, ýer agzyny açyp, olary we olara degişli bolan zatlaryň baryny ýuwudyp goýberse, olar diri ýagdaýlarynda çukura inip gitseler, onda siz bu adamlaryň Rebbe garşy gelendigine düşünersiňiz.”</w:t>
      </w:r>
    </w:p>
    <w:p>
      <w:pPr>
        <w:pStyle w:val="ArticleScripture"/>
        <w:jc w:val="left"/>
      </w:pPr>
      <w:r>
        <w:rPr>
          <w:rFonts w:ascii="Times New Roman" w:hAnsi="Times New Roman" w:eastAsia="Times New Roman" w:cs="Times New Roman"/>
        </w:rPr>
        <w:t>Şeýle boldy: ol bu sözleriň baryny aýdyp gutaran dessine, olaryň aşagyndaky ýer ýaryldy; ýer öz agzyny açyp, olary, olaryň öýlerini, Kora degişli bolan ähli adamlary we olaryň ähli emlägini ýuwutdy. Olar we olara degişli bolan ähli zatlar diri ýagdaýlarynda çukura inip gitdiler, ýer olaryň üstüni ýapdy; şeýlelikde olar jemagatyň arasyndan ýok boldular.</w:t>
      </w:r>
    </w:p>
    <w:p>
      <w:pPr>
        <w:pStyle w:val="ArticleScripture"/>
        <w:jc w:val="left"/>
      </w:pPr>
      <w:r>
        <w:rPr>
          <w:rFonts w:ascii="Times New Roman" w:hAnsi="Times New Roman" w:eastAsia="Times New Roman" w:cs="Times New Roman"/>
        </w:rPr>
        <w:t>Olaryň daş-töwereginde bolan ähli Ysraýyl olaryň çirkin gykylygynyň sesine gaçyp gitdi; çünki olar: «Ýer bizi-de ýuwudyp goýmasyn» diýdiler. Soňra Rebbiň huzuryndan ot çykyp, hoşboý ysly tütetgi hödürlän iki ýüz elli adamy ýok edip goýdy. Sanlar 16:28–35.</w:t>
      </w:r>
    </w:p>
    <w:p>
      <w:pPr>
        <w:pStyle w:val="ArticleBody"/>
        <w:jc w:val="left"/>
      </w:pPr>
      <w:r>
        <w:rPr>
          <w:rFonts w:ascii="Times New Roman" w:hAnsi="Times New Roman" w:eastAsia="Times New Roman" w:cs="Times New Roman"/>
        </w:rPr>
        <w:t>1888-nji ýylyň gozgalaňy Korahyň, Dahananyň, Abiramyň we buhur hödürlän 250 adamyň gozgalaňy arkaly nusgalanyp görkezildi. Ol 250 adam ABŞ, ýerden çykan haýwan agzyny açyp aždarha ýaly gepleýän Ýekşenbe kanunyna gelinýän wagtda ýüze çykýan üç taraply birleşme bilen ylalaşyk baglaşypdy. Şol pursatda, gökden inen ot arkaly ýok edilen buhur hödürlän 250 adamdaky ýaly, giçki ýagmyr ölçegsiz dökülýär. Ol 250 adam Ýekşenbe kanunynda giçki ýagmyryň dökülip başlan döwründe ýok edilýän galp dini ulgamy aňladýar. Ýeriň Korahy we onuň ýaranlaryny ýuwutmak üçin açylmagy, Ylham on birinji bapdaky ýer titremesidir; bu hem ABŞ-nyň agzyny açyp, aždarha ýaly gepleýändigini görkezýär. Ot gökden inip 250 adamy ýok eden mahaly, bu Karmel dagynda Ýelýanyň otunyň, şol galp pygamberler öldürilen wagtky wakasynyň nusgasydy. Karmel dagyndaky Ýelýanyň ody Ýekşenbe kanuny bilen gabat gelýär; şonuň üçin 250 adamyň üstüne inen ot giçki ýagmyryň Ýekşenbe kanuny odudyr.</w:t>
      </w:r>
    </w:p>
    <w:p>
      <w:pPr>
        <w:pStyle w:val="ArticleBody"/>
        <w:jc w:val="left"/>
      </w:pPr>
      <w:r>
        <w:rPr>
          <w:rFonts w:ascii="Times New Roman" w:hAnsi="Times New Roman" w:eastAsia="Times New Roman" w:cs="Times New Roman"/>
        </w:rPr>
        <w:t>Sanlarda Koranyň gozgalaňy barada gürrüň berýän bölek, Ýuşa we Kaleb tarapyndan beýan edilen Wada berlen Ýer baradaky habara garşy çykylan gozgalaň bilen pygamberlik taýdan sazlaşýar. Ol gozgalaň Mukaddes Kitapdaky “gazaba getiriş güni”ni aňladýar. Koranyň gozgalaňy baradaky bölekde şeýle diýilýär: “bu adamlaryň Rebbi gazaba getirendiklerine düşünersiňiz.”</w:t>
      </w:r>
    </w:p>
    <w:p>
      <w:pPr>
        <w:pStyle w:val="ArticleBody"/>
        <w:jc w:val="left"/>
      </w:pPr>
      <w:r>
        <w:rPr>
          <w:rFonts w:ascii="Times New Roman" w:hAnsi="Times New Roman" w:eastAsia="Times New Roman" w:cs="Times New Roman"/>
        </w:rPr>
        <w:t>Akyldarlar düşünýär, hem-de akyldarlar şeýle düşünmelidirler: Korehiň gozgalaňynyň taryhy Wada Berlen Ýer baradaky Ýeşuwanyň habaryna garşy bolan gozgalaňyň üstüne goýulmalydyr. Ol gozgalaň Kadeşde boldy, hem Kadeş, hem-de Korehiň gozgalaňy Ýekşenbe kanuny döwründe Ýedinji gün Adventizminiň gozgalaňydyr. Koreh hem-de buhur hödürlän 250 adam Hezekiel 8-de güne baş egýän 25 adamyň nusgasy bolup durýardy. Hezekiel sekizinjidäki gadymy adamlar, Hudaýyň ybadathanasynyň nyşany bolan Iýerusalimde amala aşyrylýan barha artýan dört ýigrenji zadyň dördünjisini aňladýarlar.</w:t>
      </w:r>
    </w:p>
    <w:p>
      <w:pPr>
        <w:pStyle w:val="ArticleBody"/>
        <w:jc w:val="left"/>
      </w:pPr>
      <w:r>
        <w:rPr>
          <w:rFonts w:ascii="Times New Roman" w:hAnsi="Times New Roman" w:eastAsia="Times New Roman" w:cs="Times New Roman"/>
        </w:rPr>
        <w:t>Ilkinji ýigrenji zat gabanjaňlygyň şekilidir, ikinjisi gizlin otaglardyr, üçünjisi Tammuz üçin aglamakdyr, soňra bolsa ýigrimi bäş adam Güne tagzym edýär. Soň dokuzynjy bap sekizinji bapda görkezilen ýigrenji zatlar üçin ah çekip, nala edýänleri kesgitleýär. Ah çekip, nala edýänler gündogardan çykýan perişde tarapyndan möhürlenýär. Perişde bir ilçidir we ol habary aňladýar.</w:t>
      </w:r>
    </w:p>
    <w:p>
      <w:pPr>
        <w:pStyle w:val="ArticleBody"/>
        <w:jc w:val="left"/>
      </w:pPr>
      <w:r>
        <w:rPr>
          <w:rFonts w:ascii="Times New Roman" w:hAnsi="Times New Roman" w:eastAsia="Times New Roman" w:cs="Times New Roman"/>
        </w:rPr>
        <w:t>Gündogardan gelýän möhürleme habary, gündogar şemalynyň habarydyr, ýagny Yslamyň habarydyr. Ýüz kyrk dört müň möhürlenenden soň, heläk ediji perişdeler işlerine başlaýarlar; edil daşarky pygamberlik çyzygynyň “milli dinden dönüklikden soň milli heläkçilik gelýär” diýip öwredýän ýerinde. Kora tarapyndan şekillendirilenleriň üstüne höküm ýerine ýetirilmezden öň, pitneçiler Iýerusalimiň daşyna çykarylýarlar. Erbetler Iýerusalimden aýrylýar, çünki Iýerusalimden gaçýanlar dogruçyl däldir.</w:t>
      </w:r>
    </w:p>
    <w:p>
      <w:pPr>
        <w:pStyle w:val="ArticleScripture"/>
        <w:jc w:val="left"/>
      </w:pPr>
      <w:r>
        <w:rPr>
          <w:rFonts w:ascii="Times New Roman" w:hAnsi="Times New Roman" w:eastAsia="Times New Roman" w:cs="Times New Roman"/>
        </w:rPr>
        <w:t>Mundan başga-da, Ruh meni ýokaryk göterdi-de, Rebbiň öýüniň gündogara bakýan gündogar derwezesine getirdi; ine, derwezäniň agzynda ýigrimi bäş adam bardy; olaryň arasynda men Azuryň ogly Jaazaniýany we Benaýanyň ogly Pelatiýany, halkyň ýolbaşçylaryny gördüm.</w:t>
      </w:r>
    </w:p>
    <w:p>
      <w:pPr>
        <w:pStyle w:val="ArticleScripture"/>
        <w:jc w:val="left"/>
      </w:pPr>
      <w:r>
        <w:rPr>
          <w:rFonts w:ascii="Times New Roman" w:hAnsi="Times New Roman" w:eastAsia="Times New Roman" w:cs="Times New Roman"/>
        </w:rPr>
        <w:t>Soňra ol maňa diýdi: «Eý adam ogly, bu şäherde pitne düzýän, erbet maslahat berýän adamlar şulardyr; olar: “Wagty golaý däl; geliň, öýler gurup alalyň; bu şäher gazan, biz bolsa et” diýýärler.»</w:t>
      </w:r>
    </w:p>
    <w:p>
      <w:pPr>
        <w:pStyle w:val="ArticleScripture"/>
        <w:jc w:val="left"/>
      </w:pPr>
      <w:r>
        <w:rPr>
          <w:rFonts w:ascii="Times New Roman" w:hAnsi="Times New Roman" w:eastAsia="Times New Roman" w:cs="Times New Roman"/>
        </w:rPr>
        <w:t>Şonuň üçin olara garşy pygamberlik et, pygamberlik et, eý adam ogly. Şeýle-de Rebbiň Ruhy meniň üstüme indi we maňa şeýle diýdi: «Geple; Reb şeýle diýýär:»</w:t>
      </w:r>
    </w:p>
    <w:p>
      <w:pPr>
        <w:pStyle w:val="ArticleScripture"/>
        <w:jc w:val="left"/>
      </w:pPr>
      <w:r>
        <w:rPr>
          <w:rFonts w:ascii="Times New Roman" w:hAnsi="Times New Roman" w:eastAsia="Times New Roman" w:cs="Times New Roman"/>
        </w:rPr>
        <w:t>Şeýle diýdiňiz, eý Ysraýyl öýi; çünki men siziň aňyňyza gelýän zatlary, olaryň her birini bilýärin. Siz bu şäherde öldürilenleriň sanyny artdyrdyňyz we onuň köçelerini öldürilenler bilen doldurdyňyz. Şonuň üçin Reb Hudaý şeýle diýýär: onuň ortasynda ýatyran öldürilenleriňiz — şol etdir, bu şäher bolsa gazandyr; emma Men sizi onuň ortasyndan çykararyn. Siz gylyçdan gorkduňyz; Men bolsa siziň üstüňize gylyç getirerin, diýýär Reb Hudaý. Men sizi onuň ortasyndan çykaryp, kesekileriň eline tabşyraryn we araňyzda höküm çykararyn. Siz gylyçdan heläk bolarsyňyz; Men sizi Ysraýylyň serhedinde höküm ederin; şonda siz Meniň Rebdigimi bilersiňiz. Bu şäher size gazan bolmaz, siz hem onuň ortasyndaky et bolmarsyňyz; eýsem Men sizi Ysraýylyň serhedinde höküm ederin. Şonda siz Meniň Rebdigimi bilersiňiz; çünki siz Meniň parzlarym boýunça ýöremediňiz, hökümimi ýerine ýetirmediňiz, ýöne töweregiňizdäki butparaz halklaryň ýol-ýörelgelerine görä hereket etdiňiz.</w:t>
      </w:r>
    </w:p>
    <w:p>
      <w:pPr>
        <w:pStyle w:val="ArticleScripture"/>
        <w:jc w:val="left"/>
      </w:pPr>
      <w:r>
        <w:rPr>
          <w:rFonts w:ascii="Times New Roman" w:hAnsi="Times New Roman" w:eastAsia="Times New Roman" w:cs="Times New Roman"/>
        </w:rPr>
        <w:t>Men pygamberlik edenimde şeýle boldy: Benaya ogly Pelatýa öldi. Şonda ýüzümçe ýykyldym-da, belent ses bilen gygyrdym we şeýle diýdim: “Wah, Hökümran Reb! Sen Ysraýylyň galyndysyny bütinleý ýok etjekmi?” Hezekiýel 11:1–13.</w:t>
      </w:r>
    </w:p>
    <w:p>
      <w:pPr>
        <w:pStyle w:val="ArticleBody"/>
        <w:jc w:val="left"/>
      </w:pPr>
      <w:r>
        <w:rPr>
          <w:rFonts w:ascii="Times New Roman" w:hAnsi="Times New Roman" w:eastAsia="Times New Roman" w:cs="Times New Roman"/>
        </w:rPr>
        <w:t>Ýekşenbe kanuny wagtynda, bugdaý haşal otdan aýrylanda, Iýerusalim päklenýär. 25 bilen görkezilen erkekler, ýagny Korahyň 250-si, ölmek üçin Iýerusalimiň “serhedine” daşyna alnyp çykarylýar. 25 bir hepde hyzmat eden ruhanylaryň sanydyr; ol 250-niň on esse görnüşinde nyşanlananda, bütindünýä ybadathanasyny aňladýar, çünki on bütindünýäniň nyşanydyr. Söweşýän ybadathana bugdaý bilen haşal otdan düzülen ybadathana hökmünde kesgitlenýär, ýeňiji ybadathana bolsa diňe bugdaýdan ybarat bolan ybadathanany aňladýar.</w:t>
      </w:r>
    </w:p>
    <w:p>
      <w:pPr>
        <w:pStyle w:val="ArticleScripture"/>
        <w:jc w:val="left"/>
      </w:pPr>
      <w:r>
        <w:rPr>
          <w:rFonts w:ascii="Times New Roman" w:hAnsi="Times New Roman" w:eastAsia="Times New Roman" w:cs="Times New Roman"/>
        </w:rPr>
        <w:t>“Hudaýyň diri ybadathanasy ýokmy? Onuň ybadathanasy bar, emma ol ýeňiş gazanan ybadathana däl-de, göreşýän ybadathanadyr. Biz kemçilikli agzalaryň bardygyna, bugdaýyň arasynda haşal otlaryň bardygyna gynanýarys. Isa şeýle diýdi: ‘Gökleriň Patyşalygy öz meýdanyna gowy tohum sepän bir adama meňzediler; ýöne adamlar uklap ýatyrkalar, onuň duşmany gelip, bugdaýyň arasyna haşal ot sepip, gidipdir…. Şonda öý eýesiniň hyzmatkärleri gelip, oňa: Jenap, sen öz meýdanyňa gowy tohum sepmediňmi? Onda bu haşal otlar nireden geldi? diýdiler. Ol hem olara: Muny bir duşman etdi, diýdi. Hyzmatkärler oňa: Onda biziň gidip, olary ýygnap almagymyzy isleýärsiňmi? diýdiler. Emma ol: Ýok; haşal otlary ýygnap alýarkaňyz, olar bilen bilelikde bugdaýy hem köki bilen gopardarsyňyz. Hasyla çenli ikisi hem bile ösüp dursun; hasyl wagtynda men orakçylara: Ilki haşal otlary bile ýygnap, ýakmak üçin desselere daňyň; bugdaýy bolsa meniň ammaryma ýygnap goýuň, diýerin’.”</w:t>
      </w:r>
    </w:p>
    <w:p>
      <w:pPr>
        <w:pStyle w:val="ArticleScripture"/>
        <w:jc w:val="left"/>
      </w:pPr>
      <w:r>
        <w:rPr>
          <w:rFonts w:ascii="Times New Roman" w:hAnsi="Times New Roman" w:eastAsia="Times New Roman" w:cs="Times New Roman"/>
        </w:rPr>
        <w:t>“Bugdaý bilen haşal otlar baradaky tymsalda biz haşal otlaryň näme üçin ýolunmaly däldiginiň sebäbini görýäris; bu, haşal otlar bilen bilelikde bugdaýyň hem köki bilen gopardylmazlygy üçindir. Adam pikirleri we hökümleri uly ýalňyşlyklara getirerdi. Emma ýalňyşlyk edilip, bugdaýyň ýekeje sapagynyň hem köki bilen gopardylmagyndan saklanmak üçin, Hoja şeýle diýýär: ‘Hasyla çenli ikisi hem bile ösüp ulalsyn;’ şonda perişdeler ýok etmek üçin bellenen haşal otlary ýygnap aýrarlar. Ösen hakykata ynanýandygyny ykrar edýän ybadathanalarymyzyň içinde bugdaýyň arasyndaky haşal otlar kimin kemçilikli we ýalňyşýan adamlar bar bolsa-da, Hudaý sabyrlydyr we uzak çydam edýändir. Ol ýalňyşýany ýazgarýar we duýdurýar, emma Özleriniň öwretmek isleýän sapagyny öwrenmekde haýal bolanlary ýok etmeýär; Ol haşal otlary bugdaýdan köki bilen ýolup aýyrmaýar. Haşal otlar bilen bugdaý hasyla çenli bile ösüp ulalmalydyr; bugdaý doly ösüşine we kämilligine ýetende, hem-de bişip ýetişenindäki häsiýeti sebäpli, ol haşal otlardan doly tapawutlanyp görüner.”</w:t>
      </w:r>
    </w:p>
    <w:p>
      <w:pPr>
        <w:pStyle w:val="ArticleScripture"/>
        <w:jc w:val="left"/>
      </w:pPr>
      <w:r>
        <w:rPr>
          <w:rFonts w:ascii="Times New Roman" w:hAnsi="Times New Roman" w:eastAsia="Times New Roman" w:cs="Times New Roman"/>
        </w:rPr>
        <w:t>Ýerdäki Mesihiň ybadathanasy kämil bolmaz, emma Hudaý Öz ybadathanasyny onuň kämil däldigi sebäpli ýok etmeýär. Bilime görä däl yhlasdan doly bolan, ybadathanany arassalamaga we bugdaýyň arasyndan haşal oty köki bilen sogrup taşlamaga synanyşanlar bolupdy we bolar. Emma адаşýanlar bilen, hem-de ybadathananyň içindäki özgeriş tapmadyk adamlar bilen nähili çemeleşmelidigi barada Mesih aýratyn nur berdi. Ybadathana agzalary tarapyndan häsiýet taýdan kemçilikli hasap edilýänleri kesip aýyrmakda duýdansyz, yhlasly, howlukmaç hereket edilmemelidir. Bugdaýyň arasynda haşal ot peýda bolar; ýöne Hudaýyň bellän ýoly bolmazdan, haşal oty sogrup aýyrmak, ony öz gününe goýmakdan has köp zyýan ýetirer. Reb hakykatdan-da özgerdilenleri ybadathana getirýän mahaly, Şeýtan hem şol bir wagtda özgerdilmedik adamlary onuň bileleşigine getirýär. Mesih gowy tohum ekýän mahaly, Şeýtan haşal ot ekýär. Ybadathana agzalaryna yzygiderli täsir edýän biri-birine garşy iki täsir bar. Bir täsir ybadathananyň arassalanmagy ugrunda işleýär, beýlekisi bolsa Hudaýyň halkyny zaýalamak ugrunda işleýär.” Testimonies to Ministers, 45, 46.</w:t>
      </w:r>
    </w:p>
    <w:p>
      <w:pPr>
        <w:pStyle w:val="ArticleBody"/>
        <w:jc w:val="left"/>
      </w:pPr>
      <w:r>
        <w:rPr>
          <w:rFonts w:ascii="Times New Roman" w:hAnsi="Times New Roman" w:eastAsia="Times New Roman" w:cs="Times New Roman"/>
        </w:rPr>
        <w:t>Ýaramazlar ýok edilmek üçin Iýerusalimiň daşyna alnyp gidilýär. Olar hasyl wagtynda aýrylýarlar; bu bolsa bugdaýyň hem bişip ýetişen wagtydyr, çünki hut şol wagt bugdaý Pentikostyň iki galgadylýan çöreginiň ilkinji miwe galgadylýan hödürlemesi hökmünde bir ýere ýygnalýar. Bugdaýyň ilkinji miwesiniň orulmagy Mukaddes Ýazgynyň pygamberliklerinde aýratyn bir mowzukdyr. Bugdaý bilen haşal otuň aýrylmagy hut şu mowzuga degişlidir, we Mesihiň tymsallarynyň köpüsi bu juda möhüm pygamberlik ýolgörkezijisini görkezýär.</w:t>
      </w:r>
    </w:p>
    <w:p>
      <w:pPr>
        <w:pStyle w:val="ArticleScripture"/>
        <w:jc w:val="left"/>
      </w:pPr>
      <w:r>
        <w:rPr>
          <w:rFonts w:ascii="Times New Roman" w:hAnsi="Times New Roman" w:eastAsia="Times New Roman" w:cs="Times New Roman"/>
        </w:rPr>
        <w:t>“Ýene-de, bu tymsallar hökümden soň synag döwrüniň bolmajakdygyny öwredýär. Hoş habaryň işi tamamlananda, derrew ýagşy bilen ýamanyň arasynda bölünişik bolar, we her toparyň ykbaly ebedilik kesgitlenendir.” Christ’s Object Lessons, 123.</w:t>
      </w:r>
    </w:p>
    <w:p>
      <w:pPr>
        <w:pStyle w:val="ArticleBody"/>
        <w:jc w:val="left"/>
      </w:pPr>
      <w:r>
        <w:rPr>
          <w:rFonts w:ascii="Times New Roman" w:hAnsi="Times New Roman" w:eastAsia="Times New Roman" w:cs="Times New Roman"/>
        </w:rPr>
        <w:t>Bugdaý sadakasy ýüz kyrk dört müňdir, üçünji perişde bolsa bugdaýy haşal otlardan aýyrýar.</w:t>
      </w:r>
    </w:p>
    <w:p>
      <w:pPr>
        <w:pStyle w:val="ArticleScripture"/>
        <w:jc w:val="left"/>
      </w:pPr>
      <w:r>
        <w:rPr>
          <w:rFonts w:ascii="Times New Roman" w:hAnsi="Times New Roman" w:eastAsia="Times New Roman" w:cs="Times New Roman"/>
        </w:rPr>
        <w:t>“Şondan soň men üçünji perişdäni gördüm. Meni ugrukdyrýan perişde şeýle diýdi: ‘Onuň sözi gorkunçdur, onuň wezipesi elhençdir. Ol bugdaýy haşal otdan saýlap almaly, bugdaýy bolsa asman ammary üçin möhürlemeli ýa-da daňmaly bolan perişdedir.’ Bu zatlar bütin aňy, bütin ünsüňi eýelemeli. Maňa ýene-de, biziň rehimdarlygyň soňky habaryny alýandygymyza ynanýanlaryň her gün täze ýalňyşlygy kabul edýän ýa-da özüne siňdirýän adamlardan aýry bolmagynyň zerurlygy görkezildi. Men ne ýaşlaryň, ne-de garrylaryň ýalňyşlykda we garaňkylykda bolanlaryň ýygnaklaryna gatnaşmalydygyny gördüm. Perişde şeýle diýdi: ‘Aň peýdasyz zatlaryň üstünde eglenmegini bes etsin.’” Manuscript Releases, 5-nji tom, 425.</w:t>
      </w:r>
    </w:p>
    <w:p>
      <w:pPr>
        <w:pStyle w:val="ArticleBody"/>
        <w:jc w:val="left"/>
      </w:pPr>
      <w:r>
        <w:rPr>
          <w:rFonts w:ascii="Times New Roman" w:hAnsi="Times New Roman" w:eastAsia="Times New Roman" w:cs="Times New Roman"/>
        </w:rPr>
        <w:t>Üçünji perişde bugdaýy möhürleýär we şol bir wagtda bugdaýy samandan hem aýyrýar. Üçünji perişde Ýekşenbe kanunyny aňladýar; şol ýerde Laodikeýa ýedinji gün Adventist ýygnagynyň ýolbaşçylygyny wekilçilik edýän ýigrimi bäş adam Iýerusalimiň daşyna çykarylyp höküm edilýär. Şol pursatda söweşiji ýygnak ýeňiji ýygnaga öwrülýär.</w:t>
      </w:r>
    </w:p>
    <w:p>
      <w:pPr>
        <w:pStyle w:val="ArticleScripture"/>
        <w:jc w:val="left"/>
      </w:pPr>
      <w:r>
        <w:rPr>
          <w:rFonts w:ascii="Times New Roman" w:hAnsi="Times New Roman" w:eastAsia="Times New Roman" w:cs="Times New Roman"/>
        </w:rPr>
        <w:t>“İş tizden tamam bolacaq. Sınaqtan ötip, sadıq ekenin däleldegen küreşiwşi şirkeýdiń müşeleri jeńiwşi şirkeýge aynalacaq. Ötken tarihimızğa köz jügirtip, qazirgi turğımızğa jetkenimizge shekemgi ilgerilewdiń ärbir qadamın basıp ötkenimizdi qarap, men mınaýdı ayta alaman: Qudayğa maqtaw bolsyn! Qudaydıń ne istegenin körgenimde, men tańqalıspen jäne Jetekshi retinde Mäsihke bolğan senimmen tolaman. Bizdiń keleshekten qorqatın eş närsemiz joq, tek Rabbimizdiń bizdi qanday jetelегенin jäne ötken tarihimızdağı Onıń tälimin umıtqan jağdayımızdan basqa.” General Conference Bulletin, 29 qantar, 1893.</w:t>
      </w:r>
    </w:p>
    <w:p>
      <w:pPr>
        <w:pStyle w:val="ArticleBody"/>
        <w:jc w:val="left"/>
      </w:pPr>
      <w:r>
        <w:rPr>
          <w:rFonts w:ascii="Times New Roman" w:hAnsi="Times New Roman" w:eastAsia="Times New Roman" w:cs="Times New Roman"/>
        </w:rPr>
        <w:t>Bugdaýdan haşal otlaryň aýrylmagy baradaky pygamberlik temasy Mukaddes Kitabyň pygamberlikleriniň esasy temalarynyň biridir. Mesihiň ybadathanany arassalamagy bu işiň bir mysalydyr; onuň iň ýokary nokady ýekşenbe kanunynda bolýar, çünki biz höküme degişli bolanlaryň ölmek üçin Iýerusalimiň serhedine alnyp gidilýändigini görýäris.</w:t>
      </w:r>
    </w:p>
    <w:p>
      <w:pPr>
        <w:pStyle w:val="ArticleScripture"/>
        <w:jc w:val="left"/>
      </w:pPr>
      <w:r>
        <w:rPr>
          <w:rFonts w:ascii="Times New Roman" w:hAnsi="Times New Roman" w:eastAsia="Times New Roman" w:cs="Times New Roman"/>
        </w:rPr>
        <w:t>“Isa Öz jemgyýet öňündäki gullugyna başlanda, Ol Ybadathanany onuň mukaddeslige garşy edilen haramlamasyndan arassalady. Onuň gullugynyň iň soňky hereketleriniň arasynda Ybadathananyň ikinji gezek arassalanylmagy hem bardy. Şonuň ýaly-da, dünýäni duýdurmak üçin alnyp barylýan iň soňky işde ybadathanalara iki aýratyn çagyryş edilýär. Ikinji perişdäniň habary şeýle: «Beýik şäher bolan Babil ýykyldy, ýykyldy; çünki ol ähli milletlere öz zynasyna degişli gazabyň şerabyny içirdi» (Ylham 14:8). Üçünji perişdäniň habarynyň güýçli nidasynda bolsa asmandan bir ses eşidilýär, ol şeýle diýýär: «Eý, Meniň halkym, onuň günälerine şärik bolmazlygyňyz we onuň belalaryndan paý almazlygyňyz üçin ondan çykyň. Çünki onuň günäleri asmana çenli ýetdi, Hudaý bolsa onuň etmişlerini ýatlady» (Ylham 18:4, 5).” Saýlanan Habarlar, 2-nji kitap, 118.</w:t>
      </w:r>
    </w:p>
    <w:p>
      <w:pPr>
        <w:pStyle w:val="ArticleBody"/>
        <w:jc w:val="left"/>
      </w:pPr>
      <w:r>
        <w:rPr>
          <w:rFonts w:ascii="Times New Roman" w:hAnsi="Times New Roman" w:eastAsia="Times New Roman" w:cs="Times New Roman"/>
        </w:rPr>
        <w:t>Bugdaý bilen haşal otlaryň ybadathanasy Ýekşenbe güni baradaky kanun krizisine çenli dowam edýär; şol wagt haşal otlar adam güýji bilen däl-de, üçünji perişde arkaly aýrylar. Bu üçünji perişde Ýekşenbe güni baradaky kanuny aňladýar, şeýle hem soňky ýagmyryň habaryny, şol wagt bat alyp güýçli nara öwrülýän habary hem aňladýar. Haşal otlar-da, bugdaý ýaly, pygamberlik şaýatlygynyň bir düzüm bölegidir. Hudaýyň gudratly tertibi Ýekşenbe güni baradaky kanuna çenli ýetýär, we üçünji perişde ybadathanany ikinji gezek arassalaýar. Ol ony 1844-nji ýylyň 22-nji oktýabrynda arassalady, we ybadathananyň ikinji arassalanyşy Ýekşenbe güni baradaky kanundyr.</w:t>
      </w:r>
    </w:p>
    <w:p>
      <w:pPr>
        <w:pStyle w:val="ArticleBody"/>
        <w:jc w:val="left"/>
      </w:pPr>
      <w:r>
        <w:rPr>
          <w:rFonts w:ascii="Times New Roman" w:hAnsi="Times New Roman" w:eastAsia="Times New Roman" w:cs="Times New Roman"/>
        </w:rPr>
        <w:t>Ýekşenbe kanunyna alyp barýan taryhyň daşky ýagdaýlary, ýeňişli ýygnagyň şaýatlygynyň esasy bölegidir; edil şeýle hem haşal otlar, bugdaý we şol iki synpyň daňylmagy hem onuň esasy bölegidir. Ylham kitabyndaky jemleýji habarlary üç perişdäniň habarlarydyr, we olar şol iki synpy aýyrýar hem-de daňýar; emma Waýt uýanyň şol “jemleýji habarlaryň” “hasyly bişirýändigini” görkezýändigini görmek möhümdir. Hasyly bişirýän şol jemleýji habar soňky ýagmyrdyr, we ol 250 adamy “heläkçilik ody üçin desse-des­se edilip” daňýan otdur.</w:t>
      </w:r>
    </w:p>
    <w:p>
      <w:pPr>
        <w:pStyle w:val="ArticleScripture"/>
        <w:jc w:val="left"/>
      </w:pPr>
      <w:r>
        <w:rPr>
          <w:rFonts w:ascii="Times New Roman" w:hAnsi="Times New Roman" w:eastAsia="Times New Roman" w:cs="Times New Roman"/>
        </w:rPr>
        <w:t>Ýahýa ybadathananyň tejribesine degişli çuň we tolgundyryjy ähmiýetli görnüşler açyldy. Ol Hudaýyň halkynyň ýagdaýyny, howplaryny, göreşlerini hem-de ahyrky halas bolşuny gördi. Ol ýeriň hasadyny ýa gökdäki harman üçin desseler hökmünde, ýa-da ýok ediliş ody üçin daňylýan odun çigitleri hökmünde bişirjek jemleýji habarlary ýazga geçirdi. Oňa örän uly ähmiýetli meseleler, aýratyn-da iň soňky ybadathana üçin, aýan edildi; şeýlelikde ýalňyşlykdan hakykata dolanjaklar özleriniň öňünde duran howplar we göreşler barada öwredilsinler. Ýeriň üstüne geljek zatlar babatda hiç kim garaňkylykda galmaly däldir.” Beýik Göreş, 341.</w:t>
      </w:r>
    </w:p>
    <w:p>
      <w:pPr>
        <w:pStyle w:val="ArticleBody"/>
        <w:jc w:val="left"/>
      </w:pPr>
      <w:r>
        <w:rPr>
          <w:rFonts w:ascii="Times New Roman" w:hAnsi="Times New Roman" w:eastAsia="Times New Roman" w:cs="Times New Roman"/>
        </w:rPr>
        <w:t>Onuň ybadathanany arassalamagy, şeýle hem Ýahýa Çokundyryjynyň öz hyzmatyndan soň gelýän Şol hökmünde tanyşdyran Tozan Çotga adamyň işi arkaly-da şekillendirilýär. Ol Milleriň düýşünde hapalary süpürip çykarýan adamdyr.</w:t>
      </w:r>
    </w:p>
    <w:p>
      <w:pPr>
        <w:pStyle w:val="ArticleScripture"/>
        <w:jc w:val="left"/>
      </w:pPr>
      <w:r>
        <w:rPr>
          <w:rFonts w:ascii="Times New Roman" w:hAnsi="Times New Roman" w:eastAsia="Times New Roman" w:cs="Times New Roman"/>
        </w:rPr>
        <w:t>“Rebbi dogruçyl bilen pisleriň arasyndaky tapawudy açyp görkezmekçi; çünki Onuň ‘ýeldirgiji elindedir, we Ol öz harmanyny düýpli arassalar, bugdaýyny ambaryna ýygnar; emma samany öçmejek ot bilen ýakar.’” Review and Herald, 1892-nji ýylyň 8-nji noýabry.</w:t>
      </w:r>
    </w:p>
    <w:p>
      <w:pPr>
        <w:pStyle w:val="ArticleBody"/>
        <w:jc w:val="left"/>
      </w:pPr>
      <w:r>
        <w:rPr>
          <w:rFonts w:ascii="Times New Roman" w:hAnsi="Times New Roman" w:eastAsia="Times New Roman" w:cs="Times New Roman"/>
        </w:rPr>
        <w:t>Aýa pygamberiň ýazgylaryna Uayt uýamyz salgylanýar; ol 1849-njy ýylda Rebbiň Öz halkynyň galyndysyny ýygnamak üçin elini ikinji gezek uzadandygyny görkezdi. Şeýlelikde, Aýa bilen Uayt uýamyz ýüz kyrk dört müňüň soňky ýygnalyşyny görkezýärler. Ýygnalyş prosesi ilkinji lapykeçlik hökmünde görkezilen dargadylyşy we ýygnalyşy öz içine alýar; ol bolsa garaşmak döwrüniň ahyryndaky ýygnalyşa eltýär. Ýüz kyrk dört müňüň möhürlenmeginiň bu elementleriniň her biri Mukaddes Kitap pygamberliginiň aýratyn bir mowzugydyr. Rebbiň günäni öz soňuna ýetirmek üçin guraly hökmünde ulanýan daşarky taryhy Daniel 11:11-de görkezilýär; soňky ýygnalyş bolsa Aýa 11:11-de tapylýar; garaşmak döwrüniň soňy Ylham 11:11-de tapylýar; we Ýekşenbe kanuny wagtynda bugdaý bilen haşal otuň aýrylyşy Ezekiel 11:11-de ýerleşýär:</w:t>
      </w:r>
    </w:p>
    <w:p>
      <w:pPr>
        <w:pStyle w:val="ArticleScripture"/>
        <w:jc w:val="left"/>
      </w:pPr>
      <w:r>
        <w:rPr>
          <w:rFonts w:ascii="Times New Roman" w:hAnsi="Times New Roman" w:eastAsia="Times New Roman" w:cs="Times New Roman"/>
        </w:rPr>
        <w:t>Bu şäher size gazan bolmaz, siz hem onuň ortasyndaky et bolmarsyňyz; emma Men sizi Ysraýylyň serhedinde höküm ederin. Ezekiel 11:11.</w:t>
      </w:r>
    </w:p>
    <w:p>
      <w:pPr>
        <w:pStyle w:val="ArticleBody"/>
        <w:jc w:val="left"/>
      </w:pPr>
      <w:r>
        <w:rPr>
          <w:rFonts w:ascii="Times New Roman" w:hAnsi="Times New Roman" w:eastAsia="Times New Roman" w:cs="Times New Roman"/>
        </w:rPr>
        <w:t>Ýowelde “täze çakyr” mukaddes ýeriň goragçylary bolmaly gadymy ýaşululardan kesilip alnyp goýuldy. Gijeki Nalyşyň habary Ýoweliň täze çakyrydyr, ýekşenbe kanuny wagtynda asmanyň inýän otunyň öňden Pentikost otunda nusgasy görkezilipdi. Şol ot täze çakyr bolan bir habary aňladýar, emma ol şol bir wagtyň özünde hoşboý ysly tütetgi hödürlän 250 adamy ýok edýän habardyr. Laodikýa Ýedinji Gün Adventistler ybadathanasy ýekşenbe kanunynda tamam bolýar, çünki hut şol wagt ot ölçegsiz dökülip saçylýar we ol hoşboý ysly tütetgi hödürlän 250 adamy ýok edýär; şonuň üçin hem ol olaryň ybadat ulgamyny ýok edýär.</w:t>
      </w:r>
    </w:p>
    <w:p>
      <w:pPr>
        <w:pStyle w:val="ArticleBody"/>
        <w:jc w:val="left"/>
      </w:pPr>
      <w:r>
        <w:rPr>
          <w:rFonts w:ascii="Times New Roman" w:hAnsi="Times New Roman" w:eastAsia="Times New Roman" w:cs="Times New Roman"/>
        </w:rPr>
        <w:t>Eger-de Ýedinji gün Adventist ybadathanasy Ýekşenbe güni baradaky kanunda wepaly bolsa, Amerikanyň Birleşen Ştatlarynyň hökümetiniň güýji we gudraty ony ýapar. Eger-de ol wepasiz bolsa, onda ol diňe adyny Birinji gün Adventist ybadathanasy ýa-da şoňa juda meňzeş başga bir ada öwürer. Ýedinji gün Adventist ybadathanasy ne dogruçyllykda, ne-de dogruçyl däl ýagdaýda Ýekşenbe güni baradaky kanundan aňry geçmeýär. Pygamberlik şaýatlygy Adventizmiň 9/11-de köne ýollaryň habaryny ret edendigini kesgitleýär, şol köne ýollar bolsa Ýekşenbe güni baradaky kanunda ýapyk gapy alyp barýar. Şol 25 adam Hezekiýeliň parçasynda “halkyň baştutanlary Azuryň ogly Ýahazanyýa we Benaýanyň ogly Pelatýa” hökmünde görkezildi.</w:t>
      </w:r>
    </w:p>
    <w:p>
      <w:pPr>
        <w:pStyle w:val="ArticleBody"/>
        <w:jc w:val="left"/>
      </w:pPr>
      <w:r>
        <w:rPr>
          <w:rFonts w:ascii="Times New Roman" w:hAnsi="Times New Roman" w:eastAsia="Times New Roman" w:cs="Times New Roman"/>
        </w:rPr>
        <w:t>Olaryň atlary Hudaýyň halkynyň häsiýetlerini ykrar edýär, emma bu diňe ykrardyr. Ýaazanyýa “Hudaý eşidýär” diýmegi aňladýar, ol bolsa Azuryň ogludyr; “Azur” “kömek etmek we goramak” diýmegi aňladýar. Waýt uýa 25 adamyň “Azur” arkaly görkezilişi ýaly goragçy bolmalydygyny aýdýar. Onuň ogly Hudaýa “eşidýändigini” ykrar edýär, emma ol görüp-de görmeýän, eşidip-de eşitmeýän synpdandyr. Pelatýa “Hudaý tarapyndan halas edilen” diýmegi aňladýar, onuň kakasy “Benaýa” bolsa “Hudaý gurdy” diýmegi aňladýar. Ezekiel özüniň duýduryş habaryny tamamlap gutaranda, Pelatýa öldi.</w:t>
      </w:r>
    </w:p>
    <w:p>
      <w:pPr>
        <w:pStyle w:val="ArticleScripture"/>
        <w:jc w:val="left"/>
      </w:pPr>
      <w:r>
        <w:rPr>
          <w:rFonts w:ascii="Times New Roman" w:hAnsi="Times New Roman" w:eastAsia="Times New Roman" w:cs="Times New Roman"/>
        </w:rPr>
        <w:t>Bu şäher siziň gazanyňyz bolmaz, siz hem onuň içindäki et bolmarsyňyz; emma Men sizi Ysraýylyň serhedinde höküm ederin. Şonda Meniň Rebdigimi bilersiňiz; çünki siz Meniň düzgünlerim boýunça ýöremediňiz, hökümlerimi ýerine ýetirmediňiz, eýsem töweregiňizdäki beýleki milletleriň ýol-ýörelgeleri boýunça hereket etdiňiz. Şeýle boldy: men pygamberlik edip durkam, Benaya ogluy Pelatýa öldi. Şonda men ýüzüme ýykyldym-da, güýçli ses bilen gygyryp: «Ah, Hökümdar Reb! Sen Ysraýylyň galanlaryny düýbünden ýok etjekmi?» diýdim. Ezekiel 11:11–13.</w:t>
      </w:r>
    </w:p>
    <w:p>
      <w:pPr>
        <w:pStyle w:val="ArticleBody"/>
        <w:jc w:val="left"/>
      </w:pPr>
      <w:r>
        <w:rPr>
          <w:rFonts w:ascii="Times New Roman" w:hAnsi="Times New Roman" w:eastAsia="Times New Roman" w:cs="Times New Roman"/>
        </w:rPr>
        <w:t>Pelatýa Hizkiliň batly nalyşynda öldi. Bugdaý Ylham kitabynyň on birinji bapynyň berjaý bolmagy hökmünde 2020-nji ýylyň 18-nji iýulynda köçede öldi. Bugdaý Musadyr we Ylýasdyr; olar Hudaýyň Sözüniň ilkinji awtorydyr, hem-de geljek Ylýas baradaky wada Köne Ähtdäki iň soňky beýannamadyr. Alfa we Omega Sodom bilen Müsüriň köçesinde öldürilýär, emma olar Ylham 11:11-de görkezilişi ýaly 2024-nji ýylda direldilýär. Olar öli ýatan mahaly, Sodom bilen Müsür şatlanýardy. Hizkil Pelatýanyň ölümüni galyndy döwrüne ýerleşdirýär, çünki ol şeýle diýýär: «Eý Hökmürowan Reb! Sen Ysraýylyň galyndysyny bütinleý ýok edersiňmi?» Işaýa görä, Sodom galyndy döwründäki Ýedinji gün Adventistler ybadathanasydyr.</w:t>
      </w:r>
    </w:p>
    <w:p>
      <w:pPr>
        <w:pStyle w:val="ArticleScripture"/>
        <w:jc w:val="left"/>
      </w:pPr>
      <w:r>
        <w:rPr>
          <w:rFonts w:ascii="Times New Roman" w:hAnsi="Times New Roman" w:eastAsia="Times New Roman" w:cs="Times New Roman"/>
        </w:rPr>
        <w:t>Eý, asmanlar, diňläň, eý, ýer, gulak goý: çünki Reb şeýle diýdi: Men çagalary terbiýeläp ulaltdym, emma olar maňa garşy çykdylar. Öküz öz eýesini tanaýar, eşek bolsa hojaýynynyň nowasyny bilýär; emma Ysraýyl bilmeýär, Meniň halkym düşünmeýär.</w:t>
      </w:r>
    </w:p>
    <w:p>
      <w:pPr>
        <w:pStyle w:val="ArticleScripture"/>
        <w:jc w:val="left"/>
      </w:pPr>
      <w:r>
        <w:rPr>
          <w:rFonts w:ascii="Times New Roman" w:hAnsi="Times New Roman" w:eastAsia="Times New Roman" w:cs="Times New Roman"/>
        </w:rPr>
        <w:t>Eý, günäli millet, boýunlaryna ýazyk ýüklengi halk, ýamanlyk edýänleriň nesli, bozgak çagalar! Olar Rebbi terk etdiler, Ysraýylyň Mukaddesini gaharlandyrdylar, yzlaryna dönüp gitdiler. Näme üçin ýene-de urulasyňyz? Siz has-da köpräk pitne edersiňiz. Bütin baş syrkaw, bütin ýürek halys gowşak. Aýagyň dabanyndan başyň depesine çenli onda abat ýer ýokdur, ýöne diňe ýaralar, gögermeler we iriňli başlar bardyr; olar ne ýapylandyr, ne daňlandyr, ne-de ýag bilen ýumşadylandyr. Ýurduňyz weýran, şäherleriňiz ot bilen ýakylandyr. Topragyňyzy gözüňiziň alnynda kesekiler iýip-gutaryp barýarlar; ol kesekiler tarapyndan agdarylyp taşlanan ýaly weýrandyr. Sion gyzy bolsa üzüm bagyndaky külbe ýaly, hyýar ekilen bagdaky garawul jaýy ýaly, gabalanan şäher ýaly galypdyr.</w:t>
      </w:r>
    </w:p>
    <w:p>
      <w:pPr>
        <w:pStyle w:val="ArticleScripture"/>
        <w:jc w:val="left"/>
      </w:pPr>
      <w:r>
        <w:rPr>
          <w:rFonts w:ascii="Times New Roman" w:hAnsi="Times New Roman" w:eastAsia="Times New Roman" w:cs="Times New Roman"/>
        </w:rPr>
        <w:t>Eger Hökmürowan Reb bize juda kiçi bir galyndy galdyrmadyk bolsa, biz Sodom ýaly bolardyk we Gomorra meňzärdik. Rebbiň sözüni diňläň, eý Sodomyň hökümdarlary; Hudaýymyzyň kanunyna gulak asyň, eý Gomorra halky. Işaýa 1:2–10.</w:t>
      </w:r>
    </w:p>
    <w:p>
      <w:pPr>
        <w:pStyle w:val="ArticleBody"/>
        <w:jc w:val="left"/>
      </w:pPr>
      <w:r>
        <w:rPr>
          <w:rFonts w:ascii="Times New Roman" w:hAnsi="Times New Roman" w:eastAsia="Times New Roman" w:cs="Times New Roman"/>
        </w:rPr>
        <w:t>Musa bilen Ylýas galyndy döwründe Sodomda we Müsürde öldürilýär. Müsür bozulyp giden döwlet dolandyryşynyň, Sodom bolsa bozulyp giden ýygnak dolandyryşynyň nyşanydyr. Benaýanyň ogly Pelatýa ýekşenbe kanuny wagtynda ölýär; Işaýa muny Mukaddes Kitapdaky gazaplandyryş güni bilen deňleýär, ol hem 1863-nji ýyl, ýa-da ýekşenbe kanunydyr. Benaýanyň ogly Pelatýa Hudaýyň Sözüni hakykatda eşidýänleriň galp meňzedilmesini aňladýar. Galyndy döwründe Musa bilen Ylýas tarapyndan şekillendirilýänler öldürilýär, soňra bolsa direldilýär. Şol direliş 2023-nji ýylyň iýul aýynda çöldäki bir ses bilen başlandy. 2024-nji ýyldan bäri bugdaý bilen haşal otuň iň soňky aýrylyşygy dowam edip gelýär.</w:t>
      </w:r>
    </w:p>
    <w:p>
      <w:pPr>
        <w:pStyle w:val="ArticleBody"/>
        <w:jc w:val="left"/>
      </w:pPr>
      <w:r>
        <w:rPr>
          <w:rFonts w:ascii="Times New Roman" w:hAnsi="Times New Roman" w:eastAsia="Times New Roman" w:cs="Times New Roman"/>
        </w:rPr>
        <w:t>Ýekşenbe güni baradaky kanun çykanda, Ýedinji Günli Adventistler buthanasy özüniň heläk bolandygyny biler.</w:t>
      </w:r>
    </w:p>
    <w:p>
      <w:pPr>
        <w:pStyle w:val="ArticleScripture"/>
        <w:jc w:val="left"/>
      </w:pPr>
      <w:r>
        <w:rPr>
          <w:rFonts w:ascii="Times New Roman" w:hAnsi="Times New Roman" w:eastAsia="Times New Roman" w:cs="Times New Roman"/>
        </w:rPr>
        <w:t>Bu şäher siziň gazanyňyz bolmaz, siz hem onuň ortasyndaky et bolmarsyňyz; emma Men sizi Ysraýylyň çäginde höküm ederin. Şonda siz Meniň Rebdigimi bilersiňiz; sebäbi siz Meniň kadalarym boýunça ýöremediňiz, hökümlerimi ýerine ýetirmediňiz, tersine, daş-töweregiňizdäki milletleriň dessurlaryna görä hereket etdiňiz. Şeýle boldy: men pygamberlik edýän wagtym, Benayanyň ogly Pelatýa aradan çykdy. Ezekiel 11:11–13.</w:t>
      </w:r>
    </w:p>
    <w:p>
      <w:pPr>
        <w:pStyle w:val="ArticleBody"/>
        <w:jc w:val="left"/>
      </w:pPr>
      <w:r>
        <w:rPr>
          <w:rFonts w:ascii="Times New Roman" w:hAnsi="Times New Roman" w:eastAsia="Times New Roman" w:cs="Times New Roman"/>
        </w:rPr>
        <w:t>Adynyň manysy Hudaý tarapyndan gutarylan diýmegi aňladýan Pelatýanyň ölümi, bu mazmunda, Danieliň on birinji babyň kyrk birinji aýatynda on birinji sagatdaky işçiler demirgazyk patyşasynyň elinden halas edilýän şol bir pursatda, ölüme gowşurylmagy aňladýar. Pelatýa ýekşenbe kanuny wagtynda demirgazyk patyşasynyň eline gowşurylýar. Benaýanyň ogly bolan Pelatýa, manysy “Hudaýyň bina eden zady.” Hudaýyň ýene-de bir gezek ybadathana bina edip, ony ýekşenbe kanuny wagtynda ýeňiji ybadathana hökmünde ýokary galdyrýan hut şol pursatynda, Pelatýa bilen şekillendirilýänler ölüme gowşurylýarlar; sebäbi olar köne harabalyklary gaýtadan dikeltmek işine gatnaşmagyň ýerine, özlerine Tobyýanyň guburyny gurýardylar. Pelatýa Işaýanyň “başdan dabana çenli” diýen sözlerinde beýan edilýän, bütinleý günä bilen ýüklenen bedeni aňladýar. Şol beden hem Işaýanyň “barha köp pitne edýärsiňiz” diýip, ýokarlanýan pitne hökmünde beýan edýän, yzygiderli pitnäniň dört nesliniň soňunda duran Laodikýä degişli Ýedinji Gün Adventist ybadathanasydyr. 2024-nji ýylda başlanan iň soňky synag döwründe bugdaý üç ýarym günläp öli bolýar, soňra direldilýär; şonda olar Rebbiň Hudaýdygyny bilerler.</w:t>
      </w:r>
    </w:p>
    <w:p>
      <w:pPr>
        <w:pStyle w:val="ArticleScripture"/>
        <w:jc w:val="left"/>
      </w:pPr>
      <w:r>
        <w:rPr>
          <w:rFonts w:ascii="Times New Roman" w:hAnsi="Times New Roman" w:eastAsia="Times New Roman" w:cs="Times New Roman"/>
        </w:rPr>
        <w:t>Şonuň üçin pygamberlik et-de, olara şeýle diý: Hökmürowan Reb şeýle diýýär: Ine, eý halkym, men siziň gabyrlaryňyzy açaryn, sizi gabyrlaryňyzdan çykaryp alaryn we Ysraýyl ýurduna getirerin. Eý halkym, gabyrlaryňyzy açyp, sizi gabyrlaryňyzdan çykaryp alanymda, meniň Rebdigimi bilersiňiz. Öz Ruhumy siziň içiňize ýerleşdirerin, siz janlanarsyňyz, men sizi öz ýurduňyzda ýerleşdirerin. Şonda meniň, Rebbiň, muny aýdandygymy we ýerine ýetirendigimi bilersiňiz, diýýär Reb. Ezekiel 37:12–14.</w:t>
      </w:r>
    </w:p>
    <w:p>
      <w:pPr>
        <w:pStyle w:val="ArticleBody"/>
        <w:jc w:val="left"/>
      </w:pPr>
      <w:r>
        <w:rPr>
          <w:rFonts w:ascii="Times New Roman" w:hAnsi="Times New Roman" w:eastAsia="Times New Roman" w:cs="Times New Roman"/>
        </w:rPr>
        <w:t>Ýekşenbe kanunyndaky 25 san bilen wekilçilik edilýän galp ruhanylyk şonda Rebbiň Hudadygyny biler. Bugdaý 2024-nji ýylda Rebbiň Hudadygyny bilýär, samanhorlar bolsa bu bilime Ýekşenbe kanunynda, indi giç bolanda oýanýarlar. Bu döwür mazar we direliş bilen başlap, mazar we direlişiň bolmazlygy bilen tamamlanýar. Başyndaky bugdaý Hudaýy bilýär, Ol Ylham kitabynyň on birinji babyndaky direlişi amala aşyranda; samanhorlar bolsa şol babyň Ýekşenbe kanunyndaky ýer titremesinde bilýärler. Şol iki ýol görkezijiniň arasynda soňky ýagyşyň synag prosesi hasat üçin iki topary-da kämillige ýetirýär.</w:t>
      </w:r>
    </w:p>
    <w:p>
      <w:pPr>
        <w:pStyle w:val="ArticleBody"/>
        <w:jc w:val="left"/>
      </w:pPr>
      <w:r>
        <w:rPr>
          <w:rFonts w:ascii="Times New Roman" w:hAnsi="Times New Roman" w:eastAsia="Times New Roman" w:cs="Times New Roman"/>
        </w:rPr>
        <w:t>Ýoweliň habary üzümligiň aýdymy bolup, emma onuň ilki gozgaýan meselesi şudur: adamlar öňki günler arkaly soňky günleri tanap bilerlermi? Ýoweldäki “garrylar” muny edip bilmediler, çünki ýary gije oýaryş çagyryşy gelende, olar kesilip aýrylýarlar — Rebbiň agzyndan çykarylyp taşlanýarlar; edil ýer ýüzündäki haýwanyň gürlemek üçin agzyny açýan ýerinde, şol bir wagtda Bilgamyň eşeginiň sözlän ýerinde we Ýahýa Çokundyryjynyň atasynyň sözlän ýerinde.</w:t>
      </w:r>
    </w:p>
    <w:p>
      <w:pPr>
        <w:pStyle w:val="ArticleBody"/>
        <w:jc w:val="left"/>
      </w:pPr>
      <w:r>
        <w:rPr>
          <w:rFonts w:ascii="Times New Roman" w:hAnsi="Times New Roman" w:eastAsia="Times New Roman" w:cs="Times New Roman"/>
        </w:rPr>
        <w:t>“Köne gadymy adamlar” baradaky höküm şu soraga esaslanýar: bu ata-babalaryňyzyň günlerinde bolup geçdimi? Bu bölek “muny diňläň” diýmek bilen başlanýar. Soňra ol iki şaýady öňe sürýär: olaryň biri adamlaryň dört nesli, beýlekisi bolsa mör-möjekleriň dört görnüşidir. Soňra olar Gije ýaryndaky Çykyrykda oýarylyp, diňe Hudaýyň saýlanan äht halky hökmünde geçilip gidilendiklerini bilýärler. Olar çakyry bolmadygy üçin geçilip gidilmeýär; olar nädogry çakyry bolany üçin geçilip gidilýär. On gyzyň tymsalynda, Ýoeliň täze çakyry ýagdyr.</w:t>
      </w:r>
    </w:p>
    <w:p>
      <w:pPr>
        <w:pStyle w:val="ArticleBody"/>
        <w:jc w:val="left"/>
      </w:pPr>
      <w:r>
        <w:rPr>
          <w:rFonts w:ascii="Times New Roman" w:hAnsi="Times New Roman" w:eastAsia="Times New Roman" w:cs="Times New Roman"/>
        </w:rPr>
        <w:t>Olaryň gutulyşy, soňky ýagşyň habarynyň «täze şerabyny» kabul edýändiklerine görä kesgitlenýär. Şeýle-de, Işaýa tarapyndan «garry we gadymy adamlar» «Efraýymyň serhoşlary» hökmünde şekillendirilýär, we Ylhamyň ýedinji babynda möhürlenenleriň arasynda Efraýym görkezilmeýär. Onuň ýerine onuň dogany Manaşi goýulýar. Manaşiden hem has zalym patyşany tapmak kyn, emma ol Efraýymyň serhoşlarynyň ornuny tutýar.</w:t>
      </w:r>
    </w:p>
    <w:p>
      <w:pPr>
        <w:pStyle w:val="ArticleScripture"/>
        <w:jc w:val="left"/>
      </w:pPr>
      <w:r>
        <w:rPr>
          <w:rFonts w:ascii="Times New Roman" w:hAnsi="Times New Roman" w:eastAsia="Times New Roman" w:cs="Times New Roman"/>
        </w:rPr>
        <w:t>Öz ruhy pese gaçyşyna gynanmaýan we beýlekileriň günäleri üçin hasrat çekmeýän topar Hudaýyň möhürisiz galdyrylar. Reb Öz habarçylaryna, ellerinde gyrgyç ýaraglary bolan adamlara, şeýle buýruk berýär: “Onuň yzy bilen şäheriň içinden geçiň-de uruň; gözüňiz rehim etmesin, hiç haýsyna-da nebsiňiz agyrmasyn; garrydyr ýaş, gyzlardyr körpeler, aýallary hem bütinleý gyrgyçdan geçiriň; emma üstünde alamat bolan hiç bir adama golaýlaşmaň; we Meniň mukaddes ýerimden başlaň. Şonda öýüň öňünde duran garry adamlardan başladylar.”</w:t>
      </w:r>
    </w:p>
    <w:p>
      <w:pPr>
        <w:pStyle w:val="ArticleScripture"/>
        <w:jc w:val="left"/>
      </w:pPr>
      <w:r>
        <w:rPr>
          <w:rFonts w:ascii="Times New Roman" w:hAnsi="Times New Roman" w:eastAsia="Times New Roman" w:cs="Times New Roman"/>
        </w:rPr>
        <w:t>“Bu ýerde biz ýygnagyň — Rebbiň mukaddes mekanynyň — Hudaýyň gazabynyň urgusyny ilkinji bolup duýandygyny görýäris. Gadymy adamlar, ýagny Hudaýyň uly nur beren we halkyň ruhy bähbitleriniň goragçylary bolup duranlar, özlerine ynanylan amanata hyýanat etdiler. Olar öňki günlerdäki ýaly gudratlara we Hudaýyň güýjüniň aýdyň ýüze çykmagyna garaşmaly däldiris diýen garaýşy kabul etdiler. Zamanlar üýtgedi. Bu sözler olaryň imansyzlygyny berkidýär, we olar şeýle diýýärler: Reb ýagşylyk hem etmez, ýamanlyk hem etmez. Ol Öz halkyny höküm bilen jezalandyrmak üçin juda rehimdardyr. Şeýlelikde, “Parahatçylyk we howpsuzlyk” — Hudaýyň halkyna olaryň günälerini, Ýakup öýüne bolsa olaryň etmişlerini görkezmek üçin sesini surnaý dek galdyrmajak adamlaryň nidasydyr. Üýrüp bilmedik bu lal itler kemsidilen Hudaýyň adalatly aryny başdan geçirýänlerdir. Erkekler, gyzlar we kiçi çagalar — hemmesi bilelikde heläk bolýarlar.</w:t>
      </w:r>
    </w:p>
    <w:p>
      <w:pPr>
        <w:pStyle w:val="ArticleScripture"/>
        <w:jc w:val="left"/>
      </w:pPr>
      <w:r>
        <w:rPr>
          <w:rFonts w:ascii="Times New Roman" w:hAnsi="Times New Roman" w:eastAsia="Times New Roman" w:cs="Times New Roman"/>
        </w:rPr>
        <w:t>“Wepadar adamlaryň iç çekip, aglap ýören ýigrenji zatlary diňe çäkli gözleriň saýgaryp biljek zatlarydy; emma arassa we mukaddes Hudaýyň gabanjaňlygyny gozganyň, iň agyr günäler welin, açylman galýardy. Ýürekleri gözläp-barlagçy beýik Reb pislik edýänleriň gizlinlikde edýän her bir günäsini bilýär. Şeýle adamlar öz aldawlarynda özlerini howpsuz duýup başlaýarlar we Onuň uzak sabyrlylygy sebäpli: “Reb görýän däldir” diýýärler, soňra bolsa edil Ol ýer ýüzüni terk eden ýaly hereket edýärler. Emma Ol olaryň ikiýüzlüligini ýüze çykarar we olaryň şeýle üns bilen gizlän günälerini başgalaryň öňünde açar.</w:t>
      </w:r>
    </w:p>
    <w:p>
      <w:pPr>
        <w:pStyle w:val="ArticleScripture"/>
        <w:jc w:val="left"/>
      </w:pPr>
      <w:r>
        <w:rPr>
          <w:rFonts w:ascii="Times New Roman" w:hAnsi="Times New Roman" w:eastAsia="Times New Roman" w:cs="Times New Roman"/>
        </w:rPr>
        <w:t>“Dereje, mertebe ýa-da dünýewi paýhas taýdan hiç hili artykmaçlyk, mukaddes gullukdaky hiç bir wezipe, adamlar özleriniň aldawçy ýüreklerine tabşyrylanda, olary ýörelgäni gurban etmekden gorap bilmez. Mynasyp we dogruçyl hasap edilenler mürteddigiň baştutanlary we biparhlygyň hem-de Hudaýyň merhemetlerini hyýanatçylykly peýdalanmagyň nusgalary bolup çykýarlar. Ol olaryň erbet ýoluna indi mundan beýläk çydamaz, we Öz gaharynda olar bilen rehim-şepagatsyz iş salyşýar.</w:t>
      </w:r>
    </w:p>
    <w:p>
      <w:pPr>
        <w:pStyle w:val="ArticleScripture"/>
        <w:jc w:val="left"/>
      </w:pPr>
      <w:r>
        <w:rPr>
          <w:rFonts w:ascii="Times New Roman" w:hAnsi="Times New Roman" w:eastAsia="Times New Roman" w:cs="Times New Roman"/>
        </w:rPr>
        <w:t>“Reb beýik nur bilen bereketlenen we başgalara hyzmat edenlerinde sözüň güýjüni duýan adamlardan Öz huzuryny çekip alanda, muny islegsiz edýär. Olar bir wagtlar Onuň wepaly hyzmatkärleri bolup, Onuň huzury we ýol görkezmesi bilen nygmatlanan adamlardy; emma olar Ondan ýüz öwürdiler we başgalary ýalňyşlyga saldylar, şonuň üçin hem ylahy nägileligiň astyna düşürildiler.” Testimonies, 5-nji tom, 211, 212.</w:t>
      </w:r>
    </w:p>
    <w:p>
      <w:pPr>
        <w:pStyle w:val="ArticleBody"/>
        <w:jc w:val="left"/>
      </w:pPr>
      <w:r>
        <w:rPr>
          <w:rFonts w:ascii="Times New Roman" w:hAnsi="Times New Roman" w:eastAsia="Times New Roman" w:cs="Times New Roman"/>
        </w:rPr>
        <w:t>Ýowul “garry adamlar” diýip belläp geçende, Laodikeýa Ýedinji Günki Adwentist buthanasynyň ýolbaşçylygyna ýüzlenýär, emma Ýowul, şeýle hem Işaýanyň öwrenenler bilen garşy goýýan topary hökmünde atlandyrýan sowatsyzlaryna-da ýüzlenýär. Ýowul, Hezekiýel kitabyň sekizinji babynda güne tagzym edýän gadymy adamlara, şeýle hem dokuzynjy babynda ilkinji bolup höküm edilýänlere ýüzlenýär. Şeýle hem ol: “Muny diňläň, eý garry adamlar, we ýurtda ýaşaýanlaryň hemmesi, gulak asyň” diýende, Laodikeýa Ýedinji Günki Adwentist buthanasynyň ýönekeý agzalaryna-da ýüzlenýär.</w:t>
      </w:r>
    </w:p>
    <w:p>
      <w:pPr>
        <w:pStyle w:val="ArticleBody"/>
        <w:jc w:val="left"/>
      </w:pPr>
      <w:r>
        <w:rPr>
          <w:rFonts w:ascii="Times New Roman" w:hAnsi="Times New Roman" w:eastAsia="Times New Roman" w:cs="Times New Roman"/>
        </w:rPr>
        <w:t>Sekizinji bapdaky 25 adam Ýekşenbe kanunynyň wagtynda ýerleşýär; olar mukaddes ýere arkalaryny öwredip, güne baş egýärler. Olar Kora, Datan we Abiram bilen bile duran 250 adamyň gozgalaňynyň “ondalygy”dyr. Bu 25 adam 1888-nji ýylda, ylhamyň beýan edişine görä, gaýtalanyp duran gozgalaňyň nyşanydyr; şol gozgalaň 9/11-de başlap, Ýekşenbe kanunyna çenli dowam eden döwürde Laodikýäniň Ýedinji Gün Adventist buthanasynyň ýolbaşçylygynyň gozgalaňyny öňden görkezýärdi. Olar hut şol bir döwürde gozgalaňyň “ondalygyny” aňladýarlar; şol döwri bolsa Işaýa altynjy bapda içinde düýp mazmuny bolan paýhaslylary “ondalyk” hökmünde görkezýär.</w:t>
      </w:r>
    </w:p>
    <w:p>
      <w:pPr>
        <w:pStyle w:val="ArticleBody"/>
        <w:jc w:val="left"/>
      </w:pPr>
      <w:r>
        <w:rPr>
          <w:rFonts w:ascii="Times New Roman" w:hAnsi="Times New Roman" w:eastAsia="Times New Roman" w:cs="Times New Roman"/>
        </w:rPr>
        <w:t>Ýoel Adventizm üçin şeýle yglan bolup durýar: olaryň synag möhleti ýapyldy, çünki olar synag döwrüniň käsesini günä bilen doldurdylar; onuň dolulygy başyndan aýagynyň barmagyna çenli dowam edýän kesel hökmünde görkezilýär, bu bolsa giçki ýagşyň habarynyň olaryň agzyndan kesilip aýrylandygyny aňladýar. Işaýa şol bir hakykaty ýigrimi dokuzynjy bapda beýan edýär.</w:t>
      </w:r>
    </w:p>
    <w:p>
      <w:pPr>
        <w:pStyle w:val="ArticleScripture"/>
        <w:jc w:val="left"/>
      </w:pPr>
      <w:r>
        <w:rPr>
          <w:rFonts w:ascii="Times New Roman" w:hAnsi="Times New Roman" w:eastAsia="Times New Roman" w:cs="Times New Roman"/>
        </w:rPr>
        <w:t>Saklanyň-da haýran galyň; gygyryň-da çirkin ses ediň: olar çakyrdan däl-de serhoşdyrlar; güýçli içgiden däl-de sarsýarlar. Çünki Reb siziň üstüňize çuňňur ukynyň ruhuny dökdi, gözleriňizi ýumdy; pygamberleri we baştutanlaryňyzy, ýagny görgürleri örtdi. Şeýlelikde hemmesiniň görnüşi size möhürlenen kitabyň sözleri ýaly boldy; ony sowatly birine berip: «Muny oka, haýyş edýärin» diýerler, ol bolsa: «Okap bilemok, çünki ol möhürlenendir» diýer. Soňra kitap sowatsyz birine berlip: «Muny oka, haýyş edýärin» diýilse, ol: «Men sowatly däl» diýer.</w:t>
      </w:r>
    </w:p>
    <w:p>
      <w:pPr>
        <w:pStyle w:val="ArticleScripture"/>
        <w:jc w:val="left"/>
      </w:pPr>
      <w:r>
        <w:rPr>
          <w:rFonts w:ascii="Times New Roman" w:hAnsi="Times New Roman" w:eastAsia="Times New Roman" w:cs="Times New Roman"/>
        </w:rPr>
        <w:t>Şonuň üçin Reb şeýle diýdi: Bu halk maňa agzy bilen golaýlaşýar we dodaklary bilen maňa hormat goýýar, emma ýüreklerini menden uzaklaşdyrdylar, maňa bolan gorkulary bolsa ynsanlaryň buýrugy boýunça öwredilendir. Şonuň üçin, ine, Men bu halkyň arasynda täsin bir işi, ýagny täsin bir işi hem gudraty amala aşyraryn; olaryň akyldarlarynyň paýhasy ýok bolar, parasatlylarynyň düşünjesi bolsa gizlener. Rebbe garşy öz maslahatlaryny çuňlukda gizlemäge synanyşýanlaryň halyna waý! Olaryň işleri garaňkylykda bolup, olar: “Bizi kim görýär? Bizi kim tanaýar?” diýýärler. Elbetde, siziň ähli zady tersine öwürmegiňiz küýzegäriň palçygy ýaly hasap ediler. Sebäbi döredilen zat ony döredene: “Ol meni döretmedi” diýermikä? Ýa-da şekillendirilen zat ony şekillendirene: “Ol düşünjeli däl” diýermikä? Işaýa 29:9–16.</w:t>
      </w:r>
    </w:p>
    <w:p>
      <w:pPr>
        <w:pStyle w:val="ArticleBody"/>
        <w:jc w:val="left"/>
      </w:pPr>
      <w:r>
        <w:rPr>
          <w:rFonts w:ascii="Times New Roman" w:hAnsi="Times New Roman" w:eastAsia="Times New Roman" w:cs="Times New Roman"/>
        </w:rPr>
        <w:t>Akylly adamlaryň “düşünjesi” Hudaýyň pygamberlik Sözüniň möhüriniň açylmagyna esaslanýar. Adventizmiň bozulyp giden edaralarynda tälim alanlar pygamberlik kitabyny okap bilmeýärler we düşünjäniň Hudaýda ýokdugyny öňe sürýärler. Pygamberligiň möhüri açylanda, olar oňa düşünip bilmeýärler; şonuň üçin hem düşünjesi ýok bolan Hudaýyň Özüdir diýip Hudaýy aýyplaýarlar, şeýle etmek bilen bolsa hemme zady agdaryp goýýarlar. Adventizmiň bilimlileri-de, bilimsizleri-de synag möhletiniň ýapylmagynyň öňüsyrasynda möhüri açylan pygamberlige düşünip bilmeýärler, we Ýowel kitaby “garrylara” diňlemegi buýurýar, emma olar şeýle bir topara degişlidirler welin, eşidip hem eşitmeýärler, görüp hem görmeýärler.</w:t>
      </w:r>
    </w:p>
    <w:p>
      <w:pPr>
        <w:pStyle w:val="ArticleBody"/>
        <w:jc w:val="left"/>
      </w:pPr>
      <w:r>
        <w:rPr>
          <w:rFonts w:ascii="Times New Roman" w:hAnsi="Times New Roman" w:eastAsia="Times New Roman" w:cs="Times New Roman"/>
        </w:rPr>
        <w:t>Olaryň pitnesiniň hut özeni Mesihi birinji hem ahyrky hökmünde tanaýmazlyklarynda şekillendirilýär. Bu, «Bu siziň günleriňizde boldumy, ýa-da atalaryňyzyň günlerinde-de boldumy?» diýen soragyň berilýän babyndaky mazmundyr.</w:t>
      </w:r>
    </w:p>
    <w:p>
      <w:pPr>
        <w:pStyle w:val="ArticleBody"/>
        <w:jc w:val="left"/>
      </w:pPr>
      <w:r>
        <w:rPr>
          <w:rFonts w:ascii="Times New Roman" w:hAnsi="Times New Roman" w:eastAsia="Times New Roman" w:cs="Times New Roman"/>
        </w:rPr>
        <w:t>Ata-babalaryňyzyň taryhynda şeýle bir döwür boldumy: bir halk Gijeki Gykylykda oýanyp, diňe soňra özleriniň akylsyz gyzlar bolandygyny bildilermi? “Garry adamlara” “oýanmak” buýrulýar; edil 1844-nji ýylda Exeter lager ýygnagynda Milleritlere buýrulyşy ýaly. On gyzyň tymsaly — Millerit taryhynda sözüň doly manysynda ýerine ýetirilen we soňky günlerde ýene-de sözüň doly manysynda ýerine ýetiriljek Adventist halkynyň tejribesiniň tymsalydyr. Laodikýanyň Ýedinji gün Adventizminiň öz ybadathanasynyň düýpli taryhynyň soňky günlerde gaýtalanýandygyny tanap bilmezligi, pygamberlik habaryny açýan açaryň özi bolan pygamberlik ýörelgesini aýratyn nygtaýar. Bu diňe bir Mukaddes Kitabyň kanuny bolman, eýsem synag möhleti tamamlanmazdan az öň açylýan Isa Mesihiň Ylhamynyň häsiýetiniň hem ýüregidir.</w:t>
      </w:r>
    </w:p>
    <w:p>
      <w:pPr>
        <w:pStyle w:val="ArticleBody"/>
        <w:jc w:val="left"/>
      </w:pPr>
      <w:r>
        <w:rPr>
          <w:rFonts w:ascii="Times New Roman" w:hAnsi="Times New Roman" w:eastAsia="Times New Roman" w:cs="Times New Roman"/>
        </w:rPr>
        <w:t>Ýoel şeýle soraýar: «Bu zat siziň günleriňizde boldumy, ýa-da ata-babalaryňyzyň günlerinde?» Ýa-da şeýle soralyp bilner: «Ata-babalaryňyzyň günlerinde täze äht halkyny köne äht halkyndan aýryp görkezýän bir synag prosesi boldumy?» Boldy, we bu aýrylyşma tymsalda ýag hökmünde beýan edilen pygamberlik habary arkaly amala aşyryldy. «Bu zat siziň günleriňizde boldumy, ýa-da ata-babalaryňyzyň günlerinde?» diýen sözler, olaryň ata-babalarynyň günlerinde bolan zadyň, habaryň dört nesliň üstünden ýaýradylmagy baradaky buýruk bilen hem-de ýok edişiň güýjeýän derejesini görkezýän dört mör-möjegiň üsti bilen şekillendirilişi ýaly, artýan weýrançylygyň dört neslinden soň gelen bir oýanyşy derrew kesgitledi. Ýoel — Ýary gije nidasy wagtynda yza gaýdan we mürtede öwrülen bir ybadathananyň üstünden çykarylan höküm yglanydyr. Mukaddes taryhda Hiç bir ybadathana Ýedinji-gün Adventist ybadathanasyndan has beýik nura garşy durmandyr. Hakykata garşy şeýle gozgalaňyň nyşany «Kapernaum» arkaly şekillendirilýär.</w:t>
      </w:r>
    </w:p>
    <w:p>
      <w:pPr>
        <w:pStyle w:val="ArticleBody"/>
        <w:jc w:val="left"/>
      </w:pPr>
      <w:r>
        <w:rPr>
          <w:rFonts w:ascii="Times New Roman" w:hAnsi="Times New Roman" w:eastAsia="Times New Roman" w:cs="Times New Roman"/>
        </w:rPr>
        <w:t>Biz indiki makalada dowam ederis.</w:t>
      </w:r>
    </w:p>
    <w:p>
      <w:pPr>
        <w:pStyle w:val="ArticleScripture"/>
        <w:jc w:val="left"/>
      </w:pPr>
      <w:r>
        <w:rPr>
          <w:rFonts w:ascii="Times New Roman" w:hAnsi="Times New Roman" w:eastAsia="Times New Roman" w:cs="Times New Roman"/>
        </w:rPr>
        <w:t>“Kapernahumda Isa Öz saparlarynyň arasynyň boş wagtlarynda ýaşady, şonuň üçin ol ýer ‘Onuň öz şäheri’ diýlip tanalyp başlandy.” Ol Galileýa deňziniň kenarynda, Gennesaretiň ajaýyp düzlüginiň serhetlerine golaýda, eger hut onuň üstünde bolmadyk bolsa. Ägirtleriň Islegi, 252.</w:t>
      </w:r>
    </w:p>
    <w:p>
      <w:pPr>
        <w:pStyle w:val="ArticleScripture"/>
        <w:jc w:val="left"/>
      </w:pPr>
      <w:r>
        <w:rPr>
          <w:rFonts w:ascii="Times New Roman" w:hAnsi="Times New Roman" w:eastAsia="Times New Roman" w:cs="Times New Roman"/>
        </w:rPr>
        <w:t>“Hudaýyň çagalarydygyny ykrar edýänleriň arasynda nähili az sabyr görkezildi, nähili köp ajy sözler aýdyldy, biziň ynanjymyzdan bolmadyklara garşy nähili köp ýazgaryş sözleri aýdylady. Köp adamlar beýleki ybadathanalara degişli bolanlara uly günäkärler hökmünde garadylar, emma Reb olara beýle garamaýar. Beýle garaýyş bilen beýleki ybadathanalaryň agzalaryna seredýänleriň Hudaýyň gudratly eliniň astynda özlerini peseltmäge zerurlygy bar. Olar tarapyndan ýazgarylýanlar juda az nur alnan, mümkinçilikleri we artykmaçlyklary az bolan adamlar bolup biler. Eger biziň ybadathanalarymyzyň köp agzasynyň eýe bolan nury olarda-da bolan bolsady, olar has-da beýik derejede öňe giderdiler we öz ynançlaryny dünýä has gowy görkezerdi. Öz nuruny mahabat edip, muňa garamazdan şol nurda ýöremeýänler hakda Mesih şeýle diýýär: ‘Emma Men size aýdýaryn: höküm güni Tir bilen Sidon üçin siziňkä garanyňda has çydar ýaly bolar. Eý, Kapernaum [uly nur alan Ýedinji Gün Adventistleri], sen asmana çenli beýgeldildiň [artykmaçlyk babatda], emma dowzaha çenli aşak düşürilersiň; çünki sende edilen gudratly işler Sodomda edilen bolsady, ol şu güne çenli galardy. Emma Men size aýdýaryn: höküm güni Sodom ýurdy üçin seninkiden has çydar ýaly bolar.’ Şol wagtda Isa jogap berip diýdi: ‘Eý Ata, gökleriň we ýeriň Rebbi, Saňa şükür edýärin; sebäbi Sen bu zatlary akyldarlardan we paýhaslylardan [öz garaýyşlarynda] gizläp, olary körpelere aýan etdiň.’”</w:t>
      </w:r>
    </w:p>
    <w:p>
      <w:pPr>
        <w:pStyle w:val="ArticleScripture"/>
        <w:jc w:val="left"/>
      </w:pPr>
      <w:r>
        <w:rPr>
          <w:rFonts w:ascii="Times New Roman" w:hAnsi="Times New Roman" w:eastAsia="Times New Roman" w:cs="Times New Roman"/>
        </w:rPr>
        <w:t>“‘Indi siz bu işleriň ählisini edendigiňiz sebäpli, Reb diýýär, men size irden turup gepledim, emma siz gulak asmadyňyz; men sizi çagyrdym, emma siz jogap bermediňiz; şonuň üçin men öz adym bilen atlandyrylýan, siziň bil baglaýan bu öýüňize, hem-de size we ata-babalaryňyza beren bu ýerime Şiloha edenim ýaly ederin. Men ähli doganlaryňyzy, ýagny tutuş Efraýym neslini kowup çykarşym ýaly, sizi hem huzurymdan kowup çykararyn.’”</w:t>
      </w:r>
    </w:p>
    <w:p>
      <w:pPr>
        <w:pStyle w:val="ArticleScripture"/>
        <w:jc w:val="left"/>
      </w:pPr>
      <w:r>
        <w:rPr>
          <w:rFonts w:ascii="Times New Roman" w:hAnsi="Times New Roman" w:eastAsia="Times New Roman" w:cs="Times New Roman"/>
        </w:rPr>
        <w:t>Reb biziň aramyzda örän uly ähmiýetli edaralary döredipdir, we olar dünýewi edaralaryň dolandyrylyşy ýaly däl-de, eýsem Hudaýyň tertibi boýunça dolandyrylmalydyr. Olar diňe Onuň şöhratyna gönükdirilen niýet bilen dolandyrylmalydyr, şeýle etmek bilen her dürli ýol arkaly heläk bolýan janlar gutarylsyn. Hudaýyň halkyna Ruhuň şaýatlyklary gelipdir, emma köpler käýinçlere, duýduryşlara we maslahatlara üns bermändir.</w:t>
      </w:r>
    </w:p>
    <w:p>
      <w:pPr>
        <w:pStyle w:val="ArticleScripture"/>
        <w:jc w:val="left"/>
      </w:pPr>
      <w:r>
        <w:rPr>
          <w:rFonts w:ascii="Times New Roman" w:hAnsi="Times New Roman" w:eastAsia="Times New Roman" w:cs="Times New Roman"/>
        </w:rPr>
        <w:t>“‘Eý akylsyz we düşünjesiz halk, muny indi diňläň; gözleriňiz bar, emma görmeýärsiňiz; gulaklaryňyz bar, emma eşitmeýärsiňiz: Reb diýýär: Menden gorkmaýarsyňyzmy? Deňziň çägi hökmünde gumy ebedi bir serhet edip goýanym üçin, ol şondan geçip bilmez; onuň tolkunlary joşsa-da, şonda-da üstün çykyp bilmez; güwlese-de, ondan aşıp geçip bilmez — Meniň huzurymda titrejek dälsiňizmi? Emma bu halkyň ýüregi ýüz dönderiji we pitneçi; olar ýüz döndürdiler-de gitdiler. Şeýle hem olar öz ýüreklerinde: ‘Geliň, öz wagtynda irki we giçki ýagşy ýagyşlary berýän, oragyň bellenen hepdelerini bize saklap goýýan Hudaýymyz Rebdan indi gorkalyň’ diýmeýärler. Siziň etmişleriňiz bu zatlary ýüzüňizden sowdy, siziň günäleriňiz bolsa ýagşy zatlary sizden saklady.... Olar ýetimiň işini — ýetimiň dawasy-nähaklygyny — adalat bilen çözmeýärler, şonda-da gülläp ösýärler; mätäjiň hukugyna bolsa höküm etmeýärler. Reb diýýär: Men bu zatlar üçin jezalandyrmaýynmy? Şeýle milletden janym ar almazmy?’”</w:t>
      </w:r>
    </w:p>
    <w:p>
      <w:pPr>
        <w:pStyle w:val="ArticleScripture"/>
        <w:jc w:val="left"/>
      </w:pPr>
      <w:r>
        <w:rPr>
          <w:rFonts w:ascii="Times New Roman" w:hAnsi="Times New Roman" w:eastAsia="Times New Roman" w:cs="Times New Roman"/>
        </w:rPr>
        <w:t>“Reb bu halk üçin: «Sen bu halk üçin doga etme, olar barada ne ahy-zar et, ne-de dileg et; maňa şepagat hem etme, çünki Men seni eşitmerin» diýmäge mejbur bolarmy?” “Şonuň üçin ýagyşlar saklanyp galdy, giçki ýagyn hem bolmady.... Indi hiç bolmanda maňa: «Eý Atam, Sen meniň ýaşlygymdan bäri ýolbeledimsin» diýip ýüzlenmezmiň?” Review and Herald, 1893-nji ýylyň 1-nji awgusty.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Ýoel Kitaby we Laodikiýadaky Ýedinji Günüň Adventist Ybadathanasy - Ýigrimi Dörtünji San</dc:title>
  <dc:subject/>
  <dc:creator>Jeff Pippenger</dc:creator>
  <cp:keywords/>
  <dc:description>Generated by ArticleDigger from joel\24_joel.json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