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Günüň Adwentist Ybadathanasy — Ýigrimi dokuzynjy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Ýigrimi dokuzynjy san</w:t>
      </w:r>
    </w:p>
    <w:p>
      <w:pPr>
        <w:pStyle w:val="ArticleBody"/>
        <w:jc w:val="left"/>
      </w:pPr>
      <w:r>
        <w:rPr>
          <w:rFonts w:ascii="Times New Roman" w:hAnsi="Times New Roman" w:eastAsia="Times New Roman" w:cs="Times New Roman"/>
        </w:rPr>
        <w:t>Matta kitabyndaky bäşinji Mesihçi pygamberlik lapykeçligiň we ölümiň ýol görkezijisidir. 2020-nji ýylyň 18-nji iýulynda Naşwiliň ýok ediljekdigi baradaky ýalan öňünden aýdyş Eliýany we Musany öldürdi.</w:t>
      </w:r>
    </w:p>
    <w:p>
      <w:pPr>
        <w:pStyle w:val="ArticleHeading"/>
        <w:jc w:val="left"/>
      </w:pPr>
      <w:r>
        <w:rPr>
          <w:rFonts w:ascii="Arial" w:hAnsi="Arial" w:eastAsia="Arial" w:cs="Arial"/>
        </w:rPr>
        <w:t>Bäşinji Mesihçi ýol belgisi 2020-nji ýylyň 18-nji iýulyndaky Umytsyzlyga düşmekdir.</w:t>
      </w:r>
    </w:p>
    <w:p>
      <w:pPr>
        <w:pStyle w:val="ArticleScripture"/>
        <w:jc w:val="left"/>
      </w:pPr>
      <w:r>
        <w:rPr>
          <w:rFonts w:ascii="Times New Roman" w:hAnsi="Times New Roman" w:eastAsia="Times New Roman" w:cs="Times New Roman"/>
        </w:rPr>
        <w:t>Şonda Ýermeýa pygamber arkaly aýdylan söz ýerine ýetdi: «Ramada bir ses eşidildi, agy-ýaş, zaryn agy we uly matam; Rahyl öz çagalary üçin aglaýar we teselli tapmak islemedi, çünki olar ýok». Matta 2:17, 18.</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Şeýle diýýär Reb: Ramada bir ses eşidildi: agy-zarlyk we ajy gözýaşy; Rahel öz çagalary üçin aglaýardy, çagalary üçin teselli tapmakdan ýüz öwürýärdi, çünki olar ýokdy. Ýeremiýa 31:15.</w:t>
      </w:r>
    </w:p>
    <w:p>
      <w:pPr>
        <w:pStyle w:val="ArticleBody"/>
        <w:jc w:val="left"/>
      </w:pPr>
      <w:r>
        <w:rPr>
          <w:rFonts w:ascii="Times New Roman" w:hAnsi="Times New Roman" w:eastAsia="Times New Roman" w:cs="Times New Roman"/>
        </w:rPr>
        <w:t>Musa bilen Iliýa Sodom bilen Müsüriň köçelerinde öldürilýär. Köne Ähdiň iň soňky beýany Rebbiň beýik we gorkunç gününiň öň ýanynda Iliýanyň geljekdigini görkezýär. Şol gorkunç gün Daniýeliň on ikinji babynda Mihailiň aýaga galmagy bilen başlanýar we Ylhamyň ýigrimi ikinji babynda: «adalatly bolan-da, adalatsyz bolan-da» baky şol ýagdaýda galar diýip yglan edýär.</w:t>
      </w:r>
    </w:p>
    <w:p>
      <w:pPr>
        <w:pStyle w:val="ArticleScripture"/>
        <w:jc w:val="left"/>
      </w:pPr>
      <w:r>
        <w:rPr>
          <w:rFonts w:ascii="Times New Roman" w:hAnsi="Times New Roman" w:eastAsia="Times New Roman" w:cs="Times New Roman"/>
        </w:rPr>
        <w:t>Şol wagtda seniň halkyňyň ogullary üçin duran beýik serkerde Mikhail turar; we millet döräli bäri şol wagta çenli hiç haçan bolmadyk ýaly bir muşakgat wagty bolar; we şol wagtda kitapda ýazylan tapyljak her biri, ýagny seniň halkyň halas ediler. Daniel 12:1.</w:t>
      </w:r>
    </w:p>
    <w:p>
      <w:pPr>
        <w:pStyle w:val="ArticleScripture"/>
        <w:jc w:val="left"/>
      </w:pPr>
      <w:r>
        <w:rPr>
          <w:rFonts w:ascii="Times New Roman" w:hAnsi="Times New Roman" w:eastAsia="Times New Roman" w:cs="Times New Roman"/>
        </w:rPr>
        <w:t>Zalymlyk edýän, goý, mundan beýläk-de zalymlyk etsin; nejis bolan, goý, mundan beýläk-de nejis bolsun; dogry bolan, goý, mundan beýläk-de dogry bolsun; mukaddes bolan hem, goý, mundan beýläk-de mukaddes bolsun. Ylham 22:11.</w:t>
      </w:r>
    </w:p>
    <w:p>
      <w:pPr>
        <w:pStyle w:val="ArticleBody"/>
        <w:jc w:val="left"/>
      </w:pPr>
      <w:r>
        <w:rPr>
          <w:rFonts w:ascii="Times New Roman" w:hAnsi="Times New Roman" w:eastAsia="Times New Roman" w:cs="Times New Roman"/>
        </w:rPr>
        <w:t>Synag möhleti ýapylmazdan ozal Ylýas peýda bolmalydyr, we ol Wahý on birinji bapda, synag möhleti ýapylmazynyň öň ýanynda öldürilýär hem-de direldilýär. Ol direldilýär we synag möhleti ýapylýança öz habaryny ýetirýär; şonda bolsa, dogrularyň hem-de erbetleriň ýene bir direlişi bolýar.</w:t>
      </w:r>
    </w:p>
    <w:p>
      <w:pPr>
        <w:pStyle w:val="ArticleScripture"/>
        <w:jc w:val="left"/>
      </w:pPr>
      <w:r>
        <w:rPr>
          <w:rFonts w:ascii="Times New Roman" w:hAnsi="Times New Roman" w:eastAsia="Times New Roman" w:cs="Times New Roman"/>
        </w:rPr>
        <w:t>Ýeriň tozanynda uklap ýatanlaryň köpüsi oýanar: käbiri baky ýaşaýyş üçin, käbiri bolsa utanç we baky ýigrenç üçin. Daniel 12:2.</w:t>
      </w:r>
    </w:p>
    <w:p>
      <w:pPr>
        <w:pStyle w:val="ArticleBody"/>
        <w:jc w:val="left"/>
      </w:pPr>
      <w:r>
        <w:rPr>
          <w:rFonts w:ascii="Times New Roman" w:hAnsi="Times New Roman" w:eastAsia="Times New Roman" w:cs="Times New Roman"/>
        </w:rPr>
        <w:t>Şol aýratyn direlişiň yzysüre Mesihiň Ikinji Gelişi bolýar; onda dogruçyl ölüler direldilýär, soňra bolsa mukaddesler ýitenlere höküm edýän müň ýyl dowam edýär. Müň ýylyň ahyrynda ýene bir direliş we Mesihiň Üçünji Gelişi bolýar. Pygamberlik direlişleriniň hataryna papalyk haýwanyň direlişi hem girýär, ýöne şol direlişleriň her biri Hudaýyň pygamberlik Sözüniň aýratyn bir temasy bolup durýar. 2020-nji ýylyň 18-nji iýulynda ýüz kyrk dört müňüň Laodikeýa hereketi, 1844-nji ýyldan aňry wagt ulanylyşlaryny gadagan edýän Mesihiň buýrugyna garşy pitne turzup, özüni ýok etdi.</w:t>
      </w:r>
    </w:p>
    <w:p>
      <w:pPr>
        <w:pStyle w:val="ArticleBody"/>
        <w:jc w:val="left"/>
      </w:pPr>
      <w:r>
        <w:rPr>
          <w:rFonts w:ascii="Times New Roman" w:hAnsi="Times New Roman" w:eastAsia="Times New Roman" w:cs="Times New Roman"/>
        </w:rPr>
        <w:t>Soňra Rama şäherinde, ýagny buýsançy we öz-özüni beýgeltmegi aňladýan ýerde, bir ses eşidildi. Gowy ýolagçyny aňladýan Rahyl hasrat çekýär, çünki Musa bilen Ylýas ýok, has möhümi hem, olar teselli tapyp bilmeýärler. Olarda hiç bir teselli ýokdur, mukaddes Ruh bolsa Teselli Berijidir; ol çöldäki ses 2023-nji ýylyň iýul aýynda başlanda iberilmelidi.</w:t>
      </w:r>
    </w:p>
    <w:p>
      <w:pPr>
        <w:pStyle w:val="ArticleBody"/>
        <w:jc w:val="left"/>
      </w:pPr>
      <w:r>
        <w:rPr>
          <w:rFonts w:ascii="Times New Roman" w:hAnsi="Times New Roman" w:eastAsia="Times New Roman" w:cs="Times New Roman"/>
        </w:rPr>
        <w:t>Bu zatlar synag möhleti tamamlanmazyndan edil öň bolup geçýär, we Ylham kitaby boýunça, synag möhleti tamamlanmazyndan edil öň Isa Mesihiň Ylhamy açylýar. Şol açylma Musa bilen Ylýasyny direldýär; olar şol bir wagtda Rahyla hem bolup, ýagşy ýolagçy bolupdylar; ol öz çagalary üçin aglap, hasrat çekipdi, teselli tapyp bilmändi. Şol çagalar direldilende, onuň hasraty şatlyga öwrülýär.</w:t>
      </w:r>
    </w:p>
    <w:p>
      <w:pPr>
        <w:pStyle w:val="ArticleScripture"/>
        <w:jc w:val="left"/>
      </w:pPr>
      <w:r>
        <w:rPr>
          <w:rFonts w:ascii="Times New Roman" w:hAnsi="Times New Roman" w:eastAsia="Times New Roman" w:cs="Times New Roman"/>
        </w:rPr>
        <w:t>Ol maňa şeýle diýdi: «Bu kitabyň pygamberlik sözlerini möhürleme; çünki wagt golaýdyr». Ylham 22:10.</w:t>
      </w:r>
    </w:p>
    <w:p>
      <w:pPr>
        <w:pStyle w:val="ArticleBody"/>
        <w:jc w:val="left"/>
      </w:pPr>
      <w:r>
        <w:rPr>
          <w:rFonts w:ascii="Times New Roman" w:hAnsi="Times New Roman" w:eastAsia="Times New Roman" w:cs="Times New Roman"/>
        </w:rPr>
        <w:t>Musa bilen Ylýas Sodom bilen Müsüriň köçelerinde ölüdi, we Mesih bilen bolşy ýaly, iki ýüz kyrk dört müň 2023-nji ýylyň iýul aýynda ýygnanyşyk başlananda Müsürden çagyrylyp çykarylar.</w:t>
      </w:r>
    </w:p>
    <w:p>
      <w:pPr>
        <w:pStyle w:val="ArticleHeading"/>
        <w:jc w:val="left"/>
      </w:pPr>
      <w:r>
        <w:rPr>
          <w:rFonts w:ascii="Arial" w:hAnsi="Arial" w:eastAsia="Arial" w:cs="Arial"/>
        </w:rPr>
        <w:t>Altynjy Mesihi ýol belgisi 2023-nji ýylyň iýul aýynda Müsürden çykarylyşdyr.</w:t>
      </w:r>
    </w:p>
    <w:p>
      <w:pPr>
        <w:pStyle w:val="ArticleScripture"/>
        <w:jc w:val="left"/>
      </w:pPr>
      <w:r>
        <w:rPr>
          <w:rFonts w:ascii="Times New Roman" w:hAnsi="Times New Roman" w:eastAsia="Times New Roman" w:cs="Times New Roman"/>
        </w:rPr>
        <w:t>Ol Hirodyň ölýänçä şol ýerde boldy; muny Reb pygamber arkaly aýdyp: «Müsürden Oglumy çagyrdym» diýlen söz ýerine ýetirmek üçin boldy. Matta 2:15.</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Ysraýyl çaga wagtynda, Men ony söýdüm we Oglymy Müsürden çagyrdym. Hoşea 11:1.</w:t>
      </w:r>
    </w:p>
    <w:p>
      <w:pPr>
        <w:pStyle w:val="ArticleBody"/>
        <w:jc w:val="left"/>
      </w:pPr>
      <w:r>
        <w:rPr>
          <w:rFonts w:ascii="Times New Roman" w:hAnsi="Times New Roman" w:eastAsia="Times New Roman" w:cs="Times New Roman"/>
        </w:rPr>
        <w:t>Müsür köçesinde öli ýatan wagtynda, çölden gelen asmanyň sesi Hezekieliñ öli süňkler jülgesini ýaşaýşa çagyrýar. Ol ses 2023-nji ýylyň iýul aýynda ýaňlanyp başlady.</w:t>
      </w:r>
    </w:p>
    <w:p>
      <w:pPr>
        <w:pStyle w:val="ArticleScripture"/>
        <w:jc w:val="left"/>
      </w:pPr>
      <w:r>
        <w:rPr>
          <w:rFonts w:ascii="Times New Roman" w:hAnsi="Times New Roman" w:eastAsia="Times New Roman" w:cs="Times New Roman"/>
        </w:rPr>
        <w:t>Üç gün ýarymdan soňra, Hudaýdan gelen ýaşaýyş ruhy olaryň içine girdi, olar aýaklarynyň üstünde dik durdular; olary görenleriň üstüne bolsa uly gorky indi. Olar gökden özlerine şeýle diýýän güýçli bir sesi eşitdiler: «Bu ýere ýokaryk çykyň». Şeýlelikde olar buludyň içinde göge ýokaryk galdylar; duşmanlary hem olary görüp durdular. Ylham 11:11, 12.</w:t>
      </w:r>
    </w:p>
    <w:p>
      <w:pPr>
        <w:pStyle w:val="ArticleBody"/>
        <w:jc w:val="left"/>
      </w:pPr>
      <w:r>
        <w:rPr>
          <w:rFonts w:ascii="Times New Roman" w:hAnsi="Times New Roman" w:eastAsia="Times New Roman" w:cs="Times New Roman"/>
        </w:rPr>
        <w:t>Hudaý Öz Ogluny Müsürden çagyrýar, şeýle hem Musany Müsürden çagyrdy; çünki Musa alfa, Isa bolsa omega hökmünde ýüz kyrk dört müňüň tejribesini aňladýar; olar Musanyň we Guzynyň aýdysyny aýdýarlar. Şol aýdyşa Müsürden çykmak baradaky çagyryş hem girýär. Ezekielde iki ädim görkezilýär; olar Adamyň ýaradylyşyndaky iki ädim arkaly öňünden şekillendirilipdi. Ilki beden emele getirilýär, soňra ýaşaýyş demi bedene üflenýär we şondan soň ol janlanýar. Ylham kitabynyň on birinji babynda birinji ädim, Hudaýyň Ruhunyň öldürilenleriň içine girmegidir, şondan soň olar aýak üstünde durdular. Olar duranlarynda, Hudaýyň goşunydyrlar. On birinji bapda Ruhy ýetirýän zat Ezekieliň ilkinji pygamberligi arkaly aňladylýar. Çölde ýaňlanýan ses Mukaddes Ruh bilen bilelikde gelýän pygamberlik habarydyr.</w:t>
      </w:r>
    </w:p>
    <w:p>
      <w:pPr>
        <w:pStyle w:val="ArticleBody"/>
        <w:jc w:val="left"/>
      </w:pPr>
      <w:r>
        <w:rPr>
          <w:rFonts w:ascii="Times New Roman" w:hAnsi="Times New Roman" w:eastAsia="Times New Roman" w:cs="Times New Roman"/>
        </w:rPr>
        <w:t>Matta kitabynda Gelip çykyşdaky on iki bap bilen bilelikde ýüz kyrk dört müň bilen baglaşylan ähti aňladýan iki şaýady emele getirýän on iki bap bar; şol baplar Gelip çykyşdaky on iki bapyň omega-sydyr. Ol erkekler we aýallar öz adamkärçiligi bilen birleşen Hudaýlyk gatnaşygynyň içinde ebedilik üçin möhürlenendir. Olar on birinji sagadyň işçileri üçin alamat bolýarlar.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beýik we mukaddes ýörelgelere görä hereket edýändigini, Hudaýyň tabşyryklaryny ýerine ýetirýänler bilen olary aýak astyna salýanlaryň arasyndaky tapawut çyzygyny beýik, ýokary manyda görkezýändigini görmek arkaly duýdurylyp bilner. Ruhuň mukaddesleýşi Hudaýyň möhürine eýe bolanlar bilen galp dynç güni saklaýanlaryň arasyndaky tapawudy aýdyň görkezýär. Synag gelende, haýwanyň nyşanynyň nämedigi açyk görkeziler. Ol ýekşenbe gününi saklamakdyr. Hakykaty eşidendiklerinden soň hem bu güni mukaddes hasap etmegini dowam etdirýänler, döwürleri we kanunlary üýtgetmegi niýet eden günä adamyň nyşanyny göterýärler.” Bible Training School, December 1, 1903.</w:t>
      </w:r>
    </w:p>
    <w:p>
      <w:pPr>
        <w:pStyle w:val="ArticleBody"/>
        <w:jc w:val="left"/>
      </w:pPr>
      <w:r>
        <w:rPr>
          <w:rFonts w:ascii="Times New Roman" w:hAnsi="Times New Roman" w:eastAsia="Times New Roman" w:cs="Times New Roman"/>
        </w:rPr>
        <w:t>Ylhamyň on birinji babynda ýüz kyrk dört müňüň asmana çagyrylanda göterýän nyşany şudur: olar ilki Müsürden çagyrylýar, çünki olaryň öldürilen ýeri şol ýerdir. Çölden çykýan bir ses olary Müsürden çagyrýar; şeýlelikde olar on birinji sagadyň işçileri üçin alamat bolsunlar. Olaryň 2024-nji ýylda direldilişi hem, haýsy beýanynyň göz öňünde tutulýandygyna görä, dogluş we oýanyş hökmünde görkezilýär. Dogluş nukdaýnazaryndan olar on gyz baradaky tymsaly berjaý edýänlerdir, we bu manyda olaryň dogluşy päk gyzdan dogluşdyr, hem-de alamat olaryň özleridir.</w:t>
      </w:r>
    </w:p>
    <w:p>
      <w:pPr>
        <w:pStyle w:val="ArticleHeading"/>
        <w:jc w:val="left"/>
      </w:pPr>
      <w:r>
        <w:rPr>
          <w:rFonts w:ascii="Arial" w:hAnsi="Arial" w:eastAsia="Arial" w:cs="Arial"/>
        </w:rPr>
        <w:t>Ýedinji Mesihçi ýol görkezijisi 2024-dür.</w:t>
      </w:r>
    </w:p>
    <w:p>
      <w:pPr>
        <w:pStyle w:val="ArticleScripture"/>
        <w:jc w:val="left"/>
      </w:pPr>
      <w:r>
        <w:rPr>
          <w:rFonts w:ascii="Times New Roman" w:hAnsi="Times New Roman" w:eastAsia="Times New Roman" w:cs="Times New Roman"/>
        </w:rPr>
        <w:t>Bularyň hemmesi Reb tarapyndan pygamber arkaly aýdylan şu sözüň ýerine ýetmegi üçin boldy: «Ine, bir gyz göwreli bolar we bir ogul dograr, Onuň adyna Imanuil diýerler», munuň manysy bolsa, «Hudaý biziň bilendir». Matta 1:22, 23.</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Şonuň üçin Rebbiň Özi size bir alamat berer: ine, gyz göwreli bolup, bir ogul dogurar we onuň adyny Imanuwel diýip atlandyrar. Işaýa 7:14.</w:t>
      </w:r>
    </w:p>
    <w:p>
      <w:pPr>
        <w:pStyle w:val="ArticleBody"/>
        <w:jc w:val="left"/>
      </w:pPr>
      <w:r>
        <w:rPr>
          <w:rFonts w:ascii="Times New Roman" w:hAnsi="Times New Roman" w:eastAsia="Times New Roman" w:cs="Times New Roman"/>
        </w:rPr>
        <w:t>Musa bilen Mesihiň taryhynda bolşy ýaly, Millerit taryhynda-da alamatlar bardy. Ahyrky günlerde Laodikýa Adventizmi alamat gözlär, olaryň ýeke-täk alamaty bolsa Ýunusyň alamatydyr. Şeýle hem, 2024-nji ýylda direldilýänler üçin-de bir alamat bar. Olaryň alamaty Lewiler kitabyndaky ýigrimi altynjy bapdaky “ýedi wagt”dyr.</w:t>
      </w:r>
    </w:p>
    <w:p>
      <w:pPr>
        <w:pStyle w:val="ArticleScripture"/>
        <w:jc w:val="left"/>
      </w:pPr>
      <w:r>
        <w:rPr>
          <w:rFonts w:ascii="Times New Roman" w:hAnsi="Times New Roman" w:eastAsia="Times New Roman" w:cs="Times New Roman"/>
        </w:rPr>
        <w:t>Ine, saňa alamat bolar: şu ýyl öz-özünden bitenini iýersiňiz, ikinji ýylda hem şondan gögerenini; üçünji ýylda bolsa tohum sepiň, hasyl oruň, üzüm baglaryny ekiň we olaryň miwesini iýiň. Ýahuda nesliniň gutulyp galan galyndysy ýene-de aşak kök urar we ýokary miwe berer. Çünki Iýerusalimden bir galyndy çykar, Sion dagyndan hem gutulanlar çykar; Hökmürowan Rebbiň yhlasy muny ýerine ýetirer. 2 Patyşalar 19:29–31.</w:t>
      </w:r>
    </w:p>
    <w:p>
      <w:pPr>
        <w:pStyle w:val="ArticleScripture"/>
        <w:jc w:val="left"/>
      </w:pPr>
      <w:r>
        <w:rPr>
          <w:rFonts w:ascii="Times New Roman" w:hAnsi="Times New Roman" w:eastAsia="Times New Roman" w:cs="Times New Roman"/>
        </w:rPr>
        <w:t>Eger siz: “Ýedinji ýylda näme iýeris? Ine, biz ekin ekmeris-de, hasylymyzy hem ýygnamarys” diýseňiz, onda Men altynjy ýylda Size Öz berekedimi buýuraryn, ol üç ýyllyk hasyl getirer. Siz sekizinji ýylda ekin ekersiňiz, dokuzynjy ýyla çenli öňki hasyldan iýersiňiz; tä onuň täze hasyly gelip ýetýänçä, köne ätiýaçdan iýersiňiz. Lewiler 25:20–22.</w:t>
      </w:r>
    </w:p>
    <w:p>
      <w:pPr>
        <w:pStyle w:val="ArticleBody"/>
        <w:jc w:val="left"/>
      </w:pPr>
      <w:r>
        <w:rPr>
          <w:rFonts w:ascii="Times New Roman" w:hAnsi="Times New Roman" w:eastAsia="Times New Roman" w:cs="Times New Roman"/>
        </w:rPr>
        <w:t>Gaçyp gutulanlar, Ysraýylyň kowulanlary hökmünde hem şekillendirilýär, olar özlerini ýigrenen dogan-garyndaşlary tarapyndan kowuldylar. Olaryň dogan-garyndaşlary olary kowup çykardylar, çünki olar Musanyň «ýedi gezek» diýen sözleri bilen şekillendirilen Sabat hakykatyny inkär edip bilmeýärdiler.</w:t>
      </w:r>
    </w:p>
    <w:p>
      <w:pPr>
        <w:pStyle w:val="ArticleScripture"/>
        <w:jc w:val="left"/>
      </w:pPr>
      <w:r>
        <w:rPr>
          <w:rFonts w:ascii="Times New Roman" w:hAnsi="Times New Roman" w:eastAsia="Times New Roman" w:cs="Times New Roman"/>
        </w:rPr>
        <w:t>Reb Iýerusalimi bina edýär; Ol Ysraýylyň kowulanlaryny bir ýere ýygnaýar. Zebur 147:2.</w:t>
      </w:r>
    </w:p>
    <w:p>
      <w:pPr>
        <w:pStyle w:val="ArticleBody"/>
        <w:jc w:val="left"/>
      </w:pPr>
      <w:r>
        <w:rPr>
          <w:rFonts w:ascii="Times New Roman" w:hAnsi="Times New Roman" w:eastAsia="Times New Roman" w:cs="Times New Roman"/>
        </w:rPr>
        <w:t>Reb 2023-nji ýylyň iýul aýynda galyndylary ýygnap başlady, we galyndylar Ysraýylyň “kowulanlarydyr”. 2023-nji ýylyň iýul aýynda Ol Öz kowulanlaryny ýygnamak üçin ikinji gezek elini uzatdy. Ol 1849-njy ýylda, 1856-njy ýylda Musanyň ýedi wagtynyň omega nurundan öňürti, ikinji gezek elini uzatdy. Alfa nury Milleriň ilkinji pygamberlik açyşy — Musanyň ýedi wagty — arkaly şekillendirildi.</w:t>
      </w:r>
    </w:p>
    <w:p>
      <w:pPr>
        <w:pStyle w:val="ArticleScripture"/>
        <w:jc w:val="left"/>
      </w:pPr>
      <w:r>
        <w:rPr>
          <w:rFonts w:ascii="Times New Roman" w:hAnsi="Times New Roman" w:eastAsia="Times New Roman" w:cs="Times New Roman"/>
        </w:rPr>
        <w:t>Şol gün Ýeşeýiň kökünden bir nesil çykar, ol halklar üçin baýdak bolup durar; butparaz halklar oňa ýüzlenerler; onuň rahatlygy şöhratly bolar. Şol gün şeýle bolar: Reb öz halkynyň galanjak galyndysyny Assiriýadan, Müsürden, Pathrosdan, Kuşdan, Elamdan, Şinardan, Hamatdan we deňiz adalaryndan yzyna getirmek üçin elini ikinji gezek uzadar. Ol milletler üçin baýdak diker, Ysraýylyň kowlanlaryny ýygnar we Ýahudanyň dagynyklarını ýeriň dört künjeginden bir ýere jemlär. Işaýa 11:10–12.</w:t>
      </w:r>
    </w:p>
    <w:p>
      <w:pPr>
        <w:pStyle w:val="ArticleBody"/>
        <w:jc w:val="left"/>
      </w:pPr>
      <w:r>
        <w:rPr>
          <w:rFonts w:ascii="Times New Roman" w:hAnsi="Times New Roman" w:eastAsia="Times New Roman" w:cs="Times New Roman"/>
        </w:rPr>
        <w:t>Kowulanlar nyşan hökmünde ýokary galdyrylanda, olar şonda on birinji sagatdaky işçileri ýygnarlar; bu işçiler “diňe görmek arkaly duýdurylyp bilerler”, ýagny “Hudaýyň möhürine eýe bolanlar bilen galp dynç gününi saklaýanlaryň arasyndaky tapawudy” görmek arkaly. On birinji sagatdaky işçiler üçin nyşan — kowulanlardyr, kowulanlaryň ÖZ nyşany bolsa, “şu ýyl öz-özünden ösýän zatlary iýmek, ikinji ýylda hem şondan bitýäni iýmek; üçünji ýylda bolsa tohum sepiň, orak ediň, üzüm baglaryny ekiň, we onuň miwesini iýiň” diýen syrdyr.</w:t>
      </w:r>
    </w:p>
    <w:p>
      <w:pPr>
        <w:pStyle w:val="ArticleBody"/>
        <w:jc w:val="left"/>
      </w:pPr>
      <w:r>
        <w:rPr>
          <w:rFonts w:ascii="Times New Roman" w:hAnsi="Times New Roman" w:eastAsia="Times New Roman" w:cs="Times New Roman"/>
        </w:rPr>
        <w:t>Parçanyň syrly manysy şundan ybaratdyr: ol Levililer 25-nji we 26-njy baplardaky “ýedi gezek” düşünjesini aňladýar. Ýeriň dynç alýan Sabaty, ähtiň bir bölegi bolup, wada edilen ýer üçin ýedinji ýylyň dynçlygyny berjaý etmegiň ýa-da ret etmegiň netijesinde gelýän berekedi hem-de näleti hem kesgitleýär. Ýüz kyrk dört müňüň nyşany, ähtiň üç gatly wadasynyň ýeriň ýedinji ýyl Sabaty arkaly şekillendirilýän bölegidir. “Ýedi gezek” baradaky binýatlaýyn hakykat, täze ýürek we täze akyl, şeýle hem täze beden hem-de ýaşar ýaly bir ýer wada berýän ähtiň üç düzüminden birini kesgitleýär.</w:t>
      </w:r>
    </w:p>
    <w:p>
      <w:pPr>
        <w:pStyle w:val="ArticleBody"/>
        <w:jc w:val="left"/>
      </w:pPr>
      <w:r>
        <w:rPr>
          <w:rFonts w:ascii="Times New Roman" w:hAnsi="Times New Roman" w:eastAsia="Times New Roman" w:cs="Times New Roman"/>
        </w:rPr>
        <w:t>Ýedinji günüň Sabady Hudaý bilen Öz halkynyň arasyndaky alamatdyr, emma şol ýedinji günüň Sabady gadymy Ysraýyla berlen äht jogapkärçiligini hem aňladýar. Olar On tabşyrygyň goragçylary, amanat saklaýjylary bolmalydy. Waýt uýamyz 1844-nji ýylda häzirki zaman Ysraýylynyň gadymy Ysraýyl bilen laýyklykda diňe bir On tabşyrygyň däl, eýsem Hudaýyň pygamberlik Sözüniň hem amanat saklaýjylary edilendigini açyk beýan edýär.</w:t>
      </w:r>
    </w:p>
    <w:p>
      <w:pPr>
        <w:pStyle w:val="ArticleScripture"/>
        <w:jc w:val="left"/>
      </w:pPr>
      <w:r>
        <w:rPr>
          <w:rFonts w:ascii="Times New Roman" w:hAnsi="Times New Roman" w:eastAsia="Times New Roman" w:cs="Times New Roman"/>
        </w:rPr>
        <w:t>“Hudaý şu döwürde Öz ybadathanasyny, gadymy Ysraýyly çagyryşy ýaly, ýer ýüzünde ýagtylyk bolup durmaga çagyrdy. Hakykatyň kuwwatly gylyjy bilen, birinji, ikinji we üçünji perişdeleriň habarlary arkaly, Ol olary ybadathanalardan we dünýäden aýryp, Özüne mukaddes ýakynlyga getirdi. Ol olary Öz kanunynyň amanatçylary etdi we bu wagt üçin pygamberligiň beýik hakykatlaryny olara ynanyp tabşyrdy. Gadymy Ysraýyla ynanylyp tabşyrylan mukaddes ylahy sözler ýaly, bular hem dünýä ýetirilmäge degişli mukaddes bir amanatdyr. Ylham 14-däki üç perişde Hudaýyň habarlarynyň nuruny kabul edýän we ýer ýüzüniň boýdan-başa ähli künjeginde duýduryşy yglan etmek üçin Onuň wekilleri hökmünde öňe çykýan halky aňladýar.” Testimonies, 5-nji tom, 455.</w:t>
      </w:r>
    </w:p>
    <w:p>
      <w:pPr>
        <w:pStyle w:val="ArticleBody"/>
        <w:jc w:val="left"/>
      </w:pPr>
      <w:r>
        <w:rPr>
          <w:rFonts w:ascii="Times New Roman" w:hAnsi="Times New Roman" w:eastAsia="Times New Roman" w:cs="Times New Roman"/>
        </w:rPr>
        <w:t>On tabşyryk ýedinji günki Sabat alamaty bilen aňladylýar, pygamberlik kanunlary bolsa ýedinji ýylky Sabat bilen aňladylýar. Laodikiýaly Ýedinji Günüň Adventizmi gämiden böküp çykyp, güneşe sežde edip başlamagynda örän utanja galjakdyr, ýöne olaryň ilki ret eden Sabat tabşyrygy Musanyň “ýedi wagtydyr.”</w:t>
      </w:r>
    </w:p>
    <w:p>
      <w:pPr>
        <w:pStyle w:val="ArticleBody"/>
        <w:jc w:val="left"/>
      </w:pPr>
      <w:r>
        <w:rPr>
          <w:rFonts w:ascii="Times New Roman" w:hAnsi="Times New Roman" w:eastAsia="Times New Roman" w:cs="Times New Roman"/>
        </w:rPr>
        <w:t>Wada edilen diyary ýeňmek üçin Hudaýyň halky diňe ýedinji günüň Sabatyny däl, eýsem ýedi ýyllyk Sabaty hem düşünmeli we goldamalydyr. Laodikiýaly Adventizm bu Mukaddes Kitaba degişli hakykaty ýalana büremek arkaly ört-basdyr etse-de, ony ret edip bilmez. Olary nyşan boljaklary kowup çykarmaga eltýän ýigrenjiniň köki şudur.</w:t>
      </w:r>
    </w:p>
    <w:p>
      <w:pPr>
        <w:pStyle w:val="ArticleScripture"/>
        <w:jc w:val="left"/>
      </w:pPr>
      <w:r>
        <w:rPr>
          <w:rFonts w:ascii="Times New Roman" w:hAnsi="Times New Roman" w:eastAsia="Times New Roman" w:cs="Times New Roman"/>
        </w:rPr>
        <w:t>“Atamyň maşgalasynyň aglabasy gelşiň habaryna çyn ýürekden iman edýänlerdi, we bu şöhratly taglymat barada şaýatlyk edendigimiz üçin biziň ýedimiz bir wagtlar Metodist ybadathanasyndan çykaryldyk. Şol wagtda pygamberiň sözleri biziň üçin diýseň gymmatlydy: ‘Meniň adym üçin sizi ýigrenen, sizi kowup çykaran doganlaryňyz: Reb şöhratlansyn diýdiler; emma Ol siziň şatlygyňyz üçin peýda bolar, olar bolsa utanarlar.’ Işaýa 66:5.”</w:t>
      </w:r>
    </w:p>
    <w:p>
      <w:pPr>
        <w:pStyle w:val="ArticleScripture"/>
        <w:jc w:val="left"/>
      </w:pPr>
      <w:r>
        <w:rPr>
          <w:rFonts w:ascii="Times New Roman" w:hAnsi="Times New Roman" w:eastAsia="Times New Roman" w:cs="Times New Roman"/>
        </w:rPr>
        <w:t>“Şu wagtdan başlap, 1844-nji ýylyň dekabryna çenli, meniň şatlyklarym, synaglarym we lapykeçliklerim töweregimdäki söýgüli Advent dostlarymyňky ýalydy. Şol wagt men biziň Advent uýalarymyzyň birine bardym, we irden biz maşgala gurbanlyk ojagynyň daşynda dyza çökdük. Bu tolgunyşykly bir pursat däldi, we ol ýerde bary-ýogy bäşimiz bardyk, hemmämiz hem aýaldyk. Men doga edýärkäm, Hudaýyň güýji üstüme öň hiç wagt duýmadyk derejede indi. Men Hudaýyň şöhratynyň görnüşine gurşaldym, we edil ýer ýüzünden barha ýokarlanyp barýan ýaly boldum, hem-de aşakda beýan edilişi ýaly, Advent halkynyň Mukaddes Şähere bolan syýahatyndan käbir zatlar maňa görkezildi.” Early Writings, 13.</w:t>
      </w:r>
    </w:p>
    <w:p>
      <w:pPr>
        <w:pStyle w:val="ArticleBody"/>
        <w:jc w:val="left"/>
      </w:pPr>
      <w:r>
        <w:rPr>
          <w:rFonts w:ascii="Times New Roman" w:hAnsi="Times New Roman" w:eastAsia="Times New Roman" w:cs="Times New Roman"/>
        </w:rPr>
        <w:t>Ellen Waýtyň ilkinji görnüşi, özlerini ýigrenen doganlary tarapyndan kowulyp çykarylandan soň bir ýere ýygnanan bäş zenanyň arasynda berildi; bu bäş zena (bäş paýhasly gyzy aňladyp) şeýle bolupdy. Olar Ikinji Geliş taglymaty üçin ýigrenildiler, şeýlelikde ahyrky günleriň kowulanlaryny nusgalandyrýardylar.</w:t>
      </w:r>
    </w:p>
    <w:p>
      <w:pPr>
        <w:pStyle w:val="ArticleScripture"/>
        <w:jc w:val="left"/>
      </w:pPr>
      <w:r>
        <w:rPr>
          <w:rFonts w:ascii="Times New Roman" w:hAnsi="Times New Roman" w:eastAsia="Times New Roman" w:cs="Times New Roman"/>
        </w:rPr>
        <w:t>Men atçylykly ýygnagy we atçylykly Adventistleri gördüm; olar Ýahuda ýaly bolup, hakykata garşy çykmak üçin olaryň täsirini gazanmak maksady bilen bizi katoliklere satarlar. Şonda mukaddesler katoliklere az tanalýan, göze ilmeýän bir halk bolar; emma ýygnaklar we biziň imanmyzy hem däp-dessurlarymyzy bilýän atçylykly Adventistler (çünki olar bizi Şenbe güni sebäpli ýigrenýärdiler, sebäbi ony ret edip bilmeýärdiler) mukaddesleri satarlar we halkyň düzgünlerini äsgermezlik edýänler hökmünde olary katoliklere habar bererler; ýagny, olaryň Şenbe gününi tutup, Ýekşenbe gününi äsgermezlik edýändiklerini aýdyp bererler.</w:t>
      </w:r>
    </w:p>
    <w:p>
      <w:pPr>
        <w:pStyle w:val="ArticleScripture"/>
        <w:jc w:val="left"/>
      </w:pPr>
      <w:r>
        <w:rPr>
          <w:rFonts w:ascii="Times New Roman" w:hAnsi="Times New Roman" w:eastAsia="Times New Roman" w:cs="Times New Roman"/>
        </w:rPr>
        <w:t>“Soňra katolikler protestantlara öňe gitmegi buýrarlar we hepdäniň ýedinji gününiň ýerine birinji gününi berjaý etmejekleriň ählisiniň öldürilmelidigi barada perman çykararlar. Sanlary köp bolan katolikler hem protestantlaryň tarapynda durarlar. Katolikler öz güýjüni haýwanyň keşbine bererler. Protestantlyar bolsa, öz eneleriniň öňlerinde edişi ýaly, mukaddesleri ýok etmek üçin hereket ederler. Emma olaryň permany netije bermänkä ýa-da miwe getirmänkä, mukaddesler Hudaýyň Sesi arkaly halas ediler.” Spalding we Magan, 1, 2.</w:t>
      </w:r>
    </w:p>
    <w:p>
      <w:pPr>
        <w:pStyle w:val="ArticleBody"/>
        <w:jc w:val="left"/>
      </w:pPr>
      <w:r>
        <w:rPr>
          <w:rFonts w:ascii="Times New Roman" w:hAnsi="Times New Roman" w:eastAsia="Times New Roman" w:cs="Times New Roman"/>
        </w:rPr>
        <w:t>“Resmi” (ýagny, diňe at boýunça) “Adwentistler, Ýahuda ýaly, bizi katoliklere satardylar.” Olar muny “Sabath sebäpli” çykarylanlary “ýigrenýändikleri” üçin etdiler. Resmi Adwentistler ýedinji günüň Sabathyny saklaýandyklaryny ykrar edýärler, şonuň üçin bu ýerde salgy berilýän Sabath şol bolup bilmez. Olar çykarylanlary ýigrenýärler, çünki olar William Milleriň şahsyýetindäki Ylýasyň alfa düşünjesi bolan Musanyň ýedi wagty baradaky düýpli hakykaty ret edip bilmeýändiklerini bilýärler.</w:t>
      </w:r>
    </w:p>
    <w:p>
      <w:pPr>
        <w:pStyle w:val="ArticleScripture"/>
        <w:jc w:val="left"/>
      </w:pPr>
      <w:r>
        <w:rPr>
          <w:rFonts w:ascii="Times New Roman" w:hAnsi="Times New Roman" w:eastAsia="Times New Roman" w:cs="Times New Roman"/>
        </w:rPr>
        <w:t>“Hudaý bize täze bir habary bermeýär. Biz 1843-nji we 1844-nji ýyllarda bizi beýleki ybadathanalardan çykaryp getiren habary yglan etmelidiris.” Review and Herald, 1905-nji ýylyň 19-njy ýanwary.</w:t>
      </w:r>
    </w:p>
    <w:p>
      <w:pPr>
        <w:pStyle w:val="ArticleScripture"/>
        <w:jc w:val="left"/>
      </w:pPr>
      <w:r>
        <w:rPr>
          <w:rFonts w:ascii="Times New Roman" w:hAnsi="Times New Roman" w:eastAsia="Times New Roman" w:cs="Times New Roman"/>
        </w:rPr>
        <w:t>1840–1844-nji ýyllarda berlen ähli habarlar häzir güýçli täsir bilen beýan edilmelidir, çünki ýoluny ýitiren adamlar köpdür. Bu habarlar ähli ybadathanalara ýetirilmelidir.» Manuscript Releases, 21-nji jilt, 437.</w:t>
      </w:r>
    </w:p>
    <w:p>
      <w:pPr>
        <w:pStyle w:val="ArticleScripture"/>
        <w:jc w:val="left"/>
      </w:pPr>
      <w:r>
        <w:rPr>
          <w:rFonts w:ascii="Times New Roman" w:hAnsi="Times New Roman" w:eastAsia="Times New Roman" w:cs="Times New Roman"/>
        </w:rPr>
        <w:t>“1841, ‘42, ‘43 we ‘44-nji ýyllarda kabul eden hakykatlarymyz indi öwrenilmeli we yglan edilmelidir.” Manuscript Releases, 15-nji tom, 371.</w:t>
      </w:r>
    </w:p>
    <w:p>
      <w:pPr>
        <w:pStyle w:val="ArticleScripture"/>
        <w:jc w:val="left"/>
      </w:pPr>
      <w:r>
        <w:rPr>
          <w:rFonts w:ascii="Times New Roman" w:hAnsi="Times New Roman" w:eastAsia="Times New Roman" w:cs="Times New Roman"/>
        </w:rPr>
        <w:t>“Duýduryş geldi: 1842, 1843 we 1844-nji ýyllarda gelen habardan bäri biz gurup gelýän imanyň binýadyny sarsdyrjak hiç zadyň aralaşmagyna ýol berilmeli däldir. Men bu habaryň içindedim, şondan bäri bolsa Hudaýyň bize beren nuruna wepaly bolup, dünýäniň öňünde durup gelýärin. Biz günsaýyn Hökümdardan yhlasly doga bilen nur gözläp, aýagymyz goýlan meýdançadan aýagymyzy çekmegi niýet etmeýäris. Siz meniň Hudaýyň maňa beren nurundan ýüz öwürip biljekdigimi pikir edýärsiňizmi? Ol Ebedi Gaýa ýaly bolmalydyr. Ol maňa berlen gününden bäri ýol görkeziji bolup gelýär.” Review and Herald, April 14, 1903.</w:t>
      </w:r>
    </w:p>
    <w:p>
      <w:pPr>
        <w:pStyle w:val="ArticleBody"/>
        <w:jc w:val="left"/>
      </w:pPr>
      <w:r>
        <w:rPr>
          <w:rFonts w:ascii="Times New Roman" w:hAnsi="Times New Roman" w:eastAsia="Times New Roman" w:cs="Times New Roman"/>
        </w:rPr>
        <w:t>Ýahuda sadukilerden we fariseýlerden düzülen Sinedriniň nyşany däldir; Ýahuda on iki şägirdiň biri bolupdy. Ol Mesihiň Pentikost güni nikalaşjak bolan äht gelniniň biridi. Kowlananlara garşy edilen dönüklik Ýahudadan, ýagny Laodikýa döwri Ýedinji Gün Adventistler ybadathanasyndan gelýär. Olar köp nyşanlar bilen görkezilýärler; mysal üçin, Malaky üçünji bapda Ähtiň Habarçysy tarapyndan ret edilýän lewiler ýaly. Şol arassalanmada lewiler aýrylýar, olaryň sany bolsa, wepaly bolsun ýa-da wepasiz, 25-dir. Lewiler öňki ýyllardaky ýaly sadaka hökmünde ýokary galdyrylmazdan ozal arassalanýar.</w:t>
      </w:r>
    </w:p>
    <w:p>
      <w:pPr>
        <w:pStyle w:val="ArticleScripture"/>
        <w:jc w:val="left"/>
      </w:pPr>
      <w:r>
        <w:rPr>
          <w:rFonts w:ascii="Times New Roman" w:hAnsi="Times New Roman" w:eastAsia="Times New Roman" w:cs="Times New Roman"/>
        </w:rPr>
        <w:t>Ol kümüşi eredip arassalaýan ýaly otursyn; ol Lawynyň ogullaryny arassalap, altyn bilen kümüş ýaly päklär, şeýlelikde olar Rebbe dogrulyk bilen gurbanlyk hödürlärler. Şonda Ýahuda bilen Ýerusalimiň gurbanlygy Rebbe gadym günlerdäki ýaly, öňki ýyllardaky ýaly hoş ýakar. Malaky 3:3, 4.</w:t>
      </w:r>
    </w:p>
    <w:p>
      <w:pPr>
        <w:pStyle w:val="ArticleBody"/>
        <w:jc w:val="left"/>
      </w:pPr>
      <w:r>
        <w:rPr>
          <w:rFonts w:ascii="Times New Roman" w:hAnsi="Times New Roman" w:eastAsia="Times New Roman" w:cs="Times New Roman"/>
        </w:rPr>
        <w:t>Lewiler gurbanlykdyr, çünki olar beýik gurbanlyk bolan Mesihiň häsiýetini kämil şöhlelendirýärler. Şol ýigrimi bäş Lewi gurbanlyk hökmünde ýokary galdyrylanda, Ezekiel 8-däki galp ýigrimi bäş Lewi güne tagzym edýärler.</w:t>
      </w:r>
    </w:p>
    <w:p>
      <w:pPr>
        <w:pStyle w:val="ArticleBody"/>
        <w:jc w:val="left"/>
      </w:pPr>
      <w:r>
        <w:rPr>
          <w:rFonts w:ascii="Times New Roman" w:hAnsi="Times New Roman" w:eastAsia="Times New Roman" w:cs="Times New Roman"/>
        </w:rPr>
        <w:t>Ýahuda diňe bir erbet Lewili adamy aňlatman, eýsem Ýahudanyň otuz kümüş teňňesi bilen şekillendirilişi ýaly, otuz ýyllyk taýynlanan erbet ruhanyny hem aňladýar.</w:t>
      </w:r>
    </w:p>
    <w:p>
      <w:pPr>
        <w:pStyle w:val="ArticleScripture"/>
        <w:jc w:val="left"/>
      </w:pPr>
      <w:r>
        <w:rPr>
          <w:rFonts w:ascii="Times New Roman" w:hAnsi="Times New Roman" w:eastAsia="Times New Roman" w:cs="Times New Roman"/>
        </w:rPr>
        <w:t>Soňra Onuň üstünden dönüklik eden Ýahuda, onuň höküm edilendigini görende, eden işine puşman edip, şol otuz kümüş teňňäni baş ruhanylara we ýaşululara yzyna getirip: «Men bigünä gany satyp, günä etdim» diýdi. Olar bolsa: «Munyň bize näme dahyly bar? Özüň gör!» diýdiler. Şonda ol kümüş teňňeleri ybadathanada taşlap çykdy-da gitdi we baryp özüni asdy. Matta 27:3–5.</w:t>
      </w:r>
    </w:p>
    <w:p>
      <w:pPr>
        <w:pStyle w:val="ArticleBody"/>
        <w:jc w:val="left"/>
      </w:pPr>
      <w:r>
        <w:rPr>
          <w:rFonts w:ascii="Times New Roman" w:hAnsi="Times New Roman" w:eastAsia="Times New Roman" w:cs="Times New Roman"/>
        </w:rPr>
        <w:t>Ýahuda tarapyndan zyňlyp taşlanan otuz kümüş bölegi, Malahiniň üçünji babyndaky Ähtiň Ilçisiniň hapa garyndyny (galp kümüşi) taşlamagyny (arassalamagyny) aňladýar. Şol pis ruhanylyk Korahyň, Datanyň we Abiramyň pitnesi, hem-de 1888-nji ýylyň pitneçileri bilen şekillendirilipdi. ABŞ, ýer-ýyrtyjy agzyny açanda, şol pis ruhanylyk ýuwdulyp ýok edilýär. Soňra ýekşenbe kanuny bilen başlanýan giçki ýagmyryň doly dökülmegi döwründe ot olaryň yzyna eýerijilerini ýok edýär.</w:t>
      </w:r>
    </w:p>
    <w:p>
      <w:pPr>
        <w:pStyle w:val="ArticleBody"/>
        <w:jc w:val="left"/>
      </w:pPr>
      <w:r>
        <w:rPr>
          <w:rFonts w:ascii="Times New Roman" w:hAnsi="Times New Roman" w:eastAsia="Times New Roman" w:cs="Times New Roman"/>
        </w:rPr>
        <w:t>Mesihiň günlerinde alamat hökmünde bakyra dogluş, ahyrky günlerde paýhasly bakyrlaryň alamatyny aňladýar. Şol döwürde Sanhedrin, ýagny Laodikeýa Seventh-day Adventist buthanasy, bir alamat gözlär, emma Laodikeýa berlen ýeke-täk alamaty görmäge ukyply bolmaz. Beýik köpçülik, on birinji sagadyň işgärleri üçin alamat — ýekşenbe kanuny synag döwründe erkekleriň we aýallaryň hepdäniň ýedinji günündäki Sabady berjaý edýändigini görmekdir. Galyndynyň öňki äht halky bilen jedelindäki alamaty — Habakkugyň iki mukaddes tagtasynyň ikisiniň hem merkezi sütüni hökmünde kesgitlenen Adventizmiň esaslaryny aňladýan ýedinji ýylyň Sabadydyr. Laodikeýa Adventizmine berlen alamat Ýunusyň alamatydyr; ol Mesih bilen Petrusyń arasyndaky gepleşikde beýan edilýär.</w:t>
      </w:r>
    </w:p>
    <w:p>
      <w:pPr>
        <w:pStyle w:val="ArticleScripture"/>
        <w:jc w:val="left"/>
      </w:pPr>
      <w:r>
        <w:rPr>
          <w:rFonts w:ascii="Times New Roman" w:hAnsi="Times New Roman" w:eastAsia="Times New Roman" w:cs="Times New Roman"/>
        </w:rPr>
        <w:t>Isa Keýsariýa Filipiniň töwereklerine gelende, şägirtlerinden sorap, şeýle diýdi: Adam Oglunyň kimdigini adamlar näme diýýärler? Olar hem aýtdylar: Käbirleri Seni Ýahýa Çokundyryjy diýýärler; käbirleri Ylýas; başgalar bolsa Ýeremiýa ýa-da pygamberleriň biri diýýärler. Ol olara diýdi: Emma siz Meni kim diýip aýdýarsyňyz?</w:t>
      </w:r>
    </w:p>
    <w:p>
      <w:pPr>
        <w:pStyle w:val="ArticleScripture"/>
        <w:jc w:val="left"/>
      </w:pPr>
      <w:r>
        <w:rPr>
          <w:rFonts w:ascii="Times New Roman" w:hAnsi="Times New Roman" w:eastAsia="Times New Roman" w:cs="Times New Roman"/>
        </w:rPr>
        <w:t>Şimun Petrus jogap berip şeýle diýdi: Sen Mesihsiň, diri Hudaýyň Oglusy. Isa oňa jogap berip diýdi: Bagtyýarsyň, Şimun Barjona; çünki muny saňa ten bilen gan açyp görkezmedi, eýsem göklerdeki Atam açdy. Men saňa hem diýýärin: sen Petrussiň, we Men Öz ybadathanamy şu gaýanyň üstünde guraryn; dowzahyň derwezeleri oňa garşy üstün gelmez. Men saňa gökleriň Patyşalygynyň açarlaryny bererin; ýerde näme baglasaň, gökde baglanan bolar; we ýerde näme çözseň, gökde çözülýän bolar.</w:t>
      </w:r>
    </w:p>
    <w:p>
      <w:pPr>
        <w:pStyle w:val="ArticleScripture"/>
        <w:jc w:val="left"/>
      </w:pPr>
      <w:r>
        <w:rPr>
          <w:rFonts w:ascii="Times New Roman" w:hAnsi="Times New Roman" w:eastAsia="Times New Roman" w:cs="Times New Roman"/>
        </w:rPr>
        <w:t>Soňra Ol öz şägirtlerine Öziniň Isa Mesihdigini hiç kime aýtmazlyklaryny berk tabşyrdy. Matta 16:13–20.</w:t>
      </w:r>
    </w:p>
    <w:p>
      <w:pPr>
        <w:pStyle w:val="ArticleBody"/>
        <w:jc w:val="left"/>
      </w:pPr>
      <w:r>
        <w:rPr>
          <w:rFonts w:ascii="Times New Roman" w:hAnsi="Times New Roman" w:eastAsia="Times New Roman" w:cs="Times New Roman"/>
        </w:rPr>
        <w:t>Sinedrion üçin alamat, şonuň üçinem Adventizm üçin alamat Ýunusyň alamatydyr. Simon Barýona bu bölege äht adamyň nyşany hökmünde girizilýär, çünki onuň ady üýtgedilmek üzeredir. Abramyň ady ähtde üýtgedildi. Şawulyň ady Pawlus diýip üýtgedildi. Ýakubyň ady Ysraýyl diýip üýtgedildi. Şol üç şaýat Mukaddes Ýazgylardaky bir keşbiň ady üýtgedilende, onuň äht adamy görkezýändigini, şonuň üçinem iň soňky äht halkyny, ýagny ýüz kyrk dört müňi, öňünden şekillendirýändigini tassyklaýar. Şol üç şaýat, şeýle hem, äht adamyň adynyň, ady üýtgedilen adamyň bilen baglanyşykly pygamberlik nyşanyny aňladýandygyny tassyklaýar. Şawul “saýlanan” diýmegi aňladýar, çünki ol hoş habary başga milletlere ýetirmek üçin saýlanypdy. Onuň ady Pawlus diýip üýtgedildi, bu bolsa kiçi diýmegi aňladýar, sebäbi ol özüniň gözünde resullaryň iň kiçisidi, çünki ol Hudaýyň ybadathanasyny yzarlapdy. Aldaw bilen öňe geçiji bolan Ýakup, Ysraýyl adynyň aňladşy ýaly, adynda-da, tejribesinde-de ýeňiji bolana öwrüldi. Petrusyň ady Simon bolup, eşidýän adam diýmegi aňladýar; Barýona bolsa Ýunusyň ogly diýmegi aňladýar.</w:t>
      </w:r>
    </w:p>
    <w:p>
      <w:pPr>
        <w:pStyle w:val="ArticleBody"/>
        <w:jc w:val="left"/>
      </w:pPr>
      <w:r>
        <w:rPr>
          <w:rFonts w:ascii="Times New Roman" w:hAnsi="Times New Roman" w:eastAsia="Times New Roman" w:cs="Times New Roman"/>
        </w:rPr>
        <w:t>Petrus Ýunusyň soňky neslini wekilleşdirýär, çünki ol Ýunusyň ogludyr. Ýunus «kepderi» diýmegi aňladýar, Simon bolsa kepderiniň habaryny eşiden kişidir; Simon Barýunus Isanyň mesh edilmeginiň habaryny eşidipdi, ýagny Ol çokundyrylanda we Isa Mesih bolanda, Mukaddes Ruh kepderi görnüşinde inipdi. Ýunusyň habary kepderiniň habarydy; ol Isanyň çokundyrylmagynda gudrat bilen mesh edilmegini aňladýardy. Ýunusyň habary Ýunusyň üç gün kitniň garnynda bolmagy bilen şekillendirilipdi. Şol üç gün ilkinji miweler baýramyna çenli bolan Pesahyň üç günidir; olar Mesihiň çokundyrylmagy we Ýunusyň kitniň garnynda bolan döwri arkaly nusgalanýar.</w:t>
      </w:r>
    </w:p>
    <w:p>
      <w:pPr>
        <w:pStyle w:val="ArticleBody"/>
        <w:jc w:val="left"/>
      </w:pPr>
      <w:r>
        <w:rPr>
          <w:rFonts w:ascii="Times New Roman" w:hAnsi="Times New Roman" w:eastAsia="Times New Roman" w:cs="Times New Roman"/>
        </w:rPr>
        <w:t>Ýunusyň alamaty, Mesihiň çokundyrylýan wagtynda Onuň üstüne inen mesh edilşiniň alamatydyr; bu bolsa 11-nji sentýabrda Ylham kitaby on sekizinjidäki perişdäniň inişini öňünden görkezýär. 11-nji sentýabr, Ýunusyň üç güni bilen şekillendirilen üç basgançakly synag işini başlatdy. Şol üç basgançak Millerit taryhynda hem görkezilýär. 1840-njy ýylyň 11-nji awgusty birinji perişdäniň synagyny, 1844-nji ýylyň 19-njy apreli ikinji perişdäniň synagyny we 1844-nji ýylyň 22-nji oktýabry üçünji synagy belledi. Şol üç basgançak 11-nji sentýabry, 2020-nji ýylyň 18-nji iýulyny we Ýekşenbe kanunyny aňladýar.</w:t>
      </w:r>
    </w:p>
    <w:p>
      <w:pPr>
        <w:pStyle w:val="ArticleBody"/>
        <w:jc w:val="left"/>
      </w:pPr>
      <w:r>
        <w:rPr>
          <w:rFonts w:ascii="Times New Roman" w:hAnsi="Times New Roman" w:eastAsia="Times New Roman" w:cs="Times New Roman"/>
        </w:rPr>
        <w:t>Ýekşenbe kanuny wagtynda Ýunus balygyň agzyndan tüýkürilip çykarylýar; hut şol ýerde-de Mesih Laodikýäni Öz agzyndan tüýkürip çykarýar; hut şol ýerde-de Bilgamyň eşegi agzyny açyp gepleýär; hut şol ýerde-de Ýahýa Çokundyryjynyň kakasy Zekerýa sözleýär; hut şol ýerde-de Amerikanyň Birleşen Ştatlary aždarha hökmünde gepleýär. Soňra Ýunus 2024-nji ýylda Musa we Ylýas bilen bile direldilenleriň nyşany hökmünde dünýä iň soňky duýduryşy berýär. Ol janlar Sodomyň we Müsüriň köçelerinde öldi, şondan soň bolsa Ezekiýeliň gudratly goşuny hökmünde direldilýär. Olar direlşinde Ýunusyň alamatyna öwrülýärler, çünki ol ölüp, Ninewä iň soňky habary bermek üçin direldilýänleri aňladýar. Kitiň garnyndaky Ýunus, ýolbarslaryň çukurundaky Daniýel, gaýnap duran ýag küýzesindäki Ýahýa — bularyň hemmesi simwolik ölüm we direlişi başdan geçiren ýüz kyrk dört müňi aňladýar. 9/11-de bolan mesh edilme, Ezekiýeliň gudratly goşunynyň direlişine çenli, Mesihiň Öz direlişine çenli bolan çokundyrylmasyny aňladýar.</w:t>
      </w:r>
    </w:p>
    <w:p>
      <w:pPr>
        <w:pStyle w:val="ArticleScripture"/>
        <w:jc w:val="left"/>
      </w:pPr>
      <w:r>
        <w:rPr>
          <w:rFonts w:ascii="Times New Roman" w:hAnsi="Times New Roman" w:eastAsia="Times New Roman" w:cs="Times New Roman"/>
        </w:rPr>
        <w:t>Fariseýler hem Sadduseýler gelip, Ony synap, asmandan özlerine bir alamat görkezmegini soradylar. Ol bolsa olara jogap berip diýdi: Agşam bolanda: «Howa ýagşy bolar», diýýäňiz, çünki asman gyzyl bolýar. Irden bolsa: «Bu gün howa erbet bolar», diýýäňiz, çünki asman gyzyl we tutuk. Eý, ikiýüzlüler, siz asmanyň keşbini saýgaryp bilýäňiz; emma zamanalaryň alamatlaryny saýgaryp bilmeýärsiňizmi? Erbet we zynahor nesil alamat gözleýär; ýöne oňa Ýunus pygamberiň alamatyndan başga hiç bir alamat berilmez. Şeýle diýip, olary goýup, gitdi. Matta 16:1–4.</w:t>
      </w:r>
    </w:p>
    <w:p>
      <w:pPr>
        <w:pStyle w:val="ArticleBody"/>
        <w:jc w:val="left"/>
      </w:pPr>
      <w:r>
        <w:rPr>
          <w:rFonts w:ascii="Times New Roman" w:hAnsi="Times New Roman" w:eastAsia="Times New Roman" w:cs="Times New Roman"/>
        </w:rPr>
        <w:t>Iň beýik gudrat Lazarusyň direlmegi boldy.</w:t>
      </w:r>
    </w:p>
    <w:p>
      <w:pPr>
        <w:pStyle w:val="ArticleScripture"/>
        <w:jc w:val="left"/>
      </w:pPr>
      <w:r>
        <w:rPr>
          <w:rFonts w:ascii="Times New Roman" w:hAnsi="Times New Roman" w:eastAsia="Times New Roman" w:cs="Times New Roman"/>
        </w:rPr>
        <w:t>“Mesihe Lazarusyň ýanyna gelmegini gijikdirende, Ony kabul etmediklere garşy rehim maksady bardy. Ol saklandy, sebäbi Lazarusy ölümden direltmek arkaly Öz inatçy, imansyz halkyna Özüniň hakykatdan hem ‘direliş we ýaşaýyş’dygynyň ýene bir subutnamasyny bermek isledi. Ol Ysraýyl öýüniň garyp, azaşan goýunlary bolan bu halkdan ähli umydyny üzmäge meýilli däldi. Olaryň toba etmezligi sebäpli Onuň ýüregi parçalanýardy. Öz rehimdarlygynda Ol olara Özüniň Dikeldiji, ýagtylyga ýaşaýşy we ölmez-ýitmezligi çykarmaga diňe Özüniň ukyply Bolan Şoldygyny ýene bir subutnama hökmünde bermäge niýet etdi. Bu, ruhanylaryň ýalňyş düşündirip bilmejek subutnamasy bolmalydy. Onuň Betaniýa gitmegini gijikdirmeginiň sebäbi şu boldy. Täç geýdiriji bu gudrat, ýagny Lazarusy direltmek, Hudaýyň Onuň işine hem-de ilahydygyna bolan talabyna möhür basmalydy.” The Desire of Ages, 528, 529.</w:t>
      </w:r>
    </w:p>
    <w:p>
      <w:pPr>
        <w:pStyle w:val="ArticleBody"/>
        <w:jc w:val="left"/>
      </w:pPr>
      <w:r>
        <w:rPr>
          <w:rFonts w:ascii="Times New Roman" w:hAnsi="Times New Roman" w:eastAsia="Times New Roman" w:cs="Times New Roman"/>
        </w:rPr>
        <w:t>Mesih Lazarus dirilmezinden öň garaşdy, we Lazarus diňe bir “täç gudraty” bolman, eýsem Hudaýyň işiniň “möhüri” hem boldy. Şol bölekde Ýunusyň alamaty diňe zynahor hem-de ýaman nesil üçin berlen ýeke-täk alamatdyr. Möhürleme işiniň wagtynyň örän anykdygyny görmek möhümdir. Biz ýüzlenýän şol bölekde, Petruň ady üýtgedilende, şondan beýläk Isanyň Öz ölümüne tabşyrylmalydygyny aýan edip başlamagy bize habar berilýär; emma Matta soňky aýatda şeýle ýazýar: “Then charged he his disciples that they should tell no man that he was Jesus the Christ.” Soňra derrew indiki aýatda ol şeýle ýazýar: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Parça Isaýyň adamlaryň Özüni kim hasaplaýandyklaryny soramagy bilen başlanýar; soňra bolsa, Onuň şägirtlerinden Özünü kim hasaplaýandyklaryny soraýan dowamly sorag berilýär.</w:t>
      </w:r>
    </w:p>
    <w:p>
      <w:pPr>
        <w:pStyle w:val="ArticleScripture"/>
        <w:jc w:val="left"/>
      </w:pPr>
      <w:r>
        <w:rPr>
          <w:rFonts w:ascii="Times New Roman" w:hAnsi="Times New Roman" w:eastAsia="Times New Roman" w:cs="Times New Roman"/>
        </w:rPr>
        <w:t>Isa Sezariýa Filipiniň töweregine geleninde, Öz şägirtlerinden sorap diýdi: «Ynsan Ogly bolan Meni adamlar kim diýýärler?» Olar hem: «Käbirleri Seni Çokundyryjy Ýahýa diýýärler; käbirleri Ylýas; beýlekiler Ýeremiýa ýa-da pygamberleriň biri diýýärler» diýdiler. Ol olara diýdi: «Emma siz Meni kim diýýärsiňiz?» Matta 16:13–15.</w:t>
      </w:r>
    </w:p>
    <w:p>
      <w:pPr>
        <w:pStyle w:val="ArticleBody"/>
        <w:jc w:val="left"/>
      </w:pPr>
      <w:r>
        <w:rPr>
          <w:rFonts w:ascii="Times New Roman" w:hAnsi="Times New Roman" w:eastAsia="Times New Roman" w:cs="Times New Roman"/>
        </w:rPr>
        <w:t>Petrus jogap bereninde, Isanyň Mesihdigini we diri Hudaýyň Ogludygyny yglan edýär. “Mesih” sözi ibranyça “Maşiýa” sözüniň grekçesidir. Isa Özüniň kimdigi baradaky sowaly gozgaýar we şägirtlerini Özüniň Maşiýadygy hakykatyna getirýär, emma dessine olara muny hiç kime aýtmazlygy tabşyrýar. Şol wagtdan başlap, Ol Matta Injiliniň soňky üç babyndaky ýigrimi üç ýolbelgini berjaý etjekdigini öwretmäge başlady, ýöne Mesih bilen baglanyşykly hakykatlaryň ädimme-ädim açylmagy zerurdy.</w:t>
      </w:r>
    </w:p>
    <w:p>
      <w:pPr>
        <w:pStyle w:val="ArticleBody"/>
        <w:jc w:val="left"/>
      </w:pPr>
      <w:r>
        <w:rPr>
          <w:rFonts w:ascii="Times New Roman" w:hAnsi="Times New Roman" w:eastAsia="Times New Roman" w:cs="Times New Roman"/>
        </w:rPr>
        <w:t>Biz bu Mesihi ýol görkeziji belliklerini indiki makalada dowam etdireris.</w:t>
      </w:r>
    </w:p>
    <w:p>
      <w:pPr>
        <w:pStyle w:val="ArticleHeading"/>
        <w:jc w:val="left"/>
      </w:pPr>
      <w:r>
        <w:rPr>
          <w:rFonts w:ascii="Arial" w:hAnsi="Arial" w:eastAsia="Arial" w:cs="Arial"/>
        </w:rPr>
        <w:t>Üçünji perişdäniň alfa nury</w:t>
      </w:r>
    </w:p>
    <w:p>
      <w:pPr>
        <w:pStyle w:val="ArticleScripture"/>
        <w:jc w:val="left"/>
      </w:pPr>
      <w:r>
        <w:rPr>
          <w:rFonts w:ascii="Times New Roman" w:hAnsi="Times New Roman" w:eastAsia="Times New Roman" w:cs="Times New Roman"/>
        </w:rPr>
        <w:t>“1846-njy ýylyň güýzünde biz Mukaddes Kitabyň Sabatyny berjaý edip başlamaga, ony öwretmäge hem-de goramaga başladyk. Şol ýylyň has irki döwründe Massaçusets ştatynyň Nýu-Bedford şäherine eden saparymda meniň ünsüm ilkinji gezek Sabata çekildi. Şol ýerde men ir döwürde advent imanyny kabul eden we bu işe işjeň zähmet çeken Ýaşuly Joseph Bates bilen tanyş boldum. Ýaşuly B. Sabaty berjaý edýärdi we onuň möhümdigini nygtaýardy. Men onuň möhümdigini duýmaýardym we Ýaşuly B.-niň beýleki dokuz buýrukdan has köp derejede dördünji buýruk üstünde durmak bilen ýalňyşýandygyny pikir edýärdim. Emma Reb maňa asmandaky mukaddes ýer barada görnüş berdi. Asmanda Hudaýyň ybadathanasy açyldy, maňa rehmet tagty bilen örtülen Hudaýyň sandygy görkezildi. Iki perişde sandygyň iki ujunda durýardy; olaryň ganatlary rehmet tagtynyň üstüne ýaýylypdy, ýüzleri bolsa oňa tarap öwrülgidi. Maňa ýoldaşlyk edýän perişde muny Hudaýyň barmagy bilen ýazylan mukaddes Kanuna hormat garyşyk gorky bilen seredýän ähli asman goşunlaryny aňladýandygyny habar berdi. Isa sandygyň gapagyny galdyrdy, men bolsa üstünde On Buýruk ýazylan daş tagtalary gördüm. Men on düzgün-nyzamyň hut merkezinde dördünji buýrugy görenimde haýran galdym; onuň daşyny ýumşak bir ýagtylyk halasy gurşap alypdy. Perişde şeýle diýdi: ‘Bu, on buýrukdan asmanlary, ýeri we olaryň içindäkileriň hemmesini ýaradan diri Hudaýy kesgitleýän ýeke-täk buýrukdyr. Ýeriň binýady goýlanda, şol wagt Sabatyň hem binýady goýuldy.’” Testimonies, 1-nji jilt, 75.</w:t>
      </w:r>
    </w:p>
    <w:p>
      <w:pPr>
        <w:pStyle w:val="ArticleHeading"/>
        <w:jc w:val="left"/>
      </w:pPr>
      <w:r>
        <w:rPr>
          <w:rFonts w:ascii="Arial" w:hAnsi="Arial" w:eastAsia="Arial" w:cs="Arial"/>
        </w:rPr>
        <w:t>Üçünji perişdäniň omega nury</w:t>
      </w:r>
    </w:p>
    <w:p>
      <w:pPr>
        <w:pStyle w:val="ArticleScripture"/>
        <w:jc w:val="left"/>
      </w:pPr>
      <w:r>
        <w:rPr>
          <w:rFonts w:ascii="Times New Roman" w:hAnsi="Times New Roman" w:eastAsia="Times New Roman" w:cs="Times New Roman"/>
        </w:rPr>
        <w:t>“Hudaý bilen gatnaşyk saklaýanlar Dogrulygyň Gününiň nurunda ýörärler. Olar Hudaýyň huzurynda öz ýollaryny bozup, öz Halasgärini masgara etmezler. Asman nury olaryň üstüne saçýar. Bu dünýä taryhynyň ahyryna golaýlaşdygyça, olaryň Mesih baradaky we Oňa degişli pygamberlikler baradaky bilimleri ep-esli artýar. Olar Hudaýyň nazarynda çäksiz gymmatlydyr; çünki olar Onuň Oglunyň birligindedirler. Olar üçin Hudaýyň Sözi iň ýokary gözellik we mähirli özüneçekijilik bilen doludyr. Olar onuň ähmiýetini görýärler. Hakykat olara açylýar. Bedene girme baradaky taglymat ýumşak bir şöhle bilen ýagtylandyrylýar. Olar Mukaddes Ýazgynyň ähli syrlary açýan we ähli kynçylyklary çözýän açardygyny görýärler. Nury kabul etmäge we nurda ýöremäge höwessiz bolanlar takwalygyň syryna düşünip bilmezler, emma haçy alyp, Isanyň yzyna düşmekden çekinmedikler Hudaýyň nurunda nury görerler.”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Günüň Adwentist Ybadathanasy — Ýigrimi dokuzynjy sany</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