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Ýoweliň Kitaby we Laodikiýadaky Ýedinji Günüň Adventist Ybadathanasy - Otuz Birinji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Otuz birinji san</w:t>
      </w:r>
    </w:p>
    <w:p>
      <w:pPr>
        <w:pStyle w:val="ArticleBody"/>
        <w:jc w:val="left"/>
      </w:pPr>
      <w:r>
        <w:rPr>
          <w:rFonts w:ascii="Times New Roman" w:hAnsi="Times New Roman" w:eastAsia="Times New Roman" w:cs="Times New Roman"/>
        </w:rPr>
        <w:t>Matta kitabynda ýerleşýän soňky üç Mesihilik durmuşa aşmasy Ýekşenbe kanuny ýol belgüsiniň üç bölegini kesgitleýär; 1844-nji ýylyň 22-nji oktýabrynda kiçi süriniň dargadylyşy we haçda şägirtleriň dargadylyşy bilen nusgalanşy ýaly, Ýekşenbe kanunynda Hudaý halkynyň dargadylmagy. Iki dargadylyş hem Ýekşenbe kanuny bilen gabat gelýär. Pygamberlik öwrülişik nokadynyň nyşany bolan Jelileýa bilen baglanyşykda, Ýekşenbe kanunyna çenli garaňkylykda bolan halk garaňkylykdan çagyrylar. Şol adamlar Hudaýyň beýleki sürüsidir, Wawilondan çagyrylyp çykarylyşlarynda Şenbe dawasy meselesine oýandyrylýan on birinji sagadyň işgärleridir. Olaryň Wawilondan çagyrylyp çykarylmagy höküm etmäniň ikinji tapgyrydyr; bu höküm etme Hudaýyň öýünden başlanýar, soňra bolsa Ýekşenbe kanunynda Iýerusalimiň daşyndakylara garşy ýüzlenýär.</w:t>
      </w:r>
    </w:p>
    <w:p>
      <w:pPr>
        <w:pStyle w:val="ArticleHeading"/>
        <w:jc w:val="left"/>
      </w:pPr>
      <w:r>
        <w:rPr>
          <w:rFonts w:ascii="Arial" w:hAnsi="Arial" w:eastAsia="Arial" w:cs="Arial"/>
        </w:rPr>
        <w:t>Onunjy Mesih ýol belligi Ýekşenbe kanunynyň dargatmasydyr</w:t>
      </w:r>
    </w:p>
    <w:p>
      <w:pPr>
        <w:pStyle w:val="ArticleScripture"/>
        <w:jc w:val="left"/>
      </w:pPr>
      <w:r>
        <w:rPr>
          <w:rFonts w:ascii="Times New Roman" w:hAnsi="Times New Roman" w:eastAsia="Times New Roman" w:cs="Times New Roman"/>
        </w:rPr>
        <w:t>Emma bularyň hemmesi pygamberleriň ýazgylary ýerine ýetsin diýip edildi. Şonda ähli şägirtler Ony taşlap, gaçyp gitdiler. Matta 26:56.</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Oýgan, eý gylyç, Meniň çopanyma garşy we Meniň ýakynym bolan adama garşy, diýýär Hökmürowan Reb: çopany ur, şonda goýunlar pytrar; Men elimi kiçijikleriň üstüne öwrerin. Zekarýa 13:7.</w:t>
      </w:r>
    </w:p>
    <w:p>
      <w:pPr>
        <w:pStyle w:val="ArticleScripture"/>
        <w:jc w:val="left"/>
      </w:pPr>
      <w:r>
        <w:rPr>
          <w:rFonts w:ascii="Times New Roman" w:hAnsi="Times New Roman" w:eastAsia="Times New Roman" w:cs="Times New Roman"/>
        </w:rPr>
        <w:t>“Biz tiz wagtda juda giňden dargadylarys, we edýän işlerimiz tizden-tiz edilmelidir.” Fundamentals of Christian Education, 535.</w:t>
      </w:r>
    </w:p>
    <w:p>
      <w:pPr>
        <w:pStyle w:val="ArticleScripture"/>
        <w:jc w:val="left"/>
      </w:pPr>
      <w:r>
        <w:rPr>
          <w:rFonts w:ascii="Times New Roman" w:hAnsi="Times New Roman" w:eastAsia="Times New Roman" w:cs="Times New Roman"/>
        </w:rPr>
        <w:t>“Biziň aýrylyşyp dargajak, we her birimiziň özümiz ýaly gymmatly imany bolanlar bilen gatnaşygyň artykmaçlygy bolmazdan durmaly boljak wagtymyz gelýär; Hudaý ýanyňyzda bolmasa, hem-de Onuň sizi alyp barýandygyny we ýol görkezýändigini bilmeseňiz, siz nähili durup bilersiňiz?” Review and Herald, 25-nji mart, 1890.</w:t>
      </w:r>
    </w:p>
    <w:p>
      <w:pPr>
        <w:pStyle w:val="ArticleHeading"/>
        <w:jc w:val="left"/>
      </w:pPr>
      <w:r>
        <w:rPr>
          <w:rFonts w:ascii="Arial" w:hAnsi="Arial" w:eastAsia="Arial" w:cs="Arial"/>
        </w:rPr>
        <w:t>On birinji Mesihe degişli ýolgörkeziji alamat, milletleriň çagyrylyşydyr.</w:t>
      </w:r>
    </w:p>
    <w:p>
      <w:pPr>
        <w:pStyle w:val="ArticleScripture"/>
        <w:jc w:val="left"/>
      </w:pPr>
      <w:r>
        <w:rPr>
          <w:rFonts w:ascii="Times New Roman" w:hAnsi="Times New Roman" w:eastAsia="Times New Roman" w:cs="Times New Roman"/>
        </w:rPr>
        <w:t>Işaýa pygamber arkaly aýdylyp geçilen sözüň berjaý bolmagy üçin şeýle diýildi: «Zabulonyň ýurdy we Neftalimiň ýurdy, deňiz ýolunda, Iordanyň aňyrsynda, beýleki milletleriň Galileýasy; garaňkylykda oturan halk beýik bir nur gördü; ölüm ýurdunyň we onuň kölegesiniň içinde oturanlara nur dogdy». Matta 4:14–16.</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Ýöne garaňkylyk onuň ezýet çeken döwründäki ýaly bolmaz; çünki öňde ol Zebulunyň ýurduny we Naftalynyň ýurduny ýeňilje ezýetledi, soňra bolsa deňziň ýoly bilen, Iordanyň aňyrsynda, milletleriň Jelilesinde ony has agyr ezýetledi. Garaňkylykda ýöreýän halk beýik bir nury gördi; ölüm kölegesiniň ýurdunda ýaşaýanlaryň üstüne nur saçdy. Işaýa 9:1, 2.</w:t>
      </w:r>
    </w:p>
    <w:p>
      <w:pPr>
        <w:pStyle w:val="ArticleBody"/>
        <w:jc w:val="left"/>
      </w:pPr>
      <w:r>
        <w:rPr>
          <w:rFonts w:ascii="Times New Roman" w:hAnsi="Times New Roman" w:eastAsia="Times New Roman" w:cs="Times New Roman"/>
        </w:rPr>
        <w:t>Ýekşenbe güni baradaky kanun çykarylanda, ahyrky ýagyn ölçegsiz döküler we başga milletler beýik nury görerler. Yzarlanma wepaly imanlylary dargadar we habary ýaýradar.</w:t>
      </w:r>
    </w:p>
    <w:p>
      <w:pPr>
        <w:pStyle w:val="ArticleScripture"/>
        <w:jc w:val="left"/>
      </w:pPr>
      <w:r>
        <w:rPr>
          <w:rFonts w:ascii="Times New Roman" w:hAnsi="Times New Roman" w:eastAsia="Times New Roman" w:cs="Times New Roman"/>
        </w:rPr>
        <w:t>“‘Sizi mejlislere tabşyrarlar, … hawa, Meniň hatyram üçin häkimleriň we patyşalaryň öňüne hem getirilersiňiz, olar we başga milletler üçin şaýatlyk bolar.’ Matta 10:17, 18, R. V. Yzarlama nury ýaýradar. Mesihiň hyzmatkärleri dünýäniň beýik adamlarynyň öňüne getiriler; başga ýagdaýda bolsa olar Injili hiç wagt eşitmezdiler. Bu adamlara hakykat nädogry görkezildi. Olar Mesihiň şägirtleriniň imany barada ýalan aýyplamalary diňlediler. Köplenç onuň hakyky häsiýetini öwrenmegiň olaryň ýeke-täk serişdesi, öz imany üçin kazyýete çekilenleriň şaýatlygydyr. Derňew astynda bulardan jogap bermek talap edilýär, olaryň kazylary hem berilýän şaýatlygy diňlemäge mejbur bolýar. Hudaýyň merhemeti Öz hyzmatkärlerine şol ýagdaýyň talabyny ödemek üçin berler. Isa: ‘Näme geplemelidigiňiz şol sagadyň özünde size berler; çünki gepläp duran siz dälsiňiz, eýsem sizde gepläp duran Atanyňyzyň Ruhudyr’ diýýär. Hudaýyň Ruhy Öz hyzmatkärleriniň aňlaryny nurlandyranda, hakykat özüniň ylahy güýjünde we gymmatlylygynda hödürlener. Hakykaty ret edýänler şägirtleri aýyplamak we ezmek üçin aýaga galarlar. Emma ýitgi we ejir içinde, hatda ölüme çenli, Rebbiň çagalary özleriniň ylahy Nusgasynyň ýumşaklygyny ýüze çykarmalydyrlar. Şeýlelikde Şeýtanyň gurallary bilen Mesihiň wekilleriniň arasyndaky tapawut görner. Halasgär ýolbaşçylaryň we halkyň öňünde beýgeldiler.”</w:t>
      </w:r>
    </w:p>
    <w:p>
      <w:pPr>
        <w:pStyle w:val="ArticleScripture"/>
        <w:jc w:val="left"/>
      </w:pPr>
      <w:r>
        <w:rPr>
          <w:rFonts w:ascii="Times New Roman" w:hAnsi="Times New Roman" w:eastAsia="Times New Roman" w:cs="Times New Roman"/>
        </w:rPr>
        <w:t>Şägirtlere şehitleriň gaýduwsyzlygy we berkligi diňe şeýle merhemete mätäçlik ýüze çykýança berilmedi. Şonda Halasgäriň wadasy ýerine ýetdi. Petrus bilen Ýahýa Sinedrion geňeşiniň öňünde şaýatlyk edenlerinde, adamlar «haýran galdylar; hem-de olaryň Isa bilen bile bolandyklaryna göz ýetirdiler». Resullaryň Işleri 4:13. Stefanos hakynda bolsa şeýle ýazylýar: «geňeşde oturanlaryň hemmesi oňa üns bilen seredip, onuň ýüzüni perişdäniň ýüzi ýalydygyny gördüler». Adamlar «onuň gepleýän paýhasyna we Ruhuna garşy durup bilmediler». Resullaryň Işleri 6:15, 10. Şeýle hem Pawlus, Sezarlaryň kazyýetindäki öz sud işi barada ýazyp, şeýle diýýär: «Ilkinji goranyşymda hiç kim meniň tarapymy tutmady, gaýta hemmesi meni taşlap gitdi…. Emma Reb meniň ýanymda durdy we meni güýçlendirdi; meniň üsti bilen habaryň doly yglan edilmegi we ähli beýleki milletleriň eşitmegi üçin; hem-de men ýolbarsyň agzyndan halas edildim». 2 Timoteos 4:16, 17, R. V.</w:t>
      </w:r>
    </w:p>
    <w:p>
      <w:pPr>
        <w:pStyle w:val="ArticleScripture"/>
        <w:jc w:val="left"/>
      </w:pPr>
      <w:r>
        <w:rPr>
          <w:rFonts w:ascii="Times New Roman" w:hAnsi="Times New Roman" w:eastAsia="Times New Roman" w:cs="Times New Roman"/>
        </w:rPr>
        <w:t>Mesihiň gullary kazyýetiň öňüne getirilende aýtmak üçin öňünden taýýarlanan hiç bir sözi taýynlamaly däldiler. Olaryň taýýarlygy gün-günden Hudaýyň Sözüniň gymmatly hakykatlaryny ýüreklerinde hazyna edip toplamak we doga arkaly imanlaryny berkitmek bilen amala aşyrylmalydy. Olar kazyýete getirilende bolsa, Mukaddes Ruh zerur boljak hut şol hakykatlary olaryň ýatlaryna salar.” The Desire of Ages, 354, 355.</w:t>
      </w:r>
    </w:p>
    <w:p>
      <w:pPr>
        <w:pStyle w:val="ArticleBody"/>
        <w:jc w:val="left"/>
      </w:pPr>
      <w:r>
        <w:rPr>
          <w:rFonts w:ascii="Times New Roman" w:hAnsi="Times New Roman" w:eastAsia="Times New Roman" w:cs="Times New Roman"/>
        </w:rPr>
        <w:t>Höküm 11-nji sentýabrda Hudaýyň öýünden başlanýar we ýekşenbe güni baradaky kanun döwründe tamamlanýar; şonda höküm soňra Hudaýyň öýünden daşardaky beýleki sürüsine geçýär.</w:t>
      </w:r>
    </w:p>
    <w:p>
      <w:pPr>
        <w:pStyle w:val="ArticleHeading"/>
        <w:jc w:val="left"/>
      </w:pPr>
      <w:r>
        <w:rPr>
          <w:rFonts w:ascii="Arial" w:hAnsi="Arial" w:eastAsia="Arial" w:cs="Arial"/>
        </w:rPr>
        <w:t>On ikinji Mesihçilik ýol belligi — Milletlere höküm</w:t>
      </w:r>
    </w:p>
    <w:p>
      <w:pPr>
        <w:pStyle w:val="ArticleScripture"/>
        <w:jc w:val="left"/>
      </w:pPr>
      <w:r>
        <w:rPr>
          <w:rFonts w:ascii="Times New Roman" w:hAnsi="Times New Roman" w:eastAsia="Times New Roman" w:cs="Times New Roman"/>
        </w:rPr>
        <w:t>Bu, Işaýa pygamber arkaly aýdylan sözüň ýerine ýetmegi üçindi: «Ine, Meniň saýlap alan hyzmatkärim, kalbymyň hoşnut bolan söýgülim; Men Öz Ruhumy Onuň üstüne goýaryn, Ol milletlere hökmi yglan eder. Ol dawagalanyp çekişmez, gygyryp çagyrmaz; köçelerde hiç kim Onuň sesini eşitmez. Ezilen gamyşy döwmez, tütäp duran peläni söndürmez, tä hökmi ýeňşe ýetirýänçä. Milletler hem Onuň adyna umyt baglarlar». Matta 12:17–21.</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Ine, Meniň goldaýan hyzmatkärim; saýlap alan zadyma, janym hoşal bolýar; Men Öz Ruhumy onuň üstüne goýdum: ol milletlere höküm çykarar. Ol gygyrmaz, sesini galdyrmaz, köçede sesini eşitdirmez. Ezilen gamşy döwmez, tüsseleýän pili söndürmez: ol hakykata laýyk höküm çykarar. Ol ýerde höküm ornaşdyrýança ejizlemez, ruhdan düşmez: adalar onuň kanunyna garaşar. Işaýa 42:1–4.</w:t>
      </w:r>
    </w:p>
    <w:p>
      <w:pPr>
        <w:pStyle w:val="ArticleBody"/>
        <w:jc w:val="left"/>
      </w:pPr>
      <w:r>
        <w:rPr>
          <w:rFonts w:ascii="Times New Roman" w:hAnsi="Times New Roman" w:eastAsia="Times New Roman" w:cs="Times New Roman"/>
        </w:rPr>
        <w:t>Hudaýyň öýi üçin hökümüň ýapylmagy 2023-nji ýylyň iýul aýynda başlandy; şol wagtda Musa bilen Ylýas öli guran süňkleriň jülgesinde öli ýatan köçelerde bir ses eşidildi. Ol ses eşidilende, Hudaýyň öýi üçin höküm ýapylyp başlamaga başlady we beýleki milletleriň hökümine tarap dowam etdi. Matta kitabynda ýüz kyrk dört müňiň özgertme hereketindäki esasy ýol belgilerini görkezýän Mesihçilik bilen bagly on iki amala aşma bar. Şol on iki ýol belgisi Mesih arkaly nusgalaşdyrylýar. 1989; 1996; 11-nji sentýabr, 2001; 18-nji iýul, 2020; 2023-nji ýylyň iýuly; 2024; Gije ýarymdaky gygyryş, ruhanylaryň aýrylmagy we ýekşenbe kanuny — bularyň hemmesi kesgitlenýär; 11-nji sentýabryň içerki we daşarky şaýady bar, ýekşenbe kanunynyň bolsa dargadylyşyň içerki şaýady, soňra bolsa on birinji sagadyň işçileriniň höküm döwrüniň iki şaýady bar. Ýüz kyrk dört müňiň özgertme hereketiniň göni Matta kitabynda görkezilen dokuz ýol belgisi.</w:t>
      </w:r>
    </w:p>
    <w:p>
      <w:pPr>
        <w:pStyle w:val="ArticleBody"/>
        <w:jc w:val="left"/>
      </w:pPr>
      <w:r>
        <w:rPr>
          <w:rFonts w:ascii="Times New Roman" w:hAnsi="Times New Roman" w:eastAsia="Times New Roman" w:cs="Times New Roman"/>
        </w:rPr>
        <w:t>Matta Täze Ähdiň alfasy, Ylham bolsa omegasydyr. Matta pygamberlik şaheseridir; onuň ähmiýeti ahyrzaman günlerine çenli möhürlenip goýlupdy. Onda, Başlangyç kitabynyň on birinji bapdan ýigrimi ikinji baba çenli bolan alfasyna gabat gelýän omega on iki bap bar. Ylhama alfa hökmünde ol Danyýel bilen Ylhamyň ylhamlanan gatnaşyklaryna meňzeşlik görkezýär. Danyýel we Ylham kitaplary barada olaryň pygamberlik gatnaşyklary hakynda aýan edilen zatlar, Matta bilen Ylhamiň arasyndaky gatnaşyk üçin hem dogry bolardy. Şol ugurlar boýunça bize habar berlen zatlar şuňa deň bolar:</w:t>
      </w:r>
    </w:p>
    <w:p>
      <w:pPr>
        <w:pStyle w:val="ArticleBody"/>
        <w:jc w:val="left"/>
      </w:pPr>
      <w:r>
        <w:rPr>
          <w:rFonts w:ascii="Times New Roman" w:hAnsi="Times New Roman" w:eastAsia="Times New Roman" w:cs="Times New Roman"/>
        </w:rPr>
        <w:t>Matta kitabynda Ylham kitabyndaky ýaly şol bir pygamberlik ugry dowam etdirilýär.</w:t>
      </w:r>
    </w:p>
    <w:p>
      <w:pPr>
        <w:pStyle w:val="ArticleScripture"/>
        <w:jc w:val="left"/>
      </w:pPr>
      <w:r>
        <w:rPr>
          <w:rFonts w:ascii="Times New Roman" w:hAnsi="Times New Roman" w:eastAsia="Times New Roman" w:cs="Times New Roman"/>
        </w:rPr>
        <w:t>“Ylham möhürlenen kitapdyr, emma ol şol bir wagtda açylan hem kitapdyr. Onda bu ýeriň taryhynyň ahyrky günlerinde bolup geçmeli ajaýyp wakalar beýan edilýär. Bu kitabyň taglymatlary anykdyr, syrly we düşünilmesiz däldir. Onda Danyýelda bolşy ýaly şol bir pygamberlik ugry dowam etdirilýär. Hudaý käbir pygamberlikleri gaýtadan aýdypdyr; şeýle etmek bilen olara möhüm ähmiýet berilmelidigini görkezýär. Reb uly ähmiýeti bolmadyk zatlary gaýtalamaýar.” Manuscript Releases, volume 9, 8.</w:t>
      </w:r>
    </w:p>
    <w:p>
      <w:pPr>
        <w:pStyle w:val="ArticleBody"/>
        <w:jc w:val="left"/>
      </w:pPr>
      <w:r>
        <w:rPr>
          <w:rFonts w:ascii="Times New Roman" w:hAnsi="Times New Roman" w:eastAsia="Times New Roman" w:cs="Times New Roman"/>
        </w:rPr>
        <w:t>Matta kitaby Ylham we Daniýel kitaplary bilen şol bir pygamberlik ugruny dowam etdirýär, we ol Ylham kitabynda kämillige ýetirilýär, çünki “complement” sözi kämilligi aňladýar.</w:t>
      </w:r>
    </w:p>
    <w:p>
      <w:pPr>
        <w:pStyle w:val="ArticleScripture"/>
        <w:jc w:val="left"/>
      </w:pPr>
      <w:r>
        <w:rPr>
          <w:rFonts w:ascii="Times New Roman" w:hAnsi="Times New Roman" w:eastAsia="Times New Roman" w:cs="Times New Roman"/>
        </w:rPr>
        <w:t>“Ylhamda Mukaddes Kitabyň ähli kitaplary birleşýär we tamam bolýar. Ine, bu ýerde Daniýel kitabynyň üstüni ýetirýän bölegi bardyr. Biri pygamberlikdir; beýlekisi bolsa ylhamdyr. Möhürlenen kitap Ylham däl-de, eýsem Daniýeliň pygamberliginiň soňky günlere degişli bolan bölegidir. Perişde şeýle buýurdy: ‘Emma sen, eý Daniýel, sözleri ýap we kitaby ahyrzamanyň wagtyna çenli möhürle.’ Daniýel 12:4.” Resullaryň Işleri, 585.</w:t>
      </w:r>
    </w:p>
    <w:p>
      <w:pPr>
        <w:pStyle w:val="ArticleBody"/>
        <w:jc w:val="left"/>
      </w:pPr>
      <w:r>
        <w:rPr>
          <w:rFonts w:ascii="Times New Roman" w:hAnsi="Times New Roman" w:eastAsia="Times New Roman" w:cs="Times New Roman"/>
        </w:rPr>
        <w:t>Matta, Daniýel we Ylham bir kitabyň özidir.</w:t>
      </w:r>
    </w:p>
    <w:p>
      <w:pPr>
        <w:pStyle w:val="ArticleScripture"/>
        <w:jc w:val="left"/>
      </w:pPr>
      <w:r>
        <w:rPr>
          <w:rFonts w:ascii="Times New Roman" w:hAnsi="Times New Roman" w:eastAsia="Times New Roman" w:cs="Times New Roman"/>
        </w:rPr>
        <w:t>“Danyýel we Ylham kitabynyň biri-biri bilen birdir. Biri pygamberlikdir, beýlekisi ylhamdyr; biri möhürlenen kitapdyr, beýlekisi açylan kitapdyr. Ýahýa gök gürlemeleriniň aýdan syrlaryny eşitdi, emma olary ýazmazlyk oňa buýruldy.” The Seventh-day Adventist Bible Commentary, 7-nji jilt, 971.</w:t>
      </w:r>
    </w:p>
    <w:p>
      <w:pPr>
        <w:pStyle w:val="ArticleBody"/>
        <w:jc w:val="left"/>
      </w:pPr>
      <w:r>
        <w:rPr>
          <w:rFonts w:ascii="Times New Roman" w:hAnsi="Times New Roman" w:eastAsia="Times New Roman" w:cs="Times New Roman"/>
        </w:rPr>
        <w:t>Matta kitabynyň many-mazmunyny, Petrusyň Sezareýa Filipide bolmagynyň pygamberlik ähmiýetini nygtap biljek derejede, Ýoel kitabyna bolan gözlegimi gaýtadan öwürmezden öň onuň kontekstine ýerleşdirmek üçin wagt bölmek möhüm ýaly göründi. Matta kitaby baradaky synlarymy gysgaça jemlemäge synanyşaryn; munuň maksady Petrusyň Sezareýa Filipidäki ornunyň, ýagny Daniýeliň on birinji baby, on üçünji bilen on bäşinji aýatlarynda agzalýan Paniýumyň, örän uly pygamberlik ähmiýetini görkezmekdir.</w:t>
      </w:r>
    </w:p>
    <w:p>
      <w:pPr>
        <w:pStyle w:val="ArticleBody"/>
        <w:jc w:val="left"/>
      </w:pPr>
      <w:r>
        <w:rPr>
          <w:rFonts w:ascii="Times New Roman" w:hAnsi="Times New Roman" w:eastAsia="Times New Roman" w:cs="Times New Roman"/>
        </w:rPr>
        <w:t>Matta kitaby üç aýratyn pygamberlik çyzygynyň esasynda gurluşandyr. Birinji çyzyk ilkinji on bapdan ybaratdyr; ikinji çyzyk ondan soňky on iki bapdyr, olaryň yzysüre bolsa alty bapdan düzülen üçünji çyzyk gelýär. Ilkinji on bap Ylham kitaby on dördünji bapdaky birinji perişdäni aňladýar, ondan soňky on iki bap Ylham kitaby on dördünji bapdaky ikinji perişdäni aňladýar, iň soňky alty bap bolsa Ylham kitaby on dördünji bapdaky üçünji perişdäni aňladýar. Men bu synlamany entek açyk-aýdyň subut edip görkezmedim, ýöne muny aňsatlyk bilen amala aşyrmak bolar. Şony etmezden öň, Matta kitaby diýlip atlandyrylýan kanwanyň üstünde has giň gerimli umumy çyzgylary çekmegi dowam etdirmek isleýärin.</w:t>
      </w:r>
    </w:p>
    <w:p>
      <w:pPr>
        <w:pStyle w:val="ArticleBody"/>
        <w:jc w:val="left"/>
      </w:pPr>
      <w:r>
        <w:rPr>
          <w:rFonts w:ascii="Times New Roman" w:hAnsi="Times New Roman" w:eastAsia="Times New Roman" w:cs="Times New Roman"/>
        </w:rPr>
        <w:t>On birinji bapdan ýigrimi ikinji baba çenli bolan ikinji setir ikinji perişde bilen aňladylýar, we ikinji perişde hemişe iki esse gaýtalanmagy görkezýär, çünki Babil ýykyldy, ýykyldy. Gelip çykyş kitabynyň on birinji babyndan ýigrimi ikinji babyna çenli baplar Hudaýyň saýlanan bir halk bilen ata-baba Abram arkaly beren wadasyny, soňra bolsa üç basgançakly ähtini beýan edýär. Şol on iki babyň hut merkezi aýaty ähtiň nyşany hökmünde “sünneti” görkezýär, we ol üç basgançagyň ikinjisinde berkarar edildi. Matta Injilindäki muňa kybapdaş bolan äht setiriniň hut merkezi aýaty Simun Barýonanyň adynyň Petrus diýip üýtgedilen ýeridir.</w:t>
      </w:r>
    </w:p>
    <w:p>
      <w:pPr>
        <w:pStyle w:val="ArticleScripture"/>
        <w:jc w:val="left"/>
      </w:pPr>
      <w:r>
        <w:rPr>
          <w:rFonts w:ascii="Times New Roman" w:hAnsi="Times New Roman" w:eastAsia="Times New Roman" w:cs="Times New Roman"/>
        </w:rPr>
        <w:t>Men saňa-da aýdýaryn: sen Petrusyň; Men Öz ýygnagymy şu gaýanyň üstünde bina ederin; dowzahyň derwezeleri oňa garşy durup bilmez. Matta 16:18.</w:t>
      </w:r>
    </w:p>
    <w:p>
      <w:pPr>
        <w:pStyle w:val="ArticleBody"/>
        <w:jc w:val="left"/>
      </w:pPr>
      <w:r>
        <w:rPr>
          <w:rFonts w:ascii="Times New Roman" w:hAnsi="Times New Roman" w:eastAsia="Times New Roman" w:cs="Times New Roman"/>
        </w:rPr>
        <w:t>Petrusyň ady ýüz kyrk dört müňi aňladýar, ol bolsa imanyny Mesihiň habaryny eşitmäge esaslandyrýan synpyň wekili bolup durýar. Bu diňe Isanyň hakyndaky habar däl-de, eýsem Isanyň özüne Reb tarapyndan Petrusa berlendigini aýdan habarydyr.</w:t>
      </w:r>
    </w:p>
    <w:p>
      <w:pPr>
        <w:pStyle w:val="ArticleScripture"/>
        <w:jc w:val="left"/>
      </w:pPr>
      <w:r>
        <w:rPr>
          <w:rFonts w:ascii="Times New Roman" w:hAnsi="Times New Roman" w:eastAsia="Times New Roman" w:cs="Times New Roman"/>
        </w:rPr>
        <w:t>Ol olara: “Emma siz Meni kim diýip hasaplaýarsyňyz?” diýdi.</w:t>
      </w:r>
    </w:p>
    <w:p>
      <w:pPr>
        <w:pStyle w:val="ArticleScripture"/>
        <w:jc w:val="left"/>
      </w:pPr>
      <w:r>
        <w:rPr>
          <w:rFonts w:ascii="Times New Roman" w:hAnsi="Times New Roman" w:eastAsia="Times New Roman" w:cs="Times New Roman"/>
        </w:rPr>
        <w:t>Şimun Petrus jogap berip diýdi: Sen Mesihsiň, diri Hudaýyň Oglusy. Isa hem oňa jogap berip diýdi,</w:t>
      </w:r>
    </w:p>
    <w:p>
      <w:pPr>
        <w:pStyle w:val="ArticleScripture"/>
        <w:jc w:val="left"/>
      </w:pPr>
      <w:r>
        <w:rPr>
          <w:rFonts w:ascii="Times New Roman" w:hAnsi="Times New Roman" w:eastAsia="Times New Roman" w:cs="Times New Roman"/>
        </w:rPr>
        <w:t>Sen bagtlysyň, Simun Barýona; çünki muny saňa et bilen gan aýan etmedi, eýsem göklerdäki Atam aýan etdi. Matta 16:15–17.</w:t>
      </w:r>
    </w:p>
    <w:p>
      <w:pPr>
        <w:pStyle w:val="ArticleBody"/>
        <w:jc w:val="left"/>
      </w:pPr>
      <w:r>
        <w:rPr>
          <w:rFonts w:ascii="Times New Roman" w:hAnsi="Times New Roman" w:eastAsia="Times New Roman" w:cs="Times New Roman"/>
        </w:rPr>
        <w:t>Petrusyň imany Isanyň Mesih bolmagyna — ýagny, Mesiha bolmagyna esaslanýar. Petrusyň ady, äht gatnaşyklaryny nyşanlamak üçin Abramyňky üýtgedilişi ýaly, üýtgedilýär, hem-de onuň ady 144,000 bilen deňleşdirilýär; hut şol aýatda hem uly jedel, dowzahyň ybadathanalaryna garşy üstün çykjak bir ybadathananyň binýady bolan gaýa hökmünde kesgitlenýär. Ýüz kyrk dört müň saýlanan äht halkynyň ahyrky ýüze çykyşydyr, Petrus bolsa şol topary wekilçilik edýär.</w:t>
      </w:r>
    </w:p>
    <w:p>
      <w:pPr>
        <w:pStyle w:val="ArticleBody"/>
        <w:jc w:val="left"/>
      </w:pPr>
      <w:r>
        <w:rPr>
          <w:rFonts w:ascii="Times New Roman" w:hAnsi="Times New Roman" w:eastAsia="Times New Roman" w:cs="Times New Roman"/>
        </w:rPr>
        <w:t>Petrus hem ilkinji Hristian ýygnagyny, ýagny şägirtleriň ýygnagyny hem şol bir wagtda aňladýar, çünki bu, Mesihiň Öz ýygnagynyň binýadyny goýýan taryhydyr. Mesih binýatdyr, Ol şol bir wagtda burç daşy hem bolup durýar, Petrus bolsa ilkinji Hristian gelniniň we soňky Hristian gelniniň nyşanydyr. Şonuň üçin Petrus bir aýatda hem alfa, hem-de omega nyşanydyr.</w:t>
      </w:r>
    </w:p>
    <w:p>
      <w:pPr>
        <w:pStyle w:val="ArticleBody"/>
        <w:jc w:val="left"/>
      </w:pPr>
      <w:r>
        <w:rPr>
          <w:rFonts w:ascii="Times New Roman" w:hAnsi="Times New Roman" w:eastAsia="Times New Roman" w:cs="Times New Roman"/>
        </w:rPr>
        <w:t>Şol bir aýat ikinji perişdäniň habaryny aňladýan on iki baplaryň merkezi aýatydyr, we Petrus hem ilkinji gelin, hem-de soňky gelin hökmünde “iki esse” hyzmat edýär. Soňky gelin Şeýtanyň sinagogasy bilen söweşde bolar, we soňky gelin iki topardan düzüler. Bir topar ýüz kyrk dört müňdir, beýleki topar bolsa beýik mähelle-dir. Beýik mähelle Smyrna bilen, ýüz kyrk dört müň bolsa Filadelfiýa bilen şekillendirilýär.</w:t>
      </w:r>
    </w:p>
    <w:p>
      <w:pPr>
        <w:pStyle w:val="ArticleBody"/>
        <w:jc w:val="left"/>
      </w:pPr>
      <w:r>
        <w:rPr>
          <w:rFonts w:ascii="Times New Roman" w:hAnsi="Times New Roman" w:eastAsia="Times New Roman" w:cs="Times New Roman"/>
        </w:rPr>
        <w:t>Ýüz kyrk dört müň adam Filadelfiýalylardyr, hem-de on sekizinji aýatda Petrusyň adynyň üýtgedilmegi ýüz kyrk dört müň adamyň möhürlenmegini aňladýar. Ol möhürlenenleriň nyşanydyr, hem-de bu aýatda — ähtiň on iki babyndaky merkezi aýatda — ol, sünnetiň alamat hökmünde görkezilýän Ýaradylşyň on iki babyndaky iň merkezi aýat bilen gabat gelýär. Ylham kitabynyň on birinji babyndan ýigrimi ikinji baby­na çenli bolan baplar äht şaýatlygynyň on iki baby üçin üçünji hatary üpjün edýär, hem-de şol on iki babyň merkezi aýaty Ylham kitabynyň on ýedinji babyndaky jelep bilen ýer ýüzüniň patyşalarynyň nikasyny kesgitleýär.</w:t>
      </w:r>
    </w:p>
    <w:p>
      <w:pPr>
        <w:pStyle w:val="ArticleScripture"/>
        <w:jc w:val="left"/>
      </w:pPr>
      <w:r>
        <w:rPr>
          <w:rFonts w:ascii="Times New Roman" w:hAnsi="Times New Roman" w:eastAsia="Times New Roman" w:cs="Times New Roman"/>
        </w:rPr>
        <w:t>Bar bolan, ozal bar bolan, emma indi ýok şol haýwan — ol sekizinjidir, ýediniň hem içindendir we heläkçilige gidýär. Ylham 17:11.</w:t>
      </w:r>
    </w:p>
    <w:p>
      <w:pPr>
        <w:pStyle w:val="ArticleBody"/>
        <w:jc w:val="left"/>
      </w:pPr>
      <w:r>
        <w:rPr>
          <w:rFonts w:ascii="Times New Roman" w:hAnsi="Times New Roman" w:eastAsia="Times New Roman" w:cs="Times New Roman"/>
        </w:rPr>
        <w:t>Bu aýat Beýik Babiliň soňky ýykylşyny kesgitlemek bilen baglanyşyklydyr, Babeliň ilkinji ýykylşy bolsa Gelip çykyş kitabynyň on iki baplyk äht hatarynyň birinji babynda bolup geçdi. Petrus merkez aýatda ýüz kyrk dört müňi wekilleşdirýär; bu hem Gelip çykyş kitabynyň merkez aýaty bilen gabat gelýär. Ylham kitabynyň merkez aýatynda Beýik Babiliň ýykylşy Babeliň beýik awçysy Nimrotyň hekaýasyny tamamlaýar.</w:t>
      </w:r>
    </w:p>
    <w:p>
      <w:pPr>
        <w:pStyle w:val="ArticleBody"/>
        <w:jc w:val="left"/>
      </w:pPr>
      <w:r>
        <w:rPr>
          <w:rFonts w:ascii="Times New Roman" w:hAnsi="Times New Roman" w:eastAsia="Times New Roman" w:cs="Times New Roman"/>
        </w:rPr>
        <w:t>Bu üç pygamberlik çyzygynyň her biriniň merkezi aýatlary ýa Hudaýyň möhürini, ýa-da haýwanyň nyşanyny görkezýär. Başlangyjy bolan Babiliň ölüm ähti Ybraýymda däl-de, Gelip çykyşda başlanýar we Ylhamda öz soňuna ýetýär. Şeýle etmek bilen, bu üç çyzyk bir ýere getirileninde, çyzyk üstüne çyzyk goýlup, olaryň hemmesine bir başlangyç we bir soň goýýar. Petrusyň Gaýa bilen Dowzahyň derwezeleriniň arasyndaky uly göreşiň nyşany hökmünde ulanylýan ýeri ikinji perişdäniň habarydyr, çünki ikinji perişdäniň habary: “Babil ýykyldy (Nimrod), ýykyldy (Rimiň jelep zenany)” diýýär. Matta ýazgysyndaky üç çyzygyň ikinjisi ikinji perişdäniň habarydyr, sebäbi ol Babiliň iki gezek ýykylyşyny görkezýär. Ol hakyky nikanyň tamamlanýan ýerinde, ýagny ýekşenbe kanunynda, galp nikany hödürleýär. Ol “8” sanyny Hudaýyň halkynyň galpy hökmünde görkezýär, emma hakyky sekiz hut şolardyr. Şeýle hem papalyk Hudaýy galplaşdyrýan hökmünde suratlandyrylýar, çünki ol bardy, häzir hem bardyr, we ýokary çykar. Ol baýdak ýokary galýan ýerde, ýagny ýekşenbe kanunynda, ýokary çykýar.</w:t>
      </w:r>
    </w:p>
    <w:p>
      <w:pPr>
        <w:pStyle w:val="ArticleBody"/>
        <w:jc w:val="left"/>
      </w:pPr>
      <w:r>
        <w:rPr>
          <w:rFonts w:ascii="Times New Roman" w:hAnsi="Times New Roman" w:eastAsia="Times New Roman" w:cs="Times New Roman"/>
        </w:rPr>
        <w:t>Matta ýazgysynda Mesihiň ýerine ýetirişleriniň on ikisi bar, we Köne Ähtde Mesih barada üç ýüzden bäş ýüze çenli pygamberlik bar. Matta beýleki üç Hoş Habaryň haýsysyndan hem has köp, gönüden-göni kesgitlenen on iki ýerine ýetirişi öz içine alýar. Şol on iki ýerine ýetiriş ýüz kyrk dört müňüň özgertme hereketindäki dokuz aýratyn ýolbelgisine laýyk gelýär. Dokuz kämilligi alamatlandyrýar, çünki “dokuzdan” aňyrda başga san ýokdur; sebäbi “dokuzdan” soň gelýän her bir mukdar diňe birden doqquza çenli dokuz sifrany we noly ulanýar. Dokuz dolulykdyr. Şol dokuz ýolbelgisiniň ikisinde Matta ýazgysyndaky ýerine ýetirişleriň birden köprägi bar. 9/11-de ikisi bar, we ýekşenbe kanunynda üçüsi bar.</w:t>
      </w:r>
    </w:p>
    <w:p>
      <w:pPr>
        <w:pStyle w:val="ArticleBody"/>
        <w:jc w:val="left"/>
      </w:pPr>
      <w:r>
        <w:rPr>
          <w:rFonts w:ascii="Times New Roman" w:hAnsi="Times New Roman" w:eastAsia="Times New Roman" w:cs="Times New Roman"/>
        </w:rPr>
        <w:t>1989-njy ýylda ahyrzaman döwri, 1996-njy ýylda habaryň resmileşdirilmegi, onuň yzysüre 9/11, onuň yzysüre 2020-nji ýylyň 18-nji iýulyndaky lapykeçlik, onuň yzysüre 2023-nji ýylyň iýulyndaky çölde ýaňlanan ses, ol hem 2024-nji ýylyň direlişine getirdi, ol bolsa Ýarygijäniň Feryadyna alyp barýar, onuň yzysüre ruhanylaryň aýrylyşy gelýär; bu bolsa Ýekşenbe kanunynda jemlenýär. Dokuz ýol belgisi: olaryň biri iki şaýada, beýlekisi üç şaýada eýedir; 9/11-niň iki şaýady bar, Ýekşenbe kanunynyň bolsa üç şaýady. Munuň manysy şudur: ýüz kyrk dört müňüň özgertme çyzygunda, 9/11-niň iki şaýadyndan Ýekşenbe kanunynyň üç şaýadyna çenli bolan aralyk ýüz kyrk dört müňüň möhürleniş döwrüni alamatlandyrýar. On iki ýol belgisi her bir reformatorlyk hereketi bilen gabat gelýär, we şeýle etmek bilen, 9/11-den Ýekşenbe kanunyna çenli ýüz kyrk dört müňüň möhürleniş döwrüni nygtaýar hem-de kesgitleýär.</w:t>
      </w:r>
    </w:p>
    <w:p>
      <w:pPr>
        <w:pStyle w:val="ArticleBody"/>
        <w:jc w:val="left"/>
      </w:pPr>
      <w:r>
        <w:rPr>
          <w:rFonts w:ascii="Times New Roman" w:hAnsi="Times New Roman" w:eastAsia="Times New Roman" w:cs="Times New Roman"/>
        </w:rPr>
        <w:t>Şeýle etmek bilen, ol 9/11-de iki şaýady, Ýekşenbe kanunynda bolsa üç şaýady görkezýär. 9/11-däki iki şaýat ikinji perişdäniň habarydyr, Ýekşenbe kanunyndaky üç şaýat bolsa üçünji perişdäniň habarydyr. Şonuň üçin, Matta arkaly Mesih hakyndaky pygamberlikleriň ýerine ýetmeleri bilen emele getirilen çyzyk möhürleniş wagtyny üzňeleşdirýär we ulaldyp görkezýär, şol bir wagtyň özünde ikinji perişdäni möhürleniş wagtynyň taryhynyň alfasy, üçünji perişdäni bolsa omegasy hökmünde kesgitleýär. Munuň manysy, möhürleniş wagtynyň iki belgisi bilen üç belgisiniň arasynda çäklenendigidir; şeýlelikde, ýigrimi üç — günäleriň ötelişiň nyşany — möhürlenişiň bütin taryhynyň üstünde ýerleşdirilýär.</w:t>
      </w:r>
    </w:p>
    <w:p>
      <w:pPr>
        <w:pStyle w:val="ArticleBody"/>
        <w:jc w:val="left"/>
      </w:pPr>
      <w:r>
        <w:rPr>
          <w:rFonts w:ascii="Times New Roman" w:hAnsi="Times New Roman" w:eastAsia="Times New Roman" w:cs="Times New Roman"/>
        </w:rPr>
        <w:t>Matta kitabynda degişlilikde birinji, ikinji we üçünji perişdeleri aňladýan üç pygamberlik çyzygy bar, hem-de Mattanyň ikinji çyzygyndaky on iki bap, ýüz kyrk dört müň bilen baglaşylan ähti aňladýar, çünki ol Ybraýym bilen baglaşylan Gelip çykyşyň alfa ähtiniň omegasydyr. Bu hem şony aňladýar: ikinji perişde hökmünde Petrus ilkinji hem-de soňky mesihi gelni bilelikde wekilçilik edende, Petrusyň iki esse görkezilmegi ikinji perişdäniň içinde-de iki esse görkezilişiň pygamberlik talap edýändigini esaslandyrýar. Üç şaýadyň esasynda, on iki sany üç sany on iki baplyk çyzygy biri-birine baglaýan ýüpdür; şonuň üçin, Matta kitabynda on iki sanynyň başga bir görkezilişini tapanymyzda, ol Matta kitabyndaky beýleki on ikä laýyk gelmelidir.</w:t>
      </w:r>
    </w:p>
    <w:p>
      <w:pPr>
        <w:pStyle w:val="ArticleBody"/>
        <w:jc w:val="left"/>
      </w:pPr>
      <w:r>
        <w:rPr>
          <w:rFonts w:ascii="Times New Roman" w:hAnsi="Times New Roman" w:eastAsia="Times New Roman" w:cs="Times New Roman"/>
        </w:rPr>
        <w:t>Matta kitabyndaky, simwolik on bir san bilen başlanýan we onuň simwolik garşylygy bolan ýigrimi iki san bilen tamamlanýan on iki bap, Mesihiň on iki amala aşmasy arkaly şekillendirilýän ýüz kyrk dört müňüň reforma çyzygy bilen gabat gelýär; şeýlelikde, ikinji perişdäniň çyzygynda ikinji bir “goşalandyrylmagy” ýüze çykarýar. Mesihiň on iki amala aşmasy, on iki bap bilen bilelikde, ikinji perişdäniň “goşalandyrylmagydyr”, emma olar köpeldilende 144,000-i aňladýar. Petrus goşalandyrylýar, on iki san hem goşalandyrylýar. Şol goşalandyrylmalar Babiliň iki gezek ýykylmagynyň goşalandyrylmagyny amala aşyrýar.</w:t>
      </w:r>
    </w:p>
    <w:p>
      <w:pPr>
        <w:pStyle w:val="ArticleBody"/>
        <w:jc w:val="left"/>
      </w:pPr>
      <w:r>
        <w:rPr>
          <w:rFonts w:ascii="Times New Roman" w:hAnsi="Times New Roman" w:eastAsia="Times New Roman" w:cs="Times New Roman"/>
        </w:rPr>
        <w:t>On birinji bapdan ýigrimi ikinji baba çenli baplar Ylhamyň on dördünji babyndaky ikinji perişdäni aňladýar. On sany synagyň nyşanydyr, hem-de üç synagyň ilkinjisi Matta Injiliniň ilkinji on babydyr. “On” synagy alamatlandyrýar. Matta Ylhamlaryň omegasyna görä alfa bolandygy sebäpli, bu iki kitabyň haýsysynyň-da birinji baby Isa Mesihiň ylhamy bilen başlanýar. Birinji bapda Ýusup perişdä ynanmak ýa ynanmazlyk babatda synagdan geçirilýär. Onuň muwapygy Ýahýa Çokundyryjynyň kakasy Zekerýa bolup, ol ynanman, şol bir synagdan geçip bilmedi. Biri ylahy tertip bilen bolan bir dogluşy kabul etdi, beýlekisi bolsa şübhelendi.</w:t>
      </w:r>
    </w:p>
    <w:p>
      <w:pPr>
        <w:pStyle w:val="ArticleBody"/>
        <w:jc w:val="left"/>
      </w:pPr>
      <w:r>
        <w:rPr>
          <w:rFonts w:ascii="Times New Roman" w:hAnsi="Times New Roman" w:eastAsia="Times New Roman" w:cs="Times New Roman"/>
        </w:rPr>
        <w:t>Ikinji bapda Hirodes täze bir patyşanyň dogulmagyndan gorkdy, şonuň üçin Ýusup bilen Merýem Müsüre gaçdylar. Üçünji bapda ilkinji synagy çokundyryjy Ýahýa getirdi; bu ilkinji synagy Dogan White ýaşaýyş ýa-da ölüm synagy diýip kesgitledi, çünki ol şeýle ýazdy: “Ýahýanyň habaryny ret edenler Isadan peýda tapyp bilmezdiler.” Birinji perişdäniň habary synag habarydyr; ol, edil Ýahýanyň edişi ýaly, adamlary Hudaýdan gorkmaga çagyrýar, çünki Hudaýyň höküm sagady gelýär. Muny Ýahýanyň: “Geljek gazapdan gaçmagy size kim duýdurdy?” diýip soran wagty şekillendirýär.</w:t>
      </w:r>
    </w:p>
    <w:p>
      <w:pPr>
        <w:pStyle w:val="ArticleBody"/>
        <w:jc w:val="left"/>
      </w:pPr>
      <w:r>
        <w:rPr>
          <w:rFonts w:ascii="Times New Roman" w:hAnsi="Times New Roman" w:eastAsia="Times New Roman" w:cs="Times New Roman"/>
        </w:rPr>
        <w:t>Soňra dördünji bapda, Isa kyrk gün agyz bekleýär; bu döwür üç aýratyn synag bilen jemlenýär, çünki şol üç synag hemişe birinji perişdäniň habarynda görkezilýär. Soňra Isa Öz şägirtlerini saýlap, düýpleri gurmaga başlady; çünki Ezra we Nehimiýa bilen birinji perman taryhynda ybadathananyň düýpleri goýuldy, Milleritler bilen hem birinji perişdäniň taryhynda düýpler goýuldy. Düýpler — bagtlylyklar baradaky sözlerdir; şondan soň Onuň gudratlary gelýär, olar Onuň on iki şägirdini ibermegine çenli alyp barýar we onunjy bap şonuň bilen tamamlanýar. Şondan soň on iki şägirt öz ýerinde durýardy, ylham bolsa şägirtleriň Hristian ybadathanasynyň düýbi bolandygyny kesgitleýär. On birinji baba ýetilende, düýpler tamamlanýardy.</w:t>
      </w:r>
    </w:p>
    <w:p>
      <w:pPr>
        <w:pStyle w:val="ArticleBody"/>
        <w:jc w:val="left"/>
      </w:pPr>
      <w:r>
        <w:rPr>
          <w:rFonts w:ascii="Times New Roman" w:hAnsi="Times New Roman" w:eastAsia="Times New Roman" w:cs="Times New Roman"/>
        </w:rPr>
        <w:t>On birinji bapda şägirtler özbaşdak gulluk edýärler, Isa bolsa ýalňyzdyr; bu ýagdaý onunjy bap bilen on birinji bapyň arasynda aýdyň tapawudy görkezýär. Birinjiden onunjy bapa çenli baplar birinji perişdäniň habarydyr; ol ikinji perişdäniň gelmegi bilen tamamlandy. Ikinji perişde, Milleritler bilen Protestantlardaky ýaly, bölünişik we aýrylyşma döredýär. Onunjy bap Isanyň şägirtlerden aýrylmagy bilen tamamlanýar, on birinji bapda bolsa Ol ýalňyzdyr.</w:t>
      </w:r>
    </w:p>
    <w:p>
      <w:pPr>
        <w:pStyle w:val="ArticleBody"/>
        <w:jc w:val="left"/>
      </w:pPr>
      <w:r>
        <w:rPr>
          <w:rFonts w:ascii="Times New Roman" w:hAnsi="Times New Roman" w:eastAsia="Times New Roman" w:cs="Times New Roman"/>
        </w:rPr>
        <w:t>On birden ýigrimi ikiinji baplara çenli bolan bölüm ikinji perişdäni aňladýar; bu bolsa ýigrimi üçünji bapdan ýigrimi sekizinji baplara çenli dowam edip, üçünji perişdäniň üçünji setiri bolýar. Elbetde, üçünji perişde ýekşenbe kanunyna gelip ýetýär; bu hem ýigrimi altynjy bapdan ýigrimi sekizinji baplara çenli bolan baplaryň Pesahy nädip aňladýandygynyň beýanydyr. “23” ýaraşdyrma nyşanydyr, we şol alty bapdan birinjisi birinji perişdäniň habaryny aňladýar, soňky üç bap bolsa üçünji perişdäniň habaryny aňladýar. Ortadaky iki bap (24 &amp; 25) ikinji perişdäni aňladýar. Soňky üç bap, “23”-ü belli ýol belgileri hökmünde öz içine alýar; olar “23” bapy birinji perişde ýa-da başlangyç hökmünde, hem-de ýigrimi altynjy bapdan ýigrimi sekizinji baplara çenli bolan baplary üçünji hökmünde, “23” ýol belgileri bilen deňleşdirýär. Ýigrimi üçünji bap birinji perişdedir, ondan soňky iki bap ikinji perişdedir, soňky üç bap bolsa üçünji perişdedir.</w:t>
      </w:r>
    </w:p>
    <w:p>
      <w:pPr>
        <w:pStyle w:val="ArticleBody"/>
        <w:jc w:val="left"/>
      </w:pPr>
      <w:r>
        <w:rPr>
          <w:rFonts w:ascii="Times New Roman" w:hAnsi="Times New Roman" w:eastAsia="Times New Roman" w:cs="Times New Roman"/>
        </w:rPr>
        <w:t>Matta ýazgysyndaky üçünji setir üçünji perişdäni aňladýar we ol üç ädime bölünýär. 23-nji bap birinji ädimdir, hem-de birinji perişdedir. 24-nji we 25-nji baplar ikinji ädimdir, hem-de ikinji perişdedir. 26-njy, 27-nji we 28-nji baplar üçünji ädimdir, hem-de üçünji perişdedir. Birinji perişde üçin bir bap, ikinji perişde üçin iki bap we üçünji perişde üçin üç bap. Üçünjisi — Pesahdyr; ol haçy aňladýar, ol bolsa öz gezeginde ýekşenbe kanunyna laýyk gelýär; ol Pentikost bilen hem aňladylýar.</w:t>
      </w:r>
    </w:p>
    <w:p>
      <w:pPr>
        <w:pStyle w:val="ArticleBody"/>
        <w:jc w:val="left"/>
      </w:pPr>
      <w:r>
        <w:rPr>
          <w:rFonts w:ascii="Times New Roman" w:hAnsi="Times New Roman" w:eastAsia="Times New Roman" w:cs="Times New Roman"/>
        </w:rPr>
        <w:t>Pentikost 50 sanydyr, 50 bolsa Ýubileýiň nyşanydyr. Ýubileý öz içinde kyrk dokuzynjy ýyly, ýagny ýedi ýyldan ybarat bolan ýedinji aýlawyň soňuny öz içine alýar. 49 sany 50 sanynyň öňünden gelýär, ýöne onuň bilen göni baglanyşyklydyr. Matta kitabyndaky üçünji setir 23-nji bapdan başlanýar, soňra bolsa 49-a jemlenýän iki bap (24, 25) onuň yzyndan gelýär; bu bolsa 50 sanyny aňladýan üçünji perişdäniň öňüsyrasydyr.</w:t>
      </w:r>
    </w:p>
    <w:p>
      <w:pPr>
        <w:pStyle w:val="ArticleBody"/>
        <w:jc w:val="left"/>
      </w:pPr>
      <w:r>
        <w:rPr>
          <w:rFonts w:ascii="Times New Roman" w:hAnsi="Times New Roman" w:eastAsia="Times New Roman" w:cs="Times New Roman"/>
        </w:rPr>
        <w:t>Alty bapdan ybarat hataryň başy “23”, soňy hem “23” bellikdir; 26-njy babyň 27 we 28 bilen goşulmagyndan alnan mukdar bolsa “81”-e deňdir. Bu bolsa, Asmandaky Baş Ruhanynyň Öz baş ruhanylyk gullugynda ulanjak ganynyň dökülmegini görkezýän hut şol aýatlaryň özünde ýerleşdirilen ruhanylaryň nyşanydyr. Şol sebäpden, The Desire of Ages eserindäki “81”-nji babyň ady Matta 28-e esaslanýar.</w:t>
      </w:r>
    </w:p>
    <w:p>
      <w:pPr>
        <w:pStyle w:val="ArticleScripture"/>
        <w:jc w:val="left"/>
      </w:pPr>
      <w:r>
        <w:rPr>
          <w:rFonts w:ascii="Times New Roman" w:hAnsi="Times New Roman" w:eastAsia="Times New Roman" w:cs="Times New Roman"/>
        </w:rPr>
        <w:t>“81-nji bap — ‘Reb direldi’”</w:t>
      </w:r>
    </w:p>
    <w:p>
      <w:pPr>
        <w:pStyle w:val="ArticleScripture"/>
        <w:jc w:val="left"/>
      </w:pPr>
      <w:r>
        <w:rPr>
          <w:rFonts w:ascii="Times New Roman" w:hAnsi="Times New Roman" w:eastAsia="Times New Roman" w:cs="Times New Roman"/>
        </w:rPr>
        <w:t>“Bu bap Matta 28:2–4, 11–15 ayatlaryna esaslanýar.” Asyrlaryň Islegi, 780.</w:t>
      </w:r>
    </w:p>
    <w:p>
      <w:pPr>
        <w:pStyle w:val="ArticleBody"/>
        <w:jc w:val="left"/>
      </w:pPr>
      <w:r>
        <w:rPr>
          <w:rFonts w:ascii="Times New Roman" w:hAnsi="Times New Roman" w:eastAsia="Times New Roman" w:cs="Times New Roman"/>
        </w:rPr>
        <w:t>“81” sany ruhanylygy aňladýar, we Lewiler 8-de ruhanylaryň mukaddeslenişiniň ýedi güni beýan edilýär. Sanlar kitabynyň 8-nji babynda Lewileriň päklenişi beýan edilýär. 2 Taryhlar kitabynda “81” ruhany Uzziýa patyşasyna garşy çykýar, we bu parça ýüz kyrk dört müňüň möhürleniş habaryny berkitmäge gönüden-göni goşant goşýar.</w:t>
      </w:r>
    </w:p>
    <w:p>
      <w:pPr>
        <w:pStyle w:val="ArticleScripture"/>
        <w:jc w:val="left"/>
      </w:pPr>
      <w:r>
        <w:rPr>
          <w:rFonts w:ascii="Times New Roman" w:hAnsi="Times New Roman" w:eastAsia="Times New Roman" w:cs="Times New Roman"/>
        </w:rPr>
        <w:t>Emma ol güýçlenende, onuň ýüregi heläkçiligine çenli ulaldy; çünki ol Hudaýy Rebbe garşy günä edip, hoşboý ysly tütetgini ýakmak üçin Rebbiň ybadathanasyna, tütetgi gurbanlyk sypasyna girdi. Ruhany Azarýa onuň yzyndan girdi, onuň bilen birlikde Rebbiň edermen segsen ruhanysy hem bardy. Olar patyşa Uziýa garşy durup, oňa şeýle diýdiler: «Eý Uziýa, Rebbe tütetgi ýakmak saňa degişli däldir, eýsem tütetgi ýakmaga bagyşlanan Harunyň ogullary bolan ruhanylardyr. Mukaddes ýerden çyk, çünki sen günä etdiň; bu iş saňa Reb Hudaý tarapyndan hormat getirmez».</w:t>
      </w:r>
    </w:p>
    <w:p>
      <w:pPr>
        <w:pStyle w:val="ArticleScripture"/>
        <w:jc w:val="left"/>
      </w:pPr>
      <w:r>
        <w:rPr>
          <w:rFonts w:ascii="Times New Roman" w:hAnsi="Times New Roman" w:eastAsia="Times New Roman" w:cs="Times New Roman"/>
        </w:rPr>
        <w:t>Şondan soň Uzziýa gazaplandy, onuň elinde hoşboý ysly tütetgi tütetmek üçin tütetgi gapy bardy; ol ruhanylara garşy gazaply wagty, Rebbiň öýünde, tütetgi gurbanlyk sypasynyň ýanynda, ruhanylaryň gözüniň öňünde onuň maňlaýynda pis kesel peýda boldy. Baş ruhany Azariýa we ähli ruhanylar oňa seretdiler, ine, onuň maňlaýy pis keselli eken; şonda olar ony ol ýerden çykarmaga howlukdylar; hatda onuň özi-de çykmaga howlukdy, çünki Reb ony urupdy. Patyşa Uzziýa ölýän gününe çenli pis keselli bolup galdy we pis keselli bolany üçin aýratyn bir öýde ýaşady; çünki ol Rebbiň öýünden aýryldy. Onuň ogly Ýotam patyşanyň köşgüniň üstünden gözegçilik edýärdi we ýurduň halkyna höküm edýärdi. 2 Hronikalar 26:16–21.</w:t>
      </w:r>
    </w:p>
    <w:p>
      <w:pPr>
        <w:pStyle w:val="ArticleBody"/>
        <w:jc w:val="left"/>
      </w:pPr>
      <w:r>
        <w:rPr>
          <w:rFonts w:ascii="Times New Roman" w:hAnsi="Times New Roman" w:eastAsia="Times New Roman" w:cs="Times New Roman"/>
        </w:rPr>
        <w:t>Segsen bir nyşan hökmünde mukaddes ýerde gurbanlyk bermek üçin Uzyýanyň eden tagallalaryna garşy çykan ruhanylar bilen baglanyşyklydyr. Uzyýa baradaky parçanyň pygamberlik gurluşy Daniýeliň on birinji babyndaky on birinji we on ikinji aýatlaryň pygamberlik gurluşyna gabat gelýär. Iki parça-da harby ýeňişlerden, aýratyn-da demirgazygyň bir patyşasy üstünden gazanylan soňky ýeňişden soň ýüregi göterilen günorta patyşany görkezýär. Daniýeliň on birinji babyndaky on birinji aýat Rafýa söweşinde Ptolemeý tarapyndan berjaý edilende, ol hem, Uzyýa ýaly, Iýerusalimdäki mukaddes ýerde gurbanlyk bermäge synanyşdy, emma ruhanylar tarapyndan garşylandy. Setir yzyna setir, bu iki şaýat ahyrlap barýan ukrain urşuny görkezýär.</w:t>
      </w:r>
    </w:p>
    <w:p>
      <w:pPr>
        <w:pStyle w:val="ArticleBody"/>
        <w:jc w:val="left"/>
      </w:pPr>
      <w:r>
        <w:rPr>
          <w:rFonts w:ascii="Times New Roman" w:hAnsi="Times New Roman" w:eastAsia="Times New Roman" w:cs="Times New Roman"/>
        </w:rPr>
        <w:t>“Döwürleriň Arzuwy” atly eseriň segsen birinji baby Matta 28-e esaslanýar we Mesihiň Asmandaky Baş Ruhany hökmünde Öz hyzmatyna başlamak üçin ýokary göterilişini görkezýär.</w:t>
      </w:r>
    </w:p>
    <w:p>
      <w:pPr>
        <w:pStyle w:val="ArticleScripture"/>
        <w:jc w:val="left"/>
      </w:pPr>
      <w:r>
        <w:rPr>
          <w:rFonts w:ascii="Times New Roman" w:hAnsi="Times New Roman" w:eastAsia="Times New Roman" w:cs="Times New Roman"/>
        </w:rPr>
        <w:t>Indi biziň aýdan zatlarymyzyň gysgaça mazmuny şudur: göklerdeki Beýiklik Tagtynyň sag tarapynda oturan şeýle Baş Ruhanymyz bar. Ýewreýlere 8:1.</w:t>
      </w:r>
    </w:p>
    <w:p>
      <w:pPr>
        <w:pStyle w:val="ArticleBody"/>
        <w:jc w:val="left"/>
      </w:pPr>
      <w:r>
        <w:rPr>
          <w:rFonts w:ascii="Times New Roman" w:hAnsi="Times New Roman" w:eastAsia="Times New Roman" w:cs="Times New Roman"/>
        </w:rPr>
        <w:t>“81” sany ruhanylaryň nyşanydyr, we Matta kitabynyň üçünji setiriniň üçünji basgançagynda jem 81 bolýar. Ikinji basgançakda jem 49 bolýar, birinji basgançak bolsa 23-dür. Segsen bir Uzziýanyň şaýatlygynda 80 ruhanyny we bir baş ruhanyny aňladýar. Bu derejede 80 ruhany ynsandyr, baş ruhany bolsa Ylahydyr. 81 Ylahylygyň ynsanlyk bilen birleşmesini aňladýar. Segsen bir sanyndaky bir san Ylahylygy aňladýar.</w:t>
      </w:r>
    </w:p>
    <w:p>
      <w:pPr>
        <w:pStyle w:val="ArticleBody"/>
        <w:jc w:val="left"/>
      </w:pPr>
      <w:r>
        <w:rPr>
          <w:rFonts w:ascii="Times New Roman" w:hAnsi="Times New Roman" w:eastAsia="Times New Roman" w:cs="Times New Roman"/>
        </w:rPr>
        <w:t>On bir sanndaky bir adamzady hem-de Hudaýlygy aňladýar. Ýigrimi bir sanyndaky bir Hudaýlygy, ýigrimi bolsa adamzady aňladýar. Iki bilen biriň utgaşygyny Emmaus ýolundaky şägirtlerde görmek bolýar.</w:t>
      </w:r>
    </w:p>
    <w:p>
      <w:pPr>
        <w:pStyle w:val="ArticleBody"/>
        <w:jc w:val="left"/>
      </w:pPr>
      <w:r>
        <w:rPr>
          <w:rFonts w:ascii="Times New Roman" w:hAnsi="Times New Roman" w:eastAsia="Times New Roman" w:cs="Times New Roman"/>
        </w:rPr>
        <w:t>Üçüň we biriň utgaşmasy Şadrahyň, Meşahyň we Abednegonyň odly peçinde şekillendirilişi ýaly ynsanlyk bilen Ylahyýetiň birleşmesidir.</w:t>
      </w:r>
    </w:p>
    <w:p>
      <w:pPr>
        <w:pStyle w:val="ArticleBody"/>
        <w:jc w:val="left"/>
      </w:pPr>
      <w:r>
        <w:rPr>
          <w:rFonts w:ascii="Times New Roman" w:hAnsi="Times New Roman" w:eastAsia="Times New Roman" w:cs="Times New Roman"/>
        </w:rPr>
        <w:t>Dört ile birin birleşimi, İlahiyatın insanlıkla birleşmesinin dördüncü nesilde gerçekleştiğini göstermektedir.</w:t>
      </w:r>
    </w:p>
    <w:p>
      <w:pPr>
        <w:pStyle w:val="ArticleBody"/>
        <w:jc w:val="left"/>
      </w:pPr>
      <w:r>
        <w:rPr>
          <w:rFonts w:ascii="Times New Roman" w:hAnsi="Times New Roman" w:eastAsia="Times New Roman" w:cs="Times New Roman"/>
        </w:rPr>
        <w:t>Bäş bilen biri utgaşmasy gelniň ýigidine garaşýan bäş gyzy görkezýär.</w:t>
      </w:r>
    </w:p>
    <w:p>
      <w:pPr>
        <w:pStyle w:val="ArticleBody"/>
        <w:jc w:val="left"/>
      </w:pPr>
      <w:r>
        <w:rPr>
          <w:rFonts w:ascii="Times New Roman" w:hAnsi="Times New Roman" w:eastAsia="Times New Roman" w:cs="Times New Roman"/>
        </w:rPr>
        <w:t>Alty bilen biriň utgaşmasy adamyň ýedinji günki Sabat bilen bolan gatnaşyklaryny aňladýar; şol Sabatyň Hökümdary Hudaýlykdyr. “Alty” sany adamyň nyşanydyr, “bir” bolsa Mesihdir.</w:t>
      </w:r>
    </w:p>
    <w:p>
      <w:pPr>
        <w:pStyle w:val="ArticleBody"/>
        <w:jc w:val="left"/>
      </w:pPr>
      <w:r>
        <w:rPr>
          <w:rFonts w:ascii="Times New Roman" w:hAnsi="Times New Roman" w:eastAsia="Times New Roman" w:cs="Times New Roman"/>
        </w:rPr>
        <w:t>Ýedi bilen biriň utgaşmasy ýedinji Laodikeýa ybadathanasynyň Filadelfiýa tejribesine geçişini aňladýar.</w:t>
      </w:r>
    </w:p>
    <w:p>
      <w:pPr>
        <w:pStyle w:val="ArticleBody"/>
        <w:jc w:val="left"/>
      </w:pPr>
      <w:r>
        <w:rPr>
          <w:rFonts w:ascii="Times New Roman" w:hAnsi="Times New Roman" w:eastAsia="Times New Roman" w:cs="Times New Roman"/>
        </w:rPr>
        <w:t>81 ruhanylaryň we olaryň baş ruhany bilen bolan gatnaşygyň nyşanydyr.</w:t>
      </w:r>
    </w:p>
    <w:p>
      <w:pPr>
        <w:pStyle w:val="ArticleBody"/>
        <w:jc w:val="left"/>
      </w:pPr>
      <w:r>
        <w:rPr>
          <w:rFonts w:ascii="Times New Roman" w:hAnsi="Times New Roman" w:eastAsia="Times New Roman" w:cs="Times New Roman"/>
        </w:rPr>
        <w:t>Dokuz we biriñ utgaşmasy tamamlanmagy aňladýar. Göwrelilik dokuz aý dowam edýär. Nuhuň öňüsyrasynda dokuz nesil bardy, ondan soň hem ähtnama alyp baran dokuz nesil boldy. Isa dokuzynjy sagatda ruhuny tabşyrdy. Dokuz we biriñ utgaşmasy Onuň halkyny möhürlemek işiniň tamamlanyp barýandygyny görkezýär.</w:t>
      </w:r>
    </w:p>
    <w:p>
      <w:pPr>
        <w:pStyle w:val="ArticleBody"/>
        <w:jc w:val="left"/>
      </w:pPr>
      <w:r>
        <w:rPr>
          <w:rFonts w:ascii="Times New Roman" w:hAnsi="Times New Roman" w:eastAsia="Times New Roman" w:cs="Times New Roman"/>
        </w:rPr>
        <w:t>Şu çäkde, bir san adamzadyň we Hudaýlygyň birleşmesidir; ikinji san adamzada sapak berýän Ylahy Mugallymdyr. Üçünji san üç perişdäniň habarydyr; bu bolsa olaryň ikinji sanda öwredilýän habarydyr. Dördünji san dördünji nesli görkezýär; şeýlelikde, bäş paýhasly gyzyň aýan edilýän we altynjy ýaradylyş güni bilen şekillendirilşi ýaly täzeden ýaradylýan pygamberlik taryhyny kesgitleýär. Soňra ýedinji ädim Filadelfiýa geçişi we ýediniň içinden çykan sekiziň syryny kesgitleýär. Şol pursatda äht tamam bolýar we “81”-iň ruhanylygy dokuz sany bilen görkezilen işi tamamlap gutarmak üçin ýokary galdyrylýar. Her ädimde bir san Ýahuda taýpasynyň Arslanydyr, ol şol bir wagtda-da Palmoni, Gudratly Sanagyjydyr. 81 ruhanylaryň nyşanydyr. Ähli sanlary Palmoni ýaratdy.</w:t>
      </w:r>
    </w:p>
    <w:p>
      <w:pPr>
        <w:pStyle w:val="ArticleBody"/>
        <w:jc w:val="left"/>
      </w:pPr>
      <w:r>
        <w:rPr>
          <w:rFonts w:ascii="Times New Roman" w:hAnsi="Times New Roman" w:eastAsia="Times New Roman" w:cs="Times New Roman"/>
        </w:rPr>
        <w:t>On bir sany ýigrimi ikiniň ýarysyny aňladýar, olar ikisi-de Ylahylygyň ynsanlyk bilen utgaşygyny aňladýar. Ýakynda çap edilen bir makalamda başlangyjy we soňy barada söz açýan iki beýannamany girizdim.</w:t>
      </w:r>
    </w:p>
    <w:p>
      <w:pPr>
        <w:pStyle w:val="ArticleBody"/>
        <w:jc w:val="left"/>
      </w:pPr>
      <w:r>
        <w:rPr>
          <w:rFonts w:ascii="Times New Roman" w:hAnsi="Times New Roman" w:eastAsia="Times New Roman" w:cs="Times New Roman"/>
        </w:rPr>
        <w:t>Birinji beýannama Ellen Waýt ybadathana hakdaky ilkinji görnüşlerini alanda, oňa Sabat baradaky buýrugyň beýleki buýruklardan has ýagty görünýändigi görkezilendigini belläp geçdi. Şeýle hem oňa ahyrky günlerde “tene gelmek taglymatynyň” mylaýym bir nur bilen gurşalandygyny görkezildi. Sabat başdaky bir yşyk bolup, ahyrda tene gelmek taglymatyny alamatlandyrýardy. Hudaýlyk bilen ynsanlygyň birleşmegi tene gelmek taglymatydyr, çünki bu taglymat Mesihiň Öz üstüne adam tenini almagy hakdadyr, we şeýlelik bilen Hudaýlygyň ynsanlyk bilen birleşende günä etmeýändigine görelde goýýar.</w:t>
      </w:r>
    </w:p>
    <w:p>
      <w:pPr>
        <w:pStyle w:val="ArticleBody"/>
        <w:jc w:val="left"/>
      </w:pPr>
      <w:r>
        <w:rPr>
          <w:rFonts w:ascii="Times New Roman" w:hAnsi="Times New Roman" w:eastAsia="Times New Roman" w:cs="Times New Roman"/>
        </w:rPr>
        <w:t>On bir üstüne on bir ýigrimi iki edýär, hem-de on bir sany on iki baply äht hatarlarynyň her birine başlaýar, olaryň her biri hem ýigrimi iki bilen tamamlanýar. Mukaddes Ýazgylaryň on birinji baplary we on birinji aýatlary ýüz kyrk dört müňüň ýol görkezijilerini aňladýar.</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Ukrain söweşi 2014-nji ýylda başlandy we ýüz kyrk dört müňüň möhürleniş döwrüniň daşarky çyzygydyr.</w:t>
      </w:r>
    </w:p>
    <w:p>
      <w:pPr>
        <w:pStyle w:val="ArticleScripture"/>
        <w:jc w:val="left"/>
      </w:pPr>
      <w:r>
        <w:rPr>
          <w:rFonts w:ascii="Times New Roman" w:hAnsi="Times New Roman" w:eastAsia="Times New Roman" w:cs="Times New Roman"/>
        </w:rPr>
        <w:t>Günorta patyşasy gahara münüp, çykyp onuň bilen, ýagny demirgazyk patyşasy bilen söweşer; ol uly goşun çykarar, emma şol goşun onuň eline berler. Daniýel 11:11.</w:t>
      </w:r>
    </w:p>
    <w:p>
      <w:pPr>
        <w:pStyle w:val="ArticleHeading"/>
        <w:jc w:val="left"/>
      </w:pPr>
      <w:r>
        <w:rPr>
          <w:rFonts w:ascii="Arial" w:hAnsi="Arial" w:eastAsia="Arial" w:cs="Arial"/>
        </w:rPr>
        <w:t>2020-nji ýylyň 18-nji iýuly</w:t>
      </w:r>
    </w:p>
    <w:p>
      <w:pPr>
        <w:pStyle w:val="ArticleBody"/>
        <w:jc w:val="left"/>
      </w:pPr>
      <w:r>
        <w:rPr>
          <w:rFonts w:ascii="Times New Roman" w:hAnsi="Times New Roman" w:eastAsia="Times New Roman" w:cs="Times New Roman"/>
        </w:rPr>
        <w:t>Birinji lapykeçlik, Isanyň Lazary direltmäge gitmegini gijikdirmegi boldy; bu iň beýik gudrat we Hudaýyň möhri idi. Isa Lazary direltmezden öň dört gün garaşdy. Ýahýadaky aýat, Ýahýanyň Hoş Habarynda göni şeýle tanadylýan ýedi gudratyň iň soňkusyny görkezýär. Birinjisi suwy şeraba öwürmekdi. Ýahýa 11:11 bilen jemlenýän şol ýedi gudrata seredilende köp nur açylýar, we ähli ylahyýetçiler göni şeýle tanadylýan gudratlara esaslanyp, Ýahýada diňe ýedi gudratyň bardygy bilen ylalaşýarlar. Şonuň üçin olar Mesihiň direlişini sekizinji alamat hökmünde goşmaýarlar; emma ol bir gudratdy, we Onuň direlişi ähtiň alamatydyr, şonuň üçin Ýahýa kitabyndaky direliş şol ýediniň sekizinji gudratydyr, çünki öňki ýedi gudratyň her biri Onuň direlişiniň güýji arkaly amala aşyryldy.</w:t>
      </w:r>
    </w:p>
    <w:p>
      <w:pPr>
        <w:pStyle w:val="ArticleScripture"/>
        <w:jc w:val="left"/>
      </w:pPr>
      <w:r>
        <w:rPr>
          <w:rFonts w:ascii="Times New Roman" w:hAnsi="Times New Roman" w:eastAsia="Times New Roman" w:cs="Times New Roman"/>
        </w:rPr>
        <w:t>Ol şeýle diýdi; ondan soň olara şeýle diýýär: Biziň dostumyz Lazarus uklady; emma men ony ukusyndan oýarmak üçin gidýärin. Ýahýa 11:11.</w:t>
      </w:r>
    </w:p>
    <w:p>
      <w:pPr>
        <w:pStyle w:val="ArticleHeading"/>
        <w:jc w:val="left"/>
      </w:pPr>
      <w:r>
        <w:rPr>
          <w:rFonts w:ascii="Arial" w:hAnsi="Arial" w:eastAsia="Arial" w:cs="Arial"/>
        </w:rPr>
        <w:t>2023-nji ýylyň iýuly</w:t>
      </w:r>
    </w:p>
    <w:p>
      <w:pPr>
        <w:pStyle w:val="ArticleBody"/>
        <w:jc w:val="left"/>
      </w:pPr>
      <w:r>
        <w:rPr>
          <w:rFonts w:ascii="Times New Roman" w:hAnsi="Times New Roman" w:eastAsia="Times New Roman" w:cs="Times New Roman"/>
        </w:rPr>
        <w:t>2023-nji ýylyň iýul aýynda çölde ýaňlanan ses ýaşaýyş Ruhuna eýe bolan habary jar edip başlady.</w:t>
      </w:r>
    </w:p>
    <w:p>
      <w:pPr>
        <w:pStyle w:val="ArticleScripture"/>
        <w:jc w:val="left"/>
      </w:pPr>
      <w:r>
        <w:rPr>
          <w:rFonts w:ascii="Times New Roman" w:hAnsi="Times New Roman" w:eastAsia="Times New Roman" w:cs="Times New Roman"/>
        </w:rPr>
        <w:t>Üç gün ýarymdan soň, Hudaýdan gelen ýaşaýyş Ruhy olaryň içine girdi, olar aýaklarynyň üstünde dikeldiler; muny görenleriň üstüne uly gorky düşdi. Ylham 11:11.</w:t>
      </w:r>
    </w:p>
    <w:p>
      <w:pPr>
        <w:pStyle w:val="ArticleBody"/>
        <w:jc w:val="left"/>
      </w:pPr>
      <w:r>
        <w:rPr>
          <w:rFonts w:ascii="Times New Roman" w:hAnsi="Times New Roman" w:eastAsia="Times New Roman" w:cs="Times New Roman"/>
        </w:rPr>
        <w:t>Ýahýa Ýekşenbe kanunyndan sekiz gün öň dünýä inýär, çünki onuň kakasy Zekerýa hut Ýekşenbe kanunynda gepleýär. Ýekşenbe kanunynda Ýahýanyň ady Zekerýadan Ýahýa diýlip üýtgedilýär, çünki bu at üýtgemesi äht baglanyşygyny kesgitleýär. Bu dogluş 2020-nji ýylyň 18-nji iýulynda köçelerde öldürilenleriň direlişiniň nusgasydyr.</w:t>
      </w:r>
    </w:p>
    <w:p>
      <w:pPr>
        <w:pStyle w:val="ArticleScripture"/>
        <w:jc w:val="left"/>
      </w:pPr>
      <w:r>
        <w:rPr>
          <w:rFonts w:ascii="Times New Roman" w:hAnsi="Times New Roman" w:eastAsia="Times New Roman" w:cs="Times New Roman"/>
        </w:rPr>
        <w:t>Hakykatdan size aýdýaryn: aýallardan doglanlaryň arasynda Çümdüriji Ýahýadan ulusy çykmandyr; emma asmanlaryň Patyşalygynda iň kiçisi-de ondan uludyr. Matta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Işaýa 1849-njy ýylda ýerine ýeten ikinji ýygnanyşygy görkezýär. Ikinji ýygnanyşyk 2023-nji ýylyň iýul aýynda başlady we Hudaýyň halky möhürlenende tamamlanýar.</w:t>
      </w:r>
    </w:p>
    <w:p>
      <w:pPr>
        <w:pStyle w:val="ArticleScripture"/>
        <w:jc w:val="left"/>
      </w:pPr>
      <w:r>
        <w:rPr>
          <w:rFonts w:ascii="Times New Roman" w:hAnsi="Times New Roman" w:eastAsia="Times New Roman" w:cs="Times New Roman"/>
        </w:rPr>
        <w:t>Şol gün şeýle bolar: Reb Öz halkynyň galanlaryny — Aşurdan, Müsürden, Patrosdan, Kuşdan, Elamdan, Şinardan, Hamatdan we deňiz adalaryndan galanlaryny — yzyna toplamak üçin elini ikinji gezek uzadar. Işaýa 11:11.</w:t>
      </w:r>
    </w:p>
    <w:p>
      <w:pPr>
        <w:pStyle w:val="ArticleHeading"/>
        <w:jc w:val="left"/>
      </w:pPr>
      <w:r>
        <w:rPr>
          <w:rFonts w:ascii="Arial" w:hAnsi="Arial" w:eastAsia="Arial" w:cs="Arial"/>
        </w:rPr>
        <w:t>Ýekşenbe kanunynyň edil öň ýanynda</w:t>
      </w:r>
    </w:p>
    <w:p>
      <w:pPr>
        <w:pStyle w:val="ArticleBody"/>
        <w:jc w:val="left"/>
      </w:pPr>
      <w:r>
        <w:rPr>
          <w:rFonts w:ascii="Times New Roman" w:hAnsi="Times New Roman" w:eastAsia="Times New Roman" w:cs="Times New Roman"/>
        </w:rPr>
        <w:t>Isa ýeňişli girişini ýaňy tamamlady, şeýlelik bilen Ol Ýarygijeki Çagyryşdan Ýekşenbe kanunyna geçişi kesgitledi; Onuň ýanynda on iki şägirt bardy, çünki olar Ýekşenbe kanunyndan öň eýýäm saýlanypdylar.</w:t>
      </w:r>
    </w:p>
    <w:p>
      <w:pPr>
        <w:pStyle w:val="ArticleScripture"/>
        <w:jc w:val="left"/>
      </w:pPr>
      <w:r>
        <w:rPr>
          <w:rFonts w:ascii="Times New Roman" w:hAnsi="Times New Roman" w:eastAsia="Times New Roman" w:cs="Times New Roman"/>
        </w:rPr>
        <w:t>Isa Ierusalime we ybadathana girdi; hemme zady töweregine seredip çykansoň, indi agşam düşüpdi, ol on iki şägirdi bilen Betaniýa çykyp gitdi. Mark 11:11.</w:t>
      </w:r>
    </w:p>
    <w:p>
      <w:pPr>
        <w:pStyle w:val="ArticleBody"/>
        <w:jc w:val="left"/>
      </w:pPr>
      <w:r>
        <w:rPr>
          <w:rFonts w:ascii="Times New Roman" w:hAnsi="Times New Roman" w:eastAsia="Times New Roman" w:cs="Times New Roman"/>
        </w:rPr>
        <w:t>Müň ýüz kyrk dört müňüň üstünde möhürlenme tamamlanyp, Ýekşenbe kanunyndan biraz öň, Ylahylygyň Äriniň adamzadyň aýaly bilen birleşdirilmegi tamam bolýar, we olaryň ikisi baky bir bolýar, çünki kefaret tamamlanandyr.</w:t>
      </w:r>
    </w:p>
    <w:p>
      <w:pPr>
        <w:pStyle w:val="ArticleScripture"/>
        <w:jc w:val="left"/>
      </w:pPr>
      <w:r>
        <w:rPr>
          <w:rFonts w:ascii="Times New Roman" w:hAnsi="Times New Roman" w:eastAsia="Times New Roman" w:cs="Times New Roman"/>
        </w:rPr>
        <w:t>Şeýle-de, Rebde ne erkek aýalsyz, ne-de aýal erkekssizdir. 1 Korintoslylar 11:11.</w:t>
      </w:r>
    </w:p>
    <w:p>
      <w:pPr>
        <w:pStyle w:val="ArticleBody"/>
        <w:jc w:val="left"/>
      </w:pPr>
      <w:r>
        <w:rPr>
          <w:rFonts w:ascii="Times New Roman" w:hAnsi="Times New Roman" w:eastAsia="Times New Roman" w:cs="Times New Roman"/>
        </w:rPr>
        <w:t>1863-nji ýyldaky pitneden bäri ençeme wagt gijä galan Saranyň gudratly dogluşy, Ylhamyň on ikinji babyndaky aýalyň ekiz çaga dünýä indermegi bilen amala aşýar. Birinji çaga Gije ýarysynyň nidasy wagtynda, ikinji çaga bolsa ýekşenbe kanuny wagtynda dünýä inýär. Ikinji bolup dünýä çykan çaganyň üstünde Ýerihoda Rahabyň alamatyny aňladýan gyzyl sapak bardy.</w:t>
      </w:r>
    </w:p>
    <w:p>
      <w:pPr>
        <w:pStyle w:val="ArticleScripture"/>
        <w:jc w:val="left"/>
      </w:pPr>
      <w:r>
        <w:rPr>
          <w:rFonts w:ascii="Times New Roman" w:hAnsi="Times New Roman" w:eastAsia="Times New Roman" w:cs="Times New Roman"/>
        </w:rPr>
        <w:t>Iman arkaly Sara hem özüniň gartaşan döwründen geçendigine garamazdan, nesil öndürmäge güýç aldy we wada bereniň wepaly bolandygyny hasap edendigi sebäpli, çaga dogurdy. Ýewreýlere 11:11.</w:t>
      </w:r>
    </w:p>
    <w:p>
      <w:pPr>
        <w:pStyle w:val="ArticleHeading"/>
        <w:jc w:val="left"/>
      </w:pPr>
      <w:r>
        <w:rPr>
          <w:rFonts w:ascii="Arial" w:hAnsi="Arial" w:eastAsia="Arial" w:cs="Arial"/>
        </w:rPr>
        <w:t>Laodikeýa üçin Ýekşenbe kanuny</w:t>
      </w:r>
    </w:p>
    <w:p>
      <w:pPr>
        <w:pStyle w:val="ArticleBody"/>
        <w:jc w:val="left"/>
      </w:pPr>
      <w:r>
        <w:rPr>
          <w:rFonts w:ascii="Times New Roman" w:hAnsi="Times New Roman" w:eastAsia="Times New Roman" w:cs="Times New Roman"/>
        </w:rPr>
        <w:t>Ýermeýa Laodikýäniň Ýedinji gün Adwentist ýygnagynyň höküm edilşini görkezýär.</w:t>
      </w:r>
    </w:p>
    <w:p>
      <w:pPr>
        <w:pStyle w:val="ArticleScripture"/>
        <w:jc w:val="left"/>
      </w:pPr>
      <w:r>
        <w:rPr>
          <w:rFonts w:ascii="Times New Roman" w:hAnsi="Times New Roman" w:eastAsia="Times New Roman" w:cs="Times New Roman"/>
        </w:rPr>
        <w:t>Şonuň üçin Reb şeýle diýýär: Ine, Men olaryň üstüne betbagtçylyk getirerin, olar ondan gutulyp bilmezler; maňa perýat etseler-de, Men olara gulak asmarin. Ýermeýa 11:11.</w:t>
      </w:r>
    </w:p>
    <w:p>
      <w:pPr>
        <w:pStyle w:val="ArticleBody"/>
        <w:jc w:val="left"/>
      </w:pPr>
      <w:r>
        <w:rPr>
          <w:rFonts w:ascii="Times New Roman" w:hAnsi="Times New Roman" w:eastAsia="Times New Roman" w:cs="Times New Roman"/>
        </w:rPr>
        <w:t>Hezekiýel Ýeremiýanyň Adventizm baradaky hökümine goşulýar.</w:t>
      </w:r>
    </w:p>
    <w:p>
      <w:pPr>
        <w:pStyle w:val="ArticleScripture"/>
        <w:jc w:val="left"/>
      </w:pPr>
      <w:r>
        <w:rPr>
          <w:rFonts w:ascii="Times New Roman" w:hAnsi="Times New Roman" w:eastAsia="Times New Roman" w:cs="Times New Roman"/>
        </w:rPr>
        <w:t>Bu şäher siziň gazanyňyz bolmaz, siz hem onuň içindäki et bolmarsyňyz; ýöne Men sizi Ysraýylyň araçäginde höküm ederin. Ezekiel 11:11.</w:t>
      </w:r>
    </w:p>
    <w:p>
      <w:pPr>
        <w:pStyle w:val="ArticleBody"/>
        <w:jc w:val="left"/>
      </w:pPr>
      <w:r>
        <w:rPr>
          <w:rFonts w:ascii="Times New Roman" w:hAnsi="Times New Roman" w:eastAsia="Times New Roman" w:cs="Times New Roman"/>
        </w:rPr>
        <w:t>Gadymy Ysraýylyň Hudaýyň äht halky hökmünde geçip gitmegi, Hudaýyň ozalky äht halkyny olaryň taşlap goýan zady sebäpli gabanjaňlyga öjükdirmegini hem öz içine alýar. Bu ýagdaý ýekşenbe kanuny wagtynda Adventizmiň üstünde gaýtalanýar.</w:t>
      </w:r>
    </w:p>
    <w:p>
      <w:pPr>
        <w:pStyle w:val="ArticleScripture"/>
        <w:jc w:val="left"/>
      </w:pPr>
      <w:r>
        <w:rPr>
          <w:rFonts w:ascii="Times New Roman" w:hAnsi="Times New Roman" w:eastAsia="Times New Roman" w:cs="Times New Roman"/>
        </w:rPr>
        <w:t>Şeýle bolsa, men aýdýaryn: olar ýykylyp, düýbünden ýykylyp galmak üçinmi büdrediler? Asla beýle bolmasyn! Emma olaryň büdremegi arkaly beýleki milletlere gutulyş geldi, bu bolsa olary gabanjaňlyga getirmek üçindir. Rimliler 11:11.</w:t>
      </w:r>
    </w:p>
    <w:p>
      <w:pPr>
        <w:pStyle w:val="ArticleBody"/>
        <w:jc w:val="left"/>
      </w:pPr>
      <w:r>
        <w:rPr>
          <w:rFonts w:ascii="Times New Roman" w:hAnsi="Times New Roman" w:eastAsia="Times New Roman" w:cs="Times New Roman"/>
        </w:rPr>
        <w:t>Ret edýän William Milleriň işine esaslanan Adventizm henizem ybadathanany guran hereketdir; ýöne ybadathanany guran Süleýman bilen hem bolşy ýaly, olar ähti bozdylar, olaryň patyşalygy olardan alnyp, Hudaýyň üzümligini Onuň görkezşi ýaly dolandyrjak bir halka berler.</w:t>
      </w:r>
    </w:p>
    <w:p>
      <w:pPr>
        <w:pStyle w:val="ArticleScripture"/>
        <w:jc w:val="left"/>
      </w:pPr>
      <w:r>
        <w:rPr>
          <w:rFonts w:ascii="Times New Roman" w:hAnsi="Times New Roman" w:eastAsia="Times New Roman" w:cs="Times New Roman"/>
        </w:rPr>
        <w:t>Şonuň üçin Reb Süleýmana şeýle diýdi: «Munuň seniň tarapyndan edilendigi, hem-de Men saňa buýran ähtimi we kanunlarymy saklamandygyň sebäpli, patyşalygy hökman senden ýyrtyp alaryn-da, ony seniň hyzmatkäriňe bererin». 1 Patyşalar 11:11.</w:t>
      </w:r>
    </w:p>
    <w:p>
      <w:pPr>
        <w:pStyle w:val="ArticleHeading"/>
        <w:jc w:val="left"/>
      </w:pPr>
      <w:r>
        <w:rPr>
          <w:rFonts w:ascii="Arial" w:hAnsi="Arial" w:eastAsia="Arial" w:cs="Arial"/>
        </w:rPr>
        <w:t>Filadelfiýa üçin ýekşenbe kanuny</w:t>
      </w:r>
    </w:p>
    <w:p>
      <w:pPr>
        <w:pStyle w:val="ArticleBody"/>
        <w:jc w:val="left"/>
      </w:pPr>
      <w:r>
        <w:rPr>
          <w:rFonts w:ascii="Times New Roman" w:hAnsi="Times New Roman" w:eastAsia="Times New Roman" w:cs="Times New Roman"/>
        </w:rPr>
        <w:t>Ýekşenbe güni kanuny mahalynda ýeňiji ýygnak pygamberleriň aýdyşy ýaly öz ýurduna ýerleşdirilýär, we ol ýurt soňky ýagmyr habary bilen bol bol ýurtdur. Ýeriho 1863-nji ýylda täzeden guruldy, we Ýekşenbe güni kanuny mahalynda Ýeriho ýykylar.</w:t>
      </w:r>
    </w:p>
    <w:p>
      <w:pPr>
        <w:pStyle w:val="ArticleScripture"/>
        <w:jc w:val="left"/>
      </w:pPr>
      <w:r>
        <w:rPr>
          <w:rFonts w:ascii="Times New Roman" w:hAnsi="Times New Roman" w:eastAsia="Times New Roman" w:cs="Times New Roman"/>
        </w:rPr>
        <w:t>Emma siz eýe bolmak üçin barýan ýurt depeli-jülgeli ýurtdur we gökden ýagýan ýagyşyň suwuny içýändir. Kanun taglymaty 11:11.</w:t>
      </w:r>
    </w:p>
    <w:p>
      <w:pPr>
        <w:pStyle w:val="ArticleBody"/>
        <w:jc w:val="left"/>
      </w:pPr>
      <w:r>
        <w:rPr>
          <w:rFonts w:ascii="Times New Roman" w:hAnsi="Times New Roman" w:eastAsia="Times New Roman" w:cs="Times New Roman"/>
        </w:rPr>
        <w:t>Şäher bir patyşalykdyr, we ýeňiji ýygnak Mesihiň şöhrat patyşalygyny aňladýar. Ýeňiji ýygnagyň şol patyşalygy, ýekşenbe güni baradaky kanun bilen başlanýar; şonda Onuň ýygnagy göterilip, ähli daglardan we depelerden ýokarda beýgeldilýär.</w:t>
      </w:r>
    </w:p>
    <w:p>
      <w:pPr>
        <w:pStyle w:val="ArticleScripture"/>
        <w:jc w:val="left"/>
      </w:pPr>
      <w:r>
        <w:rPr>
          <w:rFonts w:ascii="Times New Roman" w:hAnsi="Times New Roman" w:eastAsia="Times New Roman" w:cs="Times New Roman"/>
        </w:rPr>
        <w:t>Dogruçylaryň patasy bilen şäher beýgelýär; emma zalymlaryň agzy bilen ýykylyp ýykylýar. Süleýmanyň pähimleri 11:11.</w:t>
      </w:r>
    </w:p>
    <w:p>
      <w:pPr>
        <w:pStyle w:val="ArticleBody"/>
        <w:jc w:val="left"/>
      </w:pPr>
      <w:r>
        <w:rPr>
          <w:rFonts w:ascii="Times New Roman" w:hAnsi="Times New Roman" w:eastAsia="Times New Roman" w:cs="Times New Roman"/>
        </w:rPr>
        <w:t>Dokuzuncu saatte meleğin Kornelius’a gelerek ona Petrus’u çağırması talimatını verdi; böylece Müjde’nin Pazar yasası zamanında Uluslara gittiği belirlenmiş oldu. Petrus’a gitmesi için Tanrı tarafından talimat verildiğinde, bu, murdar hayvanların yenildiğine dair bir görü bağlamında gerçekleşti. Bu, Pazar yasasında yerine gelir. Dokuzuncu saat, Mesih’in öldüğü dokuzuncu saatle uyumludur. Dokuzuncu saat, İsa’nın çarmıha gerildiği üçüncü saatte başlayan ve altı saat sonra ölümüyle sona eren bir dönemin sonunu temsil eder. Bu, üçüncü saatte üst odada bulunan, ardından dokuzuncu saatte tapınakta olan Petrus’un aynı dönemidir. Bir dokuzuncu saat Mesih’in ölümüyle sona erer; sonraki dokuzuncu saatte Petrus, Yoel’in mesajını ilan ederek tapınaktadır. Mesih’in ölümü, İsrail’le olan antlaşma ilişkisini sona erdirdi ve Kornelius tarafından temsil edilen Uluslara kapıyı açtı.</w:t>
      </w:r>
    </w:p>
    <w:p>
      <w:pPr>
        <w:pStyle w:val="ArticleScripture"/>
        <w:jc w:val="left"/>
      </w:pPr>
      <w:r>
        <w:rPr>
          <w:rFonts w:ascii="Times New Roman" w:hAnsi="Times New Roman" w:eastAsia="Times New Roman" w:cs="Times New Roman"/>
        </w:rPr>
        <w:t>Ine, serediň, şol pursadyň özünde meniň bolan öýüme Kaisariýadan maňa iberilen eýýäm üç adam gelipdi. Resullar 11:11.</w:t>
      </w:r>
    </w:p>
    <w:p>
      <w:pPr>
        <w:pStyle w:val="ArticleScripture"/>
        <w:jc w:val="left"/>
      </w:pPr>
      <w:r>
        <w:rPr>
          <w:rFonts w:ascii="Times New Roman" w:hAnsi="Times New Roman" w:eastAsia="Times New Roman" w:cs="Times New Roman"/>
        </w:rPr>
        <w:t>Olar size hem nejislik bolsun; olaryň etinden iýmäň, olaryň läşlerini-de nejis saýyň. Levililer 11:11.</w:t>
      </w:r>
    </w:p>
    <w:p>
      <w:pPr>
        <w:pStyle w:val="ArticleBody"/>
        <w:jc w:val="left"/>
      </w:pPr>
      <w:r>
        <w:rPr>
          <w:rFonts w:ascii="Times New Roman" w:hAnsi="Times New Roman" w:eastAsia="Times New Roman" w:cs="Times New Roman"/>
        </w:rPr>
        <w:t>Biz bu gözlegi indiki makalada dowam etdireris.</w:t>
      </w:r>
    </w:p>
    <w:p>
      <w:pPr>
        <w:pStyle w:val="ArticleScripture"/>
        <w:jc w:val="left"/>
      </w:pPr>
      <w:r>
        <w:rPr>
          <w:rFonts w:ascii="Times New Roman" w:hAnsi="Times New Roman" w:eastAsia="Times New Roman" w:cs="Times New Roman"/>
        </w:rPr>
        <w:t>“Men düýşümde gördüm: Hudaý görünmeýän bir el arkaly maňa uzynlygy takmynan on dýuým, ini we boýy alty dýuým bolan, gara agaçdan we nepis nagyşlanyp ýerleşdirilen merjenlerden ýasalan ajaýyp bir sandyjagy iberdi. Sandyjaga bir açar berkidilipdir. Men dessine şol açary alyp sandyjagy açdym. Şonda men haýran galyp, geň galmak bilen, onuň dürli hili we dürli ululykdaky zergärlik şaýlary, göwherler, gymmatbahaly daşlar, her dürli ölçegdäki we gymmatdaky altyn hem kümüş teňňeler bilen doldurylandygyny gördüm; olaryň hemmesi sandyjagyň içinde öz-öz ýerlerinde örän owadan tertipläp ýerleşdirilipdir; şeýle tertipde ýerleşdirilişi sebäpli olar diňe güne deňelip biljek bir nur we şöhle saçýardy. …”</w:t>
      </w:r>
    </w:p>
    <w:p>
      <w:pPr>
        <w:pStyle w:val="ArticleScripture"/>
        <w:jc w:val="left"/>
      </w:pPr>
      <w:r>
        <w:rPr>
          <w:rFonts w:ascii="Times New Roman" w:hAnsi="Times New Roman" w:eastAsia="Times New Roman" w:cs="Times New Roman"/>
        </w:rPr>
        <w:t>“Men sandyga seretdim, emma gözlerim onuň görnüşinden gamaşdy. Olar öňki şöhratyndan on esse artyk şöhle saçýardylar. Men olary çägä dargadyp, aýak astyna alyp tozana bulap giden şol pis adamlaryň aýaklary astynda çägä sürtülip arassalanandyr öýtdüm. Olar sandygyň içinde ajaýyp tertip bilen, her biri öz ýerinde düzülipdi; olary içine atan adamyň hiç hili görünýän yhlasy duýulmaýardy. Men örän şatlykdan gygyrdym, we şol gygyryş meni ukudan oýardy.” Early Writings, 81–83.</w:t>
      </w:r>
    </w:p>
    <w:p>
      <w:pPr>
        <w:pStyle w:val="ArticleScripture"/>
        <w:jc w:val="left"/>
      </w:pPr>
      <w:r>
        <w:rPr>
          <w:rFonts w:ascii="Times New Roman" w:hAnsi="Times New Roman" w:eastAsia="Times New Roman" w:cs="Times New Roman"/>
        </w:rPr>
        <w:t>«Siz Rebbiň gelişini örän uzak geljege goýýarsyňyz. Men ahyrky ýagşyň [ýarygijeki nara ýaly] duýdansyz gelýändigini we on esse güýç bilen gelýändigini gördüm». Spalding and Magan, 5.</w:t>
      </w:r>
    </w:p>
    <w:p>
      <w:pPr>
        <w:pStyle w:val="ArticleScripture"/>
        <w:jc w:val="left"/>
      </w:pPr>
      <w:r>
        <w:rPr>
          <w:rFonts w:ascii="Times New Roman" w:hAnsi="Times New Roman" w:eastAsia="Times New Roman" w:cs="Times New Roman"/>
        </w:rPr>
        <w:t>Patyşa olaryň özlerinden soran hikmet we düşünje bilen bagly ähli meselelerde, olary öz bütin patyşalygyndaky ähli jadygöýlerden we münäjimlerden on esse artyk tapdy.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Ýoweliň Kitaby we Laodikiýadaky Ýedinji Günüň Adventist Ybadathanasy - Otuz Birinji San</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