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Laodikiýadaky Ýedinji gün Adventist Buthanasy - Otuz Üçünji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Otuz Üçünji San</w:t>
      </w:r>
    </w:p>
    <w:p>
      <w:pPr>
        <w:pStyle w:val="ArticleBody"/>
        <w:jc w:val="left"/>
      </w:pPr>
      <w:r>
        <w:rPr>
          <w:rFonts w:ascii="Times New Roman" w:hAnsi="Times New Roman" w:eastAsia="Times New Roman" w:cs="Times New Roman"/>
        </w:rPr>
        <w:t>Ýekşenbe kanuny çykanda ýüz kyrk dört müň pygamberlik taýdan on birinji sagadyň işçileri bilen duşuşýar. Ýüz kyrk dört müň eýýäm möhürlenendir, we şondan soň olar uly mähelläniň Wawilondan çykyp, ýedinji günüň Sabaty üçin özleri bilen bile durmagyny çagyrýarlar. Höküm Hudaýyň öýi üçin Ýekşenbe kanuny bilen tamamlanýar, we şondan soň höküm milletlere, ýagny uly mähellä — Hudaýyň beýleki sürüsine geçýär. Ylhamyň ýedinji baby iki topary hem kesgitleýär, we bäşinji möhürde Garaňky Asyrlaryň şehitleri özleriniň şehit edilendigi üçin Hudaýyň papalyk güýjüni haçana çenli höküm etjekdigini sorap: «näçe wagt?» diýýärler. Olara ikinji bir toparyň — papalyk yzarlamalarynyň şehitleriniň — sany dolýança mazarlarynda dynç almak tabşyrylýar, we olara ak lybaslar berilýär. Ylham kitabynyň ýedinji babyndaky uly mähelle ak lybas geýýär, çünki olar tiz ýetjek Ýekşenbe kanuny çökgünliginde papalyk şehitleriniň ikinji toparyny aňladýarlar. Ylhamyň ýedinji baby we bäşinji möhür bu iki topar barada söz açýar; edil Smirna we Filadelfiýa ýygnaklary hem şeýle edýär. Smirna papalygyň ahyrky ganly gyrgynçylygynyň şehitlerini, Filadelfiýa bolsa ýüz kyrk dört müňi aňladýar.</w:t>
      </w:r>
    </w:p>
    <w:p>
      <w:pPr>
        <w:pStyle w:val="ArticleBody"/>
        <w:jc w:val="left"/>
      </w:pPr>
      <w:r>
        <w:rPr>
          <w:rFonts w:ascii="Times New Roman" w:hAnsi="Times New Roman" w:eastAsia="Times New Roman" w:cs="Times New Roman"/>
        </w:rPr>
        <w:t>Petr Sezareýa Filipide üçünji sagatda durandyr, we “alty günden” soň — alty sagatdan däl — ol dokuzynjy sagat bolan ýekşenbe gününiň kanunynyň gyrasyna ýetjekdi.</w:t>
      </w:r>
    </w:p>
    <w:p>
      <w:pPr>
        <w:pStyle w:val="ArticleScripture"/>
        <w:jc w:val="left"/>
      </w:pPr>
      <w:r>
        <w:rPr>
          <w:rFonts w:ascii="Times New Roman" w:hAnsi="Times New Roman" w:eastAsia="Times New Roman" w:cs="Times New Roman"/>
        </w:rPr>
        <w:t>Alty günden soň Isa Petrusy, Ýakuby we onuň dogany Ýuhannany ýany bilen alyp, olary aýratynlykda belent bir daga çykardy. Ol olaryň öňünde özgerdi; onuň ýüzi gün ýaly şöhle saçdy, egin-eşikleri bolsa ýagtylyk ýaly ap-ak boldy. Ine, Muso bilen Ylýas oňa göründiler we onuň bilen gürrüň edýärdiler. Matta 17:1–3.</w:t>
      </w:r>
    </w:p>
    <w:p>
      <w:pPr>
        <w:pStyle w:val="ArticleBody"/>
        <w:jc w:val="left"/>
      </w:pPr>
      <w:r>
        <w:rPr>
          <w:rFonts w:ascii="Times New Roman" w:hAnsi="Times New Roman" w:eastAsia="Times New Roman" w:cs="Times New Roman"/>
        </w:rPr>
        <w:t>Ýekşenbe kanuny wagtynda ýüz kyrk dört müň pygamberlik taýdan beýik mähelle bilen duşuşýar. Ylýas ölümi datmaýan ýüz kyrk dört müňi aňladýar, Musa bolsa Rebde ölýänleri aňladýar. Olar Mesih bilen Ýekşenbe kanuny wagtynda durýarlar; hut şol ýerde Mesih şöhrat patyşalygyny, haçda merhemet patyşalygyny berkarar edişi ýaly, mesh edýär. Eger siz henizem üçünji sagatdan dokuzynjy sagada çenli bolan alty sagatlyk döwür bilen baglanyşykda öňe sürýän mantygymyz bilen meşgul bolsaňyz, onda örän aýratyn bir mysaly görmegiňiz zerurdyr.</w:t>
      </w:r>
    </w:p>
    <w:p>
      <w:pPr>
        <w:pStyle w:val="ArticleBody"/>
        <w:jc w:val="left"/>
      </w:pPr>
      <w:r>
        <w:rPr>
          <w:rFonts w:ascii="Times New Roman" w:hAnsi="Times New Roman" w:eastAsia="Times New Roman" w:cs="Times New Roman"/>
        </w:rPr>
        <w:t>Kaýsariýa Filipiniň üçünji sagady Kaýsariýa Maritimanyň dokuzynjy sagadynyň omegasynyň alfasy bolup durýar. Men munuň alty sagat däl-de, eýsem alty gün soňra Petrusyň Özgeriş dagynda bolandygyny görkezýändigini aýdýaryn; bu hem dokuzynjy sagat bolan Ýekşenbe kanuny bilen jemlenýän taryhy şekillendirýär. Alty günlük döwür alty sagatlyk döwre gabat gelýär, ýöne diňe Kaýsariýadan Kaýsariýa çenli bolan fraktal hökmünde. Örän aýratyn zat şudur: alty sagatlyk döwrüň taryhynyň içinde taryhyň fraktaly bolan bu hadysa, Pentekost paslyna seredeniňde bolup geçýän zadyň hut özüdür. Mesihiň ölüminden Pentekosta çenli bolan alty sagat, mukaddes hepde tamamlananda we Hoş Habar başga milletlere ugradylanda, haç döwründen biziň eramyzdan soňky 34-nji ýyla çenli bolan döwrüň fraktalydyr.</w:t>
      </w:r>
    </w:p>
    <w:p>
      <w:pPr>
        <w:pStyle w:val="ArticleScripture"/>
        <w:jc w:val="left"/>
      </w:pPr>
      <w:r>
        <w:rPr>
          <w:rFonts w:ascii="Times New Roman" w:hAnsi="Times New Roman" w:eastAsia="Times New Roman" w:cs="Times New Roman"/>
        </w:rPr>
        <w:t>“Indi buýsanç we göriplik nura garşy gapyny ýapdy. Çopanlar bilen akyldarlaryň getiren habarlary kabul edilen bolsa, olar ruhanylary we rabbileri iň bir görip bolmajak ýagdaýda goýardy, Hudaýyň hakykatynyň düşündirijileridikleri baradaky talaplaryny ýalana çykarardy. Bu alym mugallymlar özleriniň butparaz diýip atlandyrýan adamlary tarapyndan öwredilmäge özlerini peseltmezdiler. Olar: Hudaý bizi geçip, nadan çopanlar ýa-da sünnet edilmedik beýleki milletler bilen habarlaşan bolup bilmez, diýdiler. Olar Patyşa Hirody we bütin Iýerusalimi tolgunyşdyryp duran habarlara bolan äsgermezliklerini görkezmegi ýüreklerine düwdüler. Olar bu zatlaryň hakykatdan hem şeýle ýa däldigini görmek üçin hatda Beýtullahyma-da gitmediler. Şeýlelikde olar halky Isaga bolan gyzyklanmany bir fanatik joşgun hökmünde görmäge iterdiler. Ine, şu ýerde Mesihiň ruhanylar we rabbiler tarapyndan ret edilmegi başlandy. Şu pursatdan başlap olaryň buýsanjy we diýeninden dänmezligi Halasgä­re garşy berk ornaşan ýigrenje öwrüldi. Hudaý beýleki milletlere gapyny açyp durka, ýehudy ýolbaşçylary özlerine gapyny ýapýardylar.” The Desire of Ages, 62.</w:t>
      </w:r>
    </w:p>
    <w:p>
      <w:pPr>
        <w:pStyle w:val="ArticleBody"/>
        <w:jc w:val="left"/>
      </w:pPr>
      <w:r>
        <w:rPr>
          <w:rFonts w:ascii="Times New Roman" w:hAnsi="Times New Roman" w:eastAsia="Times New Roman" w:cs="Times New Roman"/>
        </w:rPr>
        <w:t>Mukaddes hepdäniň ortasynda Mesih haça çüýlendi. Üç ýarym ýyl geçenden soň, Stefan daş bilen öldürildi we Korniliý Petrusy çagyrtdy. Haçdan üç ýarym ýyl soň, gadymy Ysraýyl üçin synag möhleti doly tamamlandy. Şonda Stefan asmanyň içine bakyp, Mesihiň aýak üstünde durandygyny gördi; bu bolsa Daniel on iki birde synag möhletiniň tamamlanmagynyň nyşanydyr. Gadymy Ysraýyl üçin gapy ýapyldy we başga milletler üçin açyldy.</w:t>
      </w:r>
    </w:p>
    <w:p>
      <w:pPr>
        <w:pStyle w:val="ArticleBody"/>
        <w:jc w:val="left"/>
      </w:pPr>
      <w:r>
        <w:rPr>
          <w:rFonts w:ascii="Times New Roman" w:hAnsi="Times New Roman" w:eastAsia="Times New Roman" w:cs="Times New Roman"/>
        </w:rPr>
        <w:t>Mesihiň dokuzynjy sagatda ölen wagtyndan başlap, Stewanyň ölümi we Petrusyň dokuzynjy sagatda çagyrylyşyna çenli bolan döwürde, Kornelius bilen Stewan müň iki ýüz altmyş pygamberlik gününiň berjaý bolandygyna iki şaýatdyr. Ölümiň dokuzynjy sagadyndan ölümiň dokuzynjy sagadyna çenli, 1,260 pygamberlik güni boldy. Ölümiň dokuzynjy sagadyndan Pentikostyň dokuzynjy sagadyna çenli bolan aralyk, elli iki günüň dowamynda 1,260 günüň bir fraktalyny kesgitleýär.</w:t>
      </w:r>
    </w:p>
    <w:p>
      <w:pPr>
        <w:pStyle w:val="ArticleBody"/>
        <w:jc w:val="left"/>
      </w:pPr>
      <w:r>
        <w:rPr>
          <w:rFonts w:ascii="Times New Roman" w:hAnsi="Times New Roman" w:eastAsia="Times New Roman" w:cs="Times New Roman"/>
        </w:rPr>
        <w:t>Pentikostal döwri bolan fraktal şol 1,260 günüň başynda ýerleşýär, we şol günleriň ahyrynda Petrus pygamberlik taýdan Kesariýada hem üçünji, hem-de dokuzynjy sagatda ýerleşdirilýär. Iki Kesariýa pygamberlik taýdan alty sagatlyk döwrüň alfasyny we omegasyny aňladýar. Iki Kesariýanyň pygamberlik taýdan alty sagatlyk döwrüniň içinde Petrus alty günläp ýol ýöreýär we Özgeriş dagyna ýetýär. Dag, ýekşenbe kanunynda jemlenýän möhürlenmäni aňladýar; hut şol ýerde ýeňiji ybadathana ähli daglaryň üstünden ýokary galdyrylýar. Şol alty gün Kesariýadan Kesariýa çenli bolan alty sagatlyk döwri aňladýar we döwrüň içindäki bir fraktaldyr; edil Pentikostal döwrüniň şol bir mukaddes döwrüň başyndaky fraktal bolşy ýaly.</w:t>
      </w:r>
    </w:p>
    <w:p>
      <w:pPr>
        <w:pStyle w:val="ArticleBody"/>
        <w:jc w:val="left"/>
      </w:pPr>
      <w:r>
        <w:rPr>
          <w:rFonts w:ascii="Times New Roman" w:hAnsi="Times New Roman" w:eastAsia="Times New Roman" w:cs="Times New Roman"/>
        </w:rPr>
        <w:t>Başlangyç fraktaly Pentikost möwsümi bilen baglanyşykly Bahar baýramlarynyň berjaý bolmasydy. Sezareýa Filipiden Üýtgeşik Görnüş dagyna çenli bolan soňky fraktal hem pygamberlik taýdan mukaddes hepde bilen özara baglanyşyklydyr. Dagda Ata, Mesihiň çokundyrylmagynda edişi ýaly, hem-de haçyň öňüsyrasynda etjek bolşy ýaly, sözledi. Ata eşidilerli görnüşde mukaddes hepdäniň başlanmagyndan haça çenli üç gezek sözledi. Bir gezek çokundyrylmada, soň Üýtgeşik Görnüş dagynda, ondan soň bolsa golaýlap gelýän haçyň kölegesinde sözledi.</w:t>
      </w:r>
    </w:p>
    <w:p>
      <w:pPr>
        <w:pStyle w:val="ArticleBody"/>
        <w:jc w:val="left"/>
      </w:pPr>
      <w:r>
        <w:rPr>
          <w:rFonts w:ascii="Times New Roman" w:hAnsi="Times New Roman" w:eastAsia="Times New Roman" w:cs="Times New Roman"/>
        </w:rPr>
        <w:t>Haç, Onuň çokundyrylmagy bilen başlanan 1,260 günüň omegasydyr. Çokundyrylma we haç, Daniel dokuzdaky mukaddes hepdäniň anyk ýolgörkezijileridir; şeýlelikde, Özgeriş dagynyň mukaddes hepdäniň bir bölegi bolandygyny kesgitleýär. Eger birinji we soňky ýolgörkezijiler mukaddes hepdäniň pygamberliginiň ýerine ýetmesi bolsa, onda orta ýolgörkeziji hem pygamberlik zerurlygy boýunça şol bir zady etmeli.</w:t>
      </w:r>
    </w:p>
    <w:p>
      <w:pPr>
        <w:pStyle w:val="ArticleBody"/>
        <w:jc w:val="left"/>
      </w:pPr>
      <w:r>
        <w:rPr>
          <w:rFonts w:ascii="Times New Roman" w:hAnsi="Times New Roman" w:eastAsia="Times New Roman" w:cs="Times New Roman"/>
        </w:rPr>
        <w:t>Çümdürilme birinji perişdedir; Özgeriş dagy ikinjidir, haç bolsa üçünjidir. Dagda Hudaý Musa bilen Ilyasy galan ybadathananyň ýol belgileri hökmünde tanatdy. Bu ulanylyş Peter, Ýakup we Ýahýanyň üçgatly nyşany bilen özara baglanyşdyrylýar. Isa Peteri, Ýakuby we Ýahýany Özi bilen bile alyp giden üç gezek boldy. Birinji gezek bu Ýairiň gyzynyň direldilişi, ikinji gezek Özgeriş, üçünji gezek bolsa Getsimani boldy. Birinji gezek Peter, Ýakup we Ýahýa direldilen on iki ýaşly päk gyzy gördüler.</w:t>
      </w:r>
    </w:p>
    <w:p>
      <w:pPr>
        <w:pStyle w:val="ArticleScripture"/>
        <w:jc w:val="left"/>
      </w:pPr>
      <w:r>
        <w:rPr>
          <w:rFonts w:ascii="Times New Roman" w:hAnsi="Times New Roman" w:eastAsia="Times New Roman" w:cs="Times New Roman"/>
        </w:rPr>
        <w:t>Isa gaýdyp gelende, halk Ony şatlyk bilen garşy aldy; çünki olaryň hemmesi Oňa garaşýardy. Ine, Ýairus atly bir adam geldi; ol sinagoganyň ýolbaşçysydy. Ol Isanyň aýaklaryna ýykylyp, Ondan öýüne gelmegini ýalbaryp haýyş etdi; sebäbi onuň on iki ýaş töwereginde bolan ýeke-täk gyzy bardy, ol hem ölüm halyndady. Emma Isa barýarka, halk Ony gabap alýardy. Luka 8:40–42.</w:t>
      </w:r>
    </w:p>
    <w:p>
      <w:pPr>
        <w:pStyle w:val="ArticleBody"/>
        <w:jc w:val="left"/>
      </w:pPr>
      <w:r>
        <w:rPr>
          <w:rFonts w:ascii="Times New Roman" w:hAnsi="Times New Roman" w:eastAsia="Times New Roman" w:cs="Times New Roman"/>
        </w:rPr>
        <w:t>Ýairus diýen at “yşyklandyryjy” we “nurlanmak we şöhratly bolmak” diýmegi aňladýar. Petrusyň, Ýakubyň we Ýahýanyň diňe Mesihe mahsus myhman bolan üç gezeginiň içinde, bu ilkinji gezekdi, we Ýairus ýer ýüzüni öz şöhraty bilen ýagtyldýan ilkinji perişdäni aňladýar. On iki ýaşly gyz müň ýüz kyrk dört müň hökmünde direldiljek gyzlary aňladýar. Mesihe on iki ýyl bäri gan akmasy bolan bir aýal bilen gatnaşygyndan soň, gyzynyň öýüne ýetdi.</w:t>
      </w:r>
    </w:p>
    <w:p>
      <w:pPr>
        <w:pStyle w:val="ArticleScripture"/>
        <w:jc w:val="left"/>
      </w:pPr>
      <w:r>
        <w:rPr>
          <w:rFonts w:ascii="Times New Roman" w:hAnsi="Times New Roman" w:eastAsia="Times New Roman" w:cs="Times New Roman"/>
        </w:rPr>
        <w:t>On iki ýyl bäri gan akma derdinden ejir çekýän, ähli gazanjyny tebiplere sarp eden, emma olaryň hiç biri tarapyndan-da şypa tapyp bilmedik bir aýal Onuň yz tarapyndan gelip, lybasynyň etegine degdi; şol bada onuň gan akmasy saklandy. Luka 8:43, 44.</w:t>
      </w:r>
    </w:p>
    <w:p>
      <w:pPr>
        <w:pStyle w:val="ArticleBody"/>
        <w:jc w:val="left"/>
      </w:pPr>
      <w:r>
        <w:rPr>
          <w:rFonts w:ascii="Times New Roman" w:hAnsi="Times New Roman" w:eastAsia="Times New Roman" w:cs="Times New Roman"/>
        </w:rPr>
        <w:t>On iki ýaşly bir päk gyz görkezilýär, soňra bolsa indiki aýatda on iki ýyl bäri gan akmasy bolan bir aýal hem görkezilýär. Aýalyň gan akmasy päk gyzyň bütin ömrüniň dowamynda bardy. Isa päk gyzyna ýetmek üçin gan akmasy bolan aýalyň ýanyndan geçmekçidi. Ol aýal, Laodikýa berlen habarda görkezilişi ýaly, birinji perişdäniň habaryny aňladýar. Mesih päk gyzy direldip ýaşaýşa galdyrmakçy boldy, emma syrkaw aýalyň, ýagny Laodikýaly aýalyň, heniz hem Hudaýlyga el degirmek üçin gysga bir mümkinçiligi bardy. Çaga soňky nesli aňladýar, we Isa soňky günleriň päk gyzyny galdyrmak üçin syrkaw bir aýalyň, Laodikýanyň, ýanyndan geçýär. Päk gyz direldilende, aýal ýa sagaldylan bolýar, ýa-da onuň ýanyndan geçilip gidilýär.</w:t>
      </w:r>
    </w:p>
    <w:p>
      <w:pPr>
        <w:pStyle w:val="ArticleBody"/>
        <w:jc w:val="left"/>
      </w:pPr>
      <w:r>
        <w:rPr>
          <w:rFonts w:ascii="Times New Roman" w:hAnsi="Times New Roman" w:eastAsia="Times New Roman" w:cs="Times New Roman"/>
        </w:rPr>
        <w:t>Birinji perişdäniň häsiýetleriniň biri gorkudyr, gorkynyň bolsa iki görnüşi bar.</w:t>
      </w:r>
    </w:p>
    <w:p>
      <w:pPr>
        <w:pStyle w:val="ArticleScripture"/>
        <w:jc w:val="left"/>
      </w:pPr>
      <w:r>
        <w:rPr>
          <w:rFonts w:ascii="Times New Roman" w:hAnsi="Times New Roman" w:eastAsia="Times New Roman" w:cs="Times New Roman"/>
        </w:rPr>
        <w:t>Ol henizem gürläp durka, sinagoganyň başlygynyň öýünden biri gelip, oňa şeýle diýdi: Gyzjagazyň öldi; Mugallymy mundan beýläk bimaza etme. Emma Isa muny eşidende, oňa jogap berip aýtdy: Gorkma; diňe iman et, ol sagaldylar. Luka 8:49, 50.</w:t>
      </w:r>
    </w:p>
    <w:p>
      <w:pPr>
        <w:pStyle w:val="ArticleBody"/>
        <w:jc w:val="left"/>
      </w:pPr>
      <w:r>
        <w:rPr>
          <w:rFonts w:ascii="Times New Roman" w:hAnsi="Times New Roman" w:eastAsia="Times New Roman" w:cs="Times New Roman"/>
        </w:rPr>
        <w:t>Soňra Peter, James we John Mesihiň çokundyrylmagy bilen nyşanlanan direlişiň birinji we üçünji perişdeleriň güýçlendirilmegini aňladýan otaga girýärler. Özgeriş dagy Peter, James we Johnyň şaýat bolan ikinji wagtydyr. Özgeriş dagy ikinji perişdedir, Mesih şol bir şägirtleri Getsemanä äkideninde bolsa, bu üçünji perişdäni aňladýardy. Ikinji ädimde, Özgeriş dagynda şol ýerde bir “ikileşme” bar, çünki Dagyň ýol belgisi Atanyň geplän üç gezekliginiň ortasydyr. Birinjisi Onuň çokundyrylmagynda bolupdy, bu on iki ýaşly päk gyzyň direlişi bilen gabat gelýär; ikinjisi Dagdy, üçünjisi bolsa haçdan az salym öň bolupdy. Atanyň geplän üç gezekligi we üç şägirdiň Isanyň ýany bilen aýratyn gidip gelen üç gezekligi, iki çyzygyň haýsy birinde bolsa-da ikinji ýol belgisiniň Özgeriş dagydygy baradaky hakykat bilen özara baglanyşýar.</w:t>
      </w:r>
    </w:p>
    <w:p>
      <w:pPr>
        <w:pStyle w:val="ArticleScripture"/>
        <w:jc w:val="left"/>
      </w:pPr>
      <w:r>
        <w:rPr>
          <w:rFonts w:ascii="Times New Roman" w:hAnsi="Times New Roman" w:eastAsia="Times New Roman" w:cs="Times New Roman"/>
        </w:rPr>
        <w:t>Ol öýe girende, Petrusdan, Ýakupdan, Ýahýadan hem-de gyzyň kakasy bilen ejesinden başga hiç kime içeri girmäge ýol bermedi. Ählisi aglap, onuň üçin ah-zar edýärdiler; emma Ol: «Aglamaň; ol ölmedi, ýatyr» diýdi. Olar bolsa onuň ölendigini bilýändikleri üçin Ony masgaralap güldüler. Emma Ol olaryň hemmesini daşary çykardy-da, gyzyň elinden tutup: «Gyzjagaz, tur!» diýip çagyrdy. Onuň ruhy yzyna gaýdyp geldi, ol hem dessine ýerinden turdy; Ol oňa iýmit bermeklerini buýurdy. Ene-atasy geň galdylar; emma Ol bolan wakany hiç kime aýtmazlyklaryny olara tabşyrdy. Luka 8:51–56.</w:t>
      </w:r>
    </w:p>
    <w:p>
      <w:pPr>
        <w:pStyle w:val="ArticleBody"/>
        <w:jc w:val="left"/>
      </w:pPr>
      <w:r>
        <w:rPr>
          <w:rFonts w:ascii="Times New Roman" w:hAnsi="Times New Roman" w:eastAsia="Times New Roman" w:cs="Times New Roman"/>
        </w:rPr>
        <w:t>Petr, Ýakup we Ýahýa, Lazaryň bolşy ýaly uklap ýatan gyzyň direlişinde ilkinji perişdä şaýat boldular. Ol oýananda, dessine ýerinden galdy we oňa iýmit berildi. Ylýas bilen Musa Ylham kitabynyň on birinji babynda direldilende, olar dessine ýerlerinden galýarlar, soňra bolsa gyzyň iýmidini aňladýan, Mukaddes Ruh ölçegsiz dökülýär. Özgermäniň dagy, Luka wakalary beýan eden halatyndan başga, Kesariýa Filipiden alty gün soň boldy.</w:t>
      </w:r>
    </w:p>
    <w:p>
      <w:pPr>
        <w:pStyle w:val="ArticleScripture"/>
        <w:jc w:val="left"/>
      </w:pPr>
      <w:r>
        <w:rPr>
          <w:rFonts w:ascii="Times New Roman" w:hAnsi="Times New Roman" w:eastAsia="Times New Roman" w:cs="Times New Roman"/>
        </w:rPr>
        <w:t>Şeýle boldy: şol sözlerden takmynan sekiz gün soň, Ol Petrusy, Ýahýany we Ýakuby ýanyna alyp, doga etmek üçin daga çykdy. Ol doga edýärkä, ýüzüniň keşbi üýtgedi, egin-eşigi bolsa ak we lowurdaýan boldy. Ine, Onuň bilen iki adam gürrüňleşýärdi; olar Musa bilen Ylýasdy. Luka 9:28–30.</w:t>
      </w:r>
    </w:p>
    <w:p>
      <w:pPr>
        <w:pStyle w:val="ArticleBody"/>
        <w:jc w:val="left"/>
      </w:pPr>
      <w:r>
        <w:rPr>
          <w:rFonts w:ascii="Times New Roman" w:hAnsi="Times New Roman" w:eastAsia="Times New Roman" w:cs="Times New Roman"/>
        </w:rPr>
        <w:t>Matta bilen Markus ikisi hem kesgitli şekilde “alty günden soň” diýýärler, Luka bolsa “takmynan” sekiz gün diýýär. Mukaddes Ýazgylaryň ýazyjylary wagty hasaplamagyň iki usulyny ulandylar: biri goşmaça hasaplama, beýlekisi bolsa aýry hasaplama diýlip atlandyrylýar. Ilkinji seredişde bu terslik ýaly bolup görünmegi mümkin, emma Lukanyň “takmynan” diýmegi onuň goşmaça hasaplama boýunça gepländigini görkezýär; Matta bilen Markusyň “alty günden soň” diýmekleri bolsa olaryň doly günleri hasaplandyklaryny, sekiz günlük döwrüň başlan gününi-de, tamamlanan gününi-de şol hasaba goşmandyklaryny görkezýär. Bu tapawut şol bir döwrüň iki sany san nyşanyny emele getirýär: olaryň biri sekiz sany, beýlekisi bolsa alty gün.</w:t>
      </w:r>
    </w:p>
    <w:p>
      <w:pPr>
        <w:pStyle w:val="ArticleBody"/>
        <w:jc w:val="left"/>
      </w:pPr>
      <w:r>
        <w:rPr>
          <w:rFonts w:ascii="Times New Roman" w:hAnsi="Times New Roman" w:eastAsia="Times New Roman" w:cs="Times New Roman"/>
        </w:rPr>
        <w:t>Kesariýa Filipiden we Özgeriş Dagyndan alnan alty ýa-da sekiz günlük döwrüň iki şaýatlygy bilen berkidilýän zat şudur: Mesih ýüz kyrk dört müňi möhürleýän döwürde sekiz sany Nuhuň gämisindäki sekiz jany aňladýar, alty bolsa ýediniň içinden bolan sekizinji bolmaga ýazgyn edilen altynjy Filadelfiýa ybadathanasyny aňladýar. Olar Musanyň, Ylýasyň we Mesihiň şöhratlandyrylmagynda sekizinjä öwrülýärler. Dagdaky şöhratlandyryş Musanyň taryhyndaky dagdaky şöhratlandyryş bilen hem nusgalanýar.</w:t>
      </w:r>
    </w:p>
    <w:p>
      <w:pPr>
        <w:pStyle w:val="ArticleBody"/>
        <w:jc w:val="left"/>
      </w:pPr>
      <w:r>
        <w:rPr>
          <w:rFonts w:ascii="Times New Roman" w:hAnsi="Times New Roman" w:eastAsia="Times New Roman" w:cs="Times New Roman"/>
        </w:rPr>
        <w:t>Musa daga çykanda, ol özi bilen ýetmiş ýaşulyny we Ýeşuwany hem alyp çykdy.</w:t>
      </w:r>
    </w:p>
    <w:p>
      <w:pPr>
        <w:pStyle w:val="ArticleScripture"/>
        <w:jc w:val="left"/>
      </w:pPr>
      <w:r>
        <w:rPr>
          <w:rFonts w:ascii="Times New Roman" w:hAnsi="Times New Roman" w:eastAsia="Times New Roman" w:cs="Times New Roman"/>
        </w:rPr>
        <w:t>Soňra Musa, Harun, Nadap, Abyhu we Ysraýylyň ýaşulularyndan ýetmiş adam ýokary çykdylar. Olar Ysraýylyň Hudasyny gördüler; Onuň aýaklarynyň astynda göýä safir daşyndan salnan ýaly düşek bardy, onuň arassalygy bolsa asmanyň öz durulygy ýalydy. Ysraýyl ogullarynyň begzadalaryna bolsa Ol Öz elini uzatmady; olar Hudaýy gördüler, iýip-içdiler hem. Reb Musa şeýle diýdi: «Maňa dagyň üstüne çyk-da, şol ýerde bol; Men saňa daş tagtalary, kanuny we ýazyp goýan buýruklarymy bererin, olary sen halka öwredersiň».</w:t>
      </w:r>
    </w:p>
    <w:p>
      <w:pPr>
        <w:pStyle w:val="ArticleScripture"/>
        <w:jc w:val="left"/>
      </w:pPr>
      <w:r>
        <w:rPr>
          <w:rFonts w:ascii="Times New Roman" w:hAnsi="Times New Roman" w:eastAsia="Times New Roman" w:cs="Times New Roman"/>
        </w:rPr>
        <w:t>Musa turup, öz hyzmatkärsi Ýeşuwa bilen birlikde, Hudaýyň dagyna çykdy. Ol ýaşululara şeýle diýdi: «Biz siziň ýanyňyza täzeden gelýänçäk, şu ýerde garaşyň; ine, Harun bilen Hur siziň bilendirler; eger biriniň çözmeli işi bar bolsa, goý, olaryň ýanyna barsyn».</w:t>
      </w:r>
    </w:p>
    <w:p>
      <w:pPr>
        <w:pStyle w:val="ArticleScripture"/>
        <w:jc w:val="left"/>
      </w:pPr>
      <w:r>
        <w:rPr>
          <w:rFonts w:ascii="Times New Roman" w:hAnsi="Times New Roman" w:eastAsia="Times New Roman" w:cs="Times New Roman"/>
        </w:rPr>
        <w:t>Musa daga çykdy, bulut dagy örtdi. Rebbiň şöhraty Sina dagynyň üstünde mesgen tutdy, bulut ony alty günläp örtdi; ýetdinji gün bolsa Ol buludyň içinden Musa çagyrdy. Rebbiň şöhratynyň görnüşi Ysraýyl ogullarynyň gözünde dagyň depesinde ýok edip barýan ot ýalydy. Musa buludyň iç ýüzüne girip, daga çykdy; Musa dagda kyrk gün we kyrk gije boldy. Çykyş 24:9–18.</w:t>
      </w:r>
    </w:p>
    <w:p>
      <w:pPr>
        <w:pStyle w:val="ArticleBody"/>
        <w:jc w:val="left"/>
      </w:pPr>
      <w:r>
        <w:rPr>
          <w:rFonts w:ascii="Times New Roman" w:hAnsi="Times New Roman" w:eastAsia="Times New Roman" w:cs="Times New Roman"/>
        </w:rPr>
        <w:t>Birinji perişdäniň habary, Mesihe suwda çokundyrylmagy bilen gabat gelýän Ýaýyrusyň gyzynyň direldilmegidi. Soňra alty gün geçenden soň, haça alyp baran ikinji perişde bolan Özgeriş dagy geldi; haç bolsa üçünji perişdedir. Ikinji perişde hökmünde Dag iki esse şaýatlyga eýedir, çünki Dagda Atanyň sözlemegi üçlügiň ikinji çyzygy bilen baglanyşýar. Petrusyň, Ýakubyň we Ýohannanyň Mesihe aýratyn myhman bolan üç wagty hem-de Atanyň sözlän üç wagty hem Atanyň sesiniň ikinji ýüze çykyşyny kesgitleýär; Isa Petrusy, Ýakuby we Ýohannany özi bilen alan ikinji gezek hem Özgeriş dagydy. Daga degişli ikinji ýol belligi Atanyň sesiniň we şol üç şägirdiň iki esse şaýatlygyna eýedir, çünki ikinji habar hemişe “iki esse bolmagy” kesgitleýär.</w:t>
      </w:r>
    </w:p>
    <w:p>
      <w:pPr>
        <w:pStyle w:val="ArticleBody"/>
        <w:jc w:val="left"/>
      </w:pPr>
      <w:r>
        <w:rPr>
          <w:rFonts w:ascii="Times New Roman" w:hAnsi="Times New Roman" w:eastAsia="Times New Roman" w:cs="Times New Roman"/>
        </w:rPr>
        <w:t>Agşamky we ertirki gurbanlyklaryň arasyndaky alty sagatlyk döwür, Matta bilen Markosyň Kesariýa Filipisinden Dagyň arasyndaky alty güni bilen şekillendirilýär; bu hem Musanyň alty güni bilen şekillendirilýär, ol ýedinji güni buludyň içine çagyrylýança.</w:t>
      </w:r>
    </w:p>
    <w:p>
      <w:pPr>
        <w:pStyle w:val="ArticleBody"/>
        <w:jc w:val="left"/>
      </w:pPr>
      <w:r>
        <w:rPr>
          <w:rFonts w:ascii="Times New Roman" w:hAnsi="Times New Roman" w:eastAsia="Times New Roman" w:cs="Times New Roman"/>
        </w:rPr>
        <w:t>Çyzgy ikinji perişdäniň garaşmak wagty bilen başlanýar, edil Musa ýetmiş ýaşulyny öz dolanyp gelýänçäsi “garaşmaga” tabşyryşy ýaly. Çyzykdaky ilkinji alty gün aýratynlaşdyrylandyr, emma şonda-da olar umumy kyrk alty günüň bir bölegini emele getirýär. Bu alty gün kyrk gün bilen görkezilen üçünji synaga eltýän döwürdir. Kyrk alty gün ybadathanany alamatlandyrýar; alty günler Mesihiň ölüminden Pentikosta çenli bolan alty sagatdyr, Onuň haça çüýlenmeginden ölümine çenli bolan alty sagatdyr, Kesariýadan Kesariýa çenli bolan alty sagatdyr we ýokarky otagdaky Petrusdan ybadathana çenli bolan alty sagatdyr. Musa ähtiň Kanunyny kabul edýär we ybadathanany nähili gurmalydygy baradaky görkezmeleri alýar. Mukaddes Ýazgy hiç bir adamyň Hudaýy görmändigini aýtsa-da, ýaşulylar “Ysraýylyň Hudaýyny gördüler.” Dagda Musa we ýaşulylar bilen birlikde Hudaýyň şöhratlandyrylmagy Özgeriş dagyndaky şöhratlandyrylmagyň nusgasy bolupdy. Bularyň ikisi-de alty günlük döwri öz içine alýar. Musanyň çyzygy ikinji perişdäniň garaşmak wagtyny we ybadathanany aňladýan doly kyrk alty güni öz içine alýar. Onuň Kanuny alan kyrk güni möhürlenmäni aňladýar.</w:t>
      </w:r>
    </w:p>
    <w:p>
      <w:pPr>
        <w:pStyle w:val="ArticleBody"/>
        <w:jc w:val="left"/>
      </w:pPr>
      <w:r>
        <w:rPr>
          <w:rFonts w:ascii="Times New Roman" w:hAnsi="Times New Roman" w:eastAsia="Times New Roman" w:cs="Times New Roman"/>
        </w:rPr>
        <w:t>Petr üçünji sagatda Kesariýa Filipide bolup, dokuzynjy sagatda Kesariýa Maritimä tarap barýar, alty günden sekiz güne çenli wagtyň içinde bolsa Ol Dagda, Musanyň ýetmiş ýaşulusy bilen galyp, Danieliň onunjy bapda görşi ýaly, şöhratlanan Reb baradaky bir görnüşi görýär. Daniel Rebbi ýüzbe-ýüz gördi; edil Gidýon hem-de ýetmiş ýaşuly hem şonuň ýaly etdi. Özgeriş Dagy, ýüz kyrk dört müňden ybarat Laodikiýa hereketiniň ýüz kyrk dört müňden ybarat Filadelfiýa hereketine öwrülýän ýeridir. Olar altynjy ýygnak bolan sekizinji ýygnaga öwrülýärler; şeýlelikde, biz alty güni hem-de sekiz güni görýäris.</w:t>
      </w:r>
    </w:p>
    <w:p>
      <w:pPr>
        <w:pStyle w:val="ArticleBody"/>
        <w:jc w:val="left"/>
      </w:pPr>
      <w:r>
        <w:rPr>
          <w:rFonts w:ascii="Times New Roman" w:hAnsi="Times New Roman" w:eastAsia="Times New Roman" w:cs="Times New Roman"/>
        </w:rPr>
        <w:t>Haça çüýlenişinden Onuň ölümine çenli bolan alty sagat, Pentikostyň alty sagady, Kesariýadan Kesariýa çenli bolan alty sagat, Özgeriş dagyna çenli bolan alty gün we Musanyň kyrk güne alyp baran alty güni şol bir çyzykdyr. Panium bolan Kesariýa Filipisi bilen ýekşenbe kanunynyň arasynda ýüz kyrk dört müň möhürlenýär. Şol möhürleniş bölünişigi döredýär.</w:t>
      </w:r>
    </w:p>
    <w:p>
      <w:pPr>
        <w:pStyle w:val="ArticleScripture"/>
        <w:jc w:val="left"/>
      </w:pPr>
      <w:r>
        <w:rPr>
          <w:rFonts w:ascii="Times New Roman" w:hAnsi="Times New Roman" w:eastAsia="Times New Roman" w:cs="Times New Roman"/>
        </w:rPr>
        <w:t>Men, Danyýel, bu görnüşi ýalňyz gördüm; çünki meniň bilen bolan adamlar görnüşi görmediler. Emma olaryň üstüne uly titreýiş indi, şeýlelik bilen olar gizlenmek üçin gaçyp gitdiler. Danyýel 10:7.</w:t>
      </w:r>
    </w:p>
    <w:p>
      <w:pPr>
        <w:pStyle w:val="ArticleBody"/>
        <w:jc w:val="left"/>
      </w:pPr>
      <w:r>
        <w:rPr>
          <w:rFonts w:ascii="Times New Roman" w:hAnsi="Times New Roman" w:eastAsia="Times New Roman" w:cs="Times New Roman"/>
        </w:rPr>
        <w:t>Musa: “Biz size ýene dolanyp gelýänçäk, bu ýerde biziň üçin garaşyň” diýende, ýaşululardan aýryldy. Musa garaşmak wagtynda ýetmişden aýryldy, we ýetmiş hepde öňki äht halky üçin synag möhletini aňladýar. Ýetmişinji hepde tamamlananda, we şol ýetmişinji hepde Mesihiň köpler bilen ähti tassyklan mukaddes hepdesi bolanda, Mesih şol wagt öňki äht halkyndan doly aýryldy. Öňki äht halkynyň gan akmasy meselesini çözmäge mümkin bolan döwri — ýagny olar üçin Ybraýymyň gany arkaly halas bolunýandyklaryna ynanmak — gutardy, we on iki ýaşly gyz hyzmat etmek üçin direldildi. Garaşmak wagty başlanansoň, Musa ähtiň kanunyny we ybadathany gurmagyň görkezmelerini aldy.</w:t>
      </w:r>
    </w:p>
    <w:p>
      <w:pPr>
        <w:pStyle w:val="ArticleBody"/>
        <w:jc w:val="left"/>
      </w:pPr>
      <w:r>
        <w:rPr>
          <w:rFonts w:ascii="Times New Roman" w:hAnsi="Times New Roman" w:eastAsia="Times New Roman" w:cs="Times New Roman"/>
        </w:rPr>
        <w:t>Petrus, Ýakup we Ýahýa dagda bolanlarynda, Hudaýyň halkynyň möhürlenmegi we soňra olaryň baýdak hökmünde ýokary galdyrylmagy şol äht halkyny ýüz kyrk dört müňüň ybadathanasy hökmünde görkezýär. Soňra on birinji sagadyň işçileri şol ybadathana birleşdirilýär.</w:t>
      </w:r>
    </w:p>
    <w:p>
      <w:pPr>
        <w:pStyle w:val="ArticleScripture"/>
        <w:jc w:val="left"/>
      </w:pPr>
      <w:r>
        <w:rPr>
          <w:rFonts w:ascii="Times New Roman" w:hAnsi="Times New Roman" w:eastAsia="Times New Roman" w:cs="Times New Roman"/>
        </w:rPr>
        <w:t>Şeýle diýýär Reb: hökmi saklaň, adalaty ýerine ýetiriň; çünki Meniň gutulyşym gelmäge ýakyndyr, Meniň dogrulygym aýan bolmaga taýyndyr. Muny edýän adam we oňa ygrarly ýapyşýan ynsan ogly bagtlydyr; ol Sabady ony harlamazdan saklaýar we elini her bir ýamanlyk etmekden saklaýar. Rebbe goşulan ýat keseki halkyň ogly: «Reb meni Öz halkyndan düýbünden aýry goýdy» diýip aýtmasyn; hadym hem: «Ine, men gurak agaçdyryn» diýip aýtmasyn. Çünki Reb Sabatlarymy saklaýan, Meni razy edýän zatlary saýlap alýan we Ähtime ýapyşýan hadymlar hakynda şeýle diýýär: olara Öz öýümiň içinde we diwarlarymyň arasynda ogullardan hem gyzlardan gowurak bir orun we bir at bererin; olara kesilmez ebedi at bererin. Şeýle hem Rebbe goşulýan, Oňa hyzmat etmek, Rebiň adyny söýmek we Oňa hyzmatkär bolmak üçin gelen ýat keseki halkyň ogullaryny, Sabady ony harlamazdan saklaýanlaryň we Ähtime ýapyşýanlaryň hemmesini Öz mukaddes dagyma getirerin we doga öýümde olary şat ederin; olaryň ýakma gurbanlyklary we beýleki gurbanlyklary gurbanlyk sypamda kabul ediler; çünki Meniň öýüm ähli halklar üçin doga öýi diýlip atlandyrylar.</w:t>
      </w:r>
    </w:p>
    <w:p>
      <w:pPr>
        <w:pStyle w:val="ArticleScripture"/>
        <w:jc w:val="left"/>
      </w:pPr>
      <w:r>
        <w:rPr>
          <w:rFonts w:ascii="Times New Roman" w:hAnsi="Times New Roman" w:eastAsia="Times New Roman" w:cs="Times New Roman"/>
        </w:rPr>
        <w:t>Ysraýylyň kowulanlaryny ýygnaýan Hökmürowan Reb şeýle diýýär: «Men onuň ýanyna, onuň ýanyna eýýäm ýygnananlardan başga-da, ýene başgalary hem ýygnaryn». Işaýa 56:1–8.</w:t>
      </w:r>
    </w:p>
    <w:p>
      <w:pPr>
        <w:pStyle w:val="ArticleBody"/>
        <w:jc w:val="left"/>
      </w:pPr>
      <w:r>
        <w:rPr>
          <w:rFonts w:ascii="Times New Roman" w:hAnsi="Times New Roman" w:eastAsia="Times New Roman" w:cs="Times New Roman"/>
        </w:rPr>
        <w:t>Petrus, Ýakup we Ýahýa, şeýle hem Musa, olary ýigrenen doganlary tarapyndan kowulyp çykarylan «Ysraýylyň kowlanlary»ny aňladýarlar.</w:t>
      </w:r>
    </w:p>
    <w:p>
      <w:pPr>
        <w:pStyle w:val="ArticleScripture"/>
        <w:jc w:val="left"/>
      </w:pPr>
      <w:r>
        <w:rPr>
          <w:rFonts w:ascii="Times New Roman" w:hAnsi="Times New Roman" w:eastAsia="Times New Roman" w:cs="Times New Roman"/>
        </w:rPr>
        <w:t>Reb şeýle diýýär: Gökler Meniň tagtym, ýer bolsa aýak goýýan ýerimdir; onda siz Maňa gurjak öýüňiz nirede? we Meniň dynç aljak ýerim nirede?</w:t>
      </w:r>
    </w:p>
    <w:p>
      <w:pPr>
        <w:pStyle w:val="ArticleScripture"/>
        <w:jc w:val="left"/>
      </w:pPr>
      <w:r>
        <w:rPr>
          <w:rFonts w:ascii="Times New Roman" w:hAnsi="Times New Roman" w:eastAsia="Times New Roman" w:cs="Times New Roman"/>
        </w:rPr>
        <w:t>Çünki bu zatlaryň hemmesini Meniň elim ýaratdy, olaryň hemmesi şeýle bar boldy, diýýär Reb. Emma Men şu adama nazar salaryn: ruhy pukara, ýüregi ezik we Meniň sözümiň öňünde titreýän adama. Öküzi soýan adam, edil bir ynsany öldüren ýalydyr; guzyny gurban edýän, edil bir itiň boýnuny kesen ýalydyr; sadaka hödürleýän, edil doňzuň ganyny hödürlän ýalydyr; hoşboý ys ýakýan, edil buta ak pata beren ýalydyr. Hawa, olar öz ýollaryny saýlap aldylar, olaryň jany ýigrenji zatlaryndan lezzet alýar. Men hem olaryň azgynlyklaryny saýlap alaryn we olaryň gorkýan zatlaryny başlaryna getirerim; çünki Men çagyramda, hiç kim jogap bermedi; Men geplemde, olar gulak asmadylar; tersine, olar Meniň gözlerimiň öňünde ýamanlyk etdiler we Meniň göwnüme ýaramaýan zady saýladylar.</w:t>
      </w:r>
    </w:p>
    <w:p>
      <w:pPr>
        <w:pStyle w:val="ArticleScripture"/>
        <w:jc w:val="left"/>
      </w:pPr>
      <w:r>
        <w:rPr>
          <w:rFonts w:ascii="Times New Roman" w:hAnsi="Times New Roman" w:eastAsia="Times New Roman" w:cs="Times New Roman"/>
        </w:rPr>
        <w:t>Rebbiň sözüniň öňünde titreýänler, Rebbiň sözüni diňläň; Meniň adym hatyrasyna sizi ýigrenen, sizi kowup çykaran doganlaryňyz: «Goý, Reb şöhratlansyn» diýdiler; emma Ol siziň şatlygyňyz üçin görünjekdir, olar bolsa utandyrylar. Işaýa 66:1–5.</w:t>
      </w:r>
    </w:p>
    <w:p>
      <w:pPr>
        <w:pStyle w:val="ArticleBody"/>
        <w:jc w:val="left"/>
      </w:pPr>
      <w:r>
        <w:rPr>
          <w:rFonts w:ascii="Times New Roman" w:hAnsi="Times New Roman" w:eastAsia="Times New Roman" w:cs="Times New Roman"/>
        </w:rPr>
        <w:t>“Myrat” sözi hem-de “utanç” sözi ýaly, Mukaddes Ýazgylarda köp gezek we dürli görnüşlerde duş gelýär. Peteriň Ýoel kitabyndan getiren habarynyň çäginde utanç bilen myrat biri-birine gapma-garşy goýlan parallel bolup durýar; edil paýhaslylar bilen akmaklar ýa-da bugdaý bilen haşal otlar ýaly. Ýoeliň mazmunynda utanç bilen myrat, ýagny ýagy bolanlar, ýa-da ahyrky ýagşyň habary bolanlar bilen, beýle bolmadyklar arasyndaky tapawudy aňladýar. Diňe şu aýratynlygy göreniňizde: “Meniň adym hatyrasyna sizden ýigrenen, sizi kowup çykaran doganlaryňyz” diýen sözüň has çuň manysyna ýetip bilersiňiz. Ol doganlar Spalding and Magan, birinji we ikinji sahypalarda “Yahuda ýaly şekil taýdan Adventistler” diýlip atlandyrylýanlardyr; olar “bizi katoliklere dönükläp bererler”, “çünki olar Şenbe sebäpli bizi ýigrenýärdiler, sebäbi oňa garşy çykyp bilmeýärdiler.” Sizi ýigrenýän doganlaryňyz sizi ýer Şenbesiniň habary, Musanyň ýedi gezek tekrarlaýan habary sebäpli, oňa garşy çykyp bolmaýandygy üçin, kowup çykarýarlar. Bu ýerde esasy many şudur: Işaýanyň atlandyryşy ýaly, siz taglymat jedeli, çekişme sebäpli kowulyp çykarylýarsyňyz, we şol taglymat jedeli ahyrky ýagşyň habarydyr.</w:t>
      </w:r>
    </w:p>
    <w:p>
      <w:pPr>
        <w:pStyle w:val="ArticleBody"/>
        <w:jc w:val="left"/>
      </w:pPr>
      <w:r>
        <w:rPr>
          <w:rFonts w:ascii="Times New Roman" w:hAnsi="Times New Roman" w:eastAsia="Times New Roman" w:cs="Times New Roman"/>
        </w:rPr>
        <w:t>Yoel şol habary “täze şerap” diýip atlandyrýar, we eger şol habar sende bar bolsa, onda sende şatlyk bar. Eger ol sende ýok bolsa, onda sen Yoeldäki serhoşlar ýaly oýanarsyň-da, täze şerabyň agzyňdan kesilip aýrylandygyny görersiň. Şol pursatda sen pygamberlik taýdan “utandyrarsyň.” Ýagy bolan toparyň şatlygy bar, ýagy bolmadyk topar bolsa utançdadyr. Ýag hem täze şerapdyr, we ol şatlyk bilen baglanyşyklydyr. Şonuň üçin Işaýa: “Rebbiň sözüni diňläň” diýýär. Bir topar diňlemegi saýlaýar, beýlekisi bolsa surnaýyň sesine gulak asmaýar. Işaýa diňleýän topary anyk görkezýär, ol: “Onuň sözüniň öňünde titräňler” diýende. Reb 9/11-de gelen habar sebäpli kowlanlary ýygnaýar, we ýekşenbe kanuny wagtynda Işaýanyň agajy gurak agaçlar hökmünde görkezilen hadymlaryny ýygnaýar. Eger olar ähti tutup saklasa, indi Hudaýyň mukaddes dagyndan aýry tutulmazlar.</w:t>
      </w:r>
    </w:p>
    <w:p>
      <w:pPr>
        <w:pStyle w:val="ArticleBody"/>
        <w:jc w:val="left"/>
      </w:pPr>
      <w:r>
        <w:rPr>
          <w:rFonts w:ascii="Times New Roman" w:hAnsi="Times New Roman" w:eastAsia="Times New Roman" w:cs="Times New Roman"/>
        </w:rPr>
        <w:t>Hadym ýa gury agaç ölümi aňladýar. Hadym nesil öndürip bilmeýär, gury agaçda bolsa ýaşaýyş ýokdur. Wada şundan ybaratdyr: eger şol başga milletlerden bolanlar, ýa-da on birinji sagadyň işçileri, Sabat güni bilen alamatlandyrylan ähti kabul etseler, olaryň ogullary we gyzlary bolar. Ilki bilen Ol Ysraýylyň kowlanlaryny ýygnaýar, soňra şol kowlanlary baýdak hökmünde ýokary galdyrýar, ondan soň bolsa Özge sürüsini ýygnaýar. Birinji we ikinji ýygnanyşyklar 9/11-den Ýekşenbe kanunyna çenli, Mukaddes Ruh sepýän döwri, şeýle hem Ýekşenbe kanunyndan Mikaýyl aýaga galýança we giçki ýagşyş ölçegsiz dökülýän wagta çenli bolan döwri aňladýar. Her iki döwürde hem giçki ýagşyş bir habardyr; eger ol sende bar bolsa, şatlyk getirýär, eger sende ýok bolsa, utanç getirýär.</w:t>
      </w:r>
    </w:p>
    <w:p>
      <w:pPr>
        <w:pStyle w:val="ArticleBody"/>
        <w:jc w:val="left"/>
      </w:pPr>
      <w:r>
        <w:rPr>
          <w:rFonts w:ascii="Times New Roman" w:hAnsi="Times New Roman" w:eastAsia="Times New Roman" w:cs="Times New Roman"/>
        </w:rPr>
        <w:t>Matta kitaby Vahýnyň on dördünji babyndaky üç perişdäni aňladýan üç ugra bölünýär. Şeýle hem şol üç ugryň her biri üç perişdäniň fraktallaryny öz içinde saklaýar. On birinji bapdan ýigrimi ikinji baba çenli bolan ikinji ugur merkezdir, çünki ol birinji we üçünji perişdeleriň arasynda ýerleşýän ikinji perişdedir. Matta kitaby, eger biz on birinji bapdan ýigrimi ikinji baba çenli bölümi Ýaradylşyň we Vahýnyň äht baplarynyň çäginde göz öňünde tutsak, özüniň hem merkezi bir ugurdygyny görkezýär.</w:t>
      </w:r>
    </w:p>
    <w:p>
      <w:pPr>
        <w:pStyle w:val="ArticleBody"/>
        <w:jc w:val="left"/>
      </w:pPr>
      <w:r>
        <w:rPr>
          <w:rFonts w:ascii="Times New Roman" w:hAnsi="Times New Roman" w:eastAsia="Times New Roman" w:cs="Times New Roman"/>
        </w:rPr>
        <w:t>On iki äht ädilen baplaryň merkezi Matta degişlidir, hem-de Mattanyň üç hatarynyň merkezindäki hat hem şol bir on iki bapda ýerleşýär. Şol on iki baplaryň merkezi bir ýüz kyrk dört müňüň möhürlenmegidir. Şol merkezi nokat üç aýat arkaly aňladylýar, olar hem Gelip çykyş bilen Ylhamyň on iki äht ädilen baplarynyň üç merkezi aýatyna laýyk gelýär.</w:t>
      </w:r>
    </w:p>
    <w:p>
      <w:pPr>
        <w:pStyle w:val="ArticleBody"/>
        <w:jc w:val="left"/>
      </w:pPr>
      <w:r>
        <w:rPr>
          <w:rFonts w:ascii="Times New Roman" w:hAnsi="Times New Roman" w:eastAsia="Times New Roman" w:cs="Times New Roman"/>
        </w:rPr>
        <w:t>Petr merkez nokadynyň merkez nokadynyň merkez nokadydyr we ol ilkinji hem-de ahyrky hristian gelnini aňladýar. Bu Alfa bilen Omegananyň goludyr. Palmoni hem, Petriň adynyň üýtgedilmegine Öz goluny goýdy, haçanda Ol Petriň adynyň iňlis dilindäki syrly tapmasyny düzende. Isa Petr bilen ýewreý dilinde gepleşdi, bu söhbet grek dilinde ýazga geçirildi we ondan soň iňlis diline geçirildi. Iňlis dilinde Palmoni Petriň adyny iňlis elipbiýiniň 16-njy harpyny ulanyp, onuň yzyndan 5-nji harp, onuň yzyndan 20-nji harp, onuň yzyndan 5-nji harp, onuň yzyndan 18-nji harp gelýän görnüşde atlandyrdy; Ol, Palmoni hökmünde, ýewreý dilinden grek diline, grek dilinden hem iňlis diline geçjek ady döredende, muny doly bilýärdi. Şeýle hem, Ol iňlisçedäki bu adyň şol bäş harpy tertip boýunça köpeltmek arkaly ýüz kyrk dört müň sanyna ýetmäge mümkinçilik berjek syrly tapmany öz içine almagyny-da düzüpdi. Palmoni, ilkinji hem-de ahyrky bolan hökmünde-de, Petr adyny düzýän iňlisçedäki şol bäş harpyň birinjisiniň hem soňkusynyň 16-njy we 18-nji harplardygyny şeýle tertipläpdi, çünki Petr ady Matta 16:18-de duş gelmelidi.</w:t>
      </w:r>
    </w:p>
    <w:p>
      <w:pPr>
        <w:pStyle w:val="ArticleBody"/>
        <w:jc w:val="left"/>
      </w:pPr>
      <w:r>
        <w:rPr>
          <w:rFonts w:ascii="Times New Roman" w:hAnsi="Times New Roman" w:eastAsia="Times New Roman" w:cs="Times New Roman"/>
        </w:rPr>
        <w:t>Petrus hakynda aýdylan şolaryň ählisine garamazdan, biz henizem “altyn gatnaşygy” ara alyp maslahatlaşmalydyrys. Altyn gatnaşygy Matta 16:18 bilen görkezilýär, çünki bu gatnaşygyň san bahasy 1.618-dir. Altyn gatnaşygy tebigatyň fraktallary bilen baglanyşyklydyr, we Palmoni Petry Matta 16:18-de ýerleşdirende, Palmoni Işaýa 22:22-de Eliakimiň egnine goýlan pygamberlik açarynyň, hem-de şol parçanyň içinde Petrusa we ýygnaga berlen pygamberlik açarlarynyň, pygamberlik fraktallaryny öz içine alýandygyny kesgitleýär.</w:t>
      </w:r>
    </w:p>
    <w:p>
      <w:pPr>
        <w:pStyle w:val="ArticleBody"/>
        <w:jc w:val="left"/>
      </w:pPr>
      <w:r>
        <w:rPr>
          <w:rFonts w:ascii="Times New Roman" w:hAnsi="Times New Roman" w:eastAsia="Times New Roman" w:cs="Times New Roman"/>
        </w:rPr>
        <w:t>Kesariýa Filipidäki üçünji sagatdan Kesariýa Maritimadaky dokuzynjy sagada çenli bolan döwür, Mesihiň haça çüýlenen üçünji sagadyndan Korneliusyň Petrusy çagyrdan dokuzynjy sagadyna çenli bolan wagtyň fraktalydyr. Haça çüýlenişiň üçünji sagadyndan başlap, Pentikost güni Petrusyň ybadathanada dokuzynjy sagatda bolmagyna çenli uzalýan Pentikost möwsümi, haçdan Korneliusa çenli bolan 1,260 günüň fraktalydyr. Atanyň üç gezek geplemegi, üç perişdäniň fraktaly bolşy ýaly, Isanyň diňe Petrusy, Ýakuby we Ýuhannany üç gezek ýany bilen almagy hem şonuň ýalydyr. Petrusyň bir ýüz kyrk dört müňi görkezýän aýatlaryna kodlanan pygamberlik maglumatlary, haýsydyr bir hakykatyň ozal bolşy ýaly çuň manylydyr, emma biz henize çenli Daniýel on birde Paniumdaky Petrusy ýerleşdirmedik.</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Isa Mesihiň resuly Petrusdan Pontda, Galatiýada, Kapadokiýada, Aziýada we Bitiniýada dagan gelmişeklere — Ata Hudaýyň öňünden bilmegine görä saýlananlara, Ruhuň mukaddes etmegi arkaly tabynlyga we Isa Mesihiň ganynyň sepilmegine bellenenlere: size merhemet we parahatlyk artdyrylsyn. Rebbimiz Isa Mesihiň Hudaýy we Atasy mübärek bolsun; Ol Öz bol merhemetine görä Isa Mesihi ölülip direlmegi arkaly bizi täzeden dogrup, diri umyda ýetirdi; çüýremeýän, haramlanmaýan we solmaýan mirasa — asmanda siziň üçin saklanyp goýlan mirasa; ahyrzamanda aýan edilmäge taýýar bolan halas bolşa iman arkaly Hudaýyň güýji bilen goralýan sizler üçin.</w:t>
      </w:r>
    </w:p>
    <w:p>
      <w:pPr>
        <w:pStyle w:val="ArticleScripture"/>
        <w:jc w:val="left"/>
      </w:pPr>
      <w:r>
        <w:rPr>
          <w:rFonts w:ascii="Times New Roman" w:hAnsi="Times New Roman" w:eastAsia="Times New Roman" w:cs="Times New Roman"/>
        </w:rPr>
        <w:t>Şonuň içinde siz örän şatlanýarsyňyz, hernäçe häzir, zerur bolsa, dürli synaglaryň arasynda biraz wagtlap gaýgy içinde bolsanyňyz-da: imanyňyzyň synalmasy — oda salnyp synalýan, ýöne ýok bolup gidýän altyndan has-da gymmatly bolup — Isa Mesihiň zühur eden wagtynda öwgä, hormata we şöhrata mynasyp diýlip tapylsyn diýip: Ony görmändigiňiz halda, siz Ony söýýärsiňiz; Ony häzir hem görmändigiňiz halda, muňa garamazdan iman edip, söz bilen beýan edip bolmaýan we şöhratdan doly şatlyk bilen şatlanýarsyňyz: imanyňyzyň soňuny, ýagny janlaryňyzyň halaslygyny alýarsyňyz.</w:t>
      </w:r>
    </w:p>
    <w:p>
      <w:pPr>
        <w:pStyle w:val="ArticleScripture"/>
        <w:jc w:val="left"/>
      </w:pPr>
      <w:r>
        <w:rPr>
          <w:rFonts w:ascii="Times New Roman" w:hAnsi="Times New Roman" w:eastAsia="Times New Roman" w:cs="Times New Roman"/>
        </w:rPr>
        <w:t>Bu gutulyş hakda pygamberler içgin sorag edip yhlas bilen gözlediler; olar size gelmeli bolan merhemet hakda pygamberlik etdiler. Olar öz içlerinde bolan Mesihiň Ruhunyň, Mesihiň çekjek ejirleri we ondan soň geljek şöhraty öňünden şaýatlyk eden wagty, haýsy ýa-da nähili wagty aňladýandygyny agtaryp gözlediler. Olara mälim edildi: olar bu zatlar bilen özlerine däl-de, bize hyzmat edýärdiler; indi bolsa bu zatlar size hoş habary wagyz edenler tarapyndan, gökden iberilen Mukaddes Ruh bilen size habar berildi; bu zatlara perişdeler hem synlap görmegi arzuw edýärler.</w:t>
      </w:r>
    </w:p>
    <w:p>
      <w:pPr>
        <w:pStyle w:val="ArticleScripture"/>
        <w:jc w:val="left"/>
      </w:pPr>
      <w:r>
        <w:rPr>
          <w:rFonts w:ascii="Times New Roman" w:hAnsi="Times New Roman" w:eastAsia="Times New Roman" w:cs="Times New Roman"/>
        </w:rPr>
        <w:t>Şonuň üçin akylyňyzyň bilini guşap, paýhasly boluň we Isa Mesihiň aýan bolmagynda size getirilmeli merhemete ahyryna çenli umyt baglaň; tabyn çagalar hökmünde, nadanlygyňyzdaky öňki höwesleriňize görä özüňizi şekillendirmän; eýsem sizi çagyran nähili mukaddes bolsa, siz hem ähli ýaşaýşyňyzda mukaddes boluň; çünki şeýle ýazylgandyr: «Mukaddes boluň; sebäbi Men mukaddesdirin».</w:t>
      </w:r>
    </w:p>
    <w:p>
      <w:pPr>
        <w:pStyle w:val="ArticleScripture"/>
        <w:jc w:val="left"/>
      </w:pPr>
      <w:r>
        <w:rPr>
          <w:rFonts w:ascii="Times New Roman" w:hAnsi="Times New Roman" w:eastAsia="Times New Roman" w:cs="Times New Roman"/>
        </w:rPr>
        <w:t>Eger adam saýman, her kimiň işine görä höküm edýän Atany çagyrýan bolsaňyz, bu ýerde myhmançylykda geçirýän wagtyňyzy gorky bilen geçiriň. Çünki ata-babalaryňyzdan däp hökmünde kabul eden biderek ýaşaýyş ýoluňyzdan kümüş ýa-da altyn ýaly zaýalanýan zatlar bilen däl, eýsem kemçiliksiz we tegmilsiz guzynyňky ýaly Mesihiň gymmatly gany bilen satyn alnyp gutulandygyňyzy bilýärsiňiz. Ol dünýäniň binýady goýulmazyndan öň öňünden bellenipdi, emma siz üçin bu ahyrky zamanalarda aýan edildi. Siz Onuň arkaly, Ony ölümden direlden we Oňa şöhrat beren Hudaýa iman edýäňiz, şonuň üçin imanyňyz hem umydyňyz Hudaýdadyr. Hakykata Ruh arkaly boýun bolup, doganlyk söýgüsine ikiýüzlüliksiz ýetip, janlaryňyzy päkländigiňiz sebäpli, biri-biriňizi päk ýürekden joşgunly söýüň. Çünki siz zaýalanýan tohumdan däl, eýsem zaýalanmaýan tohumdan, ebedilik ýaşaýan we baky galýan Hudaýyň sözi arkaly täzeden doguldyňyz. Sebäbi ähli ten ot ýalydyr, adamyň ähli şöhraty hem otyň gülüne meňzeşdir. Ot gurar, onuň güli döküler, emma Rebbiň sözi baky durar. Size Hoş Habar arkaly wagyz edilen söz hem şudur. 1 Petrus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Laodikiýadaky Ýedinji gün Adventist Buthanasy - Otuz Üçünji San</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