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kitaby we Laodikiýaly Ýedinji gün Adventist Ybadathanasy - Otuz bäşinji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Otuz Bäşinji San</w:t>
      </w:r>
    </w:p>
    <w:p>
      <w:pPr>
        <w:pStyle w:val="ArticleBody"/>
        <w:jc w:val="left"/>
      </w:pPr>
      <w:r>
        <w:rPr>
          <w:rFonts w:ascii="Times New Roman" w:hAnsi="Times New Roman" w:eastAsia="Times New Roman" w:cs="Times New Roman"/>
        </w:rPr>
        <w:t>“Ilkinji Ýazgylaryň” 81-nji sahypasynda (“81” bolsa bir ylahy Beýik Ruhanynyň hem-de segsen ruhanynyň nyşanydyr) William Milleriň ikinji düýşi ýazga geçirilendir. Nebukadnesar ýaly, William Miller hem iki düýş gördi. Danyýel kitabynyň dördünji babyndaky Nebukadnesaryň ikinji düýşi, Lewiler 26-daky Musanyň “ýedi gezek” diýen düşünjesiniň çäginde ýerleşdirilendir. Miller 2,520-ni öwredende, oňa “ýedi gezek” diýip at beren hem bolsa, Lewiler 26-daky “ýedi gezek” düşünjesini düşündirmek üçin Danyýel kitabynyň dördünji babyndan peýdalandy. Miller özüniň Nebukadnesar arkaly typsallaşdyrylandygyny tanamady, emma dördünji bapdaky Nebukadnesaryň 2,520 güni, Milleriň düýşüne toprak süpüriji adam gelmezinden öň, hem “saçmak” sözi arkaly, hem-de onuň “ýedi gezek” bolup geçýändigi hakykaty arkaly aňladylýar.</w:t>
      </w:r>
    </w:p>
    <w:p>
      <w:pPr>
        <w:pStyle w:val="ArticleBody"/>
        <w:jc w:val="left"/>
      </w:pPr>
      <w:r>
        <w:rPr>
          <w:rFonts w:ascii="Times New Roman" w:hAnsi="Times New Roman" w:eastAsia="Times New Roman" w:cs="Times New Roman"/>
        </w:rPr>
        <w:t>Miller Sister White tarapyndan “Ata Miller” diýlip atlandyrylýar, emma bu katolikleriň edişi ýaly butparaz manyda däl-de, eýsem ata Ybraýym mysalyndaky ýaly patriarhal manydadyr. Miller bir nyşandyr; ol äht adamy bolup, ýüz kyrk dört müň bilen baglaşyljak soňky äht ýolundaky Mukaddes Kitabyň nyşanlarynyň zynjyryny wekilçilik edýär. Ýoel soňky günlerde garrylaryň düýş görjekdigini bize habar berýär, we William Miller biziň taryhymyzyň şol garrysydyr, şeýle hem William Tyndale-nyň şu pygamberligini ýerine ýetiren daýhandyr: “Eger Hudaý ömrümi bagyşlasa, köp ýyllar geçmänkä men şeýle ederin: ýer sürýän bir oglan Mukaddes Ýazgylary senden has gowy biler.”</w:t>
      </w:r>
    </w:p>
    <w:p>
      <w:pPr>
        <w:pStyle w:val="ArticleScripture"/>
        <w:jc w:val="left"/>
      </w:pPr>
      <w:r>
        <w:rPr>
          <w:rFonts w:ascii="Times New Roman" w:hAnsi="Times New Roman" w:eastAsia="Times New Roman" w:cs="Times New Roman"/>
        </w:rPr>
        <w:t>“Hudaý Öz perişdesini Mukaddes Ýazgylara iman etmedik bir daýhanyň ýüregine täsir etmek, ony pygamberlikleri derňäp gözlemäge gönükdirmek üçin iberdi. Hudaýyň perişdeleri şol saýlanyp alnan kişä gaýta-gaýta göründiler, onuň aklyna ýol görkezmek we Hudaýyň halky üçin hemişe garaňky bolup gelen pygamberlikleri onuň düşünjesine açmak üçin. Hakykatyň zynjyrynyň başlangyjy oňa berildi, we ol halka üstüne halka gözleg etmäge alyp barlyp, ahyrsoňy Hudaýyň Sözüne haýranlyk we buýsanç bilen nazar saldy. Ol şol ýerde hakykatyň kämil bir zynjyryny gördi. Öň ylham berlen däl diýip hasap eden şol Söz indi onuň göz öňünde öz gözelligi we şöhraty bilen açyldy. Ol Mukaddes Ýazgylaryň bir böleginiň beýleki bir bölegini düşündirýändigini gördi, we haçan-da bir aýat onuň düşünjesi üçin ýapyk bolsa, Sözüň başga bir ýerinde ony düşündirýän zady tapdy. Ol Hudaýyň mukaddes Sözüne şatlyk, iň çuňňur hormat we haýbat bilen garady.” Early Writings, 230.</w:t>
      </w:r>
    </w:p>
    <w:p>
      <w:pPr>
        <w:pStyle w:val="ArticleBody"/>
        <w:jc w:val="left"/>
      </w:pPr>
      <w:r>
        <w:rPr>
          <w:rFonts w:ascii="Times New Roman" w:hAnsi="Times New Roman" w:eastAsia="Times New Roman" w:cs="Times New Roman"/>
        </w:rPr>
        <w:t>Miller Tyndale-yň pygamberlik eden sözüni ýerine ýetiren daýhan boldy, we onuň Daniel 8:14-iň açylmagy arkaly ýygnan pygamberlik bilimini ilkinji gezek neşir etmegi, Injiliň King James Version-y neşir edilenden iki ýüz ýigrimi ýyl soň, 1831-nji ýylda boldy. John Wycliff, William Tyndale we 1611-nji ýylda King James Injiliniň neşir edilmegi, iki ýüz ýigrimi ýyllyk pygamberligiň başlanýan üç bellik nokadyny aňladýar; bu pygamberlik Tyndale-yň ýer sürýän oglunyň, yzyndan ýene iki perişdäniň gelmeli bolan birinji perişdäniň habaryna Hudaýyň Sözüni açjak döwründe tamamlanýar. Şol birinji perişde 1798-nji ýylda, üçünjisi bolsa 1844-nji ýylda geldi. Wycliff, Tyndale we King James Tyndale-yň öňünden aýdan sözini ýerine ýetirjek daýhan bilen baglanyşýar, we ol 1798-nji ýyldan 1844-nji ýyla çenli üç perişdäniň taryhyny alamatlandyrjakdy.</w:t>
      </w:r>
    </w:p>
    <w:p>
      <w:pPr>
        <w:pStyle w:val="ArticleBody"/>
        <w:jc w:val="left"/>
      </w:pPr>
      <w:r>
        <w:rPr>
          <w:rFonts w:ascii="Times New Roman" w:hAnsi="Times New Roman" w:eastAsia="Times New Roman" w:cs="Times New Roman"/>
        </w:rPr>
        <w:t>Uilýam Milleriň alfa açyşy Levililer ýigrimi altydaky 2,520 ýyl, onuň omega açyşy bolsa Daniýel 8:14-däki 2,300 ýyldyr. Ýahudanyň 2,520 ýyllyk dargadylyşy b.e.ö. 677-nji ýylda başlap, 1844-nji ýylda tamamlandy. Daniýel 8:14-däki 2,300 ýyl 1844-nji ýylda tamamlandy. Bularyň ikisi hem 1844-nji ýylda bilelikde tamamlandy, hem-de Uilýam Milleriň alfa we omega açyşlarynyň başlangyç nokatlarynyň arasynda iki ýüz ýigrimi ýyl aralyk bardy. “Iki ýüz ýigrimi” Uilýam Milleriň, iki şaýadyň esasynda, nyşanydyr. Milleriň alfa we omega açyşlary 1798 we 1844-nji ýyllar arkaly görkezilýär. Demirgazyk patyşalygyna garşy bolan 2,520 ýyllyk dargadylyş 1798-nji ýylda tamamlandy, hem-de kyrk alty ýyldan soň, 1844-nji ýylda 2,300 ýyl tamamlandy.</w:t>
      </w:r>
    </w:p>
    <w:p>
      <w:pPr>
        <w:pStyle w:val="ArticleBody"/>
        <w:jc w:val="left"/>
      </w:pPr>
      <w:r>
        <w:rPr>
          <w:rFonts w:ascii="Times New Roman" w:hAnsi="Times New Roman" w:eastAsia="Times New Roman" w:cs="Times New Roman"/>
        </w:rPr>
        <w:t>1798-nji ýylda tamamlanan 2,520 ýyl şol senäni alamatlandyrýar, we 1844-nji ýylda tamamlanan Ýehuda garşy bolan 2,520 ýyl iki ýüz ýigrimi ýyllyk döwri emele getirýär. Munuň manysy, Ysraýyl garşy bolan 2,520 peýgamberlik döwri bolan kyrk alty ýyly emele getirýär, we Ýehuda garşy bolan 2,520 peýgamberlik döwri bolan iki ýüz ýigrimi ýyly emele getirýär. Şol döwrüň alfasy b.e. öň 677-nji ýyl, omegasy bolsa b.e. öň 457-nji ýyl bolup, munuň manysy kyrk alty ýyllyk döwrüň hem-de iki ýüz ýigrimi ýyllyk döwrüň alfasy 2,520 bilen aňladylýar, we iki çyzygyň hem omegasy 2,300-dür. 2,520 ýyllyk iki “dargadylyş” 2,520 bilen başlanýan we 2,300 bilen tamamlanýan bir döwrüň iki şaýadyny berýär. Şol çyzyklaryň ikisi hem William Milleriň alfa we omega açyşlaryny kesgitleýär.</w:t>
      </w:r>
    </w:p>
    <w:p>
      <w:pPr>
        <w:pStyle w:val="ArticleScripture"/>
        <w:jc w:val="left"/>
      </w:pPr>
      <w:r>
        <w:rPr>
          <w:rFonts w:ascii="Times New Roman" w:hAnsi="Times New Roman" w:eastAsia="Times New Roman" w:cs="Times New Roman"/>
        </w:rPr>
        <w:t>“William Milleriň Düýşi”</w:t>
      </w:r>
    </w:p>
    <w:p>
      <w:pPr>
        <w:pStyle w:val="ArticleScripture"/>
        <w:jc w:val="left"/>
      </w:pPr>
      <w:r>
        <w:rPr>
          <w:rFonts w:ascii="Times New Roman" w:hAnsi="Times New Roman" w:eastAsia="Times New Roman" w:cs="Times New Roman"/>
        </w:rPr>
        <w:t>Men, görünmeýän bir el arkaly Hudaýyň maňa takmynan on dýuým uzynlygynda we alty dýuým inliliginde, eben agajyndan ýasalan hem-de merjenler bilen çylşyrymly nagyşlanyp bejerilen ajaýyp bir sandyjagyň iberilendigini düýşümde gördüm. Sandyjaga bir açar berkidilipdir. Men dessine açary alyp, sandyjagy açdym; şonda haýranlygym we geň galmagym içinde, onuň dürli görnüşli we dürli ululykdaky gymmat bahaly zatlar, almazlar, gymmatbaha daşlar, dürli möçberdäki we dürli gymmatlyndaky altyn hem kümüş teňňeler bilen doludygyny gördüm; olar sandyjagyň içindäki öz-özlerine degişli orunlarynda gözel tertip bilen ýerleşdirilipdi; şeýle tertipde ýerleşdirilen bu zatlar bolsa diňe gün bilen deňeşdirip boljak bir nur we şöhrat şöhlelendirýärdi.</w:t>
      </w:r>
    </w:p>
    <w:p>
      <w:pPr>
        <w:pStyle w:val="ArticleScripture"/>
        <w:jc w:val="left"/>
      </w:pPr>
      <w:r>
        <w:rPr>
          <w:rFonts w:ascii="Times New Roman" w:hAnsi="Times New Roman" w:eastAsia="Times New Roman" w:cs="Times New Roman"/>
        </w:rPr>
        <w:t>“Munuň içindäkileriň şöhleliligi, gözelligi we gymmatlylygy sebäpli ýüregim joşup begenýänem bolsa, bu ajaýyp görnüşden ýeke özüm lezzet almagyň meniň borjum däldir diýip pikir etdim. Şonuň üçin ony otagymdaky orta stoluň üstünde goýdum-da, isleg bildirýänleriň hemmesiniň gelip, bu durmuşda adam tarapyndan görlen iň şöhratly we iň şöhleli görnüşi görüp biljekdigini habar berdim.</w:t>
      </w:r>
    </w:p>
    <w:p>
      <w:pPr>
        <w:pStyle w:val="ArticleScripture"/>
        <w:jc w:val="left"/>
      </w:pPr>
      <w:r>
        <w:rPr>
          <w:rFonts w:ascii="Times New Roman" w:hAnsi="Times New Roman" w:eastAsia="Times New Roman" w:cs="Times New Roman"/>
        </w:rPr>
        <w:t>Halk gelip başlady, ilki bilen sany azdy, emma barha köpçülige öwrüldi. Olar ilkinji gezek sandygyň içine seredenlerinde, haýran galyp, şatlykdan ses ederlerdi. Emma tomaşaçylar köpelende, olaryň hemmesi göwherlere el urup başlardy, olary sandygyň içinden çykaryp, stoluň üstüne dargadardy.</w:t>
      </w:r>
    </w:p>
    <w:p>
      <w:pPr>
        <w:pStyle w:val="ArticleScripture"/>
        <w:jc w:val="left"/>
      </w:pPr>
      <w:r>
        <w:rPr>
          <w:rFonts w:ascii="Times New Roman" w:hAnsi="Times New Roman" w:eastAsia="Times New Roman" w:cs="Times New Roman"/>
        </w:rPr>
        <w:t>Men pikir edip başladym welin, eýesi tabydy hem-de gymmatbaha şaý-sepleri ýene-de meniň elimden talap eder; eger olaryň pytran bolmagyna ýol bersem, olary öňküsi ýaly ýene-de tabydyň içindäki öz orunlaryna hiç haçan goýup bilmerin; hem-de bu jogapkärçiligi hiç haçan çekip bilmejekdigimi duýdum, çünki ol örän agyr bolardy. Şondan soň men adamlara olara el urmaly däldiklerini, hem-de olary tabydyň içinden çykarmaly däldiklerini ýalbaryp aýdyp başladym; emma näçe köp ýalbarysam, şonça-da köp pytradýardylar; indi bolsa, edil olary otagyň ähli ýerine — ýere hem-de otagdaky her bir mebeliň üstüne — pytradýan ýaly görünýärdiler.</w:t>
      </w:r>
    </w:p>
    <w:p>
      <w:pPr>
        <w:pStyle w:val="ArticleScripture"/>
        <w:jc w:val="left"/>
      </w:pPr>
      <w:r>
        <w:rPr>
          <w:rFonts w:ascii="Times New Roman" w:hAnsi="Times New Roman" w:eastAsia="Times New Roman" w:cs="Times New Roman"/>
        </w:rPr>
        <w:t>Soň men olaryň hakyky gymmatbaha daşlaryň we teňňeleriň arasyna hasapsyz köp mukdarda galp gymmatbaha daşlary hem-de ýalan teňňeleri seçip goýberendiklerini gördüm. Men olaryň şol bihaýa hereketine we nankörlügine örän gaharlandym, şonuň üçin olary ýazgardym we käýedim; ýöne näçe köp ýazgarsam, şonça-da olar galp gymmatbaha daşlary we ýalan teňňeleri hakyky zatlaryň arasyna has köp seçip goýberýärdiler.</w:t>
      </w:r>
    </w:p>
    <w:p>
      <w:pPr>
        <w:pStyle w:val="ArticleScripture"/>
        <w:jc w:val="left"/>
      </w:pPr>
      <w:r>
        <w:rPr>
          <w:rFonts w:ascii="Times New Roman" w:hAnsi="Times New Roman" w:eastAsia="Times New Roman" w:cs="Times New Roman"/>
        </w:rPr>
        <w:t>“Şondan soň men özümiň ten janymda gaty bimaza boldum-da, olary otagdan kowup çykarmak üçin beden güýjüni ulanmaga başladym; emma men olaryň birini itekläp çykaryp durkam, ýene üçüsi içeri girerdi-de, hapa, agaç ýonuşgalaryny, gumy we her dürli zir-zibilleri daşap getirerdiler, ahyrynda olar hakyky ähli göwher daşlaryny, almazlary we teňňeleri doly örtüp goýdular, şeýdip olaryň hemmesi gözden gizlendi. Şeýle hem olar meniň sandyjagymy bölek-bölek edip ýyrtyp, onuň böleklerini zir-zibiliň arasyna dargatdylar. Men öz hasratyma-da, gaharyma-da hiç bir adamyň üns bermeýändigini pikir etdim. Men bütinleý umytsyzlyga we ruhdan düşgünlige gaplandym-da, oturyp agladym.</w:t>
      </w:r>
    </w:p>
    <w:p>
      <w:pPr>
        <w:pStyle w:val="ArticleScripture"/>
        <w:jc w:val="left"/>
      </w:pPr>
      <w:r>
        <w:rPr>
          <w:rFonts w:ascii="Times New Roman" w:hAnsi="Times New Roman" w:eastAsia="Times New Roman" w:cs="Times New Roman"/>
        </w:rPr>
        <w:t>“Şeýlelikde, uly ýitgim we jogapkärçiligim sebäpli aglap, hasrat çekip durkam, Hudaýy ýatladym-da, maňa kömek ibermegini yhlas bilen dileg etdim.</w:t>
      </w:r>
    </w:p>
    <w:p>
      <w:pPr>
        <w:pStyle w:val="ArticleScripture"/>
        <w:jc w:val="left"/>
      </w:pPr>
      <w:r>
        <w:rPr>
          <w:rFonts w:ascii="Times New Roman" w:hAnsi="Times New Roman" w:eastAsia="Times New Roman" w:cs="Times New Roman"/>
        </w:rPr>
        <w:t>“Derrew gapy dessine açyldy, bir adam otaga girdi; şonda adamlaryň hemmesi otagdan çykyp gitdi; ol bolsa elinde kir çotgasy bilen penjireleri açdy-da, otagyň içindäki kirleri we hapalary süpürip çykaryp başlady.</w:t>
      </w:r>
    </w:p>
    <w:p>
      <w:pPr>
        <w:pStyle w:val="ArticleScripture"/>
        <w:jc w:val="left"/>
      </w:pPr>
      <w:r>
        <w:rPr>
          <w:rFonts w:ascii="Times New Roman" w:hAnsi="Times New Roman" w:eastAsia="Times New Roman" w:cs="Times New Roman"/>
        </w:rPr>
        <w:t>“Men Oňa sabyr etmegini ýalbaryp haýyş etdim, çünki harabalyklaryň arasynda dargap ýatan käbir gymmatbaha jöwherler bardy.</w:t>
      </w:r>
    </w:p>
    <w:p>
      <w:pPr>
        <w:pStyle w:val="ArticleScripture"/>
        <w:jc w:val="left"/>
      </w:pPr>
      <w:r>
        <w:rPr>
          <w:rFonts w:ascii="Times New Roman" w:hAnsi="Times New Roman" w:eastAsia="Times New Roman" w:cs="Times New Roman"/>
        </w:rPr>
        <w:t>Ol maňa: «Gorkma», diýdi, çünki Ol «olara ideg eder».</w:t>
      </w:r>
    </w:p>
    <w:p>
      <w:pPr>
        <w:pStyle w:val="ArticleScripture"/>
        <w:jc w:val="left"/>
      </w:pPr>
      <w:r>
        <w:rPr>
          <w:rFonts w:ascii="Times New Roman" w:hAnsi="Times New Roman" w:eastAsia="Times New Roman" w:cs="Times New Roman"/>
        </w:rPr>
        <w:t>“Soň, ol tozany we zir-zibilleri, galp gymmatbaha daşlary we ýalan teňňeleri süpürip aýyrýarka, olaryň hemmesi bulut dek göterilip, penjireden daşary çykdy, şemal bolsa olary alyp gitdi. Başagaýlykda gözlerimi bir salym ýumdum; olary açanymda, zir-zibilleriň barysy ýitipdi. Gymmatbaha şaý-sepler, almazlar, altyn-kümüş teňňeler, otagyň hemme ýerine bol-elin saçylyp ýatyrdy.”</w:t>
      </w:r>
    </w:p>
    <w:p>
      <w:pPr>
        <w:pStyle w:val="ArticleScripture"/>
        <w:jc w:val="left"/>
      </w:pPr>
      <w:r>
        <w:rPr>
          <w:rFonts w:ascii="Times New Roman" w:hAnsi="Times New Roman" w:eastAsia="Times New Roman" w:cs="Times New Roman"/>
        </w:rPr>
        <w:t>Soňra ol stoluň üstünde öňküsinden has uly we has gözel bir sandyjy goýdy-da, şaý-sepleri, göwherleri, teňňeleri owurtlap-owurtlap ýygnap, sandyja taşlady; ahyrynda hiç biri galmady, hernäçe göwherleriň käbiri iňňäniň ujundan hem uly bolmasa-da.</w:t>
      </w:r>
    </w:p>
    <w:p>
      <w:pPr>
        <w:pStyle w:val="ArticleScripture"/>
        <w:jc w:val="left"/>
      </w:pPr>
      <w:r>
        <w:rPr>
          <w:rFonts w:ascii="Times New Roman" w:hAnsi="Times New Roman" w:eastAsia="Times New Roman" w:cs="Times New Roman"/>
        </w:rPr>
        <w:t>Soňra ol meni: «Gel-de gör» diýip çagyrdy.</w:t>
      </w:r>
    </w:p>
    <w:p>
      <w:pPr>
        <w:pStyle w:val="ArticleScripture"/>
        <w:jc w:val="left"/>
      </w:pPr>
      <w:r>
        <w:rPr>
          <w:rFonts w:ascii="Times New Roman" w:hAnsi="Times New Roman" w:eastAsia="Times New Roman" w:cs="Times New Roman"/>
        </w:rPr>
        <w:t>“Men sandyga nazar saldym, emma gözlerim bu görnüşden gamaşdy. Olar öňki şöhratyndan on esse artyk şöhle saçýardy. Men olary tozana dargadyp, aýak astyna alan şol erbet adamlaryň aýaklary arkaly çägede arassalanyp, ýylmanyp çykandyr öýtdüm. Olar sandygyň içinde ajaýyp tertip bilen, hersi öz ýerinde ýerleşdirilipdi; olary onuň içine atan adamyň çeken azabynyň hiç hili göze görünýän yzy ýokdy. Men şatlykdan gygyrdym, we şol gygyrşy meni oýardy.” Early Writings, 81–83.</w:t>
      </w:r>
    </w:p>
    <w:p>
      <w:pPr>
        <w:pStyle w:val="ArticleBody"/>
        <w:jc w:val="left"/>
      </w:pPr>
      <w:r>
        <w:rPr>
          <w:rFonts w:ascii="Times New Roman" w:hAnsi="Times New Roman" w:eastAsia="Times New Roman" w:cs="Times New Roman"/>
        </w:rPr>
        <w:t>“81” sahypadan başlap, ruhanylaryň bir nyşany hökmünde, düýş Laodikiýanyň Ýedinji gün Adwentist ybadathanasynyň işiniň taryhyny—Ylahylygyň William Milleriň ynsanlygy arkaly jemlän binýat hakykatlaryny ýykmak işiniň taryhyny—kesgitleýär. Bu taryh Milleriň “örän şatlyk bilen gygyryp” we şol gygyryşyň ony “oýarmagy” bilen tamamlanýar. Düýşde görkezilen bu taryh üçünji perişdäniň güýçli nidasynda, ýagny Gije ýarymy nidasynyň iň ýokary derejesinde, öz jemine gelýär. Milleriň düýşüniň taryhy beýanaty, Millerçi taryhyň ýol belgilerini hem aňladýar, şonuň üçin ol ýüz kyrk dört müňüň hereketiniň parallel taryhyny hem aňladýar. Şeýle hem ähmiýetli tarapy şudur: düýşüň taryhy şekillendirişi 2023-nji ýylda gaýtadan gaýtalanyp başlan taryhyň pygamberlik fraktalyny hem öz içine alýar.</w:t>
      </w:r>
    </w:p>
    <w:p>
      <w:pPr>
        <w:pStyle w:val="ArticleBody"/>
        <w:jc w:val="left"/>
      </w:pPr>
      <w:r>
        <w:rPr>
          <w:rFonts w:ascii="Times New Roman" w:hAnsi="Times New Roman" w:eastAsia="Times New Roman" w:cs="Times New Roman"/>
        </w:rPr>
        <w:t>Ýüz kyrk dört müňüň taryhynda ykrar edilen hakykatyň gymmatbahaly daşlary 2004-nji ýylda, soňra bolsa ýene 2012-nji ýylda, Habakkukyň Tablisalarynyň tanyşdyrylyşy dargadylmaga ýazylan bir topary jemlän mahaly, köpçülige degişli ýazgyda ýerleşdirildi. Şol hakykatlar 2004-nji ýylda, 1989-njy ýylda möhüri açylan hakykatlaryň ilkinji tanyşdyrylyşy bilen, stoluň üstünde goýuldy. Şonda habary “az” sanly adamlar göz öňünde tutdylar, emma 2012-nji ýylda Habakkukyň Tablisalary diýen at bilen atlandyrylan 95 tanyşdyrylyşdan ybarat tapgyr mähelläni çekip getirdi, çünki “adamlar gelip başladylar, ilki san taýdan az boldular, emma köpelip mähellä öwrüldiler.”</w:t>
      </w:r>
    </w:p>
    <w:p>
      <w:pPr>
        <w:pStyle w:val="ArticleBody"/>
        <w:jc w:val="left"/>
      </w:pPr>
      <w:r>
        <w:rPr>
          <w:rFonts w:ascii="Times New Roman" w:hAnsi="Times New Roman" w:eastAsia="Times New Roman" w:cs="Times New Roman"/>
        </w:rPr>
        <w:t>2012-nji ýyldan 2020-nji ýylyň 18-nji iýulyna çenli şol hakykatlar kem-kemden dargadyldy we harabalyklaryň astynda örtüldi. 2020-nji ýylyň 18-nji iýulynda Habakkugyň Tagtalarynyň habarynyň tarapdarlary üç ýarym gün möhlet bilen dargadyldy.</w:t>
      </w:r>
    </w:p>
    <w:p>
      <w:pPr>
        <w:pStyle w:val="ArticleScripture"/>
        <w:jc w:val="left"/>
      </w:pPr>
      <w:r>
        <w:rPr>
          <w:rFonts w:ascii="Times New Roman" w:hAnsi="Times New Roman" w:eastAsia="Times New Roman" w:cs="Times New Roman"/>
        </w:rPr>
        <w:t>Olar öz şaýatlyklaryny tamamlanlarynda, düýpsüz çuňlukdan çykýan wagşy jandar olar bilen uruş eder, olary ýeňer we öldürer. Olaryň jesetleri ruhy manyda Sodom we Müsür diýlip atlandyrylýan, şeýle hem Rebimiz haça çüýlenen uly şäheriň köçesinde ýatar. Halklardan, tirelerden, dillerden we milletlerden bolanlar olaryň jesetlerine üç ýarym gün serederler we olaryň jesetleriniň mazara goýulmagyna ýol bermezler. Ýer ýüzünde ýaşaýanlar olar sebäpli şatlanarlar, begenişerler we biri-birine sowgat ibererler; sebäbi bu iki pygamber ýer ýüzünde ýaşaýanlary azaplapdy. Ylham 11:7–10.</w:t>
      </w:r>
    </w:p>
    <w:p>
      <w:pPr>
        <w:pStyle w:val="ArticleBody"/>
        <w:jc w:val="left"/>
      </w:pPr>
      <w:r>
        <w:rPr>
          <w:rFonts w:ascii="Times New Roman" w:hAnsi="Times New Roman" w:eastAsia="Times New Roman" w:cs="Times New Roman"/>
        </w:rPr>
        <w:t>2023-nji ýylyň 30-njy dekabryndaky Şenbe güni Future for America 2020-nji ýylyň 18-nji iýulyndan bäri ilkinji açyk ýygnagy hökmünde Zoom ýygnagyna goşuldy. 2023-nji ýylyň 30-njy dekabry 2020-nji ýylyň 18-nji iýulyndan soň 1,260 gün, ýagny “üç gün ýarym” bolýar. Ylýas bilen Musa köçede öli ýatan mahaly, beýleki topar “şatlanýar”. Future for America 2023-nji ýylyň iýul aýynda pygamberlik habaryny neşir etmäge gaýtadan başlapdy, sebäbi şonda bütin ýer ýüzüne gitmeli bolan habar pygamberlik zerurlygy boýunça “çölden” çykmalydy. Üç ýarym gün, ýa-da 1,260 gün çöldür.</w:t>
      </w:r>
    </w:p>
    <w:p>
      <w:pPr>
        <w:pStyle w:val="ArticleScripture"/>
        <w:jc w:val="left"/>
      </w:pPr>
      <w:r>
        <w:rPr>
          <w:rFonts w:ascii="Times New Roman" w:hAnsi="Times New Roman" w:eastAsia="Times New Roman" w:cs="Times New Roman"/>
        </w:rPr>
        <w:t>Aýal çöl ýere gaçyp gitdi; şol ýerde onuň üçin Hudaý tarapyndan taýýarlanan bir ýer bardy, ony şol ýerde müň iki ýüz altmyş gün eklärler. Ylham 12:6.</w:t>
      </w:r>
    </w:p>
    <w:p>
      <w:pPr>
        <w:pStyle w:val="ArticleBody"/>
        <w:jc w:val="left"/>
      </w:pPr>
      <w:r>
        <w:rPr>
          <w:rFonts w:ascii="Times New Roman" w:hAnsi="Times New Roman" w:eastAsia="Times New Roman" w:cs="Times New Roman"/>
        </w:rPr>
        <w:t>“Çöl” “müň iki ýüz altmyş gün”dir, ýagny 1,260 gündir, şol bir wagtda hem “üç gün ýarym” bolup, Ylham 12:6-da görkezilýär, we “126” bolsa 1,260-yň ondan biridir. Şonda möhri açylan haýran galdyryjy hakykatlaryň biri hem Levililer 26-daky “ýedi gezek” doga-dileginiň berjaý edilmegi hökmünde toba etmegiň zerurlygydy.</w:t>
      </w:r>
    </w:p>
    <w:p>
      <w:pPr>
        <w:pStyle w:val="ArticleBody"/>
        <w:jc w:val="left"/>
      </w:pPr>
      <w:r>
        <w:rPr>
          <w:rFonts w:ascii="Times New Roman" w:hAnsi="Times New Roman" w:eastAsia="Times New Roman" w:cs="Times New Roman"/>
        </w:rPr>
        <w:t>1,260 gün 2,520 günüñ hem bir nyşanydyr. Demirgazyk patyşalygyna garşy bolan “ýedi wagt” b.e. öň 723-nji ýylda başlap, 1798-nji ýylda tamamlandy. Orta nokady 538-nji ýyldyr; şeýlelik bilen, butparazlygyň mukaddes ýeri we goşuny depelän 1,260 ýyl, onuň yzyndan bolsa papalygyň mukaddes ýeri we goşuny depelän 1,260 ýyl emele gelýär. Bu pygamberlik gurluşy Mesihiň çokundyrylmagyndan haça çenli bolan 1,260 gün bilen sazlaşýar; onuň yzyndan bolsa hoş habaryň başga milletlere baryp ýeten b.e. 34-nji ýylyna çenli 1,260 pygamberlik güni gelýär. Şeýlelikde, iki şaýadyň esasynda 1,260 — 2,520 günüň bir bölegidir, ýa-da Musanyň Lewiler 26-daky “ýedi wagtydyr”.</w:t>
      </w:r>
    </w:p>
    <w:p>
      <w:pPr>
        <w:pStyle w:val="ArticleBody"/>
        <w:jc w:val="left"/>
      </w:pPr>
      <w:r>
        <w:rPr>
          <w:rFonts w:ascii="Times New Roman" w:hAnsi="Times New Roman" w:eastAsia="Times New Roman" w:cs="Times New Roman"/>
        </w:rPr>
        <w:t>2020-nji ýylyň 18-nji iýulyndaky Sabatdan 2023-nji ýylyň 30-njy dekabryndaky Sabada çenli dowam eden çölde ses döwri 2023-nji ýylyň iýulynda gygyryp başlady, we “çöl” döwri 2023-nji ýylyň 30-njy dekabryndaky Sabatda tamamlananda, Musanyň we Ylýasyň direlişi geldi. Ol sesiň habary, her bir reforma hereketindäki paralel ilkinji lapykeçlikleriň ýolbelgisiniň on gyz hakyndaky tymsalyň çäginde 2020-nji ýylyň 18-nji iýuly baradaky ýalan çaklamany düşündirendigini kesgitledi. Ol erkekleri we aýallary Lawilar 26-daky doga bilen nyşanlanan toba çagyrdy. Milleriň düýşi hut şol toba nyşanlandyrýar, haçan-da ol şeýle diýip ýazanda: “Men beýdip özümiň uly ýitgim we jogapkärçiligim üçin aglap we matam tutup durkam, Hudaýy ýatladym, we Onuň maňa kömek ibermegini yhlas bilen dileg etdim.”</w:t>
      </w:r>
    </w:p>
    <w:p>
      <w:pPr>
        <w:pStyle w:val="ArticleHeading"/>
        <w:jc w:val="left"/>
      </w:pPr>
      <w:r>
        <w:rPr>
          <w:rFonts w:ascii="Arial" w:hAnsi="Arial" w:eastAsia="Arial" w:cs="Arial"/>
        </w:rPr>
        <w:t>Gelip Görüň</w:t>
      </w:r>
    </w:p>
    <w:p>
      <w:pPr>
        <w:pStyle w:val="ArticleBody"/>
        <w:jc w:val="left"/>
      </w:pPr>
      <w:r>
        <w:rPr>
          <w:rFonts w:ascii="Times New Roman" w:hAnsi="Times New Roman" w:eastAsia="Times New Roman" w:cs="Times New Roman"/>
        </w:rPr>
        <w:t>Milleriň düýşi “gel-de gör” diýen iki çagyryş arkaly bölünýär. Birinji gezek Miller adamlary “gel-de görmäge” çagyrýar, ikinji gezek bolsa “kir çotgaçy adam” Milleri gelip görmäge çagyrýar. “Gel-de gör” — möhri açylan pygamberlik hakykatyny görkezýän pygamberlik nyşanydyr. Ilkinji dört möhriň her birinde “gel-de gör” diýen buýruk bar.</w:t>
      </w:r>
    </w:p>
    <w:p>
      <w:pPr>
        <w:pStyle w:val="ArticleScripture"/>
        <w:jc w:val="left"/>
      </w:pPr>
      <w:r>
        <w:rPr>
          <w:rFonts w:ascii="Times New Roman" w:hAnsi="Times New Roman" w:eastAsia="Times New Roman" w:cs="Times New Roman"/>
        </w:rPr>
        <w:t>Guzy möhürleriň birini açanda, men muny gördüm; şonda ýyldyrymyň gürrüldisi kimin bir sesi eşitdim, dört jandaryň biriniň: «Gel-de gör» diýendigini eşitdim. … Ol ikinji möhüri açanda, ikinji jandaryň: «Gel-de gör» diýendigini eşitdim. … Ol üçünji möhüri açanda, üçünji jandaryň: «Gel-de gör» diýendigini eşitdim. … Ol dördünji möhüri açanda, dördünji jandaryň sesiniň: «Gel-de gör» diýendigini eşitdim. Ylham 6:1, 3, 5, 7.</w:t>
      </w:r>
    </w:p>
    <w:p>
      <w:pPr>
        <w:pStyle w:val="ArticleBody"/>
        <w:jc w:val="left"/>
      </w:pPr>
      <w:r>
        <w:rPr>
          <w:rFonts w:ascii="Times New Roman" w:hAnsi="Times New Roman" w:eastAsia="Times New Roman" w:cs="Times New Roman"/>
        </w:rPr>
        <w:t>Milläriň düýşüniň başyndaky «gel-de gör» — alfadyr, ahyryndaky «gel-de gör» bolsa omegadyr. Düýş, düýşüň başyndaky möhürleriň açylmagyny şeýle gymmat bahaly daşlar hökmünde tanadýar: olar «tertibe salnanda, diňe güne deňelip biljek bir nur we şöhrat şöhlelendirýärdiler». Haçan-da Mesih Milläri omegany «gel-de görmäge» çagyranda, Miller şeýle diýýär: «gözlerim bu görnüşden çaşyryldy. Olar öňki şöhratyndan on esse ýagty saçýardy.» Alfa nury gün kimin idi, omega nury bolsa günüň nurundan on esse artykdy.</w:t>
      </w:r>
    </w:p>
    <w:p>
      <w:pPr>
        <w:pStyle w:val="ArticleHeading"/>
        <w:jc w:val="left"/>
      </w:pPr>
      <w:r>
        <w:rPr>
          <w:rFonts w:ascii="Arial" w:hAnsi="Arial" w:eastAsia="Arial" w:cs="Arial"/>
        </w:rPr>
        <w:t>Saçmak</w:t>
      </w:r>
    </w:p>
    <w:p>
      <w:pPr>
        <w:pStyle w:val="ArticleBody"/>
        <w:jc w:val="left"/>
      </w:pPr>
      <w:r>
        <w:rPr>
          <w:rFonts w:ascii="Times New Roman" w:hAnsi="Times New Roman" w:eastAsia="Times New Roman" w:cs="Times New Roman"/>
        </w:rPr>
        <w:t>Milliriň hasrady we toba etmegi ilkinji “gel-de gör” bilen başlap, soňky “gel-de gör” bilen tamamlanýan döwrüň ahyrynda şekillendirilýär. Milleriň halka bir habary açyp görkezmegi bilen başlanýan, soňra bolsa Mesihiň Miller üçin bir habary açyp görkezmegi bilen tamamlanýan döwürde “dargatmak” sözi “ýedi gezek” görkezilýär. Miller bu sözi ýene ulanar, emma ilkinji we soňky açyp görkezmegiň arasynda “dargatmak” “ýedi gezek” beýan edilýär. Mukaddes Kitap “ýedi gezek” hökümüni “dargatmak” sözi bilen kesgitleýär.</w:t>
      </w:r>
    </w:p>
    <w:p>
      <w:pPr>
        <w:pStyle w:val="ArticleScripture"/>
        <w:jc w:val="left"/>
      </w:pPr>
      <w:r>
        <w:rPr>
          <w:rFonts w:ascii="Times New Roman" w:hAnsi="Times New Roman" w:eastAsia="Times New Roman" w:cs="Times New Roman"/>
        </w:rPr>
        <w:t>Men sizi milletleriň arasyna dargadaryn, yzyňyzdan gylyç çykararyn; ýurduňyz çol bolar, şäherleriňiz bolsa weýran bolar. Leviticus 26:33.</w:t>
      </w:r>
    </w:p>
    <w:p>
      <w:pPr>
        <w:pStyle w:val="ArticleBody"/>
        <w:jc w:val="left"/>
      </w:pPr>
      <w:r>
        <w:rPr>
          <w:rFonts w:ascii="Times New Roman" w:hAnsi="Times New Roman" w:eastAsia="Times New Roman" w:cs="Times New Roman"/>
        </w:rPr>
        <w:t>Milleriň ýüze çykaran iň ilkinji hakykaty Levililer kitabynyň ýigrimi altynjy babyndaky “ýedi wagt” boldy, we onuň düýşünde Milleriň habarynyň neşir edilmegi bilen Mesihe degişli habaryň neşir edilmeginiň arasyndaky döwürde, William Milleriň işi arkaly şekillendirilen ähli esas goýujy hakykatlaryň Laodikeýaly Ýedinji Gün Adventizminiň ylahyýatçylarynyň hapa galyndylary we galp teňňeleri bilen örtülmelidigi görkezildi. Esas goýujy hakykatlaryň şol ret edilşi alfa bilen omeganyň arasyndaky taryhyň içinde ýedi saçraýyş hökmünde şekillendirilýär. “Ýedi wagt” William Milleriň işiniň nyşanydyr, bu bolsa öz gezeginde Ýedinji Gün Adventizminiň esaslaryny emele getirýär; şol esaslaryň hut merkezi sütüni bolsa Daniel 8:14-däki 2,300 günden ybaratdyr. Munuň görkezýäni şudur: William Milleriň ilkinji, ýagny alfa açyşy bolan 2,520 ýyllyk saçraýyş, William Milleriň omega açyşy bolan 2,300 gün bilen tamamlanan bir döwrüň başlangyjyny belleýär.</w:t>
      </w:r>
    </w:p>
    <w:p>
      <w:pPr>
        <w:pStyle w:val="ArticleBody"/>
        <w:jc w:val="left"/>
      </w:pPr>
      <w:r>
        <w:rPr>
          <w:rFonts w:ascii="Times New Roman" w:hAnsi="Times New Roman" w:eastAsia="Times New Roman" w:cs="Times New Roman"/>
        </w:rPr>
        <w:t>Laodikeyaly Ýedinji Gün Adwentizmi 1863-nji ýylda “ýedi wagty” bir gyra süýşürende, olar William Milleriň ilkinji açyşyny bir gyra süýşürdiler; bu bolsa onuň alfa açyşy we onuň binýatlaýyn açyşy bolupdy. Milleriň açyşlarynyň iň soňkysy 2,300 gün bolup, bu onuň omega açyşy hem-de onuň täç daşy bolan açyşy bolupdy. 1798-nji ýylda tamamlanan “ýedi wagt” 2,520-ni görkezdi, 2,300 gün bolsa 1844-nji ýylda görkezildi.</w:t>
      </w:r>
    </w:p>
    <w:p>
      <w:pPr>
        <w:pStyle w:val="ArticleBody"/>
        <w:jc w:val="left"/>
      </w:pPr>
      <w:r>
        <w:rPr>
          <w:rFonts w:ascii="Times New Roman" w:hAnsi="Times New Roman" w:eastAsia="Times New Roman" w:cs="Times New Roman"/>
        </w:rPr>
        <w:t>Bu, sepenlerinden soň ýedi gezek saçrap giden gymmatbaha daşlary täzeden bir ýere jemleýän tozan süpürýän adamdyr. Şondan soň sandygy has uly, has gözel bolýar we Günden on esse ýagty saçýar. On synagyň nyşanydyr; şonuň üçin hem şol gymmatbaha daşlar synagda Günüň gününiň üstünden ýagty saçýar. Şeýlelikde, Milleriň düýşi 1798-nji ýylda başlanýar we Ýekşenbe kanunynda üçünji perişdäniň güýçli nidasynda tamamlanýar.</w:t>
      </w:r>
    </w:p>
    <w:p>
      <w:pPr>
        <w:pStyle w:val="ArticleBody"/>
        <w:jc w:val="left"/>
      </w:pPr>
      <w:r>
        <w:rPr>
          <w:rFonts w:ascii="Times New Roman" w:hAnsi="Times New Roman" w:eastAsia="Times New Roman" w:cs="Times New Roman"/>
        </w:rPr>
        <w:t>1798-nji ýyldan 1863-nji ýyla çenli Milleritleriň taryhy, şol bir wagtyň özünde 1798-nji ýyldan ýakyn wagtda çykjak Ýekşenbe kanunyna çenli bolan taryhdyr hem. William Milleriň düýşünde, Milleriň “gel-de gör” diýmeginden başlap, Tozan çotgaly adamyň “gel-de gör” diýmegine çenli bolup geçýän taryh hem 1798-nji ýyldan 1863-nji ýyla çenli bolan döwürdir, hem-de 1798-nji ýyldan Ýekşenbe kanunyna çenli bolan döwürdir. 1863-nji ýylda tamamlanýan çyzyk, 1798-nji ýylda başlap Ýekşenbe kanunynda tamamlanýan çyzygyň pygamberlik fraktalydyr. Şol iki çyzyk hem Milleriň düýşünde görkezilýär.</w:t>
      </w:r>
    </w:p>
    <w:p>
      <w:pPr>
        <w:pStyle w:val="ArticleBody"/>
        <w:jc w:val="left"/>
      </w:pPr>
      <w:r>
        <w:rPr>
          <w:rFonts w:ascii="Times New Roman" w:hAnsi="Times New Roman" w:eastAsia="Times New Roman" w:cs="Times New Roman"/>
        </w:rPr>
        <w:t>1844-nji ýylyň 22-nji oktýabryndaky ýapyk gapy, Ýekşenbe kanunyndaky ýapyk gapynyň nusgasydyr. 1844-nji ýylda ýerine ýeten 2,300 ýyllyk pygamberlik, Ýekşenbe kanunynyň nusgasydyr.</w:t>
      </w:r>
    </w:p>
    <w:p>
      <w:pPr>
        <w:pStyle w:val="ArticleScripture"/>
        <w:jc w:val="left"/>
      </w:pPr>
      <w:r>
        <w:rPr>
          <w:rFonts w:ascii="Times New Roman" w:hAnsi="Times New Roman" w:eastAsia="Times New Roman" w:cs="Times New Roman"/>
        </w:rPr>
        <w:t>«Mesihiň mukaddes jaýy arassalamak üçin beýik Ruhanymyz hökmünde iň mukaddes ýere gelşi, Daniýel 8:14-de görkezilişi ýaly; Ynsan Oglunyň Gadymy Günlere gelşi, Daniýel 7:13-de beýan edilişi ýaly; hem-de Rebbiň Öz ybadathanasyna gelşi, Malaki tarapyndan öňünden aýdylyşy ýaly — bularyň hemmesi şol bir wakanyň beýanydyr; we bu waka, şeýle hem, Mesihiň Matta 25-däki on gyz hakyndaky tymsalynda beýan edişi ýaly, öýleniş toýuna gelen giýewiň gelşi arkaly hem şekillendirilýär». The Great Controversy, 426.</w:t>
      </w:r>
    </w:p>
    <w:p>
      <w:pPr>
        <w:pStyle w:val="ArticleHeading"/>
        <w:jc w:val="left"/>
      </w:pPr>
      <w:r>
        <w:rPr>
          <w:rFonts w:ascii="Arial" w:hAnsi="Arial" w:eastAsia="Arial" w:cs="Arial"/>
        </w:rPr>
        <w:t>Setirler</w:t>
      </w:r>
    </w:p>
    <w:p>
      <w:pPr>
        <w:pStyle w:val="ArticleBody"/>
        <w:jc w:val="left"/>
      </w:pPr>
      <w:r>
        <w:rPr>
          <w:rFonts w:ascii="Times New Roman" w:hAnsi="Times New Roman" w:eastAsia="Times New Roman" w:cs="Times New Roman"/>
        </w:rPr>
        <w:t>Milleriň açyşlarynyň omegasy 2,300 ýyllyk pygamberlikdi, şonuň üçin 1844-de-de, Ýekşenbe kanuny-da 2,300 ýyl bilen aňladylýar. Bu bolsa 2,520-niň iki çyzygyň hem alfasy, 2,300-niň bolsa olaryň omegasy bolýandygyny aňladýar; çyzyklaryň biri 1863-de tamamlanýar, beýlekisi bolsa Ýekşenbe kanunynda tamamlanýar. Iki çyzygyň ikisinde-de 2,520 pygamberligi alfadyr, ýagny düýp binýat daşydyr. Milleritleriň binýatlaýyn taryhyndaky 1798-den 1863-e çenli bolan fraktal, şeýle hem bir ýüz kyrk dört müňüň omega, ýagny depedaş taryhyndaky başga bir fraktal bilen sazlaşýar.</w:t>
      </w:r>
    </w:p>
    <w:p>
      <w:pPr>
        <w:pStyle w:val="ArticleBody"/>
        <w:jc w:val="left"/>
      </w:pPr>
      <w:r>
        <w:rPr>
          <w:rFonts w:ascii="Times New Roman" w:hAnsi="Times New Roman" w:eastAsia="Times New Roman" w:cs="Times New Roman"/>
        </w:rPr>
        <w:t>9/11-da Hudaý Öz halkyny Ýeremiýanyň gadymy ýollaryna dolanmaga çagyrdy; şol ýollar binýatlardyr, olar bolsa öz gezeginde binýat goýujy taryhyň habarçysy arkaly şekillendirilýär, ol hem öz gezeginde onuň “ýedi wagt” baradaky binýat goýujy alfa açyşy arkaly şekillendirilýär. “Ýedi wagt” ýüz kyrk dört müňüň binýatlarynyň nyşanydyr, we 9/11-da şol toparyň möhürlenmegi binýatlaryň synag habary bilen başlandy; bu habar William Milleriň we Adventizmiň iň ilkinji binýat hakykaty arkaly şekillendirilýär. 9/11-da möhürleniş wagty başlandy, we ýakyn wagtda geljek Ýekşenbe kanuny döwründe ýüz kyrk dört müňüň möhürleniş wagty tamamlanar.</w:t>
      </w:r>
    </w:p>
    <w:p>
      <w:pPr>
        <w:pStyle w:val="ArticleBody"/>
        <w:jc w:val="left"/>
      </w:pPr>
      <w:r>
        <w:rPr>
          <w:rFonts w:ascii="Times New Roman" w:hAnsi="Times New Roman" w:eastAsia="Times New Roman" w:cs="Times New Roman"/>
        </w:rPr>
        <w:t>Şol taryhyň 2,520 bilen başlanýan we 2,300 bilen tamamlanýan fraktal ekendigi, şonuň üçin hem şol taryhyň William Milleriň düýşünde görkezilen pygamberlik taryhynyň üçünji çyzygydygy aýdylýar. 2,520 1798-nji ýylda ýerine ýetdi, 2,300 bolsa 1844-nji ýylda. Iki çyzyk arkaly görkezilen iş Mesihiň Öz hudaýlygy bilen biziň ynsanlygymyzy birleşdirmeginiň işidir. Bu, günäkär adamy mukaddese öwürmegiň, pes tebigatyň üstünden beýik tebigatyň öz hakly tagtyna gaýtadan dikeldilmeginiň işidir. Şonuň üçin ynsan bedeni bedendäki her bir öýjügi doly täzeden öndürmek üçin 2,520 gün sarp edýär, şol bir bedeniň özi bolsa 23 erkek hromosoma bilen 23 aýal hromosomanyň birleşmegine esaslanýar. Olar bilelikde diri ybadathanany emele getirýärler, bu hem “46” belgisi bilen görkezilýär; ol 1798-nji ýyldan 1844-nji ýyla çenli bolan döwürdir, ýagny William Milleriň düýşündäki 1798-nji ýyldaky 2,520-den 1844-nji ýyldaky 2,300-e çenli bolan döwürdir.</w:t>
      </w:r>
    </w:p>
    <w:p>
      <w:pPr>
        <w:pStyle w:val="ArticleBody"/>
        <w:jc w:val="left"/>
      </w:pPr>
      <w:r>
        <w:rPr>
          <w:rFonts w:ascii="Times New Roman" w:hAnsi="Times New Roman" w:eastAsia="Times New Roman" w:cs="Times New Roman"/>
        </w:rPr>
        <w:t>William Milleriň düýşünde üns berilmäge mynasyp başga bir fraktal hem bar. 9/11-den Ýekşenbe kanunyna çenli bolan döwür, 1798-den Ýekşenbe kanunyna çenli bolan döwrüň, ýagny 1798-den 1863-e çenli bolan döwrüň fraktalydyr. 2023-den Ýekşenbe kanunyna çenli bolan döwür 9/11-den Ýekşenbe kanunyna çenli bolan döwrüň fraktalydyr, we bu, Milleriň düýşüniň içindäki ähli çyzyklaryň olaryň ählisiniň omegasy hökmünde görkezýän taryhydyr. Bu, asyl hakykatlaryň günüň on esse güýjünde ulaldylýan döwrüdir.</w:t>
      </w:r>
    </w:p>
    <w:p>
      <w:pPr>
        <w:pStyle w:val="ArticleHeading"/>
        <w:jc w:val="left"/>
      </w:pPr>
      <w:r>
        <w:rPr>
          <w:rFonts w:ascii="Arial" w:hAnsi="Arial" w:eastAsia="Arial" w:cs="Arial"/>
        </w:rPr>
        <w:t>Iki Turbazly Etek</w:t>
      </w:r>
    </w:p>
    <w:p>
      <w:pPr>
        <w:pStyle w:val="ArticleBody"/>
        <w:jc w:val="left"/>
      </w:pPr>
      <w:r>
        <w:rPr>
          <w:rFonts w:ascii="Times New Roman" w:hAnsi="Times New Roman" w:eastAsia="Times New Roman" w:cs="Times New Roman"/>
        </w:rPr>
        <w:t>1840-njy ýyllarda “bustle” sözi (at hökmünde) köplenç gaýratly, işli ýa-da galmagally hereketi aňladýardy—köplenç howsalaly aljyrama, tolgunyşyk, howlukmaçlyk ýa-da biynjalyklyk manysyny hem öz içine alýardy. Bu söz köpçülikde, hojalykda, bazarda ýa-da belli bir waka döwründe bolsun, janly hereketi, galmagaly ýa-da gyssagly başagaýlygy aňladýardy. Şeýlelikde, Milleriň düýşündäki “bustle” hut şol pursatda bolup geçýän derhal işjeňligiň, tolgunşygyň ýa-da gyssagly işleriň joşgunyny—häzirki ýagdaýyň ýa-da pursatyň wagtlaýyn galmagalyny ýa-da başagaýlygyny beýan ederdi.</w:t>
      </w:r>
    </w:p>
    <w:p>
      <w:pPr>
        <w:pStyle w:val="ArticleBody"/>
        <w:jc w:val="left"/>
      </w:pPr>
      <w:r>
        <w:rPr>
          <w:rFonts w:ascii="Times New Roman" w:hAnsi="Times New Roman" w:eastAsia="Times New Roman" w:cs="Times New Roman"/>
        </w:rPr>
        <w:t>Miller şeýle diýýär: «Soňra ol topragy we hapalary, ýalan gymmatbahaly daşlary we galp teňňeleri süpürip aýyrýarka, olaryň ählisi bulut ýaly bolup ýokary galyp, penjireden daşary çykdy, ýel bolsa olary alyp gitdi. Aladyr-gaýmada men bir pursat gözlerimi ýumdum; olary açanymda, hapalaryň hemmesi ýok bolupdy».</w:t>
      </w:r>
    </w:p>
    <w:p>
      <w:pPr>
        <w:pStyle w:val="ArticleBody"/>
        <w:jc w:val="left"/>
      </w:pPr>
      <w:r>
        <w:rPr>
          <w:rFonts w:ascii="Times New Roman" w:hAnsi="Times New Roman" w:eastAsia="Times New Roman" w:cs="Times New Roman"/>
        </w:rPr>
        <w:t>“Gürrüňli gozgalaň” Milleriň düýşünde iki pursaty görkezýär: birinjisi, mähelle gymmatbaha daşlary pytradýan wagty; soňra bolsa, kir-çaň aýyryjy adamyň penjireleri açyp, galp gymmatbaha daşlary syryp çykarmaga başlan wagty. Birinji, ýagny alfa gozgalaňy, gymmatbaha daşlaryň üstüniň örtülmegidir; ikinji, ýagny omega gozgalaňy bolsa, gymmatbaha daşlaryň dikeldilmegidir. Gozgalaň döwründe Miller gözlerini ýumdy. Miller 1849-njy ýylda aram tapdy; hut şol pursatda Mesih Öz elini ikinji gezek uzadyp, Öz halkynyň galyndysyny ýygnapdy. Şondan soň Miller gözlerini ýumdy, we 1850-nji ýylda onuň hakykatlary Habakkugyň görgüni ýazyp, ony aýdyň et diýen buýrugynyň ýerine ýetirilmegi hökmünde täzeden bir saçagyň üstünde goýuldy. Şol gozgalaň döwründe Miller gözlerini ýumýar, we ol oýananda gymmatbaha daşlar dikeldilmek işiniň içinde bolýar.</w:t>
      </w:r>
    </w:p>
    <w:p>
      <w:pPr>
        <w:pStyle w:val="ArticleBody"/>
        <w:jc w:val="left"/>
      </w:pPr>
      <w:r>
        <w:rPr>
          <w:rFonts w:ascii="Times New Roman" w:hAnsi="Times New Roman" w:eastAsia="Times New Roman" w:cs="Times New Roman"/>
        </w:rPr>
        <w:t>Onuň düýşündäki ikinji joşgun, ýüz kyrk dört müňüň baýdagy direldilip, tämizlenip we saplanyp, Zekarýanyň täçdäki gymmatbahaly daşlar hökmünde tanadan şol baýdak bolup çykýan mahalynda bolup geçýär.</w:t>
      </w:r>
    </w:p>
    <w:p>
      <w:pPr>
        <w:pStyle w:val="ArticleScripture"/>
        <w:jc w:val="left"/>
      </w:pPr>
      <w:r>
        <w:rPr>
          <w:rFonts w:ascii="Times New Roman" w:hAnsi="Times New Roman" w:eastAsia="Times New Roman" w:cs="Times New Roman"/>
        </w:rPr>
        <w:t>Şol günde olaryň Rebbi Hudaýy olary Öz halkynyň sürüsi hökmünde halas eder; çünki olar täjiň daşlary ýaly bolup, Onuň ýurdunyň üstünde nyşan hökmünde ýokary göterilerler. Çünki Onuň ýagşylygy nähili beýikdir, Onuň gözelligi nähili beýikdir! Galla ýaş ýigitleri şat eder, täze şerap gyzlary. Soňky ýagşyň wagtynda Rebden ýagyş soraň; şeýlelikde Reb ýagty bulutlary döredip, olara ýagyş ýagdyryşlaryny berer, meýdandaky her kime ot berer. Çünki butlar boş zatlary sözlediler, palçylar ýalan gördüler we galp düýşleri aýtdılar; olar biderek teselli berýärler. Şonuň üçin olar sürü ýaly öz ýoluna gitdiler; çopanyň ýokdugy sebäpli horluk çekdiler. Meniň gaharym çopanlara garşy tutaşdy, men tekeleri jezalandyrdym; çünki Hökmürowan Reb Öz sürüsine, Ýahuda öýüne ýüzlendi we olary söweşde Öz görmegeý aty ýaly etdi. Zekerýa 9:16–10:3.</w:t>
      </w:r>
    </w:p>
    <w:p>
      <w:pPr>
        <w:pStyle w:val="ArticleBody"/>
        <w:jc w:val="left"/>
      </w:pPr>
      <w:r>
        <w:rPr>
          <w:rFonts w:ascii="Times New Roman" w:hAnsi="Times New Roman" w:eastAsia="Times New Roman" w:cs="Times New Roman"/>
        </w:rPr>
        <w:t>«Öz halkynyň sürüsi» hem bir baýdakdyr, hem-de täjiň üstündäki daşlardyr (gymmatbaha daşlardyr). Öz halkynyň sürüsi ahyrky ýagşyň döwründe aýan edilýär, çünki buýruk ahyrky ýagşyň wagtynda ahyrky ýagyş soramakdyr. Bu sürü «öz ýoluna giden», Ýeremiýanyň gadymy ýollarynyň ýerine başga ýoly saýlan «sürü» bilen garşy goýulýar. Ahyrky ýagşyň döwründe Onuň sürüsi bolan şol gymmatbaha daşlar söweşde Onuň görmegeý aty bolar. Şol «görmegeý at» ilkinji hristian gelninde şekillendirilen ýeňiş gazanan ybadathanadyr; ol Petrus bilen alamatlandyrylýar, sebäbi ol ilkinji möhüriň döwründe ak at hökmünde ýeňip çykmak we ýeňmek üçin öňe gitdi.</w:t>
      </w:r>
    </w:p>
    <w:p>
      <w:pPr>
        <w:pStyle w:val="ArticleScripture"/>
        <w:jc w:val="left"/>
      </w:pPr>
      <w:r>
        <w:rPr>
          <w:rFonts w:ascii="Times New Roman" w:hAnsi="Times New Roman" w:eastAsia="Times New Roman" w:cs="Times New Roman"/>
        </w:rPr>
        <w:t>Guzynyň möhürleriň birini açan wagtyny gördüm; we ýyldyrymyň sesine meňzeş bir sesi eşitdim, dört janly-jandaryň biriniň: «Gel-de gör» diýýändigini eşitdim. Men görüp durkam, ine, ak at peýda boldy; onuň üstünde oturan adamda ýaý bardy; oňa täç berildi; we ol ýeňip, ýene-de ýeňmek üçin öňe gitdi. Ylham 6:1, 2.</w:t>
      </w:r>
    </w:p>
    <w:p>
      <w:pPr>
        <w:pStyle w:val="ArticleBody"/>
        <w:jc w:val="left"/>
      </w:pPr>
      <w:r>
        <w:rPr>
          <w:rFonts w:ascii="Times New Roman" w:hAnsi="Times New Roman" w:eastAsia="Times New Roman" w:cs="Times New Roman"/>
        </w:rPr>
        <w:t>Şeýlelik bilen, Petrus Pentikostda ýagşyň dökülip inşi döwründäki resullaryň ilkinji mesihçi ybadathanasynyň nyşanydyr, şeýle hem Pentikostdaky dökülip iniş bilen öňden şekillendirilen ahyrky ýagyş döwründäki soňky mesihçi ybadathanasynyň hem nyşanydyr.</w:t>
      </w:r>
    </w:p>
    <w:p>
      <w:pPr>
        <w:pStyle w:val="ArticleScripture"/>
        <w:jc w:val="left"/>
      </w:pPr>
      <w:r>
        <w:rPr>
          <w:rFonts w:ascii="Times New Roman" w:hAnsi="Times New Roman" w:eastAsia="Times New Roman" w:cs="Times New Roman"/>
        </w:rPr>
        <w:t>Soňra men asmanyň açylandygyny gördüm, ine, ak at; onuň üstünde oturan Oňa Wepaly we Hak diýip at berlipdir; Ol adalat bilen höküm edýär we söweşýär. Onuň gözleri ot alawyndady, başynda bolsa köp täç bardy; hem-de Onuň Özi bilen başga hiç kimiň bilmeýän ýazylan bir ady bardy. Ol gana boýalan lybas geýnipdi; Onuň ady bolsa Hudaýyň Sözi diýlip atlandyrylýar. Asmanda bolan goşunlar ak atlara münüp, ak we päk nepis zygyr geýimlere beslenip, Onuň yzyna düşüp barýardylar. Ylham 19:11–14.</w:t>
      </w:r>
    </w:p>
    <w:p>
      <w:pPr>
        <w:pStyle w:val="ArticleBody"/>
        <w:jc w:val="left"/>
      </w:pPr>
      <w:r>
        <w:rPr>
          <w:rFonts w:ascii="Times New Roman" w:hAnsi="Times New Roman" w:eastAsia="Times New Roman" w:cs="Times New Roman"/>
        </w:rPr>
        <w:t>Ak atlar Hezekiýel 37-de direldilýän Mesihiň goşunyny aňladýar; olar ýeňişli ýygnakdyr, hem-de täçdäki daşlardyr, çünki Mesih soňky ýagmyr döwründe Öz şöhrat patyşalygyny berkidýär. Onuň patyşalygynyň wekilleri hökmünde ýüz kyrk dört müň iki müň üç ýüz günüň ahyrynda alýan patyşalygynyň nyşany bolan täçiň üstündäki gymmatbaha daşlardyr; şol wagt hem 1844-nji ýylyň 22-nji oktýabry bolupdy, hem-de bu Ýekşenbe kanuny mahalynda ýene-de bolar. Ak atlaryň şol patyşalygy soňky ýagmyr döwründe, asmanyň penjireleri açylanda, dikeldilýär, çünki Ioann asman açylanda ak aty gördi.</w:t>
      </w:r>
    </w:p>
    <w:p>
      <w:pPr>
        <w:pStyle w:val="ArticleBody"/>
        <w:jc w:val="left"/>
      </w:pPr>
      <w:r>
        <w:rPr>
          <w:rFonts w:ascii="Times New Roman" w:hAnsi="Times New Roman" w:eastAsia="Times New Roman" w:cs="Times New Roman"/>
        </w:rPr>
        <w:t>1849-njy ýylyň alfa galmagalynda Miller gysga bir pursatlyk ölüm ukysyna gitdi. Miller Ylýasdy, we Ylýas 2020-nji ýylyň 18-nji iýulynda öldi; ol omego galmagalyna ýetýänçä we soňra oýandyrylýança, 1,260 günläp köçede ýatdy. Onuň oýandyrylmagy, hapa-süpüriji adamyň zibilleri süpürip çykarmak üçin asmanyň penjiresini açan pursatynda gelendigi hökmünde görkezilýär. Ak atlaryň goşuny asmanyň penjiresi açylanda galdyrylýar, we şol waka ýüze çykanda, hakykat bilen ýalanlygyň arasyndaky aýrylyşma ýüze çykarylýar. Şol aýrylyşma Malaky kitabynda hem görkezilýär.</w:t>
      </w:r>
    </w:p>
    <w:p>
      <w:pPr>
        <w:pStyle w:val="ArticleScripture"/>
        <w:jc w:val="left"/>
      </w:pPr>
      <w:r>
        <w:rPr>
          <w:rFonts w:ascii="Times New Roman" w:hAnsi="Times New Roman" w:eastAsia="Times New Roman" w:cs="Times New Roman"/>
        </w:rPr>
        <w:t>Ähli onda ähli ondalaryňyzy ammara getiriň, öýümde iýmit bolsun; we munuň bilen Meni indi synap görüň, diýýär Hökmürowan Reb, eger Men size gökleriň penjirelerini açyp, sygdyryp bilmejek derejede bereketi üstüňize dökmesem. Malakiýa 3:10.</w:t>
      </w:r>
    </w:p>
    <w:p>
      <w:pPr>
        <w:pStyle w:val="ArticleBody"/>
        <w:jc w:val="left"/>
      </w:pPr>
      <w:r>
        <w:rPr>
          <w:rFonts w:ascii="Times New Roman" w:hAnsi="Times New Roman" w:eastAsia="Times New Roman" w:cs="Times New Roman"/>
        </w:rPr>
        <w:t>Pygamberleriň ruhlary pygamberlere tabyndyr, we Ylhamda Ýahýa, Milleriň düýşi hem-de Malakiýa asmandaky penjireleriň açylýan wagty babatda üç şaýat berýär. Milleriň düýşünde bu “gelip gör” diýen çagyryşyň omegasynda bolýar. Alfadaky aladyr-güzeran pytraşmagyň başlanan wagtydy, omega bolsa ýygnanyşygyň başlaýan wagtydyr.</w:t>
      </w:r>
    </w:p>
    <w:p>
      <w:pPr>
        <w:pStyle w:val="ArticleBody"/>
        <w:jc w:val="left"/>
      </w:pPr>
      <w:r>
        <w:rPr>
          <w:rFonts w:ascii="Times New Roman" w:hAnsi="Times New Roman" w:eastAsia="Times New Roman" w:cs="Times New Roman"/>
        </w:rPr>
        <w:t>Milleriň düýşüni mundan beýläk ara alyp maslahatlaşmazdan öň, biz Jeýms Waýtyň şol düýş baradaky düşündirişini hem goşmak isleýäris. Jeýms Waýt hakyky gymmatbahaly daşlary Hudaýyň hakyky halky, galp gymmatbahaly daşlary bolsa erbetler hökmünde kesgitleýär. Men bu gymmatbahaly daşlary ýalňyşlyga garşy goýlan hakykatlar hökmünde kesgitleýärin. Gymmatbahaly daşlar hem-de galp gymmatbahaly daşlar — ýalňyşlyga we galp habarçylara garşy goýlan hem habar, hem-de habarçylardyr.</w:t>
      </w:r>
    </w:p>
    <w:p>
      <w:pPr>
        <w:pStyle w:val="ArticleScripture"/>
        <w:jc w:val="left"/>
      </w:pPr>
      <w:r>
        <w:rPr>
          <w:rFonts w:ascii="Times New Roman" w:hAnsi="Times New Roman" w:eastAsia="Times New Roman" w:cs="Times New Roman"/>
        </w:rPr>
        <w:t>“MILLER DOGANYŇ DÜŞI”</w:t>
      </w:r>
    </w:p>
    <w:p>
      <w:pPr>
        <w:pStyle w:val="ArticleScripture"/>
        <w:jc w:val="left"/>
      </w:pPr>
      <w:r>
        <w:rPr>
          <w:rFonts w:ascii="Times New Roman" w:hAnsi="Times New Roman" w:eastAsia="Times New Roman" w:cs="Times New Roman"/>
        </w:rPr>
        <w:t>“Aşakdaky düýş iki ýyldan gowrak wagt mundan ozal Advent Herald-da neşir edilipdi. Şonda men onuň biziň geçmişdäki ikinji geliş tejribämizi aýdyň görkezýändigini gördüm we Hudaýyň bu düýşi dargan süräniň peýdasy üçin berendigini düşündim.</w:t>
      </w:r>
    </w:p>
    <w:p>
      <w:pPr>
        <w:pStyle w:val="ArticleScripture"/>
        <w:jc w:val="left"/>
      </w:pPr>
      <w:r>
        <w:rPr>
          <w:rFonts w:ascii="Times New Roman" w:hAnsi="Times New Roman" w:eastAsia="Times New Roman" w:cs="Times New Roman"/>
        </w:rPr>
        <w:t>Rebbiň beýik we elhenç gününiň ýakynlaşýandygynyň alamatlarynyň arasynda, Hudaý düýşleri hem goýupdyr. Ser. Ýowel 2:28–31; Resullaryň işleri 2:17–20. Düýşler üç ýol bilen gelip biler: birinjiden, “işleriň köplügi arkaly.” Ser. Wagyzçy 5:3. Ikinjiden, Şeýtanyň nejis ruhy we aldawy astynda bolanlar, onuň täsiri arkaly düýş görüp bilerler. Ser. Kanun taglymaty 8:1–5; Ýeremiýa 23:25–28; 27:9; 29:8; Zekarýa 10:2; Ýahuda 8. Üçünjiden bolsa, Hudaý Öz halkyny hemişe düýşler arkaly, azrak ýa-da köpüräk derejede, öwredip gelipdir we häzir hem öwredýär; bu düýşler perişdeleriň we Mukaddes Ruhuň hyzmaty arkaly gelýär. Hakykatyň aýdyň nurunda duranlar, Hudaýyň özlerine düýş berendigini bilerler; şeýleler ýalan düýşler arkaly aldanyp, ýoldan çykarylmazlar.</w:t>
      </w:r>
    </w:p>
    <w:p>
      <w:pPr>
        <w:pStyle w:val="ArticleScripture"/>
        <w:jc w:val="left"/>
      </w:pPr>
      <w:r>
        <w:rPr>
          <w:rFonts w:ascii="Times New Roman" w:hAnsi="Times New Roman" w:eastAsia="Times New Roman" w:cs="Times New Roman"/>
        </w:rPr>
        <w:t>“‘Ol şeýle diýdi: Indi sözlerimi diňläň; araňyzda pygamber bolsa, Men Reb oňa Özümni görümde aýan ederin we onuň bilen düýşde gepleşerin.’ Sanlar 12:6. Ýakup: ‘Rebbiň perişdesi meniň bilen düýşde gepleşdi’ diýdi. Ýaradylşy 31:2. ‘Hudaý gijeki düýşde syrly Laban ýanyna geldi.’ Ýaradylşy 31:24. Ýusubyň düýşlerini okaň, [Ýaradylşy 37:5–9,] soň bolsa olaryň Müsürde ýerine ýetmeginiň gyzykly wakasyny okaň. ‘Gibeonda Reb gije düýşde Süleýmana göründi.’ 1 Patyşalar 3:55. Danyýeliň ikinji babyndaky beýik we möhüm heýkel düýşde berildi, şeýle hem ýedinji babyndaky dört haýwan we ş.m. Şeýle-de Hirodes körpe Halasgäri ýok etmäge synanyşanda, Ýusuba düýşde Müsüre gaçmak barada duýduryş berildi. Matta 2:13.”</w:t>
      </w:r>
    </w:p>
    <w:p>
      <w:pPr>
        <w:pStyle w:val="ArticleScripture"/>
        <w:jc w:val="left"/>
      </w:pPr>
      <w:r>
        <w:rPr>
          <w:rFonts w:ascii="Times New Roman" w:hAnsi="Times New Roman" w:eastAsia="Times New Roman" w:cs="Times New Roman"/>
        </w:rPr>
        <w:t>“‘Şeýle bolar: ahyrky günlerde, diýip Hudaý aýdýar, Men Öz Ruhumdan ähli teniň üstüne dökerin; ogullaryňyz we gyzlaryňyz pygamberlik ederler, ýaş ýigitleriňiz görnüşler görerler, garrylaryňyz bolsa düýşler görerler.’ Resullaryň Işleri 2:17.</w:t>
      </w:r>
    </w:p>
    <w:p>
      <w:pPr>
        <w:pStyle w:val="ArticleScripture"/>
        <w:jc w:val="left"/>
      </w:pPr>
      <w:r>
        <w:rPr>
          <w:rFonts w:ascii="Times New Roman" w:hAnsi="Times New Roman" w:eastAsia="Times New Roman" w:cs="Times New Roman"/>
        </w:rPr>
        <w:t>Pygamberlik peşgeşi, düýşler we wahylar arkaly, bu ýerde Mukaddes Ruhuň miwesidir we ahyrky günlerde alamaty emele getirmäge ýeterlik derejede ýüze çykmalydyr. Ol Hoş Habar ybadathanasynyň peşgeşleriniň biridir.</w:t>
      </w:r>
    </w:p>
    <w:p>
      <w:pPr>
        <w:pStyle w:val="ArticleScripture"/>
        <w:jc w:val="left"/>
      </w:pPr>
      <w:r>
        <w:rPr>
          <w:rFonts w:ascii="Times New Roman" w:hAnsi="Times New Roman" w:eastAsia="Times New Roman" w:cs="Times New Roman"/>
        </w:rPr>
        <w:t>“Ol käbirlerini resullar, käbirlerini-de PYGAMBERLER, käbirlerini hoş habarçylar, käbirlerini-de çopanlar we mugallymlar edip berdi; mukaddesleriň kämilleşdirilmegi, gullugyň işi we Mesihiň bedeniniň gurulmagy üçin.” Efesliler 4:11, 12.</w:t>
      </w:r>
    </w:p>
    <w:p>
      <w:pPr>
        <w:pStyle w:val="ArticleScripture"/>
        <w:jc w:val="left"/>
      </w:pPr>
      <w:r>
        <w:rPr>
          <w:rFonts w:ascii="Times New Roman" w:hAnsi="Times New Roman" w:eastAsia="Times New Roman" w:cs="Times New Roman"/>
        </w:rPr>
        <w:t>“‘Hudaý ýygnakda käbirlerini goýdy: ilki resullar, ikinjiden PYGAMBARLAR,’ we ş.m. 1 Korintoslylar 12:28. ‘PYGAMBARLYKLARY ýigrenmäň.’ 1 Selanikliler 5:20. Şeýle hem ser. Resullaryň işleri 13:1; 21:9; Rimliler 7:6; 1 Korintoslylar 14:1, 24, 39. Pygambarlar ýa-da pygamberlikler Mesihiň ýygnagynyň bina edilmegi üçindir; we olaryň hoş habarçylar, çopanlar we mugallymlar bes edilmezinden öň bes edilmelidigini görkezýän Hudaýyň Sözünden getirip boljak hiç hili subutnama ýokdur. Emma garşy çykýan şeýle diýýär: ‘Ýalan görnüşler we düýşler şeýle köp boldy welin, men şolar ýaly zatlaryň hiç birine ynam edip bilemok.’ Şeýtanyň galpy hem bardyr, bu hakykatdyr. Onuň hemişe ýalan pygamberleri bolupdy, we elbetde, onuň aldawynyň hem-de üstünliginiň bu soňky sagadynda biz olaryň bolmagyna indi hem garaşyp bileris. Şeýle aýratyn ylhamlary, galp nusgasynyň bardygy üçin ret edýänler, şol bir derejede biraz hem öňe gidip, Hudaýyň adama düýşde ýa-da görnüşde özüni hiç wagt aýan etmändigini hem inkär edip bilerler; çünki galp nusgasy hemişe bardy.</w:t>
      </w:r>
    </w:p>
    <w:p>
      <w:pPr>
        <w:pStyle w:val="ArticleScripture"/>
        <w:jc w:val="left"/>
      </w:pPr>
      <w:r>
        <w:rPr>
          <w:rFonts w:ascii="Times New Roman" w:hAnsi="Times New Roman" w:eastAsia="Times New Roman" w:cs="Times New Roman"/>
        </w:rPr>
        <w:t>“Hudaý düýşler we görnüşler arkaly Özüni adama aýan edipdir. Ol pygamberlere şu serişde arkaly gepledi; Ol pygamberlik peşgeşini Hoş Habar ýygnagynyň peşgeşleriniň arasyna goýdy we düýşleri hem-de görnüşleri ‘AHYRKY GÜNLERIŇ’ beýleki alamatlary bilen bir hatarda hasaplady. Omyn.</w:t>
      </w:r>
    </w:p>
    <w:p>
      <w:pPr>
        <w:pStyle w:val="ArticleScripture"/>
        <w:jc w:val="left"/>
      </w:pPr>
      <w:r>
        <w:rPr>
          <w:rFonts w:ascii="Times New Roman" w:hAnsi="Times New Roman" w:eastAsia="Times New Roman" w:cs="Times New Roman"/>
        </w:rPr>
        <w:t>“Ýokardaky belliklerimdäki maksadym garşylyklary Mukaddes Ýazgylara laýyk görnüşde aradan aýyrmakdan we okyjynyň aňyny aşakdakylara taýýarlamakdan ybarat boldy.</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1847-nji ýylyň 3-nji dekabry.” Jeýms Waýt, Miller doganyň düýşi, 1–6.</w:t>
      </w:r>
    </w:p>
    <w:p>
      <w:pPr>
        <w:pStyle w:val="ArticleScripture"/>
        <w:jc w:val="left"/>
      </w:pPr>
      <w:r>
        <w:rPr>
          <w:rFonts w:ascii="Times New Roman" w:hAnsi="Times New Roman" w:eastAsia="Times New Roman" w:cs="Times New Roman"/>
        </w:rPr>
        <w:t>“1. «Sandyk» Rebbiňiz Isa Mesihiň ikinji gelişi bilen bagly Mukaddes Kitabyň beýik hakykatlaryny aňladýar; bu hakykatlar dünýä yglan etmek üçin Dogan Milleriň garamagyna berildi.</w:t>
      </w:r>
    </w:p>
    <w:p>
      <w:pPr>
        <w:pStyle w:val="ArticleScripture"/>
        <w:jc w:val="left"/>
      </w:pPr>
      <w:r>
        <w:rPr>
          <w:rFonts w:ascii="Times New Roman" w:hAnsi="Times New Roman" w:eastAsia="Times New Roman" w:cs="Times New Roman"/>
        </w:rPr>
        <w:t>“2. ‘Berkidilen açar’ onuň pygamberlik Sözüni düşündiriş usuly bolupdy — aýaty aýat bilen deňeşdirmek; Mukaddes Kitap öz-özüniň düşündirijisidir. Şol açar bilen Miller dogan ‘sandygyn’, ýa-da dünýä üçin Geliş baradaky beýik hakykaty açdy.</w:t>
      </w:r>
    </w:p>
    <w:p>
      <w:pPr>
        <w:pStyle w:val="ArticleScripture"/>
        <w:jc w:val="left"/>
      </w:pPr>
      <w:r>
        <w:rPr>
          <w:rFonts w:ascii="Times New Roman" w:hAnsi="Times New Roman" w:eastAsia="Times New Roman" w:cs="Times New Roman"/>
        </w:rPr>
        <w:t>“3. ‘Her hili dürden, göwherler we ş.m.’, ‘sandykda öz aýratyn ýerlerinde şeýle bir gözel tertiplenip goýlan’ zatlar Hudaýyň perzentlerini [Malaky 3:17] aňladýar; olar ähli ýygnaklardan, hem-de durmuşyň tas ähli gatlaklaryndan we ýagdaýlaryndan bolup, geljeklik imanyny kabul eden, hem-de mukaddes hakykat işinde öz degişli orunlarynda batyrgaý duruş tutýandyklary görülendi. Şu tertipde hereket edýärkäler, her biri öz borjuna üns berip, Hudaýyň öňünde kiçigöwünlilik bilen ýöräp, dünýä ‘bir nur we şöhraty’ şöhlelendirdiler; bu diňe resullaryň günlerindäki ýygnak bilen deňeşdirilip bilnerdi. Habar [Ylham 14:6,7] edil şemalyň ganatlarynda gidýän ýaly ýaýrady, we ‘Geliň, çünki indi hemme zat taýýar’ [Luka 14:17] diýen çakylyk güýç we täsir bilen her ýana ýaýrady.”</w:t>
      </w:r>
    </w:p>
    <w:p>
      <w:pPr>
        <w:pStyle w:val="ArticleScripture"/>
        <w:jc w:val="left"/>
      </w:pPr>
      <w:r>
        <w:rPr>
          <w:rFonts w:ascii="Times New Roman" w:hAnsi="Times New Roman" w:eastAsia="Times New Roman" w:cs="Times New Roman"/>
        </w:rPr>
        <w:t>“4. ‘Adamlar ilki bilen az sanly bolup gelip başladylar, emma soňabaka uly mähelle artdy.’ Geliş taglymaty ilki Miller dogan we örän az sanly başga adamlar tarapyndan wagyz edilende, onuň täsiri juda az boldy, hem-de onuň bilen örän az adam oýandy; emma 1840-dan 1844-e çenli, nirede wagyz edilen bolsa, bütin jemgyýet oýandy.</w:t>
      </w:r>
    </w:p>
    <w:p>
      <w:pPr>
        <w:pStyle w:val="ArticleScripture"/>
        <w:jc w:val="left"/>
      </w:pPr>
      <w:r>
        <w:rPr>
          <w:rFonts w:ascii="Times New Roman" w:hAnsi="Times New Roman" w:eastAsia="Times New Roman" w:cs="Times New Roman"/>
        </w:rPr>
        <w:t>“5. Uçýan perişde [Ylham 14:6–7] ilki ebedi hoş habary wagyz edip başlanda: ‘Hudaýdan gorkuň we Oňa şöhrat beriň; çünki Onuň höküm sagady geldi’, köpler Isanyň gelmegine we ähli zatlaryň dikeldilmegine garaşyp şatlykdan gygyrdylar; emma soňra az wagt öň özlerini şatlyk bilen dolduran hakykata garşy çykdylar, ony masgaraladylar we üstünden güldüler. Olar gymmatbaha daşlary biynjalyk etdiler we dargatdylar. Bu bizi 1844-nji ýylyň güýzüne, ýagny dargadyş wagtynyň başlanan döwrüne getirýär.</w:t>
      </w:r>
    </w:p>
    <w:p>
      <w:pPr>
        <w:pStyle w:val="ArticleScripture"/>
        <w:jc w:val="left"/>
      </w:pPr>
      <w:r>
        <w:rPr>
          <w:rFonts w:ascii="Times New Roman" w:hAnsi="Times New Roman" w:eastAsia="Times New Roman" w:cs="Times New Roman"/>
        </w:rPr>
        <w:t>Muny belläň: ozal “şatlykdan joşup gygyran” adamlaryň özleri gymmatly daşlary biynjalyk edip, dargatdylar. 1844-nji ýyldan bäri-de sürini, bir wagtlar hakykaty wagyz edip, oňa guwanan, emma soňra Hudaýyň işini we geçmişdäki advent tejribämizde pygamberligiň berjaý bolandygyny inkär edenler ýaly täsirli ýagdaýda hiç kim dargadyp, olary azaşdyrmandyr.</w:t>
      </w:r>
    </w:p>
    <w:p>
      <w:pPr>
        <w:pStyle w:val="ArticleScripture"/>
        <w:jc w:val="left"/>
      </w:pPr>
      <w:r>
        <w:rPr>
          <w:rFonts w:ascii="Times New Roman" w:hAnsi="Times New Roman" w:eastAsia="Times New Roman" w:cs="Times New Roman"/>
        </w:rPr>
        <w:t>“6. Hakyky daşlaryň arasyna ýaýradylan «galp gymmatbahaly daşlar we galp teňňeler» 1844-nji ýylda gapy ýapylaly bäri ýalan öwrenenleri ýa-da «ýat çagalary» [Hoşeýa 5:7] aýdyň aňladýar.</w:t>
      </w:r>
    </w:p>
    <w:p>
      <w:pPr>
        <w:pStyle w:val="ArticleScripture"/>
        <w:jc w:val="left"/>
      </w:pPr>
      <w:r>
        <w:rPr>
          <w:rFonts w:ascii="Times New Roman" w:hAnsi="Times New Roman" w:eastAsia="Times New Roman" w:cs="Times New Roman"/>
        </w:rPr>
        <w:t>“7. «Tozan we gyrkyndylary, çäge hem her hili hapa-hupalar» 1844-nji ýylyň güýzünden bäri Ikinji Gelişe ynanýanlaryň arasyna girizilen dürli-dürli hem köp sanly ýalňyşlyklary aňladýar. Bu ýerde men olaryň birnäçesine ünsi çekerin.</w:t>
      </w:r>
    </w:p>
    <w:p>
      <w:pPr>
        <w:pStyle w:val="ArticleScripture"/>
        <w:jc w:val="left"/>
      </w:pPr>
      <w:r>
        <w:rPr>
          <w:rFonts w:ascii="Times New Roman" w:hAnsi="Times New Roman" w:eastAsia="Times New Roman" w:cs="Times New Roman"/>
        </w:rPr>
        <w:t>“1. ‘Çopanlaryň’ käbirleriniň Gije ýarymlygyndaky jar edilenden dessine soň, ýedinji aý hereketine ýoldaş bolan Mukaddes Ruhuň dabaraly we ýürekleri erediji güýjüniň mesmerik täsir bolandygyny tekepbirlik bilen öňe süren tutumy. Jorj Storrs bu tutumy ilkinji bolup eýelänleriň arasyndady. Muny 1844-nji ýylyň ahyrynda, şol wagt Nýu-Ýork şäherinde neşir edilen Midnight-Cry gazetindäki ýazgylarynda görüň. J. V. Himes 1845-nji ýylyň ýazynda Albani maslahatynda ýedinji aý hereketiniň ýedi fut çuňlukda mesmerizmi döretdigini aýtdy. Muny men şol ýerde bolan we bu sözi eşiden birinden eşitdim. Ýedinji aý jar edilşinde işjeň gatnaşan beýlekiler hem soňra şol hereketi Şeýtanyň işi diýip yglan etdiler. Mesihiň we Mukaddes Ruhuň işini Şeýtana degişli etmek Halasgärimiziň günlerinde küfürdi, häzir hem küfürdir. 2. Anyk wagt boýunça edilen köp sanly synanyşyklar. 2300 gün 1844-nji ýylda tamamlanaly bäri, olaryň gutarýan wagty hökmünde dürli adamlar tarapyndan ençeme seneler bellenildi. Şeýle etmek bilen olar ‘serhet belgilerini’ aýyrdylar we tutuş advent hereketiniň üstüne garaňkylyk hem şübhe saldylar. 3. Ruhçylygyň ähli hyýallary we aşa gidişlikleri bilen bilelikde. Ölümiň elhenç işini amala aşyran Şeýtanyň bu hilesi ‘ýonuşga’ we ‘her hili hapa zatlar’ bilen örän ýerlikli suratlandyrylýar. Ruhçylygyň zäherini içine siňdirenleriň köpüsi öňki advent tejribämiziň hakykatdygyny kabul etdiler, we hut şu hakykatdan ugur alnyp, köplere ruhçylygyň 1843 we 1844-nji ýyllarda beýik advent hereketlerini Hudaýyň alyp barandygyna ynanmagyň tebigy miwesidigine ynandyrdy. Petrus, ‘heläk ediji bidgatçylyklary getirjek, hatda özlerini satyn alan Rebbi hem inkär etjek’ adamlar hakda aýdyp, şeýle diýýär: ‘OLARYŇ SEBÄBI BILEN HAKYKAT ÝOLY ÝAMANLANAR.’ 4. S. S. Snowyň özüni ‘Ylýas pygamber’ diýip ykrar etmegi. Bu adam özüniň geň we wagşy gidişinde ölüm işinde öz ornuny ýerine ýetirdi, we onuň tutumy köp dogruçyl janyň aňynda garaşýan mukaddesler üçin bolan hakyky ýagdaýy abraýdan düşürmäge meýil etdirdi.”</w:t>
      </w:r>
    </w:p>
    <w:p>
      <w:pPr>
        <w:pStyle w:val="ArticleScripture"/>
        <w:jc w:val="left"/>
      </w:pPr>
      <w:r>
        <w:rPr>
          <w:rFonts w:ascii="Times New Roman" w:hAnsi="Times New Roman" w:eastAsia="Times New Roman" w:cs="Times New Roman"/>
        </w:rPr>
        <w:t>Bu ýalňyşlyklaryň sanawyna men ýene-de köp zatlary goşup bilerdim; meselem, Ylham 20:4, 7-däki geçmişe degişli «müň ýyl», Ylham 7:4; 14:1-däki 144,000, Mesihiň direlişinden soň «turup, guburlardan çykanlar», iş etmezlik taglymaty, bäbekleriň ýok edilmegi baradaky taglymat we ş.m., we ş.m. Bu ýalňyşlyklar şeýle bir yhlas bilen ýaýradyldy we garaşýan sürä şeýle bir ötgürlik bilen öňe sürüldi welin, Dogan Miller düýşi gören wagtynda hakyky jöwherler «gözden ýaşyrylypdy», hem-de pygamberiň sözleri ýerlikli bolupdy: «Höküm yza tesdirildi, adalat bolsa alyslarda durýar», we ş.m., we ş.m. Seret: Işaýa 56:14.</w:t>
      </w:r>
    </w:p>
    <w:p>
      <w:pPr>
        <w:pStyle w:val="ArticleScripture"/>
        <w:jc w:val="left"/>
      </w:pPr>
      <w:r>
        <w:rPr>
          <w:rFonts w:ascii="Times New Roman" w:hAnsi="Times New Roman" w:eastAsia="Times New Roman" w:cs="Times New Roman"/>
        </w:rPr>
        <w:t>“Şol wagtda ýurtda häzirki hakykatyň işini goldaýan bir advent neşiri ýokdy. ‘Day-Dawn’ kiçi süriniň hakyky ornuny gorap galan iň soňky neşirdi; emma Reb bu düýşi Dogan Miller’e bermezinden birnäçe aý öň ol hem ölüpdi; we öz iň soňky jan çekişmesinde ýadaw, hasratly ah çekýän mukaddesleri özleriniň ahyrky halas boluşynyň wagty hökmünde, şol wagt geljekde heniz otuz ýyl bar bolan 1877-nji ýyla gönükdirdi. Wah! wah! Şonuň üçin hem Dogan Milleriň öz düýşünde zatlaryň şeýle gynançly ýagdaýy sebäpli ‘oturyp aglandygyna’ geň däl.”</w:t>
      </w:r>
    </w:p>
    <w:p>
      <w:pPr>
        <w:pStyle w:val="ArticleScripture"/>
        <w:jc w:val="left"/>
      </w:pPr>
      <w:r>
        <w:rPr>
          <w:rFonts w:ascii="Times New Roman" w:hAnsi="Times New Roman" w:eastAsia="Times New Roman" w:cs="Times New Roman"/>
        </w:rPr>
        <w:t>“8. Sandyjyk, Matta 25:1–11-däki on gyz hakyndaky tymsalda görkezilişi ýaly, dogan Milleriň dünýä yglan eden adwent hakykatyny aňladýar. Birinjisi wagt — 1843, ikinjisi gijikme wagty, üçünjisi ýarygije jarçysy — 1844-nji ýylyň ýedinji aýynda, dördünjisi bolsa ýapyk gapy. 1843-nji ýyldan bäri Ikinji Adwent neşirlerini okap gelen hiç kim dogan Milleriň adwent taryhyndaky bu dört möhüm nokady goldandygyny inkär etmez. Hakykatyň bu sazlaşykly ulgamy, ýa-da “sandyjyk”, öz başdan geçirenlerini ret eden we özleri-de dogan Miller bilen bilelikde dünýä şeýle gorkusyz wagyz eden hut şol hakykatlary inkär edenler tarapyndan böleklere bölünip, haraba galyndylaryň arasyna dargadyldy.</w:t>
      </w:r>
    </w:p>
    <w:p>
      <w:pPr>
        <w:pStyle w:val="ArticleScripture"/>
        <w:jc w:val="left"/>
      </w:pPr>
      <w:r>
        <w:rPr>
          <w:rFonts w:ascii="Times New Roman" w:hAnsi="Times New Roman" w:eastAsia="Times New Roman" w:cs="Times New Roman"/>
        </w:rPr>
        <w:t>“9. ‘Hapa-çotgaly adam’ häzirki hakykatyň aýdyň nuruny aňladýar; ol üçünji perişdäniň habary arkaly görkezildi [Ylham 14:9–12] we häzirki wagtda galyndy halkyň arasyndaky ýalňyşlyklary arassalap aýyrýar. Häzirki hakykat işi 1848-nji ýylyň ýazynda janlanyp başlady we şol wagtdan şu güne çenli ýokarlanyp, güýç gazanyp gelýär. ‘Hapa-çotga’ hereketde boldy, ýalňyşlyklar bolsa hakykatyň aýdyň nurunyň öňünde aýrylyp gidýärdi; gymmatly şaý-sepleriň käbiri, ýakyn bir wagta çenli garaňkylyk we ýalňyşlyk bilen örtülip, gözden ýaşyrylan bolsalar-da, indi häzirki hakykatyň aýdyň nurunda görünýär.”</w:t>
      </w:r>
    </w:p>
    <w:p>
      <w:pPr>
        <w:pStyle w:val="ArticleScripture"/>
        <w:jc w:val="left"/>
      </w:pPr>
      <w:r>
        <w:rPr>
          <w:rFonts w:ascii="Times New Roman" w:hAnsi="Times New Roman" w:eastAsia="Times New Roman" w:cs="Times New Roman"/>
        </w:rPr>
        <w:t>“Gymmat bahaly daşlary ýüze çykarmak we ýalňyşlygy arassalap aýyrmak işi çalt güýjeýär we mukaddesler ählisi gözden geçirilip, diri Hudaýyň möhürini alýança, barha artýan güýç bilen dowam etmäge niýetlenendir. Muny Ezekiýeliň otuz dördünji baby bilen deňeşdiriň, şonda siz Hudaýyň 1844-nji ýyldan bäri, bu garaňky we bulutly günde dargadylan Öz sürüsini ýygnamagy wada berendigini görersiňiz. Isa gelmezden öň, ‘kiçi sürü’ ‘iman birligine’ ýygnalar. Isa häzir ‘özüne mahsus, ýagşy işlere yhlasly halky’ päkläp durandyr, hem-de Ol gelende Öz ‘teginsiz, gasynsyz ýa-da şoňa meňzeş hiç bir zady bolmadyk ýygnagyny’ tapar. ‘Onuň eleýjisi Öz elindedir, we Ol harmanyny düýpli arassalap, bugdaýyny ambarına ýygnar, we ş.m.’ Matta 3:12.”</w:t>
      </w:r>
    </w:p>
    <w:p>
      <w:pPr>
        <w:pStyle w:val="ArticleScripture"/>
        <w:jc w:val="left"/>
      </w:pPr>
      <w:r>
        <w:rPr>
          <w:rFonts w:ascii="Times New Roman" w:hAnsi="Times New Roman" w:eastAsia="Times New Roman" w:cs="Times New Roman"/>
        </w:rPr>
        <w:t>“10. Öňküsinden has uly we has gözel bolan ikinji «gutujyk», onuň içine dargan «gymmatbaha daşlaryň», «almazlaryň» we teňňeleriň ýygnalmagy bilen, dargan süriniň, ýagny diri Hudaýyň möhürine eýe bolanlaryň ählisi — 144,000-iň — ýygnaljak diri häzirki hakykatyň giň meýdanyny aňladýar. Şol gymmatly almazlaryň ýekejesi-de garaňkylykda galdyrylmaz. Olaryň käbiri iňňäniň ujundan hem uly bolmasa-da, Hudaýyň Öz gymmatbaha daşlaryny ýygnap taýýarlaýan şu gününde olaryň üstünden geçilmez we olar daşarda galdyrylmaz. [Malakiýa 3:16–18] Ol, edil Lutuny Sodomdan çykarşy ýaly, Öz perişdelerini iberip, olary tiz çykaryp biler. «Reb ýer ýüzünde işini gysga wagtda tamamlar». «Ol ony adalat bilen gysgaldar». Rimliler 9:28-e serediň.” James White, Footnotes to Brother Miller’s Dream.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kitaby we Laodikiýaly Ýedinji gün Adventist Ybadathanasy - Otuz bäşinji bölüm</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