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Ýoel kitaby we Laodikýä degişli Ýedinji gün Adventist ybadathanasy — Kyrk iki-nji bölüm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2026-02-09</w:t>
      </w:r>
    </w:p>
    <w:p>
      <w:pPr>
        <w:pStyle w:val="ArticleHeading"/>
        <w:jc w:val="left"/>
      </w:pPr>
      <w:r>
        <w:rPr>
          <w:rFonts w:ascii="Arial" w:hAnsi="Arial" w:eastAsia="Arial" w:cs="Arial"/>
        </w:rPr>
        <w:t>Kyrk Ikiinji San</w:t>
      </w:r>
    </w:p>
    <w:p>
      <w:pPr>
        <w:pStyle w:val="ArticleBody"/>
        <w:jc w:val="left"/>
      </w:pPr>
      <w:r>
        <w:rPr>
          <w:rFonts w:ascii="Times New Roman" w:hAnsi="Times New Roman" w:eastAsia="Times New Roman" w:cs="Times New Roman"/>
        </w:rPr>
        <w:t>Lewiler kitabyň ýigrimi üçünji baby, ýazky baýramlaryň öz garşy nusgasy bilen Mesihe degişli hatarda gabat gelşi bilen birlikde, ýigrimi iki aýatdan ybarat iki deň hatara bölünende, biz anna agşamynyň Pasha baýramynyň, Şenbe gününiň petirsiz çöreginiň we hepdäniň ilkinji günündäki ilkinji miweleriň üç ädiminden başlanýan bir hatary görkezip bileris. Bu bir ýol belligidir; ol Mesihiň çokundyrylmagy bilen şekillendirilýär, emma şol bir ýol belgisiniň üç ädimi bar.</w:t>
      </w:r>
    </w:p>
    <w:p>
      <w:pPr>
        <w:pStyle w:val="ArticleBody"/>
        <w:jc w:val="left"/>
      </w:pPr>
      <w:r>
        <w:rPr>
          <w:rFonts w:ascii="Times New Roman" w:hAnsi="Times New Roman" w:eastAsia="Times New Roman" w:cs="Times New Roman"/>
        </w:rPr>
        <w:t>Direlişden başlap, gelejege tarap kyrk gün öňe gidendigimizde, biz öwrülişik nokadyna gelýäris; çünki hut şonda Mesih ýüzbe-ýüz öwretmegini tamamlap, bulutlaryň içinde göge çykdy. Bir ýüz kyrk dört müň hem bulutlaryň içinde göge çykýar.</w:t>
      </w:r>
    </w:p>
    <w:p>
      <w:pPr>
        <w:pStyle w:val="ArticleScripture"/>
        <w:jc w:val="left"/>
      </w:pPr>
      <w:r>
        <w:rPr>
          <w:rFonts w:ascii="Times New Roman" w:hAnsi="Times New Roman" w:eastAsia="Times New Roman" w:cs="Times New Roman"/>
        </w:rPr>
        <w:t>Soňra olar gökden özlerine şeýle diýen uly bir sesi eşitdiler: «Bu ýere çykyň». Olar buludyň içinde göge çykdylar, duşmanlary-da olary gördi. Şol sagatda uly bir ýer titremesi boldy, şäheriň ondan bir bölegi ýykyldy, ýer titremesinde ýedi müň adam öldi; galanlar gaty gorkdular we gökleriň Hudasyna şöhrat berdiler. Ikinji hasrat geçip gitdi; ine, üçünji hasrat tiz gelýär. Soň ýedinji perişde surnaý çaldy; gökde uly sesler eşidilip, şeýle diýildi: «Bu dünýäniň patyşalyklary Rebbimiziň we Onuň Mesihiniň patyşalyklary boldular; Ol hem baky-baky höküm sürer». Ylham 11:12–15.</w:t>
      </w:r>
    </w:p>
    <w:p>
      <w:pPr>
        <w:pStyle w:val="ArticleBody"/>
        <w:jc w:val="left"/>
      </w:pPr>
      <w:r>
        <w:rPr>
          <w:rFonts w:ascii="Times New Roman" w:hAnsi="Times New Roman" w:eastAsia="Times New Roman" w:cs="Times New Roman"/>
        </w:rPr>
        <w:t>Ikinji we üçünji hasrat Yslamdyr, ýedinji perişde bolsa üçünji hasratdyr, bu bolsa ýene-de Yslamdyr. Üçünji hasrat ýer titremesinde çalt ýetip gelýär. Ýer titremesi Amerikanyň Birleşen Ştatlaryndaky ýekşenbe kanunydyr; Amerikanyň Birleşen Ştatlary Ylhamyň on üçünji babyndaky ýer haýwandyr, ýekşenbe kanuny bolsa sarsgyndyr, ýagny ýer titremesidir. Ýer haýwany on patyşanyň baş patyşasydyr, we Amerikanyň Birleşen Ştatlary ýekşenbe kanunynda agdarylanda, şäheriň ondan bir bölegi ýykylyp düşen bolar. Ýekşenbe kanunynyň şol bir sagadynda, Ylýas we Musa arkaly şekillendirilen iki şaýat, ýagny Petrusa, Ýakuba we Ýohanna Mesih bilen bile şöhratlandyrylan ýagdaýda görünen şol bir iki şaýat, buludyň içinde göge göterilýär, we olaryň duşmanlary olary görendigi üçin, muny hemmeler görýär.</w:t>
      </w:r>
    </w:p>
    <w:p>
      <w:pPr>
        <w:pStyle w:val="ArticleBody"/>
        <w:jc w:val="left"/>
      </w:pPr>
      <w:r>
        <w:rPr>
          <w:rFonts w:ascii="Times New Roman" w:hAnsi="Times New Roman" w:eastAsia="Times New Roman" w:cs="Times New Roman"/>
        </w:rPr>
        <w:t>Direlişden kyrk gün soňra Isa bulutlaryň içine “göterildi” we ýokarky otagdaky on günlük döwür başlandy. Göteriliş, üç perişdäniň ikinjisi ýaly, göz bilen görülýän bir synagdyr. Onuň göterilişinde perişdeler, edil Özi bulutlar bilen göterilişi ýaly, Onuň hem bulutlar bilen gaýdyp geljekdigini aýtdylar.</w:t>
      </w:r>
    </w:p>
    <w:p>
      <w:pPr>
        <w:pStyle w:val="ArticleScripture"/>
        <w:jc w:val="left"/>
      </w:pPr>
      <w:r>
        <w:rPr>
          <w:rFonts w:ascii="Times New Roman" w:hAnsi="Times New Roman" w:eastAsia="Times New Roman" w:cs="Times New Roman"/>
        </w:rPr>
        <w:t>Ol bu zatlary aýdandan soň, olar synlap duran wagtlarynda Ol ýokary göterildi; bir bulut Ony olaryň gözleriniň öňünden alyp gitdi. Ol göge çykyp barýarka, olar göge dikanlap seredip durkalar, ine, ak eşikli iki adam olaryň ýanlarynda peýda boldy; olar hem şeýle diýdiler: «Eý, Jelileli adamlar, näme üçin göge seredip durarsyňyz? Siziň araňyzdan göge alnyp gidilen şu Isanyň Özi, Ony göge gidip barýarka nähili gören bolsaňyz, şonuň ýaly hem gaýtadan geler». Resullaryň işleri 1:9–11.</w:t>
      </w:r>
    </w:p>
    <w:p>
      <w:pPr>
        <w:pStyle w:val="ArticleBody"/>
        <w:jc w:val="left"/>
      </w:pPr>
      <w:r>
        <w:rPr>
          <w:rFonts w:ascii="Times New Roman" w:hAnsi="Times New Roman" w:eastAsia="Times New Roman" w:cs="Times New Roman"/>
        </w:rPr>
        <w:t>Onuň Ikinji Gelişindäki gaýdyp gelişi Onuň patyşalygynyň “şöhratynda” bolar.</w:t>
      </w:r>
    </w:p>
    <w:p>
      <w:pPr>
        <w:pStyle w:val="ArticleScripture"/>
        <w:jc w:val="left"/>
      </w:pPr>
      <w:r>
        <w:rPr>
          <w:rFonts w:ascii="Times New Roman" w:hAnsi="Times New Roman" w:eastAsia="Times New Roman" w:cs="Times New Roman"/>
        </w:rPr>
        <w:t>Şonuň üçin kim bu zinahor hem günäkär nesliň içinde Menden we Meniň sözlerimden utansa, Ynsan Ogly-da Öz Atasynyň şöhraty içinde mukaddes perişdeler bilen gelende, şondan utanjakdyr. Mark 8:38.</w:t>
      </w:r>
    </w:p>
    <w:p>
      <w:pPr>
        <w:pStyle w:val="ArticleBody"/>
        <w:jc w:val="left"/>
      </w:pPr>
      <w:r>
        <w:rPr>
          <w:rFonts w:ascii="Times New Roman" w:hAnsi="Times New Roman" w:eastAsia="Times New Roman" w:cs="Times New Roman"/>
        </w:rPr>
        <w:t>Şol bir “şöhrat” Petrusyň, Ýakubyň we Ýuhannanyň Üýtgeşme dagynda gören zadydyr. Üýtgeşme dagy hem ikinji ädimdi; onuň öňünden Kesariýa Filipi, yzyndan bolsa Kesariýa Maritima gelýärdi. Ikinji synag hem haýwanyň keşbiniň synagydyr, ýagny haýwanyň keşbiniň emele gelýändigini pygamberlik taýdan tanamagy talap edýän bir synagdyr. Ikinji synag, şeýle hem, Daniýel bilen onuň dostlarynyň ýüz-keşbini däne iýmedikleriňki bilen deňeşdirmek üçin Melzaryň barlag geçirmegidir. Bu göz bilen görülýän bir synagdyr. Ybraýymyň äht taryhynyň üç ädimli äht ädimleriniň ikinji ädimi sünnetiň “alamaty” boldy. Ikinji ädim, Hudaýyň halkynyň nyşan hökmünde ýokary galdyrylyşynda olaryň möhürlenmegini aňladýar. Ikinji ädim “şöhratyň” ýüze çykýan ýeridir, çünki birinji perişdäniň üç ädimi gorky, “şöhrat” we hökümdir. Pentekost möwsüminiň kyrkynjy güni Üýtgeşme dagy bilen gabat gelýär. Aýakgaplaryňy çykar, çünki sen mukaddes ýerde duransyň.</w:t>
      </w:r>
    </w:p>
    <w:p>
      <w:pPr>
        <w:pStyle w:val="ArticleBody"/>
        <w:jc w:val="left"/>
      </w:pPr>
      <w:r>
        <w:rPr>
          <w:rFonts w:ascii="Times New Roman" w:hAnsi="Times New Roman" w:eastAsia="Times New Roman" w:cs="Times New Roman"/>
        </w:rPr>
        <w:t>Göge ýokary göteriliş görsel synagdyr, baýramlaryň tertibinde bolsa kyrk günlik bellä çenli bolan göge ýokary göterilişiň öňünden bäş günlük döwür, Surnaýlar baýramy bilen geçýär. Surnaýlar baýramy ýedinji surnaýyň duýduryşyny kesgitleýär; bu bolsa Yslamyň duýduryşydyr.</w:t>
      </w:r>
    </w:p>
    <w:p>
      <w:pPr>
        <w:pStyle w:val="ArticleBody"/>
        <w:jc w:val="left"/>
      </w:pPr>
      <w:r>
        <w:rPr>
          <w:rFonts w:ascii="Times New Roman" w:hAnsi="Times New Roman" w:eastAsia="Times New Roman" w:cs="Times New Roman"/>
        </w:rPr>
        <w:t>Göge göteriliş surnaýlardan bäş gün soň bolýar, soňra bolsa göge göterilişden bäş gün soň Kefaret güni hökmi alamatlandyrýar. Surnaý gadymy ýollardyr, ol Laodikýa habarydyr, ol Yslamdyr we ol birinji perişdäniň binýatlyk habarydyr. Bäş gün soň, “ýüzbe-ýüz” görkezme tamamlananda, ikinji perişdäniň görsel ikinji synagy göge göteriliş bilen alamatlandyrylýar. Ondan bäş gün soň bolsa, höküm üçünji perişdäni alamatlandyrýar.</w:t>
      </w:r>
    </w:p>
    <w:p>
      <w:pPr>
        <w:pStyle w:val="ArticleBody"/>
        <w:jc w:val="left"/>
      </w:pPr>
      <w:r>
        <w:rPr>
          <w:rFonts w:ascii="Times New Roman" w:hAnsi="Times New Roman" w:eastAsia="Times New Roman" w:cs="Times New Roman"/>
        </w:rPr>
        <w:t>Hudaýyň öýi üzerindäki höküm tamamlanandan bäş gün soň, Pentikost güni bilen bellenilişi ýaly, höküm Birleşen Ştatlaryň üstüne gelýär.</w:t>
      </w:r>
    </w:p>
    <w:p>
      <w:pPr>
        <w:pStyle w:val="ArticleScripture"/>
        <w:jc w:val="left"/>
      </w:pPr>
      <w:r>
        <w:rPr>
          <w:rFonts w:ascii="Times New Roman" w:hAnsi="Times New Roman" w:eastAsia="Times New Roman" w:cs="Times New Roman"/>
        </w:rPr>
        <w:t>Ol Abyrama şeýle diýdi: “Anyk bilgin, seniň nesliň özleriniňki bolmadyk bir ýurtda keseki bolar, olara gulluk eder; we olar olary dört ýüz ýyl horlarlar. Şeýle hem olar gulluk etjek şol milleti Men höküm ederin; şondan soňra olar uly baýlyk bilen çykarlar.” Gelip çykyş 15:13, 14.</w:t>
      </w:r>
    </w:p>
    <w:p>
      <w:pPr>
        <w:pStyle w:val="ArticleBody"/>
        <w:jc w:val="left"/>
      </w:pPr>
      <w:r>
        <w:rPr>
          <w:rFonts w:ascii="Times New Roman" w:hAnsi="Times New Roman" w:eastAsia="Times New Roman" w:cs="Times New Roman"/>
        </w:rPr>
        <w:t>Bir ýüz kyrk dört müňüň Ýekşenbe kanuny wagtynda, Amerikanyň Birleşen Ştatlarynyň “milleti” höküm edilýän mahaly eýe bolan “uly maddyýeti”, Yşaýanyň altynjy babyndaky maddyýet bolup, Olahýaty aňladýar. Ybraýymyň äht boýunça pygamberligi: “şol milleti hem” diýýär; şeýlelik bilen, bu Hudaýyň halkynyň Ýekşenbe kanunyndan öň möhürlenýändigini görkezýär. Soňra, Çadyr baýramynyň ýedi güni bilen şekillendirilen Ýekşenbe kanuny döwründe, Hudaýyň öýünden daşardaky beýik köpçüligiň üstünde höküm amala aşyrylyp durka, soňky ýagmyr ölçegsiz dökülýär.</w:t>
      </w:r>
    </w:p>
    <w:p>
      <w:pPr>
        <w:pStyle w:val="ArticleBody"/>
        <w:jc w:val="left"/>
      </w:pPr>
      <w:r>
        <w:rPr>
          <w:rFonts w:ascii="Times New Roman" w:hAnsi="Times New Roman" w:eastAsia="Times New Roman" w:cs="Times New Roman"/>
        </w:rPr>
        <w:t>2020-nji ýylyň 18-nji iýulynda iki şaýat Sodom bilen Müsüriň köçelerinde öldürüldi. Iki şaýat Musa bilen Ylýasdy, William Miller bolsa öz taryhynyň Ylýasy bolupdy. Ol düýşünde gözlerini birsalym ýumdy, hem-de 2020-nji ýylyň 18-nji iýulynda pygamberlik taýdan ölümde gözlerini ýumdy. Gözlerini açanda, otag boşdy, bir gapy bilen penjireler açykdy. Soňra Miller hapany süpüriji adamyň amala aşyrýan işini görende, ondan seresap bolmagyny ýalbaryp sorady, hapany süpüriji adam bolsa oňa hemme zadyň gowy boljakdygyny ynandyrdy.</w:t>
      </w:r>
    </w:p>
    <w:p>
      <w:pPr>
        <w:pStyle w:val="ArticleBody"/>
        <w:jc w:val="left"/>
      </w:pPr>
      <w:r>
        <w:rPr>
          <w:rFonts w:ascii="Times New Roman" w:hAnsi="Times New Roman" w:eastAsia="Times New Roman" w:cs="Times New Roman"/>
        </w:rPr>
        <w:t>Miller 2023-nji ýylyň iýul aýynda çölde oýananda, hamyrsız çörek baýramy 2023-nji ýylyň 31-nji dekabryndaky direlişden biraz öň gelip ýetdi. Şol pursatda—hakyky Ýarygijeki Gykylygyň pygamberlik habary, ozal açylan her bir beýleki pygamberlik habarynyň nusga hökmünde görkezýän şol “gykylygy” açylyp başlady; çünki üç ýarym günüň soňy bir “ahyrzamanyň wagtyny” kesgitleýär, we “ahyrzamanyň wagtynda” hemişe pygamberlik açylyşy bolýar. Bu elmydama şeýle bolýar, çünki Mesih düýn, bu gün we bakylykda hem şol bir bolup galýar. Onuň adamlar bilen iş salşygy hemişe şol bir bolmagynda galýar, çünki Ol häzir hem öňküsi ýaly şol bir “ugurlar” boýunça işleýär. Üç ýarym günüň ahyrynda Isa Mesihiň Ylhamy açyldy.</w:t>
      </w:r>
    </w:p>
    <w:p>
      <w:pPr>
        <w:pStyle w:val="ArticleBody"/>
        <w:jc w:val="left"/>
      </w:pPr>
      <w:r>
        <w:rPr>
          <w:rFonts w:ascii="Times New Roman" w:hAnsi="Times New Roman" w:eastAsia="Times New Roman" w:cs="Times New Roman"/>
        </w:rPr>
        <w:t>Direldilen beden, ilki emele getirilen, soňra bolsa ýaşaýyş demi üflenilen Adam bilen öňden nyşan edilipdi. Şeýle hem Ezekiel 37-däki gury öli süňkler ilki bir pygamberlik arkaly emele getirildi, ondan soň bolsa ýaşaýyş deminden mahrum bedene dört ýel hakdaky habar, ýagny möhürleme habary arkaly ýaşaýyş demisini ýetiren ikinji bir pygamberlik bilen dirildildi. Iki mysalda hem açylýan pygamberlik dürli usullar bilen görkezilýän iki bölekden ybaratdyr. Olar içerki we daşky böleklerdir; olar Ulai we Hiddekel derýalarynyň görnüşidir; olar chazon we mareh görnüşleridir; olar iki şaýat, iki altyn turba bolup, şeýle dowam edýär.</w:t>
      </w:r>
    </w:p>
    <w:p>
      <w:pPr>
        <w:pStyle w:val="ArticleBody"/>
        <w:jc w:val="left"/>
      </w:pPr>
      <w:r>
        <w:rPr>
          <w:rFonts w:ascii="Times New Roman" w:hAnsi="Times New Roman" w:eastAsia="Times New Roman" w:cs="Times New Roman"/>
        </w:rPr>
        <w:t>Milleritleriň taryhynda Gijeki Çagyryş ikinji perişdäniň pygamberligi bilen birleşen pygamberlikdi. Iki ädimli bir pygamberlik. Gurap galan öli süňkler 2023-nji ýylda direldilende, olar pygamberlik zerurlygy boýunça synagdan geçirilmelidiler, çünki bir pygamberligiň möhüriniň açylmagy hemişe üç ädimli synag işini başlaýar. Ilkinji iki synag esas goýujy synag, ondan soň bolsa ybadathananyň synagy bolardy.</w:t>
      </w:r>
    </w:p>
    <w:p>
      <w:pPr>
        <w:pStyle w:val="ArticleBody"/>
        <w:jc w:val="left"/>
      </w:pPr>
      <w:r>
        <w:rPr>
          <w:rFonts w:ascii="Times New Roman" w:hAnsi="Times New Roman" w:eastAsia="Times New Roman" w:cs="Times New Roman"/>
        </w:rPr>
        <w:t>Direlişden bäş gün soňra — hamyrsyz çörek döwri bilen şekillendirilýän, çölde ýaňlanan ses öz tamamyna ýetýär; çünki Miller we Çokundyryjy Ýahýa bilen şekillendirilýän Eliýas, özleriniň geýiminiň baglaryny götermäge mynasyp däl bolan Zata hem ikisi-de ýol taýýarladylar. Direlişde Isa kyrk günläp dowam eden Öz “ýüzbe-ýüz” öwrediş döwrüne başlaýar. Şol “ýüzbe-ýüz” öwrediş Danyýel üçin onunjy bapda ýigrimi ikinji günde başlady. Ol ýerde bu üç ädim we üç degiş, şeýle hem güýçli bolmagyň iki esse artdyrylmagy hökmünde şekillendirilýär.</w:t>
      </w:r>
    </w:p>
    <w:p>
      <w:pPr>
        <w:pStyle w:val="ArticleBody"/>
        <w:jc w:val="left"/>
      </w:pPr>
      <w:r>
        <w:rPr>
          <w:rFonts w:ascii="Times New Roman" w:hAnsi="Times New Roman" w:eastAsia="Times New Roman" w:cs="Times New Roman"/>
        </w:rPr>
        <w:t>Kyrk gün tamamlanmazyndan bäş gün öň Yslamyň surnaýynyň duýduryşy ýaňlanýar. Yslamyň duýduryşy Mesihiň Iýerusalime şanly girişinde münen eşegi arkaly şekillendirilipdi. Ol Zeýtun dagynyň eňňitlerinden Iýerusalime inmezinden öň, ilki bilen öz şägirtlerine baryp, eşegi çözmegi buýurdy.</w:t>
      </w:r>
    </w:p>
    <w:p>
      <w:pPr>
        <w:pStyle w:val="ArticleScripture"/>
        <w:jc w:val="left"/>
      </w:pPr>
      <w:r>
        <w:rPr>
          <w:rFonts w:ascii="Times New Roman" w:hAnsi="Times New Roman" w:eastAsia="Times New Roman" w:cs="Times New Roman"/>
        </w:rPr>
        <w:t>“Bu görnüş 1847-nji ýylda berildi; şol wagtda Sabaty saklaýan Advent doganlaryň sany juda azdy, olaryň arasyndan-da az sanlysy onuň berjaý edilmeginiň Hudaýyň halky bilen imansyzlaryň arasynda araçäk çekmek üçin ýeterlik derejede möhüm bolandygyny çak edýärdi. Indi bolsa şol görnüşiň amala aşmagynyň görlüp başlanýandygy äşgär bolýar. Bu ýerde agzalýan ‘şol kynçylyk wagtynyň başlanmagy’ betbagtçylyklaryň dökülip başlanjak wagtyna degişli däl, eýsem olaryň dökülmeginden azajyk öňki döwre degişlidir, şol wagt Mesih mukaddes ýerinde bolýar. Şol wagtda, gutulyş işi jemlenip barýarka, ýer ýüzüne kynçylyk geler, milletler gazaplanar, emma üçünji perişdäniň işine päsgel bermez ýaly saklanyp durular. Şol wagtda Rebbiň huzuryndan gelýän ‘soňky ýagyş,’ ýagny galkyndyryş, üçünji perişdäniň güýçli sesine kuwwat bermek we mukaddesleri soňky ýedi betbagtçylygyň dökülip çykaryljak döwründe berk durmaga taýýarlamak üçin geler.” Early Writings, 85.</w:t>
      </w:r>
    </w:p>
    <w:p>
      <w:pPr>
        <w:pStyle w:val="ArticleBody"/>
        <w:jc w:val="left"/>
      </w:pPr>
      <w:r>
        <w:rPr>
          <w:rFonts w:ascii="Times New Roman" w:hAnsi="Times New Roman" w:eastAsia="Times New Roman" w:cs="Times New Roman"/>
        </w:rPr>
        <w:t>9/11-de Ol Öz perişdelerine eşegi boşatmagy buýurdy, şondan soňra kiçi Jorj Buş eşegi saklap durdy. Kir birinji perişdäniň görnüşidir, çünki ol birinji permany yglan etdi. Şonuň üçin hem ol 1840-njy ýylyň 11-nji awgustyny-da, 9/11-i-de aňladýar; 9/11-de bolsa “halklaryň gazaplanmagy” bilen şekillendirilen Yslam goýberildi, soňra bolsa saklanyp duruldy. Şol wagtda giç ýagşyş ýagmaga başlady. Kir 1840-njy ýylyň 11-nji awgustynda we 9/11-de Yslamyň iki ýolbelligini hem aňladýar.</w:t>
      </w:r>
    </w:p>
    <w:p>
      <w:pPr>
        <w:pStyle w:val="ArticleScripture"/>
        <w:jc w:val="left"/>
      </w:pPr>
      <w:r>
        <w:rPr>
          <w:rFonts w:ascii="Times New Roman" w:hAnsi="Times New Roman" w:eastAsia="Times New Roman" w:cs="Times New Roman"/>
        </w:rPr>
        <w:t>“Üç hepde dowamynda Jabrail garaňkylygyň güýçleri bilen göreşdi, Kiriň aňynda iş alyp barýan täsirleriň öňüni almaga çalyşdy; we bu göreş tamamlanmazdan öň, Mesihiň Özi Jabrailiň kömegine geldi. Jabrail şeýle diýýär: ‘Pars patyşalygynyň şazadasy maňa ýigrimi bir gün garşy durdy’; ‘emma ine, baş şazadalaryň biri bolan Mihail maňa kömege geldi; men hem Pars patyşalarynyň ýanynda galdym.’ Daniel 10:13. Hudaýyň halkynyň hatyrasyna asman tarapyndan edilip bilinjek zatlaryň hemmesi edildi. Ahyrsoňy ýeňiş gazanyldy; duşmanyň güýçleri Kir döwrüniň bütin dowamynda hem-de takmynan ýedi ýarym ýyl höküm süren onuň ogly Kambisiň bütin döwründe saklanyp tutuldy.” Pygamberler we Patyşalar, 571.</w:t>
      </w:r>
    </w:p>
    <w:p>
      <w:pPr>
        <w:pStyle w:val="ArticleBody"/>
        <w:jc w:val="left"/>
      </w:pPr>
      <w:r>
        <w:rPr>
          <w:rFonts w:ascii="Times New Roman" w:hAnsi="Times New Roman" w:eastAsia="Times New Roman" w:cs="Times New Roman"/>
        </w:rPr>
        <w:t>Kir, 1840-njy ýylyň 11-nji awgustynda, pionerleriň beýan edişi ýaly, Osmanlynyň üstünligi bes edilende, ikinji hasrata degişli Yslam saklanyp duruldy. Bu saklanyş, Yslamyň üç hasratynyň ikinji hasratyn wekilleşdiren altynjy perişde tarapyndan, dört Yslam soltanyny aňladýan dört perişde goýberilende başlanan üç ýüz togsan bir ýyl we on bäş günlük wagt pygamberliginiň tamamlanandygyny görkezdi. 9/11-de Yslam urgy etdi, soňra bolsa, Kiriň hem-de 1840-njy ýylyň taryhynda görkezilişi ýaly, saklanyp duruldy. Şol üç şaýadyň ählisi Yslamyň saklanyşyny ýa-da goýberilişini görkezýär, we Mesihiň dabaraly girişiniň başynda eşek boşadyldy.</w:t>
      </w:r>
    </w:p>
    <w:p>
      <w:pPr>
        <w:pStyle w:val="ArticleBody"/>
        <w:jc w:val="left"/>
      </w:pPr>
      <w:r>
        <w:rPr>
          <w:rFonts w:ascii="Times New Roman" w:hAnsi="Times New Roman" w:eastAsia="Times New Roman" w:cs="Times New Roman"/>
        </w:rPr>
        <w:t>Onuň şan-şöhratly girişinden öň eşegiň çözülmegi, ýokary göterilişden bäş gün öň gelýän surnaý habaryny kesgitleýär. Yslamyň 9/11-de bolşy ýaly, ýene-de boşadylyp goýberilýändigi baradaky habar, hem-de Pentikost bolan Ýekşenbe kanunynda on bäş gün soňra ýene-de boşadylyp goýberiljekdigi baradaky habar, Ýarygijäniň Nalasynyň başlangyjyny alamatlandyrýan habardyr. Eşegiň boşadylyp goýberilmegi, Ýarygijäniň Nalasynyň habarynyň yglan edilişiniň başlangyjyny, ýagny alfasyny alamatlandyrýar; Ýekşenbe kanunynda bolsa, Ýarygijäniň Nalasynyň güýçli nala öwrülýän ýerinde, Yslam ýer haýwanyna ýene-de zarba urýar.</w:t>
      </w:r>
    </w:p>
    <w:p>
      <w:pPr>
        <w:pStyle w:val="ArticleBody"/>
        <w:jc w:val="left"/>
      </w:pPr>
      <w:r>
        <w:rPr>
          <w:rFonts w:ascii="Times New Roman" w:hAnsi="Times New Roman" w:eastAsia="Times New Roman" w:cs="Times New Roman"/>
        </w:rPr>
        <w:t>Ýarygijiniň Nidasynyň döwri Yslam tarapyndan edilýän alfa urgusy bilen başlanýar we ol Yslam tarapyndan edilýän omega urgusy bilen tamamlanýar. Yslamyň Amerikanyň Birleşen Ştatlaryna urýan urgulary, elbetde, Sanlar kitabynyň ýigrimi ikinji babynda beýan edilen Bilgamyň we onuň eşeginiň güwäliginde şekillendirilýär. Ýer haýwanynyň protestant şahy hökmünde Laodikiýadaky Ýedinji Gün Adwentist ybadathanasynyň ykbaly Işaýa 22:22-de (içerki) görkezilýär, Respublikan şahyň ykbaly bolsa Sanlar 22:22-de (daşarky) we ondan soňky aýatlarda beýan edilýär.</w:t>
      </w:r>
    </w:p>
    <w:p>
      <w:pPr>
        <w:pStyle w:val="ArticleScripture"/>
        <w:jc w:val="left"/>
      </w:pPr>
      <w:r>
        <w:rPr>
          <w:rFonts w:ascii="Times New Roman" w:hAnsi="Times New Roman" w:eastAsia="Times New Roman" w:cs="Times New Roman"/>
        </w:rPr>
        <w:t>Ol gidýänligi üçin, Hudaýyň gahary tutaşdy; Rebbiň perişdesi bolsa oňa garşy durýan duşman bolup, ýolda onuň öňünde durdy. Ol öz eşegine münen ýagdaýdady, iki hyzmatkäri hem onuň ýanyndady.</w:t>
      </w:r>
    </w:p>
    <w:p>
      <w:pPr>
        <w:pStyle w:val="ArticleScripture"/>
        <w:jc w:val="left"/>
      </w:pPr>
      <w:r>
        <w:rPr>
          <w:rFonts w:ascii="Times New Roman" w:hAnsi="Times New Roman" w:eastAsia="Times New Roman" w:cs="Times New Roman"/>
        </w:rPr>
        <w:t>Eşek Rebbiň Perişdesiniň ýolda durandygyny we elindäki gylyjynyň ýalaňaç çekilendigini gördi; eşek ýoldan sowulyp meýdana girdi. Bilgam bolsa ony ýola salmak üçin eşegi urdy. Sanlar 22:22, 23.</w:t>
      </w:r>
    </w:p>
    <w:p>
      <w:pPr>
        <w:pStyle w:val="ArticleBody"/>
        <w:jc w:val="left"/>
      </w:pPr>
      <w:r>
        <w:rPr>
          <w:rFonts w:ascii="Times New Roman" w:hAnsi="Times New Roman" w:eastAsia="Times New Roman" w:cs="Times New Roman"/>
        </w:rPr>
        <w:t>11-nji sentýabrda, Amerikanyň Birleşen Ştatlaryny hem-de kiçi Jorj Buşy wekilçilik edýän ýalan pygamber Balam, atasynyň — birinji Jorj Buşyň — globalistleriň Amerikanyň Birleşen Ştatlaryny agdarmak synanyşygynda başlap goýan işini tamamlap, onuň “täze dünýä tertibi” diýip atlandyran zatyny ornaşdyrmaga çalyşýardy. Globalistleriň Mukaddes Kitaba esaslanýan itergisi Hudaýyň galan halkyny öldürmekdir, hem-de kiçi Jorj Buş atasynyň öz diýşi ýaly “täze dünýä tertibini” girizmek baradaky pygamberlik mirasynyň soňuny wekilçilik edýär. Buşyň “täze dünýä tertibi” ýekşenbe kanunynda aždarhanyň, haýwanyň we ýalan pygamberiň üç taraplaýyn birleşmegine gelip ýetýär, hem-de kiçi Jorj Buş ýekşenbe kanunynda tamamlanýan döwrüň başlangyjyny alamatlandyrýar; bu bolsa möhürleniş wagty, haýwanyň keşbiniň synag wagty, Ylham kitaby on sekiziň birinji sesinde görkezilen döwür we başga-da köp zadyň döwrüdir. Balamyň eşegi, ýüz kyrk dört müň adamyň maňlaýlarynda möhürlenýänçä, globalist gün tertibini gapdala sowdy.</w:t>
      </w:r>
    </w:p>
    <w:p>
      <w:pPr>
        <w:pStyle w:val="ArticleScripture"/>
        <w:jc w:val="left"/>
      </w:pPr>
      <w:r>
        <w:rPr>
          <w:rFonts w:ascii="Times New Roman" w:hAnsi="Times New Roman" w:eastAsia="Times New Roman" w:cs="Times New Roman"/>
        </w:rPr>
        <w:t>Asafyň aýdymy ýa-da mezmury. Eý Hudaý, dymma; sesiňi çykarman durma, eý Hudaý, asuda hem bolma. Çünki, ine, Seniň duşmanlaryň galmagal turuzýarlar; we Senden ýigrenýänler başlaryny galdyrdylar. Olar Seniň halkyňa garşy hileli maslahat etdiler we Seniň gizlin saýlananlaryňa garşy geňeşdiler. Olar: «Geliň, olary millet hökmünde ýok edeliň, Ysraýylyň ady indi ýatlanmasyn» diýdiler. Çünki olar bir ýürek bilen bilelikde maslahat etdiler; olar Saňa garşy bileleşdiler. Zebur 83:1–5.</w:t>
      </w:r>
    </w:p>
    <w:p>
      <w:pPr>
        <w:pStyle w:val="ArticleBody"/>
        <w:jc w:val="left"/>
      </w:pPr>
      <w:r>
        <w:rPr>
          <w:rFonts w:ascii="Times New Roman" w:hAnsi="Times New Roman" w:eastAsia="Times New Roman" w:cs="Times New Roman"/>
        </w:rPr>
        <w:t>Altynjy aýatdan başlap, “duşmanlar” Vahýyň on ýedinjy babynda on patyşa hökmünde görkezilýän “on” millet hökmünde kesgitlenýär. Şol ýerde on patyşa bir pikirdedir, emma Asaf şeýle diýýär: “olar bir agyzdan maslahat etdiler; olar Saňa garşy ylalaşdylar.” On patyşa ahyrzamanlaryň globalist ýaman konfederasiýasydyr; olar “Ysraýyly”, ýagny “Seniň gizlinleriňi”, “millet bolmakdan” “ýok etmegi” ýüreklerine düwdüler. Üç esse birleşigiň “başy” hökmünde papalyk häkimiýetini “ýokary galdyrýan” on patyşanyň konfederasiýasynyň işi, “Beýigiň pena ýerinde” gizlenen ruhy “Ysraýyly” ýok etmekdir.</w:t>
      </w:r>
    </w:p>
    <w:p>
      <w:pPr>
        <w:pStyle w:val="ArticleBody"/>
        <w:jc w:val="left"/>
      </w:pPr>
      <w:r>
        <w:rPr>
          <w:rFonts w:ascii="Times New Roman" w:hAnsi="Times New Roman" w:eastAsia="Times New Roman" w:cs="Times New Roman"/>
        </w:rPr>
        <w:t>11-nji sentýabrda Yslamyň eşegi ajdarhanyň meýilnamasyny öz ýolundan sowdy, çünki Ylham 18-de görkezilen güýçli perişde elinde gylyç bilen indi. Şondaky içki synag köne ýollara dolanmakdy. Şol pursatda Ylham kitabynyň on sekizinji bapynyň ilkinji üç aýatynyň taryhynda beýan edilişi ýaly, Millerit taryhlarynyň hem birinji, hem-de ikinji perişdä degişli gaýtalanmalary gaýtadan ýerine ýetip başlady. Şol ilkinji üç aýat bolsa, Uýam Waýtyň beýik Nýu-Ýork şäheriniň jaýlary ýumrulanda amala aşjakdygyny aýdan aýatlarydy.</w:t>
      </w:r>
    </w:p>
    <w:p>
      <w:pPr>
        <w:pStyle w:val="ArticleBody"/>
        <w:jc w:val="left"/>
      </w:pPr>
      <w:r>
        <w:rPr>
          <w:rFonts w:ascii="Times New Roman" w:hAnsi="Times New Roman" w:eastAsia="Times New Roman" w:cs="Times New Roman"/>
        </w:rPr>
        <w:t>11-nji sentýabrda Ylham 18:1–3 ýerine ýetdi, hem-de 1840-njy ýylyň 11-nji awgustynda ýeri öz şöhraty bilen ýagtylandyrmak üçin inen birinji perişdäniň meňzeşligi şonda Bawiliň ýykylandygyny yglan eden ikinji perişde bilen birleşdi. Bilgam birinji perişdäniň nyşanydy, we Bilgam ikinji perişdäni aňladýan iki hyzmatkäri bilen bilelikde boldy.</w:t>
      </w:r>
    </w:p>
    <w:p>
      <w:pPr>
        <w:pStyle w:val="ArticleBody"/>
        <w:jc w:val="left"/>
      </w:pPr>
      <w:r>
        <w:rPr>
          <w:rFonts w:ascii="Times New Roman" w:hAnsi="Times New Roman" w:eastAsia="Times New Roman" w:cs="Times New Roman"/>
        </w:rPr>
        <w:t>Balaamyň galp pygamberiň Respublikan şahasyna degişli mysalynda, Balaam Yslamyň eşegi bilen ýene iki gezek ýüzbe-ýüz bolmalydy. Üçünji ýüzbe-ýüzlikde eşek “geplärdi,” we pygamberligiň geplemegi ýekşenbe kanunyny alamatlandyrýar. 2023-nji ýylyň 7-nji oktýabrynda eşek ýene urdy, emma ruhy taýdan häzirki şöhratly ýere däl. Ol göni manydaky gadymy şöhratly ýere urdy, we Balaam bilen onuň eşegi indi ikinji ýüzbe-ýüzligine giripdi.</w:t>
      </w:r>
    </w:p>
    <w:p>
      <w:pPr>
        <w:pStyle w:val="ArticleScripture"/>
        <w:jc w:val="left"/>
      </w:pPr>
      <w:r>
        <w:rPr>
          <w:rFonts w:ascii="Times New Roman" w:hAnsi="Times New Roman" w:eastAsia="Times New Roman" w:cs="Times New Roman"/>
        </w:rPr>
        <w:t>Emma Rebbiň perişdesi üzümçilikleriň ýolunda, bu tarapda bir diwar we o tarapda hem bir diwar bar ýerde durdy. Eşek Rebbiň perişdesini görende, diwara gysylyp bardy-da, Balamyň aýagyny diwara gysdy; şonda ol ony ýene urdy. Sanlar 22:24, 25.</w:t>
      </w:r>
    </w:p>
    <w:p>
      <w:pPr>
        <w:pStyle w:val="ArticleBody"/>
        <w:jc w:val="left"/>
      </w:pPr>
      <w:r>
        <w:rPr>
          <w:rFonts w:ascii="Times New Roman" w:hAnsi="Times New Roman" w:eastAsia="Times New Roman" w:cs="Times New Roman"/>
        </w:rPr>
        <w:t>Gadymy Ysraýylyň üzümçiligi, Laodikeýa Ýedinji Gün Adwentizminiň üzümçiligini şekillendirýär. Olaryň ikisi-de Hudaýyň Kanunynyň amanatçylary bolmak jogapkärçiligi ynanylan äht halkydyr; şol Kanun “diwar” hökmünde nyşanlandyrylyp, üzümçiligi emele getirýän bölekleriň biridir.</w:t>
      </w:r>
    </w:p>
    <w:p>
      <w:pPr>
        <w:pStyle w:val="ArticleScripture"/>
        <w:jc w:val="left"/>
      </w:pPr>
      <w:r>
        <w:rPr>
          <w:rFonts w:ascii="Times New Roman" w:hAnsi="Times New Roman" w:eastAsia="Times New Roman" w:cs="Times New Roman"/>
        </w:rPr>
        <w:t>Üzüm bagym üçin edip biljek başga näme bardy, meniň onuň üçin etmedik zadym näme? Onda näme üçin men onuň üzüm bermegine garaşanymda, ol ýabany üzüm berdi? Indi bolsa geliň, size üzüm bagym üçin näme etjekdigimi aýdaryn: onuň töweregindäki germewi aýraryn, ol hem iýlip ýok ediler; onuň diwaryny ýykyşdyraryn, ol hem depelenip basylar. Işaýa 5:4, 5.</w:t>
      </w:r>
    </w:p>
    <w:p>
      <w:pPr>
        <w:pStyle w:val="ArticleBody"/>
        <w:jc w:val="left"/>
      </w:pPr>
      <w:r>
        <w:rPr>
          <w:rFonts w:ascii="Times New Roman" w:hAnsi="Times New Roman" w:eastAsia="Times New Roman" w:cs="Times New Roman"/>
        </w:rPr>
        <w:t>Gadymy sözme-söz we häzirki ruhy Ysraýyl hem gozgalaň turuzdylar we özlerine ynanylan mukaddes jogapkärçilikleri ret etdiler. 11-nji sentýabrdan Ýekşenbe kanunyna çenli pygamberlik meselesi “diwar” arkaly şekillendirilýär. Bu pygamberlik meselesi Amerikanyň Birleşen Ştatlarynyň Konstitusiýasynyň çäklerinde ýygnak bilen döwletiň arasyndaky bölünişigiň “diwarynyň” ýykylyp ýok edilmegidir. 11-nji sentýabrda Buş “Patriot Act”-y durmuşa geçirdi; bu Konstitusiýany güýjünden gaçyrmaga gönükdirilen uly ädim boldy, çünki hut şonda Konstitusiýa ýol görkeziji bolan pelsepe agdarylyp taşlandy: günäsi subut edilýänçä adamy günäkär hasaplaýan Rim hukugynyň ýörelgeleri, adamyň günäsi subut edilýänçä bigünä hasaplanýandygyny tassyklaýan iňlis hukugynyň ýörelgesinden ýokarda kabul edildi.</w:t>
      </w:r>
    </w:p>
    <w:p>
      <w:pPr>
        <w:pStyle w:val="ArticleBody"/>
        <w:jc w:val="left"/>
      </w:pPr>
      <w:r>
        <w:rPr>
          <w:rFonts w:ascii="Times New Roman" w:hAnsi="Times New Roman" w:eastAsia="Times New Roman" w:cs="Times New Roman"/>
        </w:rPr>
        <w:t>11-nji sentýabrdan Ýekşenbe kanunyna çenli bolan döwür “diwarlar” baradaky pygamberlik salgylanmalaryny öz içine alýar. Yslamyň Bilgamyň eşegi hökmünde diwarlary ýykmagy, Konstitusiýanyň içindäki ýörelgeleri agdarmak üçin ýalňyş ugrukdyrylan logikany üpjün etjek meseläniň hut Yslamdygyny görkezýär. Şu pygamberlik manyda, bibliýa boýunça ýalan pygamber bolan Yslam, haýwanyň keşbiniň synag wagtynda Amerikanyň Birleşen Ştatlaryny aldadýan zatdyr; edil şonuň ýaly-da, Amerikanyň Birleşen Ştatlarynyň ýalan pygamberi hem dünýäniň haýwanyň keşbiniň synag wagtynda tutuş dünýäni aldadýar.</w:t>
      </w:r>
    </w:p>
    <w:p>
      <w:pPr>
        <w:pStyle w:val="ArticleBody"/>
        <w:jc w:val="left"/>
      </w:pPr>
      <w:r>
        <w:rPr>
          <w:rFonts w:ascii="Times New Roman" w:hAnsi="Times New Roman" w:eastAsia="Times New Roman" w:cs="Times New Roman"/>
        </w:rPr>
        <w:t>2023-nji ýylyň 7-nji oktýabrynda Yslamyň eşegi gadymy, göni manydaky şöhratly ýere hüjüm etdi; we Gijeki Gykylygyň jar edilmeginden öň eşek boşadylanda, Yslam 9/11-de edişi ýaly, häzirki zaman ruhy şöhratly ýurt bolan Amerikanyň Birleşen Ştatlaryna ýene-de urar. Bilgam eşegi ikinji gezek uranda, ol ikinji perişdedir; we ikinji perişde hemişe iki diwarly “üzümçilikleriň ýolunda” şekillendirilişi ýaly, bir iki esse artmany ýüze çykarýar.</w:t>
      </w:r>
    </w:p>
    <w:p>
      <w:pPr>
        <w:pStyle w:val="ArticleScripture"/>
        <w:jc w:val="left"/>
      </w:pPr>
      <w:r>
        <w:rPr>
          <w:rFonts w:ascii="Times New Roman" w:hAnsi="Times New Roman" w:eastAsia="Times New Roman" w:cs="Times New Roman"/>
        </w:rPr>
        <w:t>Rebbiň perişdesi öňräk geçip, ne saga, ne çepe sowulmaga ýol bolmadyk dar bir ýerde durdy. Eşek Rebbiň perişdesini görende, Bilamyň astynda çökdi. Şonda Bilamyň gahary tutaşdy, ol eşegi hasa bilen urdy. Reb eşegiň agzyny açdy, ol bolsa Bilama şeýle diýdi: «Meni şu üç gezek urar ýaly, saňa näme etdim?» Sanlar 22:26–28.</w:t>
      </w:r>
    </w:p>
    <w:p>
      <w:pPr>
        <w:pStyle w:val="ArticleBody"/>
        <w:jc w:val="left"/>
      </w:pPr>
      <w:r>
        <w:rPr>
          <w:rFonts w:ascii="Times New Roman" w:hAnsi="Times New Roman" w:eastAsia="Times New Roman" w:cs="Times New Roman"/>
        </w:rPr>
        <w:t>Ýigrimi iki we üç aýatlaryna has içgin seredenimizde, eşegiň hakykatda ilkinji gezek ýigrimi üçinji aýatda urlandygyny görýäris.</w:t>
      </w:r>
    </w:p>
    <w:p>
      <w:pPr>
        <w:pStyle w:val="ArticleScripture"/>
        <w:jc w:val="left"/>
      </w:pPr>
      <w:r>
        <w:rPr>
          <w:rFonts w:ascii="Times New Roman" w:hAnsi="Times New Roman" w:eastAsia="Times New Roman" w:cs="Times New Roman"/>
        </w:rPr>
        <w:t>Ol gidýänligi sebäpli, Hudaýyň gazaby alawlandy; Rebbiň perişdesi oňa garşy durjak garşydaş hökmünde ýolda durdy. Ol eşegine atlanyp barýardy, iki hyzmatkäri hem onuň bilen bile eken.</w:t>
      </w:r>
    </w:p>
    <w:p>
      <w:pPr>
        <w:pStyle w:val="ArticleScripture"/>
        <w:jc w:val="left"/>
      </w:pPr>
      <w:r>
        <w:rPr>
          <w:rFonts w:ascii="Times New Roman" w:hAnsi="Times New Roman" w:eastAsia="Times New Roman" w:cs="Times New Roman"/>
        </w:rPr>
        <w:t>Eşek Rebbiň Perişdesiniň ýolda durandygyny, elinde-de gylyjynyň syrylandygyny gördi; eşek ýoldan sowulyp, meýdana girdi. Bileam bolsa eşegi ýola salmak üçin ony urdy. Sanlar 22:22, 23.</w:t>
      </w:r>
    </w:p>
    <w:p>
      <w:pPr>
        <w:pStyle w:val="ArticleBody"/>
        <w:jc w:val="left"/>
      </w:pPr>
      <w:r>
        <w:rPr>
          <w:rFonts w:ascii="Times New Roman" w:hAnsi="Times New Roman" w:eastAsia="Times New Roman" w:cs="Times New Roman"/>
        </w:rPr>
        <w:t>Hudaýyň ýalan pygamber bolmak baradaky haýyşy kabul edendigi üçin Bilgama garşy gahary, Mesihiň Matta 22-niň soňky aýatynda jedele ýykgyn edýän ýewreýler bilen öz gepleşigini tamamlamagyna deňeşdirilen bir paralellikdi. Sanlar 22-niň ýigrimi üçünji aýaty Matta 23-nji bap bilen gabat gelýär, Sanlar kitabynyň ýigrimi dördünji we ýigrimi bäşinji aýatlary bolsa Mattanyň 24-nji we 25-nji baplary bilen gabat gelýär. Ýigrimi altynjy, ýigrimi ýedinji we ýigrimi sekizinji aýatlar Matta 26-njy, 27-nji we 28-nji baplary bilen gabat gelýär.</w:t>
      </w:r>
    </w:p>
    <w:p>
      <w:pPr>
        <w:pStyle w:val="ArticleBody"/>
        <w:jc w:val="left"/>
      </w:pPr>
      <w:r>
        <w:rPr>
          <w:rFonts w:ascii="Times New Roman" w:hAnsi="Times New Roman" w:eastAsia="Times New Roman" w:cs="Times New Roman"/>
        </w:rPr>
        <w:t>Matta 23 birinji perişdedir, 24 we 25 ikinji perişde, 26, 27 we 28 bolsa üçünji perişdedir. Sanlar 22-de 23-nji aýat birinji perişdedir, 24 we 25-nji aýatlar ikinji perişde, 26, 27 we 28-nji aýatlar bolsa üçünji perişdedir. Matta äht halkyna — köne we täze äht halkyna — ýüzlenýär; Sanlar bolsa Amerikanyň Birleşen Ştatlarynda başlanýan, soňra bolsa bütin dünýä ýaýraýan ýekşenbe güni ybadatyna garşy Hudaýyň temmi guraly hökmünde yslamyň ornuny kesgitleýär. Üçünji urgudan soň, eşek geplände, Bilgam ýaňy bolan zada göz ýetirýär.</w:t>
      </w:r>
    </w:p>
    <w:p>
      <w:pPr>
        <w:pStyle w:val="ArticleScripture"/>
        <w:jc w:val="left"/>
      </w:pPr>
      <w:r>
        <w:rPr>
          <w:rFonts w:ascii="Times New Roman" w:hAnsi="Times New Roman" w:eastAsia="Times New Roman" w:cs="Times New Roman"/>
        </w:rPr>
        <w:t>Soňra Reb Rebbimiz Bilgamyň gözlerini açdy, ol bolsa ýolda duran Rebbiň perişdesini we onuň elinde ýalaňaç gylyjyny gördi; şonda başyny egip, ýüzinligine ýere ýykyldy. Rebbiň perişdesi oňa diýdi: «Näme üçin eşegiňi şu üç gezek urduň? Ine, men saňa garşy durmak üçin çykdym, çünki seniň ýoluň meniň öňümde azgyn ýoldur. Eşek meni gördi-de, şu üç gezek menden sowuldy; ol menden sowulmadyk bolsady, elbetde, men häzir seni öldürerdim-de, ony diri galdyrardym». Bilgam Rebbiň perişdesine diýdi: «Men günä etdim; çünki seniň maňa garşy ýolda durandygyňy bilmedim. Indi bolsa, eger saňa ýaramaýan bolsa, men yzyma dolanaryn». Sanlar 22:31–34.</w:t>
      </w:r>
    </w:p>
    <w:p>
      <w:pPr>
        <w:pStyle w:val="ArticleBody"/>
        <w:jc w:val="left"/>
      </w:pPr>
      <w:r>
        <w:rPr>
          <w:rFonts w:ascii="Times New Roman" w:hAnsi="Times New Roman" w:eastAsia="Times New Roman" w:cs="Times New Roman"/>
        </w:rPr>
        <w:t>Bilgam ýalan pygamberi aňladýar; ol Ýekşenbe güni baradaky kanun wagtynda aždarha ýaly gepleýän Birleşen Ştatlardyr. Ýekşenbe güni baradaky kanun wagtynda, ol nurlandyrylanda, entek Babilde bolanlary aňladýar; şonda olar Ýekşenbe güni baradaky kanunyň meselesine oýandyrylýarlar we Babilon içinden çykarylyp çagyrylýarlar.</w:t>
      </w:r>
    </w:p>
    <w:p>
      <w:pPr>
        <w:pStyle w:val="ArticleBody"/>
        <w:jc w:val="left"/>
      </w:pPr>
      <w:r>
        <w:rPr>
          <w:rFonts w:ascii="Times New Roman" w:hAnsi="Times New Roman" w:eastAsia="Times New Roman" w:cs="Times New Roman"/>
        </w:rPr>
        <w:t>Miller tarapyndan hamyrsyz çörek baradaky habaryň bäş günlük öwredilişi, soňra bolsa otuzyň nyşany bilen görkezilen Mesihiň Öz ruhanylaryna otuz günlük öwredişi bolup, bu eşegiň boşadylmagy baradaky surnaý duýduryş habaryna alyp barýar; şol habar bolsa nyşanyň ýokary galdyrylmagyndan bäş gün öň gelýär; ol bolsa öz gezeginde on gyz baradaky tymsalda ýapyk gapydan bäş gün öň gelýär; ol hem öz gezeginde Pentikost ýekşenbe güni kanunyndan bäş gün öň gelýär; şol kanun bolsa Çadyrlar baýramynyň ýedi günlük döwrüni başlaýar; bu bolsa ýekşenbe güni kanuny krizisi döwründe soňky ýagşyň doly dökülmesidir, çünki şol döwrüň synagy ýedinji günüň üstündedir.</w:t>
      </w:r>
    </w:p>
    <w:p>
      <w:pPr>
        <w:pStyle w:val="ArticleBody"/>
        <w:jc w:val="left"/>
      </w:pPr>
      <w:r>
        <w:rPr>
          <w:rFonts w:ascii="Times New Roman" w:hAnsi="Times New Roman" w:eastAsia="Times New Roman" w:cs="Times New Roman"/>
        </w:rPr>
        <w:t>Bäş sany, paýhasly bolsun ýa-da akylsyz bolsun, gyzlaryň nyşanydyr. Otuz sany, Leviticus adynyň görkezşi ýaly, ruhanylaryň nyşanydyr. Ýedi sany Şenbedir. Leviticus ýigrimi üç, Şenbe synag döwründe Malachi üçdäki lewileriň, paýhasly gyzlaryň we bir ýüz kyrk dört müňüň, ýagny ruhanylaryň taryhyny suratlandyrýar.</w:t>
      </w:r>
    </w:p>
    <w:p>
      <w:pPr>
        <w:pStyle w:val="ArticleBody"/>
        <w:jc w:val="left"/>
      </w:pPr>
      <w:r>
        <w:rPr>
          <w:rFonts w:ascii="Times New Roman" w:hAnsi="Times New Roman" w:eastAsia="Times New Roman" w:cs="Times New Roman"/>
        </w:rPr>
        <w:t>Biz bu meseleleri indiki makalada dowam etdireris.</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Ýoel kitaby we Laodikýä degişli Ýedinji gün Adventist ybadathanasy — Kyrk iki-nji bölüm</dc:title>
  <dc:subject/>
  <dc:creator>Jeff Pippenger</dc:creator>
  <cp:keywords/>
  <dc:description>Generated by ArticleDigger from joel\42_joel.json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