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Laodikiýa — Bäşinji San</w:t>
      </w:r>
    </w:p>
    <w:p>
      <w:pPr>
        <w:pStyle w:val="ArticleSubtitle"/>
        <w:jc w:val="left"/>
      </w:pPr>
      <w:r>
        <w:rPr>
          <w:rFonts w:ascii="Arial" w:hAnsi="Arial" w:eastAsia="Arial" w:cs="Arial"/>
        </w:rPr>
        <w:t>Soňky Üçüsi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İdeal olaraq, yeddi kilsə və yeddi möhür eyni tarixin daxili və xarici xətlərini təmsil edən paralel simvollar kimi başa düşülməlidir. Həmçinin qeyd etmək vacibdir ki, son üç kilsə və son üç möhür nəzərdən keçirilərkən, mütərəqqi tarixi təmsil edən tarixi xətt simvolların əsas mövzusu deyildir. Kilsələr paralel tarixlər kontekstində tətbiq edildikdə, tarixin irəliləyişi simvolizmin mühüm ünsürüdür, lakin son üç kilsə və möhür özlüyündə bir simvol kimi ele alındıqda belə deyildir.</w:t>
      </w:r>
    </w:p>
    <w:p>
      <w:pPr>
        <w:pStyle w:val="ArticleBody"/>
        <w:jc w:val="left"/>
      </w:pPr>
      <w:r>
        <w:rPr>
          <w:rFonts w:ascii="Times New Roman" w:hAnsi="Times New Roman" w:eastAsia="Times New Roman" w:cs="Times New Roman"/>
        </w:rPr>
        <w:t>Soňky üç ýygnak nyşan hökmünde üç toparyň arasyndaky gatnaşyklary we dürli ýygnaklar arkaly şekillendirilen ybadat edijileriň şol üç toparynyň özara täsiriniň dinamikasyny beýan edýär. Soňky üç möhür bolsa Hudaýyň halkyny Musa we Ylýas arkaly şekillendirilişi ýaly anyklaýar. Ylýas ýüz kyrk dört müňi, Musa bolsa dogruçyl ölüleri wekilçilik edýär.</w:t>
      </w:r>
    </w:p>
    <w:p>
      <w:pPr>
        <w:pStyle w:val="ArticleScripture"/>
        <w:jc w:val="left"/>
      </w:pPr>
      <w:r>
        <w:rPr>
          <w:rFonts w:ascii="Times New Roman" w:hAnsi="Times New Roman" w:eastAsia="Times New Roman" w:cs="Times New Roman"/>
        </w:rPr>
        <w:t>Ol bäşinji möhri açanda, men gurbanlyk sypasynyň astynda Hudaýyň sözi we özleriniň saklan güwäligi ugrunda öldürülenleriň janlaryny gördüm. Olar beýik ses bilen şeýle diýip gygyrýardylar: «Eý Reb, mukaddes we hakykatçy, ýer ýüzünde ýaşaýanlardan ganymyzyň hasabyny sorap, arymyzy haçana çenli almajak?» Olaryň her birine ak don berildi; olara, özleri ýaly öldüriljek hyzmatdeşleri we doganlary hem dolýança, entek biraz wagt dynç almaklarynyň aýdylýandygy bildirildi. Ol altynjy möhri açanda, ine, beýik ýer titreme boldy; gün tüý haltasy ýaly garaldy, aý bolsa gan ýaly boldy. Güýçli ýel tarapyndan sarsdyrylanda injir agajynyň bişmedik injirlerini dökşi ýaly, asmandaky ýyldyzlar hem ýere gaçdy. Asman togarlanyp ýygnalýan tumar ýaly aýryldy; her dag we ada öz ýerinden süýşürildi. Ýer ýüzüniň patyşalary, beýikler, baýlar, serkerdeler, güýçlüler, her gul we her azat adam gowaklara we dag gaýalaryna gizlendiler; daglara we gaýalara şeýle diýdiler: «Üstümize gaçyň-da, bizi tagtda oturanyň ýüzünden we Guzynyň gazabyndan gizläň. Çünki Onuň gazabynyň beýik güni gelip ýetdi; oňa garşy kim durlup biler?» Ylham 6:9–17.</w:t>
      </w:r>
    </w:p>
    <w:p>
      <w:pPr>
        <w:pStyle w:val="ArticleBody"/>
        <w:jc w:val="left"/>
      </w:pPr>
      <w:r>
        <w:rPr>
          <w:rFonts w:ascii="Times New Roman" w:hAnsi="Times New Roman" w:eastAsia="Times New Roman" w:cs="Times New Roman"/>
        </w:rPr>
        <w:t>Waýt uýamyz bize bäşinji möhüriň “geljekde boljak bir döwri” beýan edýändigini habar berýär. Bäşinji möhüriň aýatlarynda Taňrynyň Garaňky Asyrlarda Öz halkyny öldüren papalygy haçan höküm etjekdigi soralýar. Jogap hökmünde “ahyry zamanda” Taňrynyň papalygy olaryň eden ganhorlygy üçin, şeýle hem ýekşenbe kanuny krizisi döwründe papalyk tarapyndan öldüriljek papalyk şehitleriniň başga bir topary üçin hem höküm etjekdigi aýdyldy.</w:t>
      </w:r>
    </w:p>
    <w:p>
      <w:pPr>
        <w:pStyle w:val="ArticleScripture"/>
        <w:jc w:val="left"/>
      </w:pPr>
      <w:r>
        <w:rPr>
          <w:rFonts w:ascii="Times New Roman" w:hAnsi="Times New Roman" w:eastAsia="Times New Roman" w:cs="Times New Roman"/>
        </w:rPr>
        <w:t>“‘Ol bägem möhüri açanda... [Ylham 6:9–11]. Bu ýerde Ýuhanna hakykatda bolup geçen däl-de, geljekde belli bir döwürde boljak zatlaryň sahnalary görkezildi.” Manuscript Releases, 20-nji tom, 197.</w:t>
      </w:r>
    </w:p>
    <w:p>
      <w:pPr>
        <w:pStyle w:val="ArticleBody"/>
        <w:jc w:val="left"/>
      </w:pPr>
      <w:r>
        <w:rPr>
          <w:rFonts w:ascii="Times New Roman" w:hAnsi="Times New Roman" w:eastAsia="Times New Roman" w:cs="Times New Roman"/>
        </w:rPr>
        <w:t>Ylham hem Ylham kitabyň on sekizinji babynda ýer ýüzüni öz şöhraty bilen ýagtyldýan perişdäniň iki sesi bilen baglanyşykly bolan gurbanlyk sypasynyň astyndaky janlaryň Hudaýyň papalygy haçan höküm etjekdigini bilmek isleýändigini tassyklaýar.</w:t>
      </w:r>
    </w:p>
    <w:p>
      <w:pPr>
        <w:pStyle w:val="ArticleScripture"/>
        <w:jc w:val="left"/>
      </w:pPr>
      <w:r>
        <w:rPr>
          <w:rFonts w:ascii="Times New Roman" w:hAnsi="Times New Roman" w:eastAsia="Times New Roman" w:cs="Times New Roman"/>
        </w:rPr>
        <w:t>“Bäşinji möhür açylanda, aýanlykda Ýahýa Wahýçy gurbanlyk sypasynyň aşagynda Hudaýyň Sözi we Isa Mesihiň şaýatlygy sebäpli öldürilen topary gördi. Şondan soň Ylham kitabyň on sekizinji babynda beýan edilen wakalar geldi; şol ýerde wepaly hem-de hakyky bolanlar Wawilondan çykmaga çagyrylýar. Ylham 18:1–5 sitata getirildi.” Manuscript Releases, 20-nji tom, 14.</w:t>
      </w:r>
    </w:p>
    <w:p>
      <w:pPr>
        <w:pStyle w:val="ArticleBody"/>
        <w:jc w:val="left"/>
      </w:pPr>
      <w:r>
        <w:rPr>
          <w:rFonts w:ascii="Times New Roman" w:hAnsi="Times New Roman" w:eastAsia="Times New Roman" w:cs="Times New Roman"/>
        </w:rPr>
        <w:t>Ylham on sekizinji bapda katoliklik barada çykarylýan höküm iki esse bolýar, çünki ol ýerde we şol wagtda ol diňe “ahyrky günlerde” öldürjek adamlary üçin däl, eýsem papalyk hökümdarlygynyň Garaňky Asyrlary döwründe öldürilen gurbanlar üçin hem jezalandyrylýar.</w:t>
      </w:r>
    </w:p>
    <w:p>
      <w:pPr>
        <w:pStyle w:val="ArticleScripture"/>
        <w:jc w:val="left"/>
      </w:pPr>
      <w:r>
        <w:rPr>
          <w:rFonts w:ascii="Times New Roman" w:hAnsi="Times New Roman" w:eastAsia="Times New Roman" w:cs="Times New Roman"/>
        </w:rPr>
        <w:t>Soňra men gökden başga bir sesi eşitdim; ol şeýle diýýärdi: «Ondan çykyň, eý Meniň halkym, onuň günälerine şärik bolmaň we onuň belalaryndan paý alman. Çünki onuň günäleri göge ýetdi, Hudaý bolsa onuň nähaklyklaryny ýatlady. Ol size nähili gaýtaryş beren bolsa, oňa-da edil şonuň ýaly gaýtaryň; onuň işlerine görä oňa iki esse artdyryp beriň; onuň dolduran käsesinde oňa iki esse dolduryň». Ylham 18:4–6.</w:t>
      </w:r>
    </w:p>
    <w:p>
      <w:pPr>
        <w:pStyle w:val="ArticleBody"/>
        <w:jc w:val="left"/>
      </w:pPr>
      <w:r>
        <w:rPr>
          <w:rFonts w:ascii="Times New Roman" w:hAnsi="Times New Roman" w:eastAsia="Times New Roman" w:cs="Times New Roman"/>
        </w:rPr>
        <w:t>Altynjy möhür Mesihiň Ikinji Gelmeginiň öňüsyrasynda, ýedi soňky bela döwründe bolup geçýän wakalaryň Mukaddes Kitapdaky nusgawy beýanynyň biridir. Ol Ylhamyň ýedinji babynyň giriş bölegi bilen jemlenýär; şol bap altynjy möhüriň soňky aýatynda goýlan: «kim durup biler?» diýen soraga jogap berýär. Ýedi soňky bela ýetip geleninde tamamlanýan ýekşenbe kanuny krizisinde Hudaýyň baýdagy hökmünde durar ýaly iki topar bar. Şol iki topar Illýa bilen şekillendirilen ýüz kyrk dört müň, hem-de Musa bilen şekillendirilen «uly jemagatdyr». Musa bilen Illýanyň bu iki nyşany mundan ozal dünýäniň ahyrynda durýanlar hökmünde kesgitlenipdi, çünki olaryň ikisi hem Özgertme dagynda Mesih bilen bile durupdy.</w:t>
      </w:r>
    </w:p>
    <w:p>
      <w:pPr>
        <w:pStyle w:val="ArticleBody"/>
        <w:jc w:val="left"/>
      </w:pPr>
      <w:r>
        <w:rPr>
          <w:rFonts w:ascii="Times New Roman" w:hAnsi="Times New Roman" w:eastAsia="Times New Roman" w:cs="Times New Roman"/>
        </w:rPr>
        <w:t>Garaňky asyrlardaky papalyk şehitleriniň birinji toparyna ak eşikler berildi, hem-de olara şol topar dolýança garaşmak tabşyrylan ikinji topar hem ak eşik geýen “beýik mähelle”dir. Bäşinji we altynjy möhür bäşinji we altynjy ýygnaklaryň paralel taryhyny bermeýär; olar “soňky günlerde” Reb üçin baýdak bolup galýan iki topar barada şaýatlyk berýär. Şol iki topar, Ylham kitabyň on sekizinji babyndaky iki sesiň habarlaryny yglan edýänlerdir. Şonda yglan edilýän habar, Pentikost taryhy hem-de Adventizmiň başlangyjyndaky Ýarygije Gykylygynyň taryhy bilen öňden nyşanlanan görnüşde, Mukaddes Ruhuň dökülip berilmegi bilen utgaşýar.</w:t>
      </w:r>
    </w:p>
    <w:p>
      <w:pPr>
        <w:pStyle w:val="ArticleScripture"/>
        <w:jc w:val="left"/>
      </w:pPr>
      <w:r>
        <w:rPr>
          <w:rFonts w:ascii="Times New Roman" w:hAnsi="Times New Roman" w:eastAsia="Times New Roman" w:cs="Times New Roman"/>
        </w:rPr>
        <w:t>Üçünji perişdäniň habarynyň yglan edilmegine goşulýan perişdä öz şöhraty bilen bütin ýeri ýagtyltmalydyr. Bu ýerde bütindünýä möçberindäki we adatdan daşary gudrata eýe bolan bir iş öňünden aýdylýar. 1840–44-nji ýyllaryň advent hereketi Hudaýyň gudratynyň şöhratly bir beýany boldy; birinji perişdäniň habary dünýäniň her bir missionerlik bekedine ýetirilipdi, we käbir ýurtlarda XVI asyryň Reformasiýasyndan bäri islendik ýurtda görlen iň beýik dini gyzyklanma bolupdy; emma bularyň hemmesi üçünji perişdäniň soňky duýduryşy astyndaky gudratly hereket tarapyndan geçilmelidir.</w:t>
      </w:r>
    </w:p>
    <w:p>
      <w:pPr>
        <w:pStyle w:val="ArticleScripture"/>
        <w:jc w:val="left"/>
      </w:pPr>
      <w:r>
        <w:rPr>
          <w:rFonts w:ascii="Times New Roman" w:hAnsi="Times New Roman" w:eastAsia="Times New Roman" w:cs="Times New Roman"/>
        </w:rPr>
        <w:t>Bu iş Pentikost güni bolan işe meňzeş bolar. Hoş Habaryň başlanyşynda Mukaddes Ruhuň dökülip berilmegi bilen «irki ýagyş» gymmatly tohumyň gögerip çykmagy üçin berlişi ýaly, «soňky ýagyş» hem oragyň bişip ýetişmegi üçin onuň ahyrynda berler. «Şonda biz bileris, eger Rebbini tanamaga dowam etsek; Onuň çykmagy säher ýaly taýýardyr; Ol ýere inýän ýagyş kimin, ýere ýagýan soňky we öňki ýagyş kimin bize geler». Hoşýa 6:3. «Şeýle bolsa, eý, Sion ogullary, şatlanyň, Hudaýyňyz Rebde şatlyk ediň; çünki Ol size ölçegli irki ýagşy berdi, hem-de size ýagşy, öňki ýagşy we soňky ýagşy inderer». Ýowel 2:23. «Soňky günlerde, diýýär Hudaý, Men Öz Ruhumdan ähli bedeniň üstüne dökerin». «Şeýle bolar: Rebiň adyny çagyran her kim halas bolar». Resullaryň işleri 2:17, 21.</w:t>
      </w:r>
    </w:p>
    <w:p>
      <w:pPr>
        <w:pStyle w:val="ArticleScripture"/>
        <w:jc w:val="left"/>
      </w:pPr>
      <w:r>
        <w:rPr>
          <w:rFonts w:ascii="Times New Roman" w:hAnsi="Times New Roman" w:eastAsia="Times New Roman" w:cs="Times New Roman"/>
        </w:rPr>
        <w:t>Hoş habaryň beýik işi, onuň başlangyjyny alamatlandyran Hudaýyň güýjüniň ýüze çykmasyndan kem bolmadyk bir görnüşde tamamlanmalydyr. Hoş habaryň başynda ilkinji ýagşyň inmeginde ýerine ýetirilen pygamberlikler, onuň ahyrynda soňky ýagşyň inmeginde ýene-de ýerine ýetiriler. Ine, resul Petrusyñ öňünden garaşan “serginlediş döwrüdir”; ol şeýle diýdi: “Şonuň üçin toba ediň we ýüz öwrüň, günäleriňiz öçürilsin, Rebbiň huzuryndan serginlediş wagtlary gelsin; we Ol Isa ibersin.” Resullaryň işleri 3:19, 20. Uly Jedel, 611.</w:t>
      </w:r>
    </w:p>
    <w:p>
      <w:pPr>
        <w:pStyle w:val="ArticleBody"/>
        <w:jc w:val="left"/>
      </w:pPr>
      <w:r>
        <w:rPr>
          <w:rFonts w:ascii="Times New Roman" w:hAnsi="Times New Roman" w:eastAsia="Times New Roman" w:cs="Times New Roman"/>
        </w:rPr>
        <w:t>Altynjy möhür Vahý kitabyň ýedinji babynda şekillendirilen Ylýas bilen Musany tanadýan soragy ýüze çykandan soň, ýedinji möhür açylýar we şol iki toparyň üstüne Mukaddes Ruhuň inmegini beýan edýär. Beýana görä, ol ýerde ýarym sagatlap dymyşlyk bar bolýandygyna üns berilmelidir. Ýedinji möhüriň açylmagy bilen şekillendirilen ahyrky ýagyşyň dökülmegi dymyşlyk döwrüni öz içine alýar.</w:t>
      </w:r>
    </w:p>
    <w:p>
      <w:pPr>
        <w:pStyle w:val="ArticleScripture"/>
        <w:jc w:val="left"/>
      </w:pPr>
      <w:r>
        <w:rPr>
          <w:rFonts w:ascii="Times New Roman" w:hAnsi="Times New Roman" w:eastAsia="Times New Roman" w:cs="Times New Roman"/>
        </w:rPr>
        <w:t>Ol ýedinji möhüri açanda, gökde ýarym sagat çemesi dymyşlyk boldy. Men Hudaýyň huzurynda duran ýedi perişdäni gördüm; olara ýedi surnaý berildi. Soňra başga bir perişde gelip, gurbanlyk sypasynyň ýanynda durdy; onuň altyn buhurdanlygy bardy. Oňa köp buhur berildi, ol ony tagtyň öňündäki altyn gurbanlyk sypasynyň üstünde ähli mukaddesleriň doga-dilegleri bilen bile hödürlesin diýip. Mukaddesleriň doga-dilegleri bilen bile gelen buhuryň tüssäsi perişdäniň elinden Hudaýyň huzuryna göterildi. Soňra perişde buhurdanlygy alyp, ony gurbanlyk sypasynyň ody bilen doldurdy-da, ýere taşlady; şonda sesler, gürrüldiler, ýyldyrymlar we ýer titreme boldy. Ylham 8:1–5.</w:t>
      </w:r>
    </w:p>
    <w:p>
      <w:pPr>
        <w:pStyle w:val="ArticleBody"/>
        <w:jc w:val="left"/>
      </w:pPr>
      <w:r>
        <w:rPr>
          <w:rFonts w:ascii="Times New Roman" w:hAnsi="Times New Roman" w:eastAsia="Times New Roman" w:cs="Times New Roman"/>
        </w:rPr>
        <w:t>Ýaňy belläp geçilen “The Great Controversy” kitabyndaky parçanyň görkezşi ýaly, gudratly perişde inip, ýer ýüzüni öz şöhraty bilen ýagtylandyranda soňky ýagyş guýlup başlaýar. Soňky ýagyş 2001-nji ýylyň 11-nji sentýabrynda “Nýu-Ýork şäheriniň beýik binalary ýykylanynda” başlandy.</w:t>
      </w:r>
    </w:p>
    <w:p>
      <w:pPr>
        <w:pStyle w:val="ArticleScripture"/>
        <w:jc w:val="left"/>
      </w:pPr>
      <w:r>
        <w:rPr>
          <w:rFonts w:ascii="Times New Roman" w:hAnsi="Times New Roman" w:eastAsia="Times New Roman" w:cs="Times New Roman"/>
        </w:rPr>
        <w:t>“Indi meniň Nýu-Ýorkuň gelgit tolkuny bilen süpürilip aýryljakdygy barada aýdan sözüme gelinýärmi? Men muny hiç wagt aýtmadym. Men şeýle diýdim: ol ýerde gat-gat bolup beýik binalaryň galdyrylyşyna seredip, ‘Rebbiň ýeri güýçli sarsdyrmak üçin ýerinden turjak wagty nähili elhenç wakalar bolar! Şonda Ylham 18:1–3 aýatlarynyň sözleri ýerine ýetiriler’ diýdim. Ylham kitabynyň on sekizinji bapynyň tutuşy ýeriň ýüzüne geljek zatlar barada duýduryşdyr. Emma Nýu-Ýorkuň üstüne aýratynlykda näme geljegi babatda maňa anyk nur berilmedi; men diňe bir zady bilýärin: günleriň birinde ol ýerdäki beýik binalar Hudaýyň güýjüniň öwrüp-agdaryjy täsiri bilen ýykylar. Maňa berlen nurdan bilýärin ki, dünýäde heläkçilik bardyr. Rebbe degişli bir söz, Onuň gudratly güýjüniň bir degişi, we bu ägirt uly desgalar ýykylar. Biz hatda olaryň nähili gorkunç boljakdygyny göz öňüne-de getirip bilmejek wakalar bolup geçer.” Review and Herald, 1906-njy ýylyň 5-nji iýuly.</w:t>
      </w:r>
    </w:p>
    <w:p>
      <w:pPr>
        <w:pStyle w:val="ArticleBody"/>
        <w:jc w:val="left"/>
      </w:pPr>
      <w:r>
        <w:rPr>
          <w:rFonts w:ascii="Times New Roman" w:hAnsi="Times New Roman" w:eastAsia="Times New Roman" w:cs="Times New Roman"/>
        </w:rPr>
        <w:t>2001-nji ýylyň 11-nji sentýabrynda ahyrky ýagyş ýagyp başlady, we şol ýagşyň dökülmesi Ylýas bilen Musa arkaly nyşanlananlaryň üstüne inýär hem-de dymyşlyk döwrüni öz içine alýar. Musa bilen Ylýas üçin dymyşlyk döwri Ylhamyň on birinji babynda hem görkezilýär; ol ýerde dünýäni ejir çeken şol iki pygamber — Musa bilen Ylýas — köçelerde “öldürildi”. Emma üç ýarym günden soň olar Horeb gowagyndan çykyp, asmana göterildiler. Ahyrky ýagşyň taryhynda şol iki ilçi arkaly nyşanlanan habar öldürilýär we köçä taşlanýar, ýöne direldilýänçä jaýlanmaýar. Bu, häzirki wagtda Ýahuda taýpasynyň Arslany tarapyndan möhüri açylýan esasy hakykatlaryň biridir.</w:t>
      </w:r>
    </w:p>
    <w:p>
      <w:pPr>
        <w:pStyle w:val="ArticleBody"/>
        <w:jc w:val="left"/>
      </w:pPr>
      <w:r>
        <w:rPr>
          <w:rFonts w:ascii="Times New Roman" w:hAnsi="Times New Roman" w:eastAsia="Times New Roman" w:cs="Times New Roman"/>
        </w:rPr>
        <w:t>Soňky üç möhür, Hudaýyň halkynyň Ilýas we Musa arkaly şekillendirilen iň soňky hereketini görkezýär. Ol hereket ölýär we direldilýär. Bu bir hereketdir, çünki Adventizm 1863-nji ýyla çenli dowam eden bir hereket bilen başlady; şol ýylda olar William Milleriň tanamaga ugrukdyrylan ilkinji hakykatyny bir gyra goýdular. 1863-nji ýylda şol hereket tamamlandy, sebäbi 1863-nji ýylda olar kanuny taýdan bir ybadathana hökmünde guraldylar. Alfa we Omega şeýle nygtaýar: eger Ol Öz galyndy halkyny bir hereket hökmünde başlan bolsa, onda Ony hem bir hereket hökmünde tamamlar.</w:t>
      </w:r>
    </w:p>
    <w:p>
      <w:pPr>
        <w:pStyle w:val="ArticleBody"/>
        <w:jc w:val="left"/>
      </w:pPr>
      <w:r>
        <w:rPr>
          <w:rFonts w:ascii="Times New Roman" w:hAnsi="Times New Roman" w:eastAsia="Times New Roman" w:cs="Times New Roman"/>
        </w:rPr>
        <w:t>Biz indi ýedi ýygnak bilen ýedi möhüriň umumy synyny tamamladyk. Soňky üç möhürde biz Musa we Ylýas arkaly şekillendirilen gutarylanlaryň iki synpyny görýäris. Ol möhürleriň hemmesi Ylham kitaby on sekizdäki gudratly Perişdä şaýatlyk edýär. Ol 2001-nji ýylyň 11-nji sentýabrynda inende, Adwentizmiň başyndaky hereket arkaly öňden görkezilişi ýaly, Adwentizmiň ahyryndaky hereketiň içinde ybadat edýänleriň iki synpyny ýüze çykarmak we aýyrmak üçin niýetlenen arassalanma işine gutarylanlaryň iki synpy girdi. Daniýel şol synplaryň birini, “erbetler” diýip atlandyrýan synpyny, bilimiň artmagyna düşünmez diýip görkezýär, emma paýhaslylar düşünýärler. Matta bolsa açylan bu bilimiň düşünjesinden mahrum bolanlaryň bir gyzy “akylsyz” diýip kesgitlenýändigini bize habar berýär. Paýhasly gyzlar gijäniň ýarysyndaky synagda bilimiň artmagyna düşünendiklerini we oňa eýedigini görkezýärler. Paýhaslylar bilen akylsyzlar Filadelfiýa ýygnagy ýa-da Laodikýa ýygnagy arkaly şekillendirilýär. Laodikýanyň erbet, akylsyz gyzlary Rebbiň agzyndan çykarylyp taşlanmaly, paýhaslylar bolsa maňlaýlarynda Hudaýyň adyny, ýagny Onuň häsiýetini kabul edýärler. Eger altynjy ýygnak bolan Filadelfiýa paýhaslylary görkezýän bolsa, onda nädip ýedinji ýygnak bolan Laodikýa erbetleri görkezýär? Eger ýagdaý şeýle bolsa, tertip yzygiderliligi bozulýar, şeýle dälmi? Elbetde, munuň jogaby Alfa we Omega arkaly çözülýär.</w:t>
      </w:r>
    </w:p>
    <w:p>
      <w:pPr>
        <w:pStyle w:val="ArticleBody"/>
        <w:jc w:val="left"/>
      </w:pPr>
      <w:r>
        <w:rPr>
          <w:rFonts w:ascii="Times New Roman" w:hAnsi="Times New Roman" w:eastAsia="Times New Roman" w:cs="Times New Roman"/>
        </w:rPr>
        <w:t>Hudaýyň ilkinji atlandyrylan halky bolan gadymy Ysraýylyň başlangyjynda, Musa şol atlandyrylan halkyň ahyrynda Mesihiň nusgasy boldy.</w:t>
      </w:r>
    </w:p>
    <w:p>
      <w:pPr>
        <w:pStyle w:val="ArticleScripture"/>
        <w:jc w:val="left"/>
      </w:pPr>
      <w:r>
        <w:rPr>
          <w:rFonts w:ascii="Times New Roman" w:hAnsi="Times New Roman" w:eastAsia="Times New Roman" w:cs="Times New Roman"/>
        </w:rPr>
        <w:t>Musa hakykatdan hem atalara şeýle diýdi: “Reb Hudaýyňyz size doganlaryňyzyň arasyndan meniň ýaly bir pygamber çykarar; onuň size aýdýan zatlarynyň hemmesinde Oňa gulak asyň. Şeýle bolar welin, şol Pygambere gulak asmadyk her bir jan halkyň arasyndan ýok ediler”. Resullar 3:22, 23.</w:t>
      </w:r>
    </w:p>
    <w:p>
      <w:pPr>
        <w:pStyle w:val="ArticleBody"/>
        <w:jc w:val="left"/>
      </w:pPr>
      <w:r>
        <w:rPr>
          <w:rFonts w:ascii="Times New Roman" w:hAnsi="Times New Roman" w:eastAsia="Times New Roman" w:cs="Times New Roman"/>
        </w:rPr>
        <w:t>Taňrynyň ilkinji ady bellenen halkynyň ahyrynda, Ýahýa Çokundyryjy Mesihe ilkinji gezek gelmegine ýol taýýarlan Ylýas habarchysydy. Ondan soň Isa haçda Öz gurbanlygyny hödürlärdi we şondan beýläk asman mukaddeshanasynyň Mukaddes ýerinde Öziniň Baş Ruhanylyk gullugyna başlardy. Taňrynyň ikinji ady bellenen halkynyň, ýagny häzirki Ysraýylyň başynda, William Miller Mesihe Ikinji Gelşine ýol taýýarlan Ylýas habarchysydy. Soň Isa birden Iň Mukaddes Ýere geldi we höküm işine başlady. Taňrynyň ikinji ady bellenen halkynyň ahyrynda bolsa, iň soňky Ylýas habarchysy Mesihe dirileriň hökümine degişli döwri başlamaga, Onuň Asman Baş Ruhanysy hökmünde alyp barýan işiniň jemlenmegine we Ikinji Gelşine ýol taýýarlady.</w:t>
      </w:r>
    </w:p>
    <w:p>
      <w:pPr>
        <w:pStyle w:val="ArticleBody"/>
        <w:jc w:val="left"/>
      </w:pPr>
      <w:r>
        <w:rPr>
          <w:rFonts w:ascii="Times New Roman" w:hAnsi="Times New Roman" w:eastAsia="Times New Roman" w:cs="Times New Roman"/>
        </w:rPr>
        <w:t>Uilýam Miller diňe bir habarcyny däl, eýsem onuň bilen baglanyşykly bolan hereketi hem alamatlandyrýar.</w:t>
      </w:r>
    </w:p>
    <w:p>
      <w:pPr>
        <w:pStyle w:val="ArticleScripture"/>
        <w:jc w:val="left"/>
      </w:pPr>
      <w:r>
        <w:rPr>
          <w:rFonts w:ascii="Times New Roman" w:hAnsi="Times New Roman" w:eastAsia="Times New Roman" w:cs="Times New Roman"/>
        </w:rPr>
        <w:t>William Miller titremek bilen Hudaýyň şalygynyň syrlaryny halka açyp görkezmäge başlady, diňleýjilerini pygamberlikleriň içinden alyp geçip, Mesihe degişli ikinji gelişe çenli ýetirdi. Her bir tagallasy bilen ol has-da güýçlendi. Ýahýa Çokundyryjy Isanyň ilkinji gelişini yglan edip, Onuň gelişine ýol taýýarlan ýaly, şonuň ýaly hem William Miller we oňa goşulanlar Hudaýyň Oglunyň ikinji gelişini wagyz etdiler….</w:t>
      </w:r>
    </w:p>
    <w:p>
      <w:pPr>
        <w:pStyle w:val="ArticleScripture"/>
        <w:jc w:val="left"/>
      </w:pPr>
      <w:r>
        <w:rPr>
          <w:rFonts w:ascii="Times New Roman" w:hAnsi="Times New Roman" w:eastAsia="Times New Roman" w:cs="Times New Roman"/>
        </w:rPr>
        <w:t>“Müňlerçe adam William Miller tarapyndan wagyz edilen hakykaty kabul etmäge getirildi, we habary yglan etmek üçin Hudaýyň gullukçylary Ylýasyň ruhy hem-de güýji bilen orta çykaryldy.” Ilkinji Ýazgylar, 229, 230, 233.</w:t>
      </w:r>
    </w:p>
    <w:p>
      <w:pPr>
        <w:pStyle w:val="ArticleBody"/>
        <w:jc w:val="left"/>
      </w:pPr>
      <w:r>
        <w:rPr>
          <w:rFonts w:ascii="Times New Roman" w:hAnsi="Times New Roman" w:eastAsia="Times New Roman" w:cs="Times New Roman"/>
        </w:rPr>
        <w:t>Gadymy Ysraýylyň başynda, Müsürde kyrk ýyllyk ýoýlan bilim alan Musany Hudaý çagyrdy; onuň häsiýetinden Müsüriň täsirini aýyrmak üçin çöldäki kyrk ýyllyk ýaşaýyş zerur boldy. Doglan gününden kyrk ýyl geçende, Hudaýyň halkyny Müsürden çykarmak üçin özüniň saýlanandygyny aňan Musa, adamyň güýjüne daýanyp, müsürlini öldürdi. Kyrk ýyl soň, ýanýan gyrymsylygyň ýanynda ol Hudaýyň çagyryşyna garşy çykdy. Ahyrynda bu çagyryşy kabul edenden soň hem, ölüm bilen howp salynýança, ogluny sünnet etmegi buýruk edilendigine üns bermedi. Wada berlen Ýeriň serhedinde bolsa, ol garşylyk görkezdi we Gaýany ikinji gezek urdy. Gadymy Ysraýylyň başynda Musada Laodikialynyň häsiýet aýratynlyklary bardy. Şeýle bolmagyna garamazdan, ol gadymy Ysraýylyň ahyrynda Mesihiň öňden şekillendirilmegini hem öz içine alýan beýik we mukaddes çagyryşyny ýerine ýetirdi. Gadymy Ysraýylyň ahyrynda Mesih, jedeljeň ýahudylar bilen, ýagny özleriniň ýahudydygyny aýdyp, emma beýle bolmadyklar bilen göreşen Ol, Filadelfiýanyň häsiýetini görkezdi. Gadymy Ysraýylyň başynda Musa altyna, göz melhemegine we ak geýime mätäç bolan bir Laodikialyny görkezdi. Ahyrynda bolsa Mesih Filadelfiýalydyr.</w:t>
      </w:r>
    </w:p>
    <w:p>
      <w:pPr>
        <w:pStyle w:val="ArticleBody"/>
        <w:jc w:val="left"/>
      </w:pPr>
      <w:r>
        <w:rPr>
          <w:rFonts w:ascii="Times New Roman" w:hAnsi="Times New Roman" w:eastAsia="Times New Roman" w:cs="Times New Roman"/>
        </w:rPr>
        <w:t>Adwentizmiň başlangyjynda geýimlerini haram etmedik Sardisdäki şol az sanlylar arkaly görkezilen William Miller Filadelfiýaly biridi; onuň bilen baglanyşykly hereket hem şeýle bolupdy. Adwentizmiň ahyrynda bolsa, 1989-njy ýylda ahyrzamanyň wagtyny ykrar eden hereket, Musa nähili Laodikiýaly bolan bolsa, şonça-da Laodikiýalydy. Millerçi hereket Future for America hereketiniň nusgasydyr; munuň pygamberlik ätiýaçlandyrmasy şundan ybaratdyr: ilkinji hereket Filadelfiýanyň döwründe Filadelfiýalylar tarapyndan berjaý edildi, soňky hereket bolsa Laodikiýanyň döwründe Laodikiýalylar tarapyndan berjaý edilýär.</w:t>
      </w:r>
    </w:p>
    <w:p>
      <w:pPr>
        <w:pStyle w:val="ArticleBody"/>
        <w:jc w:val="left"/>
      </w:pPr>
      <w:r>
        <w:rPr>
          <w:rFonts w:ascii="Times New Roman" w:hAnsi="Times New Roman" w:eastAsia="Times New Roman" w:cs="Times New Roman"/>
        </w:rPr>
        <w:t>Men 1989-njy ýyldan bäri bu hereketiň pygamberlik taryhynyň Future for America-nyň taryhy bilen bagly başga islendik adamdan-da köp böleginiň şaýadydyryn, we 1989-njy ýyldan başlap, meniň özüm tassyk edilen Laodikialy Adwentist hökmünde şol taryhyň içinden geçendigime şaýatlyk edýärin. Şol ýoluň ugrunda meniň şaýatlygymy goldajak köp janlar bardyr. Şeýle hem, men Adwentizmiň ahyrynda bu hereket bilen bagly bolanlaryň hem tassyk edilen Laodikialy Adwentistler bolandyklaryna gürrüňsiz şaýatlyk edip bilerin. Birinji atlandyrylan halk Laodikialydan başlanýar, ol Filadelfialy bolýar we Filadelfialy bilen tamamlanýar. Ikinji atlandyrylan halk Filadelfialy bilen başlanýar we Filadelfialy bolmaga çagyrylýan Laodikialy bilen tamamlanýar. Bu Alfa bilen Omeganyň golydyr.</w:t>
      </w:r>
    </w:p>
    <w:p>
      <w:pPr>
        <w:pStyle w:val="ArticleBody"/>
        <w:jc w:val="left"/>
      </w:pPr>
      <w:r>
        <w:rPr>
          <w:rFonts w:ascii="Times New Roman" w:hAnsi="Times New Roman" w:eastAsia="Times New Roman" w:cs="Times New Roman"/>
        </w:rPr>
        <w:t>Ýolbaşçynyň we onuň bilen birleşenleriň betbagt, perişan ruhy körlügine garamazdan, Hudaý 1989-njy ýyldan tä şu wagta çenli bolup geçen pygamberlik belliklerini şonda-da ugrukdyrdy we gözegçilikde saklady. Ýolbaşçynyň we onuň bilen birleşenleriň ruhy ýalaňaçlygyna hem garyplygyna garamazdan, Hudaý Öz açmagy laýyk gören hakykatlarynyň möhürden açylmagyny şonda-da ugrukdyrýardy. Ol Öz “hakykatyndan” hiç haçan aýrylmaýan merhemetinde, laodikeýalynyň ölmegini we ondan soň filadelfiýaly hökmünde direlmegini üpjün edýän päkleniş işini belledi. Şol ölüm we direliş Daniel we Ylham kitaplarynyň ýazyjylary tarapyndan öňden şekillendirilipdi; olaryň ikisi hem nyşanly görnüşde öldürilip, direldildi. Ýahýa gaýnag ýagly gazana taşlanmak ölüminiň içinden direldildi, Daniel bolsa aç ýolbarslaryň çukurundan. Şeýlelikde, bir kitap bolan şol iki kitap, häzir möhürden açylýan habaryň bir bölegi hökmünde ölüm we direliş nyşanyna aýratyn nygtaw berýär.</w:t>
      </w:r>
    </w:p>
    <w:p>
      <w:pPr>
        <w:pStyle w:val="ArticleBody"/>
        <w:jc w:val="left"/>
      </w:pPr>
      <w:r>
        <w:rPr>
          <w:rFonts w:ascii="Times New Roman" w:hAnsi="Times New Roman" w:eastAsia="Times New Roman" w:cs="Times New Roman"/>
        </w:rPr>
        <w:t>“Ahyrky günlerde” derňew hökümindäki herekete (Millerit hereketi arkaly öňden şekillendirilen) zamananyň soňuna ýakynlaşdygyça, Hudaý onuň ýolbaşçysynyň we şol hereketiň öldürilmegini, soňra bolsa direldilmegini niýet etdi. Ýedi ýygnagyň mazmunynda, Laodikýa 2020-nji ýylyň 18-nji iýulynda öldürildi we ýakynlaşýan ýekşenbe kanunyndan öň Filadelfiýa hökmünde direldilerdi. Direldilen hereket ýedi ýygnakdan bolardy, emma ol sekizinji bolardy. Hereket sekizinji bolardy, ýagny ýediden bolan.</w:t>
      </w:r>
    </w:p>
    <w:p>
      <w:pPr>
        <w:pStyle w:val="ArticleBody"/>
        <w:jc w:val="left"/>
      </w:pPr>
      <w:r>
        <w:rPr>
          <w:rFonts w:ascii="Times New Roman" w:hAnsi="Times New Roman" w:eastAsia="Times New Roman" w:cs="Times New Roman"/>
        </w:rPr>
        <w:t>Bu pygamberlik syry, şu wagta çenli ykrar edilmedik bolsa-da, Ylham kitabynda birnäçe şaýatlyk bilen tassyklanýar. Häzirki wagtda biz wagşy haýwanyň keşbiniň synagyna girýäris; bu synag barada Waýt uýa onuň ýekşenbe güni baradaky kanundan öň gelýän synagdygyny bize habar berýär. Hut şol ýekşenbe güni baradaky kanunda Hudaýyň möhüri şol taryhy döwürdäki Filadelfiýalylaryň üstüne basylýar. Emma synag möhleti tamamlanmazdan öň gelýän wagşy haýwanyň keşbiniň synagyndan olar geçmelidirler.</w:t>
      </w:r>
    </w:p>
    <w:p>
      <w:pPr>
        <w:pStyle w:val="ArticleScripture"/>
        <w:jc w:val="left"/>
      </w:pPr>
      <w:r>
        <w:rPr>
          <w:rFonts w:ascii="Times New Roman" w:hAnsi="Times New Roman" w:eastAsia="Times New Roman" w:cs="Times New Roman"/>
        </w:rPr>
        <w:t>Reb maňa açyk görkezdi: ýyrtyjynyň şekili synag möhleti tamamlanmazdan öň dörediler; çünki ol Hudaýyň halky üçin beýik synag bolar we şol arkaly olaryň ebedi ykbaly çözüler. Siziň garaýşyňyz şeýle bir gapma-garşylykly bulaşyklykdan ybarat welin, onuň bilen örän az adam aldanar.</w:t>
      </w:r>
    </w:p>
    <w:p>
      <w:pPr>
        <w:pStyle w:val="ArticleScripture"/>
        <w:jc w:val="left"/>
      </w:pPr>
      <w:r>
        <w:rPr>
          <w:rFonts w:ascii="Times New Roman" w:hAnsi="Times New Roman" w:eastAsia="Times New Roman" w:cs="Times New Roman"/>
        </w:rPr>
        <w:t>“Bu mesele Ylhamada 13-de aýdyň beýan edilýär; [Ylhamada 13:11–17, sitata getirilendir].”</w:t>
      </w:r>
    </w:p>
    <w:p>
      <w:pPr>
        <w:pStyle w:val="ArticleScripture"/>
        <w:jc w:val="left"/>
      </w:pPr>
      <w:r>
        <w:rPr>
          <w:rFonts w:ascii="Times New Roman" w:hAnsi="Times New Roman" w:eastAsia="Times New Roman" w:cs="Times New Roman"/>
        </w:rPr>
        <w:t>“Bu, Hudaýyň halkynyň möhürlenmezinden ozal başdan geçirmeli synagydyr. Onuň kanunyny berjaý etmek we galp sabady kabul etmekden ýüz döndermek arkaly Hudaýa wepalylygyny subut edenleriň ählisi Reb Hudaý Ýehowanyň baýdagynyň astynda durar we ýaşaýan Hudaýyň möhürini alar. Gökden gelip çykan hakykatdan ýüz öwrenler we ýekşenbe sabadyny kabul edenler bolsa, haýwanyň nyşanyny alarlar” Manuscript Releases, 15-nji tom, 15.</w:t>
      </w:r>
    </w:p>
    <w:p>
      <w:pPr>
        <w:pStyle w:val="ArticleBody"/>
        <w:jc w:val="left"/>
      </w:pPr>
      <w:r>
        <w:rPr>
          <w:rFonts w:ascii="Times New Roman" w:hAnsi="Times New Roman" w:eastAsia="Times New Roman" w:cs="Times New Roman"/>
        </w:rPr>
        <w:t>Şu andaky taryhy döwürde, ozal Respublikanyň ýörelgeleri we Protestantlyk hökmünde tanalan iki şah eýýäm demokratiýa we ýüz öwren protestantlyga öwrüldi. Şol iki şah doly birleşende, olar soň bir güýji, bir şahy emele getirýärler. Şol döwürde-de, Hudaý haýwanyň keşbine garşy duýduryş bermek üçin Protestantlygyň hakyky şahyny tanadar we ýokary galdyrar. Şol iki şah Birleşen Ştatlar Mukaddes Kitabyň pygamberligindäki altynjy patyşalyk bolmagyny bes edýänçä, biri-birine paralel dowam edýär.</w:t>
      </w:r>
    </w:p>
    <w:p>
      <w:pPr>
        <w:pStyle w:val="ArticleBody"/>
        <w:jc w:val="left"/>
      </w:pPr>
      <w:r>
        <w:rPr>
          <w:rFonts w:ascii="Times New Roman" w:hAnsi="Times New Roman" w:eastAsia="Times New Roman" w:cs="Times New Roman"/>
        </w:rPr>
        <w:t>Ylhamyň on ýedinji baby, aždarhanyň (Birleşen Milletler Guramasy), haýwanyň (papalyk güýji) we ýalan pygamberiň (Amerikanyň Birleşen Ştatlary) üç taraplaýyn birleşiginiň ýedi kelläniň içinden bolan sekizinji kellä degişli güýçdigini kesgitleýär. Şol ýedi kelle Mukaddes Ýazgylaryň pygamberligindäki patyşalyklardyr; olar Wawilondan başlap, soňra Midiýa-Pars, Gresiýa we ondan soň butparaz Rimdir. Soňra bäşinji patyşalyk papalyk Rim bolup, ol pygamberlik taýdan 1798-nji ýylda öldüriji ýara aldy. Taryhyň şol pursatynda Mukaddes Ýazgylaryň pygamberligindäki altynjy patyşalyk bolan Amerikanyň Birleşen Ştatlary, ýakynda geljek ýekşenbe kanuny bilen agdarylýança tagta çykdy.</w:t>
      </w:r>
    </w:p>
    <w:p>
      <w:pPr>
        <w:pStyle w:val="ArticleBody"/>
        <w:jc w:val="left"/>
      </w:pPr>
      <w:r>
        <w:rPr>
          <w:rFonts w:ascii="Times New Roman" w:hAnsi="Times New Roman" w:eastAsia="Times New Roman" w:cs="Times New Roman"/>
        </w:rPr>
        <w:t>Birleşen Milletler, o vakit bütün dünyayı canavara bir suret kurmaya zorlayan kudret tarafından buna mecbur edilecektir. O noktada altıncı krallık da ölümcül bir yara almış olacaktır; ancak Birleşik Devletler o zaman bütün dünyayı, Birleşen Milletler üzerindeki kendi önderliğini kabul etmeye zorlayacak ve onların ayrıca üçlü birliği yönetmek üzere papalığın ahlâkî otoritesini de kabul etmelerini talep edecektir.</w:t>
      </w:r>
    </w:p>
    <w:p>
      <w:pPr>
        <w:pStyle w:val="ArticleScripture"/>
        <w:jc w:val="left"/>
      </w:pPr>
      <w:r>
        <w:rPr>
          <w:rFonts w:ascii="Times New Roman" w:hAnsi="Times New Roman" w:eastAsia="Times New Roman" w:cs="Times New Roman"/>
        </w:rPr>
        <w:t>Ol ýerde ýaşaýanlary, haýwanyň öňünde görkezmäge ygtyýary bolan şol gudratlaryň üsti bilen azdyrýar; ol ýerde ýaşaýanlara gylyçdan ýara alyp hem diri galan haýwana bir şekil ýasamagy aýdýar. Şeýle-de, oňa haýwanyň şekiline jan bermäge ygtyýar berildi; şeýlelikde haýwanyň şekili hem gepläp, hem-de haýwanyň şekiline sežde etmejekleriň hemmesiniň öldürilmegini üpjün etsin. Ylham 13:13, 14.</w:t>
      </w:r>
    </w:p>
    <w:p>
      <w:pPr>
        <w:pStyle w:val="ArticleBody"/>
        <w:jc w:val="left"/>
      </w:pPr>
      <w:r>
        <w:rPr>
          <w:rFonts w:ascii="Times New Roman" w:hAnsi="Times New Roman" w:eastAsia="Times New Roman" w:cs="Times New Roman"/>
        </w:rPr>
        <w:t>“Haýwanyň keşbiniň” ylhamdaky ýeke-täk kesgitlemesi, onuň ybadathana (papalyk güýji) bilen döwletiň (Birleşen Milletler Guramasy, ABŞ-nyň beýleki dokuz patyşanyň üstünden gözegçilik etmegi bilen) birleşigini aňladýandygydyr. Ýezebel papalyk güýjüdir; Ahab bolsa on demirgazyk taýpanyň patyşasy bolan Amerikanyň Birleşen Ştatlarydyr.</w:t>
      </w:r>
    </w:p>
    <w:p>
      <w:pPr>
        <w:pStyle w:val="ArticleBody"/>
        <w:jc w:val="left"/>
      </w:pPr>
      <w:r>
        <w:rPr>
          <w:rFonts w:ascii="Times New Roman" w:hAnsi="Times New Roman" w:eastAsia="Times New Roman" w:cs="Times New Roman"/>
        </w:rPr>
        <w:t>Amerikanyň Birleşen Ştatlary ýekşenbe güni baradaky kanunyň wagtynda ýykylanda, 1798-nji ýyldan bäri unudylyp gelnen Tire (papalyk) “ýatlanýar” we ol öz aldawly aýdymlaryna başlaýar. Ellen Waýtyň ýazgylarynda “milli weýrançylyk” hökmünde görkezilen maliýe çökgünliginiň netijesinde, Amerikanyň Birleşen Ştatlary Mukaddes Kitapdaky her bir adamyň elini onuň garşysyna birleşdirýän güýje garşy durmak üçin bütin dünýäni bir ýere jemlemäge mejbur bolýar. Ol güýç, Yslamyň ata-babasy Ysmail arkaly şekillendirilişi ýaly, Yslamdyr.</w:t>
      </w:r>
    </w:p>
    <w:p>
      <w:pPr>
        <w:pStyle w:val="ArticleScripture"/>
        <w:jc w:val="left"/>
      </w:pPr>
      <w:r>
        <w:rPr>
          <w:rFonts w:ascii="Times New Roman" w:hAnsi="Times New Roman" w:eastAsia="Times New Roman" w:cs="Times New Roman"/>
        </w:rPr>
        <w:t>Rebbiň Perişdesi oňa şeýle diýdi: Ine, sen göwrelisiň, bir ogul dograrsyň we onuň adyna Ysmagyl diýip at goýarsyň; çünki Reb seniň jebri-jepalaryňy eşitdi. Ol bolsa ýabany adam bolar; onuň eli her bir adama garşy, her bir adamyň eli hem oňa garşy bolar; ol ähli doganlarynyň öňünde mesgen tutar. Gelip çykyş 16:11, 12.</w:t>
      </w:r>
    </w:p>
    <w:p>
      <w:pPr>
        <w:pStyle w:val="ArticleBody"/>
        <w:jc w:val="left"/>
      </w:pPr>
      <w:r>
        <w:rPr>
          <w:rFonts w:ascii="Times New Roman" w:hAnsi="Times New Roman" w:eastAsia="Times New Roman" w:cs="Times New Roman"/>
        </w:rPr>
        <w:t>Amerikanyň Birleşen Ştatlary galan dokuz patyşa bilen bileleşik döredýär we ýolbaşçylyk ornuny eýeleýär. Muny diňe gysga wagt üçin edýär, soňra bolsa edil Ýezabeliň Ahaby dolandyryşy ýaly, papalyk häkimiýetiniň bularyň ählisiniň başy bolmagyny talap eder.</w:t>
      </w:r>
    </w:p>
    <w:p>
      <w:pPr>
        <w:pStyle w:val="ArticleBody"/>
        <w:jc w:val="left"/>
      </w:pPr>
      <w:r>
        <w:rPr>
          <w:rFonts w:ascii="Times New Roman" w:hAnsi="Times New Roman" w:eastAsia="Times New Roman" w:cs="Times New Roman"/>
        </w:rPr>
        <w:t>Şeýlelik bilen, aždarha, haýwan we ýalan pygamberden ybarat üç taraplaýyn birleşik bilelikde Armageddona ugrap gidýär. Sekiz sany direlişi aňladýar, we pygamberlikde ölüm howply ýara alan diýlip görkezilen patyşalyk bäşinji patyşalykdy, ýagny papalyk häkimiýetidi. Papalyk direldilende, olar sekizinji patyşalyk bolýarlar we şol üç taraplaýyn birleşigiň üstünden dolandyryş olara berilýär; şol sekizinji patyşalyk hem ýedi patyşalygyň arasynda ölüm howply ýara alan diýip kesgitlenen şol bir başdyr, emma ylham şol ölüm howply ýaranyň sagaldylyşyny-da kesgitleýär.</w:t>
      </w:r>
    </w:p>
    <w:p>
      <w:pPr>
        <w:pStyle w:val="ArticleScripture"/>
        <w:jc w:val="left"/>
      </w:pPr>
      <w:r>
        <w:rPr>
          <w:rFonts w:ascii="Times New Roman" w:hAnsi="Times New Roman" w:eastAsia="Times New Roman" w:cs="Times New Roman"/>
        </w:rPr>
        <w:t>“Ahyrky çökgüne golaýlaşdygymyzça, Rebbiň gurallarynyň arasynda ylalaşyk bilen agzybirligiň bolmagy örän möhüm ähmiýete eýedir. Dünýä tupandan, uruşdan we agzalalykdan doludyr. Emma bir başlygyň—papalyk häkimiýetiniň—astynda halk Gudanyň şaýatlarynyň şahsynda Oňa garşy çykmak üçin birleşer. Bu birleşik beýik ýüz dönderiji tarapyndan berkleşdirilýär. Ol hakykata garşy söweşmekde öz wekillerini birleşdirmäge çalyşýan wagtynda, onuň goragçylaryny bölmäge we dargatmaga-da işler. Gabanjaňlyk, ýaman gümanlar, töhmetli sözler onuň tarapyndan agzalalyk we düşünişmezlik döretmek üçin öjükdirilýär.” Testimonies, volume 7, 182.</w:t>
      </w:r>
    </w:p>
    <w:p>
      <w:pPr>
        <w:pStyle w:val="ArticleBody"/>
        <w:jc w:val="left"/>
      </w:pPr>
      <w:r>
        <w:rPr>
          <w:rFonts w:ascii="Times New Roman" w:hAnsi="Times New Roman" w:eastAsia="Times New Roman" w:cs="Times New Roman"/>
        </w:rPr>
        <w:t>Bäşinji patyşalyk, altynjy patyşalyk we ýedinji patyşalyk şol wagt özleriniň aýratyn patyşalyklarynyň hemmesini ýitirendirler; şonuň üçin olaryň degişli patyşalyklary, Hudaýlygyň üç taraply düzümini galplaşdyryp, üç bölekden ybarat bolan ýekeje patyşalyk hökmünde bilelikde direldilýär.</w:t>
      </w:r>
    </w:p>
    <w:p>
      <w:pPr>
        <w:pStyle w:val="ArticleBody"/>
        <w:jc w:val="left"/>
      </w:pPr>
      <w:r>
        <w:rPr>
          <w:rFonts w:ascii="Times New Roman" w:hAnsi="Times New Roman" w:eastAsia="Times New Roman" w:cs="Times New Roman"/>
        </w:rPr>
        <w:t>Iki guzy meňzeş iki şah bilen başlanýan we aždaha ýaly gepleýän bir şah bilen tamamlanýan altynjy patyşalyk, wagyz-päriýet häsiýeti hökmünde papalyk güýjüne mahsus alamaty özünde göterýär, çünki ol haýwanyň keşbine öwrülýär. Esasan hem, ýedi patyşalygyň içinden bolup, direldilen sekizinji patyşalyk hökmünde şekillendirilýän zat — haýwan, ýagny papalyk güýjüdir. Emma sekizinjiniň ýediden bolmagy baradaky wagyz-päriýet syryny iň göni ýerine ýetirýän zat papalyk güýji bolsa-da, Amerikanyň Birleşen Ştatlary papalygyň keşbini döredýär we şonuň üçin wagyz-päriýet taýdan papalyk güýji bilen birmeňzeş häsiýetleri ýüze çykarýar.</w:t>
      </w:r>
    </w:p>
    <w:p>
      <w:pPr>
        <w:pStyle w:val="ArticleBody"/>
        <w:jc w:val="left"/>
      </w:pPr>
      <w:r>
        <w:rPr>
          <w:rFonts w:ascii="Times New Roman" w:hAnsi="Times New Roman" w:eastAsia="Times New Roman" w:cs="Times New Roman"/>
        </w:rPr>
        <w:t>Birleşen Ştatlar, Işaýa 23-e görä, papalyk güýji bolan Tir altynjy patyşalygyň ahyryna çenli unudylmaly bolan wagtda, 1798-nji ýylda başlandy. 1798-nji ýyl, Adventizmiň başlangyjynda Milleritler üçin ahyrzamanyň wagtydy. 1844-nji ýylyň ýazyna çenli, Millerit Adventizmi Birleşen Ştatlaryň hökümetini aňladýan Respublikançylyk şahasy bilen ugurdaş gidýän Protestantizmiň donuny kabul edipdi. Iki şah bir haýwanyň üstündedir; şonuň üçin olar taryhyň dowamynda bilelikde öňe gidýärler. Adventizmiň başlangyjy hem ahyry hem Respublikan şahasy bilen ugurdaş gidýär. 1798-nji ýyldan başlap, Protestantlar birinji perişdäniň habaryny ret edýänçä bolan taryh, Hudaýyň şol Protestant şahasyny berkarar eden döwri boldy. Ol muny, Respublikan şahasy bilen edişi ýaly, synag prosesi arkaly etdi. Bu ugurdaş şahalar hakda aýdyljak zat köp, ýöne häzir däl.</w:t>
      </w:r>
    </w:p>
    <w:p>
      <w:pPr>
        <w:pStyle w:val="ArticleBody"/>
        <w:jc w:val="left"/>
      </w:pPr>
      <w:r>
        <w:rPr>
          <w:rFonts w:ascii="Times New Roman" w:hAnsi="Times New Roman" w:eastAsia="Times New Roman" w:cs="Times New Roman"/>
        </w:rPr>
        <w:t>Respublikan şahasy hakykatdaky protestant şaha bilen däl-de, dinden çykan protestantlyk bilen zyna edýär; sebäbi hakyky şah Guzynyň gelnidir we ol gyzdyr. Ahyrzamanyň wagtyndan, ýagny 1989-njy ýyldan bäri, ýedi prezident boldy. Şol prezidentleriň altynjysy, hut Adventizmiň ahyryndaky hereket hem ölüm ýarasyny alan şol ýylyň özünde, ölüm ýarasyny aldy. Ahyrzamanyň wagtyndan, ýagny 1989-njy ýyldan bäri sekizinji prezident, sagaldylan ölüm ýarasyny alan şol bolar. Ol ýediniň içinden bolan prezident bolmalydyr. Şol bir wagtyň özünde, 2020-nji ýylda altynjy prezident ölüm ýarasyny alanda, häzir protestant mantýasyny göterýän şah hem öldürildi. Katolikligiň haýwanynda bolşy ýaly, dinden çykan protestantlygyň haýwanyň keşbinde bolşy ýaly, hakyky protestantlyk şahynda-da şeýle. Protestantlygyň şahasy altynjy ybadathana hökmünde görkezilýär; ol sekizinjä öwrülýär, ýöne ýediniň içindendir.</w:t>
      </w:r>
    </w:p>
    <w:p>
      <w:pPr>
        <w:pStyle w:val="ArticleBody"/>
        <w:jc w:val="left"/>
      </w:pPr>
      <w:r>
        <w:rPr>
          <w:rFonts w:ascii="Times New Roman" w:hAnsi="Times New Roman" w:eastAsia="Times New Roman" w:cs="Times New Roman"/>
        </w:rPr>
        <w:t>Bu talaplary synap göreniňizde, synag möhletiniň ýapylmagyndan edil öň açylýan habaryň, gürrüňsiz, başlangyjyň soňuny şekillendirýändigi baradaky çäkde beýan ediljekdigini ýatda saklaň. Ol habar dünýä taryhyna laýyk getirilýän Mukaddes Kitap taryhyny ulanyp, dünýäniň soňuny kesgitleýän “taryhçylyk” usulyýeti bilen beýan ediler. Ol habar ýerden çykýar.</w:t>
      </w:r>
    </w:p>
    <w:p>
      <w:pPr>
        <w:pStyle w:val="ArticleScripture"/>
        <w:jc w:val="left"/>
      </w:pPr>
      <w:r>
        <w:rPr>
          <w:rFonts w:ascii="Times New Roman" w:hAnsi="Times New Roman" w:eastAsia="Times New Roman" w:cs="Times New Roman"/>
        </w:rPr>
        <w:t>Hakykat ýerden gögerer; dogrulyk bolsa asmandan nazar salar. Hawa, Reb ýagşy zady berer; biziň ýurdumyz hem öz hasylyny berer. Dogrulyk Onuň öňünden gider; we bizi Onuň ädimleriniň ýoluna salar. Zebur 85:11–13.</w:t>
      </w:r>
    </w:p>
    <w:p>
      <w:pPr>
        <w:pStyle w:val="ArticleBody"/>
        <w:jc w:val="left"/>
      </w:pPr>
      <w:r>
        <w:rPr>
          <w:rFonts w:ascii="Times New Roman" w:hAnsi="Times New Roman" w:eastAsia="Times New Roman" w:cs="Times New Roman"/>
        </w:rPr>
        <w:t>Bu ýerde gürrüň diňe şol parçadaky “ýer” sözüniň “ülke” hökmünde görkezilmeginden ybarat däldir. Zeburlardaky bu parça diňe bir “ülkäni” Ylham kitaby 13-däki “ýer” haýwany hökmünde görkezmek bilen çäklenmän, eýsem “hakykatyň” ýerden “gögerip çykýandygyny” hem belleýär.</w:t>
      </w:r>
    </w:p>
    <w:p>
      <w:pPr>
        <w:pStyle w:val="ArticleScripture"/>
        <w:jc w:val="left"/>
      </w:pPr>
      <w:r>
        <w:rPr>
          <w:rFonts w:ascii="Times New Roman" w:hAnsi="Times New Roman" w:eastAsia="Times New Roman" w:cs="Times New Roman"/>
        </w:rPr>
        <w:t>“1798-nji ýylda Täze Dünýäniň haýsy halky güýç-kuwwata eýe bolup ösüp barýardy, güýç we beýiklik wada berip, dünýäniň ünsüni özüne çekýärdi? Nyşanyň ulanylyşy hiç bir sorag goýmaýar. Bu pygamberligiň alamatlaryna diňe bir halk, diňe bir ýeke-täk halk laýyk gelýär; ol hiç bir şübhesiz Amerikanyň Birleşen Ştatlaryna görkezýär. Mukaddes ýazyjynyň pikiri, hatda diýen ýaly takyk sözleri, bu halkyň döräp, ösüp-ulalmagyny suratlandyrmakda hatyp we taryhçy tarapyndan gaýta-gaýta, özleri hem duýman ulanyldy. Janawar ‘ýerden çykyp gelýän’ görnüşde görüldi; we terjimeçilere görä, bu ýerde ‘çykyp gelýän’ diýip terjime edilen söz gönüden-göni manyda ‘ösüp çykmak ýa-da ösümlik ýaly pyntyk atyp çykmak’ diýmegi aňladýar.” Beýik göreş, 440.</w:t>
      </w:r>
    </w:p>
    <w:p>
      <w:pPr>
        <w:pStyle w:val="ArticleBody"/>
        <w:jc w:val="left"/>
      </w:pPr>
      <w:r>
        <w:rPr>
          <w:rFonts w:ascii="Times New Roman" w:hAnsi="Times New Roman" w:eastAsia="Times New Roman" w:cs="Times New Roman"/>
        </w:rPr>
        <w:t>Amerikanyň Birleşen Ştatlary “ýerden çykýan” ýyrtyjydyr. Şonuň üçin, bu makalalarda öňe sürülýän talaplary synagdan geçireniňizde, ylham habaryň ahyrynyň başlangyç arkaly şekillendiriljekdigini kesgitleýär; ol taryhy setir üstüne taryhy setir görnüşinde ýerleşdiriler; we ol Amerikanyň Birleşen Ştatlaryndaky bir sesden gelmelidir. Elbetde, Amerikanyň Birleşen Ştatlarynyň içinde ýalan sesler hem bar; emma Hudaýyň Sözüne görä we onuň ygtyýary esasynda, Amerikanyň Birleşen Ştatlarynyň daşynda ýerleşýän ýa-da gözbaşy şol ýerde bolmadyk islendik habarçy ýa-da gulluk ýalan yşykdyr. Adventizm Amerikanyň Birleşen Ştatlarynda bir adamyň sesi we şol ýerde esaslandyrylan bir hereket bilen başlady. Isa bir zadyň ahyryny şol zadyň başlangyjy arkaly şekillendirýär.</w:t>
      </w:r>
    </w:p>
    <w:p>
      <w:pPr>
        <w:pStyle w:val="ArticleBody"/>
        <w:jc w:val="left"/>
      </w:pPr>
      <w:r>
        <w:rPr>
          <w:rFonts w:ascii="Times New Roman" w:hAnsi="Times New Roman" w:eastAsia="Times New Roman" w:cs="Times New Roman"/>
        </w:rPr>
        <w:t>Gulagy bolan, Ruhuň ybadathanalara aýdýanlaryny eşitsin.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Laodikiýa — Bäşinji San</dc:title>
  <dc:subject>Soňky Üçüsi</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