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Iki Sany</w:t>
      </w:r>
    </w:p>
    <w:p>
      <w:pPr>
        <w:pStyle w:val="ArticleSubtitle"/>
        <w:jc w:val="left"/>
      </w:pPr>
      <w:r>
        <w:rPr>
          <w:rFonts w:ascii="Arial" w:hAnsi="Arial" w:eastAsia="Arial" w:cs="Arial"/>
        </w:rPr>
        <w:t>Günorta Patyşasynyň Ýokary Galyşy we Ýykylyşy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Soňky makalany şeýle sözler bilen tamamladyk: “10–15-nji aýatlar 1989-njy ýyldan Ýekşenbe kanunyna çenli demirgazygyň patyşasy, papalyk häkimiýeti tarapyndan amala aşyrylan üç wekilçilikli urşy görkezýär.” Bu üç wekilçilikli uruş 40-njy aýatda Amerikanyň Birleşen Ştatlarynyň “arabalar, gämiler we atlylar” hökmünde tanadylmagy bilen başlanýar.</w:t>
      </w:r>
    </w:p>
    <w:p>
      <w:pPr>
        <w:pStyle w:val="ArticleBody"/>
        <w:jc w:val="left"/>
      </w:pPr>
      <w:r>
        <w:rPr>
          <w:rFonts w:ascii="Times New Roman" w:hAnsi="Times New Roman" w:eastAsia="Times New Roman" w:cs="Times New Roman"/>
        </w:rPr>
        <w:t>11-nji aýat we onuň biziň eýýamymyzdan öňki 217-nji ýylda Rafia söweşinde bolan taryhy amala aşmasy bilen görkezilen indiki proksi urşy, günortanyň patyşasy bolan Müsüriň Ptolemeý IV Filopatory bilen Selewkiler imperiýasynyň Antiokh Beýigi, ýagny Antiokh Magnus hem diýlip atlandyrylýan hökümdarynyň arasynda boldy. Antiokh, demirgazykdaky patyşalygynyň ýeňlişe sezewar edilendigi we mülklerinden mahrum bolandygy sebäpli Müsüre garşy jogap urşuny alyp baryp, günortadaky patyşalygyň ozal onuň patyşalygyndan basyp alan ähli ýerlerini gaýtadan ele geçirende, 10-njy aýaty amala aşyrdy. Ol muny etdi, emma Müsüriň serhedinde saklandy; şeýlelikde 10-njy aýaty amala aşyrdy we 1989-njy ýylyň nusgasyny emele getirdi.</w:t>
      </w:r>
    </w:p>
    <w:p>
      <w:pPr>
        <w:pStyle w:val="ArticleScripture"/>
        <w:jc w:val="left"/>
      </w:pPr>
      <w:r>
        <w:rPr>
          <w:rFonts w:ascii="Times New Roman" w:hAnsi="Times New Roman" w:eastAsia="Times New Roman" w:cs="Times New Roman"/>
        </w:rPr>
        <w:t>Emma onuň ogullary joşup galarlar we köp sanly beýik goşunlary ýygnarlar; olaryň biri hökman gelip, sil kimin joşup geçer; soňra ol gaýdyp gelip, öz galasyna çenli joşup galar. Daniel 11:10.</w:t>
      </w:r>
    </w:p>
    <w:p>
      <w:pPr>
        <w:pStyle w:val="ArticleBody"/>
        <w:jc w:val="left"/>
      </w:pPr>
      <w:r>
        <w:rPr>
          <w:rFonts w:ascii="Times New Roman" w:hAnsi="Times New Roman" w:eastAsia="Times New Roman" w:cs="Times New Roman"/>
        </w:rPr>
        <w:t>Ikinji wekili uruş Rafa söweşi boldy. Rafa “serhet ýakasy” diýmegi aňladýar. Şol söweş meýdany Antihusyň 10-njy aýatda agzalýan öňki çozuşyny bes eden ýerini görkezýär. Üç wekili uruş hakykat tarapyndan dolandyrylýar; şu manyda, birinji wekili uruş soňky wekili uruş bilen gabat gelýär. Üç urşuň hemmesi — 10-njy, 11-nji aýatlar we soňra 13–15-nji aýatlardaky üçünji uruş — ilkinji ýerine ýetirişinde şol bir taryhy şahs tarapyndan alnyp barylýar. Antihus Magnus üç söweşiň hersinde hem bar bolup, pygamberlik taýdan olary bir hatara baglaýar. Antihus birinji we soňky söweşlerde ýeňýär, emma ortaky söweşde däl; ol ýerde günortanyň patyşasy üstün çykýar.</w:t>
      </w:r>
    </w:p>
    <w:p>
      <w:pPr>
        <w:pStyle w:val="ArticleBody"/>
        <w:jc w:val="left"/>
      </w:pPr>
      <w:r>
        <w:rPr>
          <w:rFonts w:ascii="Times New Roman" w:hAnsi="Times New Roman" w:eastAsia="Times New Roman" w:cs="Times New Roman"/>
        </w:rPr>
        <w:t>Rafiýanyň serhet ýurt manysyny aňladyşy ýaly, Ukraina hem şony aňladýar. Ilki Rafiýa söweşinde ýerine ýeten ikinji proksi söweş indi Ukrainadaky uruşda ýerine ýetýär. Wladimir Putin günortanyň patyşasydyr, ol ilkinji häzirki zaman günorta patyşasy Wladimir Leniniň pygamberlik neslinden gelýär. Putin gaýta-gaýta Russiýanyň Ukraina bolan jogabynyň jedelli bir ylalaşyga esaslanýandygyny öňe sürdi; şol ylalaşyga görä, Germaniýanyň gaýtadan birleşmeginden soň, NATO öňki SSSR-iň çägine mundan beýläk giňelmeli däldi. Putiniň maksady 5–9-njy aýatlardaky Ptolemeýiň maksadyny we 1797-nji ýylda Napoleonyň maksadyny gaýtalaýar. Bu üç günorta patyşasynyň hem bary demirgazygyň patyşasyna garşy hereketlerini bozulan şertnama esasynda esaslandyrýarlar.</w:t>
      </w:r>
    </w:p>
    <w:p>
      <w:pPr>
        <w:pStyle w:val="ArticleBody"/>
        <w:jc w:val="left"/>
      </w:pPr>
      <w:r>
        <w:rPr>
          <w:rFonts w:ascii="Times New Roman" w:hAnsi="Times New Roman" w:eastAsia="Times New Roman" w:cs="Times New Roman"/>
        </w:rPr>
        <w:t>Işaýa 23-e görä, papalyk häkimiýetini aňladýan Tiriň jelep aýaly bir patyşanyň günleri kimin ýetmiş ýyllyk möhletde unudylar; bu bolsa gaýtalap görkezilişi ýaly, Mukaddes Kitap pygamberliginiň altynjy patyşalygynyň, Ylham 13-däki ýer haýwanynyň (Amerikanyň Birleşen Ştatlary) höküm sürýän döwrüdir.</w:t>
      </w:r>
    </w:p>
    <w:p>
      <w:pPr>
        <w:pStyle w:val="ArticleScripture"/>
        <w:jc w:val="left"/>
      </w:pPr>
      <w:r>
        <w:rPr>
          <w:rFonts w:ascii="Times New Roman" w:hAnsi="Times New Roman" w:eastAsia="Times New Roman" w:cs="Times New Roman"/>
        </w:rPr>
        <w:t>Şol günde şeýle bolar: Tir ýetmiş ýyl ýatdan çykarylar, bir patyşanyň günlerine görä; ýetmiş ýylyň soňunda Tir jelep ýaly aýdym aýdyp başlar. Arfaňy al, şäheri aýlan, eý ýatdan çykarylan jelep; süýji saz çal, köp aýdymlary aýt, şeýdip seni ýatlasynlar. Şeýle bolar: ýetmiş ýylyň soňunda Reb Tir bilen iş salyşar, ol öz hakyna gaýdyp, ýer ýüzündäki dünýäniň ähli patyşalyklary bilen zyna eder. Işaýa 23:15–17.</w:t>
      </w:r>
    </w:p>
    <w:p>
      <w:pPr>
        <w:pStyle w:val="ArticleBody"/>
        <w:jc w:val="left"/>
      </w:pPr>
      <w:r>
        <w:rPr>
          <w:rFonts w:ascii="Times New Roman" w:hAnsi="Times New Roman" w:eastAsia="Times New Roman" w:cs="Times New Roman"/>
        </w:rPr>
        <w:t>Simwolik ýetmiş ýyllyk döwür 1798-nji ýyldan başlap, 40-njy aýatda beýan edilýän taryh bolan ýekşenbe kanunyna çenli dowam edýär. Ahlaksyz aýal diňe ýetmiş ýylyň ahyrynda, ýagny ýekşenbe kanunynyň golaýlaşmagynda täzeden peýda bolýar. Şol sebäpli, 10–15-nji aýatlardaky üç söweşiň urşy papalyk häkimiýetiniň bir wekiliniň üsti bilen amala aşyrylýar, çünki bu döwürde ol pygamberlik taýdan unudylan hasap edilýär.</w:t>
      </w:r>
    </w:p>
    <w:p>
      <w:pPr>
        <w:pStyle w:val="ArticleBody"/>
        <w:jc w:val="left"/>
      </w:pPr>
      <w:r>
        <w:rPr>
          <w:rFonts w:ascii="Times New Roman" w:hAnsi="Times New Roman" w:eastAsia="Times New Roman" w:cs="Times New Roman"/>
        </w:rPr>
        <w:t>Ilkinji we soňky wekâletli söweşlerde demirgazygyň patyşasy günortanyň patyşasyndan üstün çykýar. Ortaky söweşde bolsa günortanyň patyşasy demirgazygyň patyşasyndan üstün çykýar. Rafiýa söweşi 11-nji aýatyň ilkinji taryhy ýerine ýetmesi bolupdy, we şol aýat bilen onuň taryhy ýerine ýetmesi papalyk Rimiň üç ýarym pygamberlik güni dowam eden hökümdarlygynyň parallel bölümleri bilen birleşdirilmeli iki şaýatlygy emele getirýär. Şeýlelikde, Daniel 11-iň içinde ýerleşýän iki Mukaddes Ýazgy bölümi, olaryň taryhy ýerine ýetmeleri bilen bilelikde, 11-nji aýatyň serhet ýurdundaky söweşiniň pygamberlik häsiýetlerini beýan edýär; ol ilkinji gezek Rafiýa söweşinde, soň bolsa ahyrzamanyň döwründe 1798-nji ýylda ýene-de ýerine ýetdi.</w:t>
      </w:r>
    </w:p>
    <w:p>
      <w:pPr>
        <w:pStyle w:val="ArticleBody"/>
        <w:jc w:val="left"/>
      </w:pPr>
      <w:r>
        <w:rPr>
          <w:rFonts w:ascii="Times New Roman" w:hAnsi="Times New Roman" w:eastAsia="Times New Roman" w:cs="Times New Roman"/>
        </w:rPr>
        <w:t>Şu şaýatlyk setirleri Wladimir Putiniň häzirki zaman günorta patyşasynyň iň soňky Wladimiridigini tassyklaýar. “Wladimir” köplenç “dünýäniň hökümdary” diýlip kesgitlenýär, emma mir sözi dogry manyda “jemgyýet” hem diýmekdir. Şonuň üçin Wladimir “jemgyýetiň hökümdary” ýa-da “kommunizmiň hökümdary” diýmekdir. Putin Ukrainadaky gatnaşygyny Germaniýanyň birleşmeginden soň ylalaşylan serhetlerden aňryk NATO-nyň giňelmegi baradaky aladalaryny öz içine alýan bozulan ylalaşyga esaslandyrýar. Putiniň ugry Zelenskiýe we Ukraina garşy gönükdirilişi ýaly, NATO-a we ÝB-a garşy hem şonça gönükdirilendir. Putiniň NATO-dan azat bolup galmalydygyny nygtaýan çäklerine NATO-nyň we ÝB-nyň aralaşmagy, Selewkiler patyşasy müsürli gelin şa gyzyny öňki aýaly üçin bir gapdala goýanda Ptolemeýiň gazabyna meňzeşdir. Şol bozulan ähtnama 1797-nji ýylda bozulan Tolentino Şertnamasyna işarat edip öňe görkezýärdi. Daniýel 11-de, günorta patyşasy demirgazyk patyşasyndan üstün çykanda, bu bir bozulan ähtnamany öz içine alýar.</w:t>
      </w:r>
    </w:p>
    <w:p>
      <w:pPr>
        <w:pStyle w:val="ArticleBody"/>
        <w:jc w:val="left"/>
      </w:pPr>
      <w:r>
        <w:rPr>
          <w:rFonts w:ascii="Times New Roman" w:hAnsi="Times New Roman" w:eastAsia="Times New Roman" w:cs="Times New Roman"/>
        </w:rPr>
        <w:t>Bu bozulan ylalaşyk Germaniýa gaýtadan birleşdirilende ÝB-niň NATO-nyň öz serhetlerinden daşary giňelmegini çäklendirmäge islegsiz bolmagy bilen baglanyşyklydyr. Şu manyda, günortanyň patyşasy bolan Putin özüniň wekili güýji arkaly görkezilýän demirgazygyň patyşasyna garşy söweş alyp barýar. Edil Ikinji jahan urşunyň nasistleri Katolik kilisesiniň wekili bolşy ýaly, Ukrainanyň nasistleri hem 10–15-nji aýatlaryň ikinji wekili urşunyň nyşanyna öwrülýärler. Üç jahan urşy we üç wekili uruş — hem-de iki hatarda-da, nasistler orta çaknyşyk döwründe Katolik kilisesiniň wekili hökmünde çykyş edýärler.</w:t>
      </w:r>
    </w:p>
    <w:p>
      <w:pPr>
        <w:pStyle w:val="ArticleBody"/>
        <w:jc w:val="left"/>
      </w:pPr>
      <w:r>
        <w:rPr>
          <w:rFonts w:ascii="Times New Roman" w:hAnsi="Times New Roman" w:eastAsia="Times New Roman" w:cs="Times New Roman"/>
        </w:rPr>
        <w:t>Bu wekili söweşleriň ilkinji üç asyl taryhy berjaý boluşynda Antiohus Magnus her bir söweşde bardy. “Antiohus” adynyň etimologiýasynyň hem-de demirgazygyň patyşasy hökmünde Selewkiler şalygy bilen baglanyşykly nyşanlygyň Antiohusy antihristiň — Rimiň papasynyň — nyşany hökmünde kesgitleýändigi ençeme gezek görkezildi. Emma bu üç wekili söweşiň taryhynda Tiriň jelep zenany unudylýar, şonuň üçin “Antiohus” adynda görkezilen “papanyň” nyşany onuň wekili güýjüni aňladýar. Birinji we soňky söweşlerde Rimiň tabşyryklaryny aç-açan ýerine ýetirýän Birleşen Ştatlardyr. 11-nji aýatda bolsa wekili güýç Ukrainanyň nasizmi bolup görünýär, ýöne Zelenskiýni söweşde direg eden hem, häzir hem direg edip duran zat Birleşen Ştatlaryň gämileri we söweş arabalarydy. Ikinji wekili söweşiň ýüzki gatlagynda Birleşen Ştatlar gizlenendir, edil Işaýa 23-däki ýetmiş ýylyň dowamynda papanyň gizlenşi ýaly. Birleşen Ştatlar hut özüniň janawaryň ähli häsiýetlerini ösdürýän taryhynyň özünde gizlenendir; şonuň üçin pygamberlik taýdan, ikinji wekili söweş başlanyp gidenden soň, Birleşen Ştatlaryň Ukrainadaky nasizmiň wekili güýji bilen örtülmegi ýerliklidir, hernäçe şeýle bolsa-da, olaryň heläkçiligine çenli Ukrainany direg edip duran zat ýeriň janawarynyň harby we ykdysady gudraty bolmagynda galýar.</w:t>
      </w:r>
    </w:p>
    <w:p>
      <w:pPr>
        <w:pStyle w:val="ArticleBody"/>
        <w:jc w:val="left"/>
      </w:pPr>
      <w:r>
        <w:rPr>
          <w:rFonts w:ascii="Times New Roman" w:hAnsi="Times New Roman" w:eastAsia="Times New Roman" w:cs="Times New Roman"/>
        </w:rPr>
        <w:t>Günortanyň patyşasy Babilona baryp, demirgazygyň patyşasyny ýesir alanda, hem-de General Bertýe papaň özüni ýesir alanda, ol göni Watikana giripdi; bu bolsa, Ukrainadaky urşuň, Ukraina tarapyndan her hili garşylyk ýok ediljek bir wagtda, Putiniň ýeňşi bilen tamamlanjakdygyny aňladýar. Ptolemeýiň ele geçiren patyşalygy Babil bolupdy, Napoleonyň ele geçiren patyşalygy bolsa ruhy Babil bolupdy. Şeýlelikde, Zelenskiniň patyşalygy oňa goldaw berýän şol tabynlyklar arkaly görkezilýär. Indi Tramp ýer ýüzüniň ýyrtyjysynyň söweş arabalarynyň, atlylarynyň we gämileriniň goldawyny yzyna çekenden soň, Ukrainanyň goldawy ÝB-dir; hut şol topar Putiniň NATO-nyň öňe süýşmegi bilen bagly bozulyp gidilen şertnama hakyndaky talaplaryny diňlemäge islegsiz bolupdy.</w:t>
      </w:r>
    </w:p>
    <w:p>
      <w:pPr>
        <w:pStyle w:val="ArticleBody"/>
        <w:jc w:val="left"/>
      </w:pPr>
      <w:r>
        <w:rPr>
          <w:rFonts w:ascii="Times New Roman" w:hAnsi="Times New Roman" w:eastAsia="Times New Roman" w:cs="Times New Roman"/>
        </w:rPr>
        <w:t>ÝB-niň ýewrokratlaryna ýol görkezýän pelsepe Greenpeace hereketidir. Şu sebäpli, Zelenskyy “ýaşyl” diýmegi aňladýar. Zelenskyy ekologiýaçylygyň akylsyz ählumumy gün tertibi tarapyndan ugrukdyrylýan ÝB-niň uruş höwesjeňleriniň nyşanlaýyn başydyr. Ukraina urşy tamamlananda, Putin diňe bir Ukrainanyň üstünden däl, eýsem tutuş ÝB-niň we NATO-nyň üstünden gazanylan ýeňşi hem bellär.</w:t>
      </w:r>
    </w:p>
    <w:p>
      <w:pPr>
        <w:pStyle w:val="ArticleBody"/>
        <w:jc w:val="left"/>
      </w:pPr>
      <w:r>
        <w:rPr>
          <w:rFonts w:ascii="Times New Roman" w:hAnsi="Times New Roman" w:eastAsia="Times New Roman" w:cs="Times New Roman"/>
        </w:rPr>
        <w:t>Şonuň üçin hem, üç sany ynançly uruş hakykatyň nyşanyna eýedir. Birinji we soňky ynançly uruşda günortanyň patyşasy Ylham kitaby on üçde görkezilen deňiz haýwany bilen ýer haýwanynyň arasyndaky bileleşik arkaly ýeňlişe sezewar edilýär. Başlangyçda demirgazygyň patyşasynyň ýeňşi konserwatiw, Watikan I-e degişli papanyň bileleşigi arkaly amala aşyryldy; ol katoliklik rowaýatynyň Fatima syrlary baradaky çäginde ak ýa-da gowy papa hasaplanýar. Häzirki papa bolsa, men muny ýazýan mahalym ölüm düşegindedir; ol Watikan II-ä degişli, liberal papadyr we Fatima syrlarynyň çäginde gara ýa-da erbet papa hasaplanýar.</w:t>
      </w:r>
    </w:p>
    <w:p>
      <w:pPr>
        <w:pStyle w:val="ArticleBody"/>
        <w:jc w:val="left"/>
      </w:pPr>
      <w:r>
        <w:rPr>
          <w:rFonts w:ascii="Times New Roman" w:hAnsi="Times New Roman" w:eastAsia="Times New Roman" w:cs="Times New Roman"/>
        </w:rPr>
        <w:t>On dördünji aýat, “öz halkyňdaky talaňçylar” özlerini ýokary galdyryp, soňra ýykylanda, pygamberlik taryhyna girenlerinde, görnüşiň berkarar edilýändigini kesgitleýär. Miladydan öň 200-nji ýylda Panium söweşinde on üçünji aýatdan on bäşinji aýada çenli aýatlaryň amala aşmagynda, butparaz Rim hut şol söweşe degişli meseleleriň içine özüni goşdy. Panium söweşine degişli bolan şol üç aýatda, on dördünji aýat görnüşiň Rim tarapyndan berkarar edilýändigini kesgitleýär.</w:t>
      </w:r>
    </w:p>
    <w:p>
      <w:pPr>
        <w:pStyle w:val="ArticleBody"/>
        <w:jc w:val="left"/>
      </w:pPr>
      <w:r>
        <w:rPr>
          <w:rFonts w:ascii="Times New Roman" w:hAnsi="Times New Roman" w:eastAsia="Times New Roman" w:cs="Times New Roman"/>
        </w:rPr>
        <w:t>Panium söweşiniň taryhynda, Watikan I-e ygrarly, konserwatiw ak papa ozal Watikan I-e ygrarly bir konserwatiw papa bilen bileleşik guran, Reagan döwründe başlan sekiz prezidentiň iň soňkusy bilen güýçlerini birleşdirer. Olar muny 1989-njy ýylda öňki SSSR-ni ýykmak üçin etdiler, ahyrsoňunda bolsa edil şol patyşalygyň iň soňky hökümdaryny ýykmak üçin şeýle ederler.</w:t>
      </w:r>
    </w:p>
    <w:p>
      <w:pPr>
        <w:pStyle w:val="ArticleBody"/>
        <w:jc w:val="left"/>
      </w:pPr>
      <w:r>
        <w:rPr>
          <w:rFonts w:ascii="Times New Roman" w:hAnsi="Times New Roman" w:eastAsia="Times New Roman" w:cs="Times New Roman"/>
        </w:rPr>
        <w:t>Reýganyň ýyllarynda we papa Ioann Pawel II bilen ABŞ-nyň arasyndaky bileleşik şertlerinde, Ioann Pawel II özüniň Fatimanyň pygamberliklerinde aýdylan şol ýagşy papa bolandygyna ynanyp başlady. Şol ynamdan herekete gelibem, Fatimanyň öňünden aýdylanlarynyň berjaý bolýandygy diýip düşünen zadyny ilerletmek üçin ol dünýäni aýlanyp gezmäge başlady. Şeýle etmek bilen, ol taryhda iň köp syýahat eden papa boldy, şeýle hem Ylham kitaby on üçüň «bütin dünýäniň haýwanyň yzyndan haýran galjak wagty bolar» diýen öňünden aýdyşyny berjaý edişi ýaly, ähli döwürleriň iň köp tanalan papasy boldy. Papa Ioann Pawel II-niň jemgyýetçilik öňündäki keşbi, ABŞ-nyň soňky prezidenti bilen bileleşige girýän, Watikan I-niň konserwatiw papasyny häsiýetli görnüşde beýan edýär.</w:t>
      </w:r>
    </w:p>
    <w:p>
      <w:pPr>
        <w:pStyle w:val="ArticleBody"/>
        <w:jc w:val="left"/>
      </w:pPr>
      <w:r>
        <w:rPr>
          <w:rFonts w:ascii="Times New Roman" w:hAnsi="Times New Roman" w:eastAsia="Times New Roman" w:cs="Times New Roman"/>
        </w:rPr>
        <w:t>Şonuň üçin, Reýgan döwründäki häzirki zamandaky papanyň pygamberlik aýratynlyklarynyň biri şudur: onuň jemgyýet öňündäki keşbi ýolgörkezijilik alamaty hökmünde bellenýän bir nokat bar. Şol alamat on dördünji aýatda görkezilýär, ýagny seniň halkyňyň talaňçylary aýanlygy berkarar edenlerinde. Papa Ioann Pawel II bütin dünýäniň haýranlyk bilen yzyna düşen papa bolmak diýen pygamberlik aýratynlygyny ýerine ýetirýär; şeýlelikde ol Trump bilen bileleşige girýän, ahyrzamanyň muhafazakär Watikan I papasyna öňe görkezýär. Şol waka bolanda, aýanlyk berkarar edilýär, aýanlygy berkarar edýän zat bolsa papanyň özüni Paniýumyň taryhyna we b.e. öňki 200-nji ýyla girizmegidir.</w:t>
      </w:r>
    </w:p>
    <w:p>
      <w:pPr>
        <w:pStyle w:val="ArticleBody"/>
        <w:jc w:val="left"/>
      </w:pPr>
      <w:r>
        <w:rPr>
          <w:rFonts w:ascii="Times New Roman" w:hAnsi="Times New Roman" w:eastAsia="Times New Roman" w:cs="Times New Roman"/>
        </w:rPr>
        <w:t>Sekiz başkanın başlangıcı, sekiz başkanın sonunu gözler önüne serer; ve on altıncı ayetin Pazar yasasından hemen önce, unutulmuş olan Sur’un fahişesi, Reagan’ın muadili Donald Trump ile ittifak kurarken tarihin açık sahnesine geri döner. Antiyohus ile Makedonyalı Filip’in ittifakıyla temsil edildiği üzere, birlikte çocuk kral Batlamyus’la simgelenen güney krallığının son neslini yere sererler. Kutsal Kitap peygamberliğinde bir çocuk, son neslin simgesidir; ve Ukrayna savaşından sonra Putin, askerî zaferlerden dolayı yüceltilen ve kilise ile devlet arasındaki bir tür ikilemde yollarını kaybeden güney krallarının tarihini tekrarlayacaktır.</w:t>
      </w:r>
    </w:p>
    <w:p>
      <w:pPr>
        <w:pStyle w:val="ArticleBody"/>
        <w:jc w:val="left"/>
      </w:pPr>
      <w:r>
        <w:rPr>
          <w:rFonts w:ascii="Times New Roman" w:hAnsi="Times New Roman" w:eastAsia="Times New Roman" w:cs="Times New Roman"/>
        </w:rPr>
        <w:t>Şeýlelik bilen, onunjy aýat 1989-njy ýyly we ilkinji proksi urşy aňladyp, başlangyjy, ýagny ýewreý elipbiýiniň birinji harpyny görkezýär. On birinji aýatda beýan edilýän Rafiýa söweşi, Ukraina urşuny aňladyp, ýewreý elipbiýiniň on üçünji harpydyr. 13 sany pitneçiligiň nyşanydyr, Ukraina urşundaky proksi goşun bolsa häzirki dünýäde pitneçiligiň iň baş nyşany bolan nasistlerdir. Paniýum ýewreý elipbiýiniň iň soňky harpydyr; bu elipbiý ýigrimi iki harpdan ybaratdyr. Şeýlelik bilen, elipbiýiň birinji, on üçünji we ýigrimi ikinji harplaryny birleşdirip döredilýän ýewreýçe “hakykat” sözi, şu üç proksi urşuň gurluşyny hakykat hökmünde kesgitleýär. Ýewreý elipbiýiniň ýigrimi ikinji we iň soňky harpy, ylahylygyň ynsanlyk bilen birleşdirilmeginiň nyşanydyr, hem-de ýakyn geljekde Paniýum söweşiniň amal bolmagy Trampyň prezidentligi döwründe bolup geçýär. Tramp iki möhlet hyzmat eden ýigrimi ikinji prezidentdir.</w:t>
      </w:r>
    </w:p>
    <w:p>
      <w:pPr>
        <w:pStyle w:val="ArticleBody"/>
        <w:jc w:val="left"/>
      </w:pPr>
      <w:r>
        <w:rPr>
          <w:rFonts w:ascii="Times New Roman" w:hAnsi="Times New Roman" w:eastAsia="Times New Roman" w:cs="Times New Roman"/>
        </w:rPr>
        <w:t>Panium iki esse şaýatlygy iki esse bileleşige eýedir, we iki salgylanmada-da şol bileleşik iki tarapyň arasyndaky iýerarhik gatnaşygy kesgitleýän bir bileleşigi aňladýar. Filip bilen Antiohusyň arasyndaky bileleşik strategik häsiýete eýe bolup, onuň maksady gündogar Ortaýer deňzinde Ptolemeýleriň we Rim täsiriniň öňüni almakdy. Şeýle-de bolsa, olaryň hyzmatdaşlygy Panium söweşiniň özüne gönükdirilmändi — Antiohus bu ýörişi özbaşdak alyp bardy, Filipiň göni harby gatnaşygy bolmazdan. Filipiň orny has gytaklaýyn bolup, ol Gresiýada we Egeý deňzinde Rimiň we Ptolemeýleriň ýaranlaryny güýmelemek arkaly syýasy we strategik goldaw berdi, şeýlelikde Antiohusa Köle-Siriýa ünsüni jemlemäge mümkinçilik berdi. Taryhçylaryň ählisi bileleşikde has güýçlüniň Antiohus bolandygyny we söweşi hakykatda diňe Antiohusyň alyp barandygyny belleýärler. Olaryň bileleşigi Aleksandryň öňki patyşalygy bilen baglanyşykly has giň sebite degişlidi. Şonuň üçin hem, Mesih adamlaryň arasynda gezip ýören döwründe Paniumyň ady bolan Kesariýa-Filippi ady bilen şekillendirilişi ýaly, bu bileleşigiň baştutan ýolbaşçysy we oňa tabyn pes derejeli tarapy bar. Şeýlelikde, Kesariýa-Filippi Antiohus we Filip bilen gabat gelýär, çünki bu bileleşikde has güýçli tarap Sezar Avgust we tetrarh Hirod Filip arkaly alamatlandyrylan Sezardy.</w:t>
      </w:r>
    </w:p>
    <w:p>
      <w:pPr>
        <w:pStyle w:val="ArticleBody"/>
        <w:jc w:val="left"/>
      </w:pPr>
      <w:r>
        <w:rPr>
          <w:rFonts w:ascii="Times New Roman" w:hAnsi="Times New Roman" w:eastAsia="Times New Roman" w:cs="Times New Roman"/>
        </w:rPr>
        <w:t>“Tetrarh” sözi dördün bir böleginiň üstünden höküm sürýän diýmegi aňladýar. Sezar bütin patyşalygy dolandyrýardy, Filip bolsa bir çägiň dördün bir böleginiň üstünden höküm sürýärdi; şeýlelik bilen, Filipiň nyşany Panium we Kesariýa-Filippi bileleşiklerinde subýektiw gatnaşyga ýerleşdirilýär. Hirod Filipde biz iki gan nesliniň nyşanyny görýäris; olaryň ikisi-de Hudaý bilen baglaşylan ähtiň bozulandygyny alamatlandyrýan nyşanlardyr. Şeýle hem biz Aleksandryň patyşalygynyň dört bölege, ýagny dört tetrarha bölünişiniň dördün bir bölegi bilen bagly ýaňlanmalary görýäris. Filip “atlary söýýän” diýmegi aňladýar.</w:t>
      </w:r>
    </w:p>
    <w:p>
      <w:pPr>
        <w:pStyle w:val="ArticleBody"/>
        <w:jc w:val="left"/>
      </w:pPr>
      <w:r>
        <w:rPr>
          <w:rFonts w:ascii="Times New Roman" w:hAnsi="Times New Roman" w:eastAsia="Times New Roman" w:cs="Times New Roman"/>
        </w:rPr>
        <w:t>Ukraina urşunyň tamamlanmagynda berjaý bolýan Panion söweşinde Beýik Antioh ýaly Birleşen Ştatlar Russiýany ýeňer we Filip arkaly şekillendirilen has kiçi bir tarap bilen bileleşige girer. Şol has kiçi tarap gatnaşygy bolar, emma söweşe göni gatnaşmaz. Söweş ABŞ bilen Putiniň arasynda bolar; ol, görnüşine görä, Rafiýa söweşinden soň Ptolemeý IV Filopator arkaly hem-de Ýahudanyň patyşasy Uzziýa arkaly görkezilişi ýaly, Putiniň gyjynmasy we tekepbirligi netijesinde ýüze çykan dini dawa bilen göni baglanyşykly bolar. Ptolemeý bilen Uzziýa günorta patyşalarydy; olar harby üstünligi sebäpli tekepbirlige göterilip, soň diňe ruhanylar tarapyndan ýerine ýetirilmegi gerek bolan mukaddes işi öz üstlerine almak islediler. Uzziýa bu synanyşygy üçin heýwere keseline uçrady, Ptolemeý bolsa gazaba münüp, Aleksandriýada 50,000 ýewreýi gyrdy.</w:t>
      </w:r>
    </w:p>
    <w:p>
      <w:pPr>
        <w:pStyle w:val="ArticleBody"/>
        <w:jc w:val="left"/>
      </w:pPr>
      <w:r>
        <w:rPr>
          <w:rFonts w:ascii="Times New Roman" w:hAnsi="Times New Roman" w:eastAsia="Times New Roman" w:cs="Times New Roman"/>
        </w:rPr>
        <w:t>On üçünji aýat jemagatyň häzirki zaman patyşasynyň, ýa-da kommunizmiň ahyrky nesli bolan Wladimir Putiniň Russiýasy bilen ABŞ-nyň arasyndaky söweşi kesgitleýär. Trump bu söweşde üstün çykýar, ýöne muny ol patyşalygyň dörtden bir böleginden bolan, aslynda söweşde ýok bir ýarany bilen edýär. Häzirki wakalaryň şaýatlyk edişi ýaly, biz on birinji aýadyň jemlenmegine golaýladyk. Rafiýa arkaly şekillendirilişi ýaly, Putin Ukraina garşy ýeňişli bolar. Soňra ol, heýwere keseli sebäpli ölýänçä bir öýe ýerleşdirilen Uzzýanyň üsti bilen şekillendirilişi ýaly, kem-kemden heläkçilige ýüz urup başlar. Miladydan öňki 217-nji ýylda Rafiýadaky ýeňşinden soň, Ptolemeý IV Filopatoryň hökümdarlygy korrupsiýa, isripçilik we ynamsyz geňeşçilere bil baglamagy sebäpli peselip başlady. Ol miladydan öňki 204-nji ýylda, ýaş ogly Ptolemeý V üçin häkimiýeti üpjün etmek maksady bilen guralan dildüwşügiň bir bölegi hökmünde, ähtimal, ministrleri Sosibius we Agathokles tarapyndan öldürildi ýa-da zäherlendi. Bu tolgunyşykly soňy Ellinistik şa köşklerinde adaty bolan durnuksyzlygy we pitnäni şöhlelendirýär hem-de Ptolemeý Müsüriň pese gaçyşynda möhüm öwrüm nokadyny belleýär.</w:t>
      </w:r>
    </w:p>
    <w:p>
      <w:pPr>
        <w:pStyle w:val="ArticleBody"/>
        <w:jc w:val="left"/>
      </w:pPr>
      <w:r>
        <w:rPr>
          <w:rFonts w:ascii="Times New Roman" w:hAnsi="Times New Roman" w:eastAsia="Times New Roman" w:cs="Times New Roman"/>
        </w:rPr>
        <w:t>Aleksandryň ölüminden soň dünýä agalygy ugrunda bolan göreşde ýüze çykan göni manysyndaky ýerine ýetirişler arkaly öňden nyşanlanan günorta patyşasynyň ruhy taýdan ýerine ýetirilmeginiň bir alamaty “reýwolýusiýadyr.” Fransiýa Fransuz rewolýusiýasy döwründe ruhy günorta patyşasy bolýar. Häzirki zaman günorta patyşasy bolan Russiýa Rus rewolýusiýasynda dünýä indi. Fransuz rewolýusiýasyna girizilen pelsepäniň Fransuz rewolýusiýasynyň anarhiýasyndan Sowet rewolýusiýasynyň kommunizmine çenli kämilleşmegi günorta patyşasynyň bir alamatydyr. Kommunizm reýwolýusiýalar arkaly bütin dünýä ýaýrady.</w:t>
      </w:r>
    </w:p>
    <w:p>
      <w:pPr>
        <w:pStyle w:val="ArticleBody"/>
        <w:jc w:val="left"/>
      </w:pPr>
      <w:r>
        <w:rPr>
          <w:rFonts w:ascii="Times New Roman" w:hAnsi="Times New Roman" w:eastAsia="Times New Roman" w:cs="Times New Roman"/>
        </w:rPr>
        <w:t>Häzirki zamanlarda Merkezi aňtaw gullugy (CIA) hökümete degişli bolmadyk guramalary ulanmak arkaly dünýäniň çar ýanyndaky milletleri agdarmak ugrunda iş alyp bardy, we olaryň gaýtalap ulanan ädimme-ädim meýilnamasy “reňkli ynkylaplar” diýlip atlandyrylýar. Günortanyň patyşasy aždaha güýjüdir, globalistler hem aždaha güýjüdir, we CIA-nyň reňkli ynkylaplary aždaha güýjüniň alamatlarydyr. Ruhy taýdan günortanyň patyşasy hökmünde Fransiýanyň taryhy şol aýratyn pygamberlik ugrunyň tamamlanşyny alamatlandyrýan özboluşly bir taryha eýedir.</w:t>
      </w:r>
    </w:p>
    <w:p>
      <w:pPr>
        <w:pStyle w:val="ArticleBody"/>
        <w:jc w:val="left"/>
      </w:pPr>
      <w:r>
        <w:rPr>
          <w:rFonts w:ascii="Times New Roman" w:hAnsi="Times New Roman" w:eastAsia="Times New Roman" w:cs="Times New Roman"/>
        </w:rPr>
        <w:t>Şol netije Napoleonyň üsti bilen şekillendirilýär. Fransuz rewolýusiýasy Fransiýanyň günortanyň patyşasy hökmünde başlangyjyny alamatlandyrýar, Napoleon bolsa onuň soňuny alamatlandyrýar. Taryhçylar Napoleony öz Waterloosyna alyp baran ädimleriň bir tapgyryny kesgitleýärler; şeýlelikde olar ilkinji ruhy günortanyň patyşasynyň, Wawilon bilen Belşazaryň bir gije içinde ele alynmagyna garşylyklylykda, kem-kemden tamamlanandygyny görkezýärler. Häzirki zaman günortanyň patyşasynyň ilkinji Wladimiri bolan Wladimir Lenin iki ýyllyk döwürde birnäçe insultlaryň netijesinde aradan çykdy. Käbirleri Iosif Staliniň ony zäherländigini çaklaýarlar; edil käbirleriniň Ptolemeý IV-niň öz geňeşçileri tarapyndan zäherlenendigini çaklaýşy ýaly. Sowet Soýuzy arkaly şekillendirilen häzirki zaman günortanyň patyşasynyň soňy hem bir rewolýusiýa arkaly amala aşyryldy.</w:t>
      </w:r>
    </w:p>
    <w:p>
      <w:pPr>
        <w:pStyle w:val="ArticleBody"/>
        <w:jc w:val="left"/>
      </w:pPr>
      <w:r>
        <w:rPr>
          <w:rFonts w:ascii="Times New Roman" w:hAnsi="Times New Roman" w:eastAsia="Times New Roman" w:cs="Times New Roman"/>
        </w:rPr>
        <w:t>SSSR-iň soňlanmagyna goşant goşan Moskwadaky protest 1991-nji ýylyň awgust aýyndaky döwlet agdarylyşygy synanyşygy döwründäki (1991-nji ýylyň 19–21-nji awgusty) giň gerimli jemgyýetçilik garşylygy boldy. Ak öýüň goragy we Boris Ýelsiniň ýolbaşçylygy töwereginde jemlenen bu waka sowetçi berk ugurçy güýçleri gönüden-göni ejizletdi, režimiň näderejede gowşakdygyny äşgär etdi we SSSR-iň dargamagyny tizleşdirdi. Ozalky Moskwa protestleri (mysal üçin, 1987–1990) hem-de Baltika ýoly (1989) depgini güýçlendiren hem bolsa, 1991-nji ýylyň awgust aýyndaky protestler Moskwada çözgütleýji öwrüm nokady boldy we 1991-nji ýylyň ahyryna çenli Sowet Soýuzynyň dargamagyna getirdi. Russiýanyň günortanyň patyşasy hökmünde başlanşy hem rewolýusiýa bilen başlanýar, hem-de rewolýusiýa bilen tamamlanýar. SSSR-iň soňlanşy patyşalygyň kem-kemden dargamagy boldy; edil Ptolemeý, Uzzýa, Napoleon, hatda Wladimir Lenin bilen hem şeýle bolupdy. Putiniň soňy hem kem-kemden çöküşdir; bu çöküş Ukrainadaky uruş tamamlanan badyna başlanýar. Onuň soňy Paniýum söweşinde getirilýär; şol wagt ABŞ patyşalygyň gözegçiligini öz eline alýar, şol bir wagtyň özünde söweşiň özünde hakykatda bolmadyk bir ýaran tarapyndan goldaw alýar.</w:t>
      </w:r>
    </w:p>
    <w:p>
      <w:pPr>
        <w:pStyle w:val="ArticleBody"/>
        <w:jc w:val="left"/>
      </w:pPr>
      <w:r>
        <w:rPr>
          <w:rFonts w:ascii="Times New Roman" w:hAnsi="Times New Roman" w:eastAsia="Times New Roman" w:cs="Times New Roman"/>
        </w:rPr>
        <w:t>Bu ugurlary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Iki Sany</dc:title>
  <dc:subject>Günorta Patyşasynyň Ýokary Galyşy we Ýykylyşy</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