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Paniýum — Alty Sany</w:t>
      </w:r>
    </w:p>
    <w:p>
      <w:pPr>
        <w:pStyle w:val="ArticleSubtitle"/>
        <w:jc w:val="left"/>
      </w:pPr>
      <w:r>
        <w:rPr>
          <w:rFonts w:ascii="Arial" w:hAnsi="Arial" w:eastAsia="Arial" w:cs="Arial"/>
        </w:rPr>
        <w:t>Danyýel 11-däki pygamberlik ýol belgileri: SSSR-iň dargamagy, Ýekşenbe güni baradaky kanun we häzirki zaman Rimiň ýokary galşy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1989-njy ýylda SSSR-iň dargamagy bilen Danyýel on birinji babyň kyrkynjy aýaty ýerine ýetdi. Kyrk birinji aýat, on altynjy aýat ýaly, Amerikanyň Birleşen Ştatlarynda ýekşenbe kanunydyr. 1989-njy ýyldan Amerikanyň Birleşen Ştatlarynda ýekşenbe kanunyna çenli döwürde kyrkynjy aýat boşdur. 1989-njy ýylda SSSR-iň dargamagy Danyýel on birinji babyň onunjy aýatynda hem görkezilipdi; ol ilki bilen Antiýoh Magnusy tarapyndan ýerine ýetirilipdi.</w:t>
      </w:r>
    </w:p>
    <w:p>
      <w:pPr>
        <w:pStyle w:val="ArticleBody"/>
        <w:jc w:val="left"/>
      </w:pPr>
      <w:r>
        <w:rPr>
          <w:rFonts w:ascii="Times New Roman" w:hAnsi="Times New Roman" w:eastAsia="Times New Roman" w:cs="Times New Roman"/>
        </w:rPr>
        <w:t>Selewkileriň “demirgazygyň patyşasy” bolan beýik Antiýoh III b.e. öň 223–187-nji ýyllarda höküm sürdi we Üçünji Siriýa urşundan (b.e. öň 246–241-nji ýyllar) soň Ptolemeýlerden (“günortanyň patyşasyndan”) ýitirilen ýerleri gaýtaryp almagy maksat edindi. Onuň Dördünji Siriýa urşundaky (b.e. öň 219–217-nji ýyllar) ýörişi Koýlesiriýany, Finikiýany we Palestinany gaýtadan ele geçirmeklige gönükdirilipdi. B.e. öň 219-njy ýylda Antiýoh günorta tarap ýöriş edip, Selewkiýa-in-Pieriýany, Tiri we Ptolemaýsy (Akrany) basyp aldy hem-de kenarýaka berk galalaryny gaýtaryp aldy. B.e. öň 218-nji ýylda ol has öňe ilerläp, Filadelfiýany (Ammany) eýeledi we Müsüriň serhedine tarap gysylyp baryp, Gazanyň aşagyna çenli ýitirilen Selewki ýerlerini gaýtaryp almagy niýet edindi. Antiýoh b.e. öň 218-nji ýylda öz ýörişini togtadyp, gazananlaryny berkitdi we çözgütleýji bir öňe atylyşa taýýarlandy. Ptolemeý patyşasy Ptolemeý IV Filopator, mısyrly goşunlar bilen güýçlendirilen bir goşuny toplap, oňa garşy çykdy. Danyýel kitabynyň on birinji babyndaky onunjy aýat Antiýohuň bu hereketini beýan edýär, şeýlelikde 1989-njy ýylda SSSR-iň dargamagyny öňden alamatlandyrýar we kyrkynjy aýatyň nusgasyny berýär.</w:t>
      </w:r>
    </w:p>
    <w:p>
      <w:pPr>
        <w:pStyle w:val="ArticleScripture"/>
        <w:jc w:val="left"/>
      </w:pPr>
      <w:r>
        <w:rPr>
          <w:rFonts w:ascii="Times New Roman" w:hAnsi="Times New Roman" w:eastAsia="Times New Roman" w:cs="Times New Roman"/>
        </w:rPr>
        <w:t>Emma onuň ogullary herekete gelerler we köp sanly uly goşuny ýygnarlar; olaryň biri hökman gelip, joşup geçer we öňünden geçip gider; soňra ol gaýdyp gelip, öz galasyna çenli ýene-de güýçlenip herekete geler. Daniýel 11:10.</w:t>
      </w:r>
    </w:p>
    <w:p>
      <w:pPr>
        <w:pStyle w:val="ArticleBody"/>
        <w:jc w:val="left"/>
      </w:pPr>
      <w:r>
        <w:rPr>
          <w:rFonts w:ascii="Times New Roman" w:hAnsi="Times New Roman" w:eastAsia="Times New Roman" w:cs="Times New Roman"/>
        </w:rPr>
        <w:t>Kyrk sekizinji aýatdaky demirgazygyň patyşasy “daşyp geçende”, bu onunjy aýatdaky demirgazygyň patyşasynyň “daşyp geçmegi we aradan geçmegi” bilen gabat gelýär. Iki aýatda hem birmeňzeş ýewreý sözleri ulanylýar, olar diňe birneme başgaça terjime edilendir. Bu, Işaýa 8:8-de duş gelýän şol bir aňlatmadyr.</w:t>
      </w:r>
    </w:p>
    <w:p>
      <w:pPr>
        <w:pStyle w:val="ArticleScripture"/>
        <w:jc w:val="left"/>
      </w:pPr>
      <w:r>
        <w:rPr>
          <w:rFonts w:ascii="Times New Roman" w:hAnsi="Times New Roman" w:eastAsia="Times New Roman" w:cs="Times New Roman"/>
        </w:rPr>
        <w:t>Ol Ýahudanyň içinden geçer; joşup-daşaýyp aşar, boýunça ýetip geler; onuň ganatlarynyň ýaýraýşy, eý Immanuwel, seniň ýurduň giňligini doldurar. Işaýa 8:8.</w:t>
      </w:r>
    </w:p>
    <w:p>
      <w:pPr>
        <w:pStyle w:val="ArticleBody"/>
        <w:jc w:val="left"/>
      </w:pPr>
      <w:r>
        <w:rPr>
          <w:rFonts w:ascii="Times New Roman" w:hAnsi="Times New Roman" w:eastAsia="Times New Roman" w:cs="Times New Roman"/>
        </w:rPr>
        <w:t>Üç aýatyň her biri günortanyň bir patyşasynyň demirgazygyň bir patyşasy tarapyndan ýeňilýändigini görkezýär. Demirgazygyň patyşasy Antioh günortanyň patyşasy Ptolemeýden üstün çykýar; edil şonuň ýaly, Senaherib günortanyň patyşasy Ýahudadan üstün çykdy, we edil şonuň ýaly hem kyrkynjy aýatda demirgazygyň patyşasy 1989-njy ýylda SSSR-ni süpürip aýyrdy. Üç aýat, şol aýatlaryň üç taryhy ýerine ýetmesi bilen birlikde, “ahyryň wagtyny” 1989-njy ýylda görkezýär. Şonuň üçin, onunjy aýat 1989-njy ýyl bolup, on altynjy aýat hem, kyrk birinji aýat ýaly, Amerikanyň Birleşen Ştatlarynda ýekşenbe kanunydyr.</w:t>
      </w:r>
    </w:p>
    <w:p>
      <w:pPr>
        <w:pStyle w:val="ArticleBody"/>
        <w:jc w:val="left"/>
      </w:pPr>
      <w:r>
        <w:rPr>
          <w:rFonts w:ascii="Times New Roman" w:hAnsi="Times New Roman" w:eastAsia="Times New Roman" w:cs="Times New Roman"/>
        </w:rPr>
        <w:t>On birden on bäşe çenli aýatlar, şeýle hem taryhy ýerine ýetmesi bolan Mukaddes Ýazgynyň bir bölegidir; bu ýerine ýetme kyrkynjy aýatyň gizlin taryhynyň içindäki belli pygamberlik belliklerini kesgitleýär. Amerikanyň Birleşen Ştatlarynda ýekşenbe kanunyndan öň, ýöne 1989-njy ýyldan soň, Rafiýa söweşi we onuň netijeleri on birinji we on ikinji aýatlarda beýan edilýär, Panium söweşi bolsa on üçünji aýatdan on bäşinji aýata çenli beýan edilýär.</w:t>
      </w:r>
    </w:p>
    <w:p>
      <w:pPr>
        <w:pStyle w:val="ArticleBody"/>
        <w:jc w:val="left"/>
      </w:pPr>
      <w:r>
        <w:rPr>
          <w:rFonts w:ascii="Times New Roman" w:hAnsi="Times New Roman" w:eastAsia="Times New Roman" w:cs="Times New Roman"/>
        </w:rPr>
        <w:t>Ýekşenbe baradaky kanun bellenen wagtdyr; çünki papalygyň ölüm howply ýarasy hut şol ýerde sagalýar, we papa ýer ýüzüniň tagtyna gaýdyp gelýär. Şol ygtyýar berlişi 538-nji ýylda papalygyň tagta çykarylmagy, hem-de Aktium söweşinde butparaz Rimiň tagta çykarylmagy bilen nusgalandyrylypdy. Pygamberlik taýdan tagta çykarylandan soň, butparaz Rim 360 ýyl iň ýokary häkimiýet bilen höküm sürdi. Papalyk 538-nji ýylda tagta çykarylandan soň, ol müň iki ýüz altmyş ýyl iň ýokary häkimiýet bilen höküm sürdi. Ölüm howply ýara Ýekşenbe baradaky kanunda sagaldylan badyna, papalyk nyşanly 42 aý möhletinde iň ýokary häkimiýet bilen höküm sürer.</w:t>
      </w:r>
    </w:p>
    <w:p>
      <w:pPr>
        <w:pStyle w:val="ArticleScripture"/>
        <w:jc w:val="left"/>
      </w:pPr>
      <w:r>
        <w:rPr>
          <w:rFonts w:ascii="Times New Roman" w:hAnsi="Times New Roman" w:eastAsia="Times New Roman" w:cs="Times New Roman"/>
        </w:rPr>
        <w:t>Soň men onuň kelleleriniň biriniň ölümçül ýaralanan ýaly bolandygyny gördüm; onuň ölümçül ýarasy bolsa sagaldy; we tutuş dünýä haýwanyň yzyndan haýran galyp gitdi. Olar haýwana güýç beren aždarhaya sežde etdiler; şeýle hem haýwana sežde edip: «Haýwana kim meňzäp biler? Oňa garşy söweşmäge kimiň güýji ýeter?» diýdiler. Oňa uly zatlary we Hudaýa garşy dil ýetirmeleri aýdýan bir agyz berildi; şeýle hem oňa kyrk iki aý dowam etmäge ygtyýar berildi. Ylham 13:3–5.</w:t>
      </w:r>
    </w:p>
    <w:p>
      <w:pPr>
        <w:pStyle w:val="ArticleBody"/>
        <w:jc w:val="left"/>
      </w:pPr>
      <w:r>
        <w:rPr>
          <w:rFonts w:ascii="Times New Roman" w:hAnsi="Times New Roman" w:eastAsia="Times New Roman" w:cs="Times New Roman"/>
        </w:rPr>
        <w:t>27-nji aýatda bu iki patyşa barada şeýle diýilýär:</w:t>
      </w:r>
    </w:p>
    <w:p>
      <w:pPr>
        <w:pStyle w:val="ArticleScripture"/>
        <w:jc w:val="left"/>
      </w:pPr>
      <w:r>
        <w:rPr>
          <w:rFonts w:ascii="Times New Roman" w:hAnsi="Times New Roman" w:eastAsia="Times New Roman" w:cs="Times New Roman"/>
        </w:rPr>
        <w:t>Bu iki patyşanyň hem ýürekleri şerlik etmek üçin bolar, we olar bir saçagyň başynda ýalan sözlärler; emma bu üstünlik gazanmaz, çünki soňy heniz bellenen wagtda bolar. Daniel 11:27.</w:t>
      </w:r>
    </w:p>
    <w:p>
      <w:pPr>
        <w:pStyle w:val="ArticleBody"/>
        <w:jc w:val="left"/>
      </w:pPr>
      <w:r>
        <w:rPr>
          <w:rFonts w:ascii="Times New Roman" w:hAnsi="Times New Roman" w:eastAsia="Times New Roman" w:cs="Times New Roman"/>
        </w:rPr>
        <w:t>Ýigrimi ýedinji aýatdaky iki patyşa, ondan öňki iki aýatda agzalýan we şondan soň Aktium söweşini alyp baran patyşalardyr.</w:t>
      </w:r>
    </w:p>
    <w:p>
      <w:pPr>
        <w:pStyle w:val="ArticleScripture"/>
        <w:jc w:val="left"/>
      </w:pPr>
      <w:r>
        <w:rPr>
          <w:rFonts w:ascii="Times New Roman" w:hAnsi="Times New Roman" w:eastAsia="Times New Roman" w:cs="Times New Roman"/>
        </w:rPr>
        <w:t>Ol uly goşun bilen günortanyň patyşasyna garşy öz güýjüni we batyrlygyny gozgajakdyr; günortanyň patyşasy-da örän uly hem kuwwatly goşun bilen söweşe galjakdyr; emma ol durup bilmez, sebäbi oňa garşy hileler düzüler. Hawa, onuň saçagyndan iýýänler ony heläk ederler, onuň goşuny agyp geçer; we köp adamlar öldürilip ýykylarlar. Daniel 11:25, 26.</w:t>
      </w:r>
    </w:p>
    <w:p>
      <w:pPr>
        <w:pStyle w:val="ArticleBody"/>
        <w:jc w:val="left"/>
      </w:pPr>
      <w:r>
        <w:rPr>
          <w:rFonts w:ascii="Times New Roman" w:hAnsi="Times New Roman" w:eastAsia="Times New Roman" w:cs="Times New Roman"/>
        </w:rPr>
        <w:t>Şeýlelik bilen, ýigrimi ýedinji aýat dowam etmezden öň düşünilmegi zerur bolan bir aýratynlygy döredýär. Ýigrimi dördünji aýatda bolsa “wagt” Aktium söweşinden başlanýan we bellenen wagtda, ýagny 330-njy ýylda tamamlanýan 360 ýyllyk döwri aňladýar.</w:t>
      </w:r>
    </w:p>
    <w:p>
      <w:pPr>
        <w:pStyle w:val="ArticleBody"/>
        <w:jc w:val="left"/>
      </w:pPr>
      <w:r>
        <w:rPr>
          <w:rFonts w:ascii="Times New Roman" w:hAnsi="Times New Roman" w:eastAsia="Times New Roman" w:cs="Times New Roman"/>
        </w:rPr>
        <w:t>Günorta patyşasy söweşde Mark Antoniý bilen ylalaşykda bolan Kleopatra idi. Olaryň ikisini-de ýeňjek demirgazyk patyşasy Oktawiusdy. Bellenen wagtda (b.e. öň 31-nji ýyl) ozal bir saçagyň başynda oturyp, birek-birege ýalan sözlän şol iki patyşa Aktiý söweşinde biri-birine garşy ýüzbe-ýüz bolardy.</w:t>
      </w:r>
    </w:p>
    <w:p>
      <w:pPr>
        <w:pStyle w:val="ArticleBody"/>
        <w:jc w:val="left"/>
      </w:pPr>
      <w:r>
        <w:rPr>
          <w:rFonts w:ascii="Times New Roman" w:hAnsi="Times New Roman" w:eastAsia="Times New Roman" w:cs="Times New Roman"/>
        </w:rPr>
        <w:t>Stoluň başyndaky iki patyşa Panium söweşiniň taryhy bilen (13–15-nji aýatlar) gabat gelýär; şol ýerde Antiochus Magnus bilen Makedonly Filipiň arasynda bir bileleşik bardy. Şol taryhy bileleşik, Mesihiň döwründe Panium adynda şekillendirilen nyşanlaýyn bileleşige — Caesarea Philippi — laýyk gelýär. Bu bileleşik kyrkynjy aýatda hem görkezilýär; şol ýerde 1989-njy ýylda SSSR Reýgan bilen papa Ioann Pawel II-niň arasyndaky bileleşik arkaly süpürilip aýrylýar. Iki patyşa miladydan öňki 31-nji ýyldan ozal biri-birine ýalan sözleýärler; bu ABŞ-daky ýekşenbe kanuny bilen gabat gelýär, şonuň üçin hem olaryň ýalanlary on altynjy aýatdan öň, Rafiýa söweşinden on ýedi ýyl soň Panium söweşinde ýerine ýeten 13–15-nji aýatlarda beýan edilýän taryhyň dowamynda, hem-de Pompeiý Iýerusalimi on altynjy aýatyň ýerine ýetmesi hökmünde basyp almagyndan bir ýüz otuz ýedi ýyl öň bolup geçýär.</w:t>
      </w:r>
    </w:p>
    <w:p>
      <w:pPr>
        <w:pStyle w:val="ArticleBody"/>
        <w:jc w:val="left"/>
      </w:pPr>
      <w:r>
        <w:rPr>
          <w:rFonts w:ascii="Times New Roman" w:hAnsi="Times New Roman" w:eastAsia="Times New Roman" w:cs="Times New Roman"/>
        </w:rPr>
        <w:t>Ýigrimi sekizinji aýatda Kleopatrany (günortanyň patyşasy) hem-de Mark Antonini ýeňen Oktawius barada şeýle diýilýär: “ol uly baýlyk bilen öz ýurduna dolanar; onuň ýüregi mukaddes ähtine garşy bolar; ol beýik işler eder-de, soňra öz ýurduna gaýdar.” Urýa Smit bu iki ýeňşi miladydan öňki 31-nji ýylda bolan Aktium söweşi we miladdan soňky 70-nji ýylda Iýerusalimiň weýran edilmegi hökmünde kesgitleýär. Şeýlelikde, ýigrimi sekizinji aýat miladydan öňki 31-nji ýylda bolan Aktium söweşi bilen, ýagny 360 ýylyň başlangyjy bilen başlanýan we miladdan soňky 70-nji ýylda Iýerusalimiň weýran edilmegini öz içine alýan taryhy görkezýär.</w:t>
      </w:r>
    </w:p>
    <w:p>
      <w:pPr>
        <w:pStyle w:val="ArticleScripture"/>
        <w:jc w:val="left"/>
      </w:pPr>
      <w:r>
        <w:rPr>
          <w:rFonts w:ascii="Times New Roman" w:hAnsi="Times New Roman" w:eastAsia="Times New Roman" w:cs="Times New Roman"/>
        </w:rPr>
        <w:t>Soňra ol uly baýlyk bilen öz ýurduna gaýdar; onuň ýüregi mukaddes ähtiň garşysyna bolar; ol uly işleri eder-de, öz ýurduna gaýdyp gider. Daniýel 11:28.</w:t>
      </w:r>
    </w:p>
    <w:p>
      <w:pPr>
        <w:pStyle w:val="ArticleBody"/>
        <w:jc w:val="left"/>
      </w:pPr>
      <w:r>
        <w:rPr>
          <w:rFonts w:ascii="Times New Roman" w:hAnsi="Times New Roman" w:eastAsia="Times New Roman" w:cs="Times New Roman"/>
        </w:rPr>
        <w:t>Ýigrimi dördünji aýadyň soňky jümlesinden başlap (“hatda belli bir wagta çenli”) otuz birinji aýadyň soňky jümlesine çenli (“weýran ediji ýigrenji zady goýjakdyr”) 31-nji ýyl b.e.ö. başlap, 538-nji ýylda ýerine ýeten taryhy bir hatary aňladýar. Bu hatar Aktiý söweşi bilen başlanýar; şol söweş butparaz Rimiň üç ýüz altmyş ýyl dowamynda ýokary häkimiýet bilen höküm sürmeginiň başlangyjyny alamatlandyrýar. Bu hatar 538-nji ýylda papalyk Rimiň bir müň iki ýüz altmyş ýyl dowamynda ýokary häkimiýet bilen höküm sürmäge başlamagy bilen tamamlanýar. Aýatlaryň öz içinde we aýatlaryň ýerine ýetmegini emele getiren taryhyň içinde, 330-njy ýylda bellenilen wagt, Mukaddes Kitap pygamberliginiň dördünji patyşalygy hökmünde butparaz Rimiň taryhyndaky bir bölünişi aňladýar. Üç ýüz altmyş ýyl ýokary häkimiýet bilen höküm süren ilkinji döwürden soň, otuz birinji aýatda papalygyň 538-nji ýylda tagta geçmeginden öň imperiýanyň dargamagynyň iki ýüz sekiz ýyly dowam edýär. Şol sekiz aýadyň yzygiderliliginde diňe ýigrimi ýedinji aýat 31-nji ýyl b.e.ö. Aktiý söweşinden öň bolup geçen taryhy ýerine ýetmäni görkezýär.</w:t>
      </w:r>
    </w:p>
    <w:p>
      <w:pPr>
        <w:pStyle w:val="ArticleBody"/>
        <w:jc w:val="left"/>
      </w:pPr>
      <w:r>
        <w:rPr>
          <w:rFonts w:ascii="Times New Roman" w:hAnsi="Times New Roman" w:eastAsia="Times New Roman" w:cs="Times New Roman"/>
        </w:rPr>
        <w:t>Ýigrimi ýedinji aýat iki patyşanyň “bellenen wagtdan” öň duşuşygyny görkezýär, ýigrimi dokuzynjy aýat bolsa bir “bellenen wagty” görkezýär. Ýigrimi ýedinji aýatdaky “bellenen wagt” üç ýüz altmyş ýyllyk döwrüň başlangyjydyr, ýigrimi dokuzynjy aýatdaky “bellenen wagt” bolsa üç ýüz altmyş ýyllyk döwrüň ahyrydyr. Başlangyç bilen ahyr bir “bellenen wagty” aňladýar.</w:t>
      </w:r>
    </w:p>
    <w:p>
      <w:pPr>
        <w:pStyle w:val="ArticleBody"/>
        <w:jc w:val="left"/>
      </w:pPr>
      <w:r>
        <w:rPr>
          <w:rFonts w:ascii="Times New Roman" w:hAnsi="Times New Roman" w:eastAsia="Times New Roman" w:cs="Times New Roman"/>
        </w:rPr>
        <w:t>Butparaz Rimiň güýçlenmegi Daniel 8:9-da görkezilişi ýaly üçünji geografik päsgelçiligi ýeňip geçende başlandy.</w:t>
      </w:r>
    </w:p>
    <w:p>
      <w:pPr>
        <w:pStyle w:val="ArticleScripture"/>
        <w:jc w:val="left"/>
      </w:pPr>
      <w:r>
        <w:rPr>
          <w:rFonts w:ascii="Times New Roman" w:hAnsi="Times New Roman" w:eastAsia="Times New Roman" w:cs="Times New Roman"/>
        </w:rPr>
        <w:t>Olaryň birinden günorta tarapa, gündogar tarapa we gözel ýurda tarap aşa ulalan kiçijik bir şah çykdy. Daniýel 8:9.</w:t>
      </w:r>
    </w:p>
    <w:p>
      <w:pPr>
        <w:pStyle w:val="ArticleBody"/>
        <w:jc w:val="left"/>
      </w:pPr>
      <w:r>
        <w:rPr>
          <w:rFonts w:ascii="Times New Roman" w:hAnsi="Times New Roman" w:eastAsia="Times New Roman" w:cs="Times New Roman"/>
        </w:rPr>
        <w:t>Güýçlendirilme Aktiý deňiz söweşinde başlandy we sekizinji babyň dokuzynjy aýatynda günortanyň patyşasynyň (Müsüriň) soňraky boýun egdirilmegi bilen dowam etdi.</w:t>
      </w:r>
    </w:p>
    <w:p>
      <w:pPr>
        <w:pStyle w:val="ArticleBody"/>
        <w:jc w:val="left"/>
      </w:pPr>
      <w:r>
        <w:rPr>
          <w:rFonts w:ascii="Times New Roman" w:hAnsi="Times New Roman" w:eastAsia="Times New Roman" w:cs="Times New Roman"/>
        </w:rPr>
        <w:t>Mukaddes Kitabyň pygamberliginiň dördünji patyşalygy hökmünde butparaz Rimiň hökümdarlygynyň soňy, papalyk Rimiň öz üçünji geografik päsgelçiligini ýeňip geçen 538-nji ýylda tamamlandy. Aktium söweşinden 538-nji ýyla çenli bolan tutuş bäş ýüz altmyş sekiz ýyllyk döwür, butparaz Rimiň öz üçünji päsgelçiligini ýeňip, Mukaddes Kitabyň pygamberliginiň dördünji patyşalygyna öwrülmegi bilen başlanýar, hem-de papalyk Rimiň öz üçünji geografik päsgelçiligini ýeňmegi bilen tamamlanýar.</w:t>
      </w:r>
    </w:p>
    <w:p>
      <w:pPr>
        <w:pStyle w:val="ArticleBody"/>
        <w:jc w:val="left"/>
      </w:pPr>
      <w:r>
        <w:rPr>
          <w:rFonts w:ascii="Times New Roman" w:hAnsi="Times New Roman" w:eastAsia="Times New Roman" w:cs="Times New Roman"/>
        </w:rPr>
        <w:t>Mukaddes Kitabyň pygamberlik habarlarynda görkezilen dördünji patyşalyk hökmünde beýan edilen taryh iki döwri kesgitleýär: birinjisi Rim özüniň beýgeldilýän döwrüdir, munuň yzysüre bolsa Rimiň ýykylşyny beýan edýän döwür gelýär. Bu beýgelmegiň birinji döwrüniň başlangyjy şol bir wagtyň özünde-de Mukaddes Kitabyň pygamberlik habarlarynda dördünji patyşalyk hökmünde butparaz Rimiň höküm süren bütin döwrüniň başlangyjydyr. Rimiň beýgelmeginiň birinji döwri bellenen wagt bilen başlanýar we bellenen wagt bilen tamamlanýar; ol şeýle hem demirgazyk we günorta patyşalyklaryň birleşmegi bilen başlanýar. Ol gündogar patyşalyga we günbatar patyşalyga bölünmek bilen tamamlanýar. Bellenen wagt bilen başlap, bellenen wagt bilen tamamlanmagy, hem-de başlangyç bilen ahyr Aleksandryň patyşalygynyň dört bölünişini aňladýar.</w:t>
      </w:r>
    </w:p>
    <w:p>
      <w:pPr>
        <w:pStyle w:val="ArticleBody"/>
        <w:jc w:val="left"/>
      </w:pPr>
      <w:r>
        <w:rPr>
          <w:rFonts w:ascii="Times New Roman" w:hAnsi="Times New Roman" w:eastAsia="Times New Roman" w:cs="Times New Roman"/>
        </w:rPr>
        <w:t>Ýigrimi ýedinji we ýigrimi dokuzynjy aýatlardaky iki bellenen wagt, Rimiň iň ýokary häkimiýet bilen höküm sürýän döwrüni beýan edýän başlangyç we tamamlaýjy ýolgörkezijilerdir. Daniel on birinji babyň kyrk birinji aýatynyň hem-de on altynjy aýatynyň berjaý bolmagynda, Amerikanyň Birleşen Ştatlarynda ýekşenbe kanuny girizilende, häzirki zamanyň Rimi iň ýokary häkimiýet bilen kyrk iki nyşanly aý möhlet höküm sürüp başlamagynyň döwri başlanýar. Ýigrimi ýedinji aýatyň ilkinji bellenen wagty Amerikanyň Birleşen Ştatlaryndaky ýekşenbe kanunydyr, ikinji bellenen wagt bolsa ýer ýüzündäki iň soňky milletiň Amerikanyň Birleşen Ştatlarynyň göreldesine eýerip, iň soňky ýekşenbe kanunyny mejbury berjaý edýän, şeýle etmek bilen hem but şenbesiniň bütin dünýä boýunça mejbury berjaý edilýändigini kesgitleýän wagtyny aňladýar.</w:t>
      </w:r>
    </w:p>
    <w:p>
      <w:pPr>
        <w:pStyle w:val="ArticleBody"/>
        <w:jc w:val="left"/>
      </w:pPr>
      <w:r>
        <w:rPr>
          <w:rFonts w:ascii="Times New Roman" w:hAnsi="Times New Roman" w:eastAsia="Times New Roman" w:cs="Times New Roman"/>
        </w:rPr>
        <w:t>Şol iki pygamberlik ýolgörkezijisi Amerikanyň Birleşen Ştatlarynda ýekşenbe kanunydan dünýä boýunça ýekşenbe kanunynyň mejbury ýerine ýetirilişine çenli bolan wakadyr; şol iki ýekşenbe kanuny bolsa ýigrimi ýedinji we ýigrimi dokuzynjy aýatdaky bellenen iki wagty aňladýar. Ýigrimi ýedinji aýatdaky ilkinji bellenen wagt, milady 321-nji ýylda Konstantiniň ýekşenbe kanuny bilen hem nusgalanyp görkezildi; 538-nji ýylda Orlean geňeşindäki papalyk ýekşenbe kanuny bolsa bütindünýä ýekşenbe kanunyny aňladýar.</w:t>
      </w:r>
    </w:p>
    <w:p>
      <w:pPr>
        <w:pStyle w:val="ArticleBody"/>
        <w:jc w:val="left"/>
      </w:pPr>
      <w:r>
        <w:rPr>
          <w:rFonts w:ascii="Times New Roman" w:hAnsi="Times New Roman" w:eastAsia="Times New Roman" w:cs="Times New Roman"/>
        </w:rPr>
        <w:t>On üçünji aýatdan on bäşinji aýata çenli bolan aýatlaryň kontekstinde, Panium söweşi on altynjy aýatyň Ýekşenbe kanunyndan öňki taryhdyr. Şol taryhyň içinde biri-birine ýalan aýdýan iki patyşanyň duşuşygy ýerine ýetýär. On üçünji aýatdan on bäşinji aýata çenli bolan aýatlar, onunjy aýatdan on altynjy aýata çenli görkezilen taryhyň bir bölegidir. Bu aýatlar, onunjy aýatda dördünji Siriýa urşuny, on birinji aýatda Rafia söweşini, on ikinji aýatda bolsa şol söweşiň netijesini görkezýär. On üçünji aýatdan on bäşinji aýata çenli bolan aýatlar b.e. öň 200-nji ýylyň taryhyny görkezýär; şol wagtda Panium söweşi ýerine ýetdi, hem-de seniň halkyňyň talaňçylary hökmünde görkezilen butparaz Rim pygamberlik gürrüňine girýär.</w:t>
      </w:r>
    </w:p>
    <w:p>
      <w:pPr>
        <w:pStyle w:val="ArticleBody"/>
        <w:jc w:val="left"/>
      </w:pPr>
      <w:r>
        <w:rPr>
          <w:rFonts w:ascii="Times New Roman" w:hAnsi="Times New Roman" w:eastAsia="Times New Roman" w:cs="Times New Roman"/>
        </w:rPr>
        <w:t>Danyýlyň on birinji babyrynyň kyrkynjy aýaty 1989-njy ýylda SSSR-iň çöküşini görkezýär, on altynjy aýat bolsa Amerikanyň Birleşen Ştatlarynda Ýekşenbe kanunyny görkezýär. Bellenen wagtdan öň, ýagny Aktiý söweşi bolan mahalynda, biri-birine ýalan aýdýan iki patyşanyň duşuşygy, 1989-njy ýylda ahyrzamanyň wagtyndan soň başlanýan we Amerikanyň Birleşen Ştatlarynda Ýekşenbe kanuny bilen tamamlanýan kyrkynjy aýatyň taryhynyň çäginde bolup geçýär. Ýigrimi ýedinji aýat kyrkynjy aýatyň gizlin taryhyndaky bir ýolbelgisidir; ol 1989-njy ýyldan soň, emma Ýekşenbe kanunyndan öň bolup geçýär. Ýigrimi ýedinji aýatdaky “duşuşyk” Ýekşenbe kanunynda Rimiň güýçlendirilmeginden öňki bir ýolbelgisidir. 538-nji ýylda papalygyň güýçlendirilmegine alyp barýan birnäçe ýolbelgiler bar, we bu ýolbelgiler hem bellenen wagtdan öň bolup geçýär. Şol pygamberlik ýolbelgileriniň biri 533-nji ýylda Ýustiniýanyň çykardan permanydyr; bu permany otuzynjy aýatyň “ähdi terk edýänler bilen düşünişmek etdi” diýen salgylanmasyny ýerine ýetirdi.</w:t>
      </w:r>
    </w:p>
    <w:p>
      <w:pPr>
        <w:pStyle w:val="ArticleBody"/>
        <w:jc w:val="left"/>
      </w:pPr>
      <w:r>
        <w:rPr>
          <w:rFonts w:ascii="Times New Roman" w:hAnsi="Times New Roman" w:eastAsia="Times New Roman" w:cs="Times New Roman"/>
        </w:rPr>
        <w:t>Butparaz Rimiň taryhynda bellenen wagta alyp barýan beýleki ýol belgileri şulardyr: 330-njy ýyl — şol ýylda butparaz Rim ýykylyp, şol bir wagtda papalyk häkimiýetine “täjini” berdi. 496-njy ýylda Hlodwig öz “gudratyny” papalyga berdi. Daniel ýedinjiniň ýerine ýetmeginde butparaz Rim papalyk üçin “üç şahy” aýyrdy; olaryň iň soňkusy 538-nji ýylda ostrogotlaryň Rim şäherinden çykarylmagydy. 508-nji ýylda butparazlyk dini döwletiň kanuny dini hökmünde bir gyra goýuldy we onuň ýerine katoliklik ornaşdyryldy. 538-nji ýyl kyrk birinji aýatyň Ýekşenbe kanunyny aňladýar, 496-njy ýyl bolsa 1989-njy ýyly aňladýar; şol wagtda Reagan, Hlodwig ýaly, öz gudratyny Rimiň papasyna bagyşlady. 330-njy ýyl Ýekşenbe kanunyny görkezýär, çünki hut şol ýerde papalyk häkimiýet orunyna gaýdyp gelýär.</w:t>
      </w:r>
    </w:p>
    <w:p>
      <w:pPr>
        <w:pStyle w:val="ArticleBody"/>
        <w:jc w:val="left"/>
      </w:pPr>
      <w:r>
        <w:rPr>
          <w:rFonts w:ascii="Times New Roman" w:hAnsi="Times New Roman" w:eastAsia="Times New Roman" w:cs="Times New Roman"/>
        </w:rPr>
        <w:t>Bu, 538 bilen 330-nyň ikisiniň hem bellenen wagty aňladýandygyny görkezýär; olar on altynjy we kyrk birinji aýatlardyr. 496, Daniel 11-de we Işaýa 8:8-de onunjy aýatyň hem-de kyrkynjy aýatyň 1989-da berjaý bolandygyny görkezýär. 508, döwletiň dininiň katolisizm üçin bir gyra goýulýan wagtyny görkezýär. 496-da Klowisden başlap 508-e çenli döwletiň kanuny dininiň tapgyrlaýyn aýrylmagy we onuň ornunyň çalşylmagy şekillendirildi. 330-da başlanýan taryhda Günbatar Rimiň tapgyrlaýyn çöküşi ilkinji dört surnaý arkaly görkezilýär; şeýlelikde bu, Amerikanyň Birleşen Ştatlarynda ýekşenbe kanuny bilen başlanýan tapgyrlaýyn heläkçiligi görkezýär.</w:t>
      </w:r>
    </w:p>
    <w:p>
      <w:pPr>
        <w:pStyle w:val="ArticleBody"/>
        <w:jc w:val="left"/>
      </w:pPr>
      <w:r>
        <w:rPr>
          <w:rFonts w:ascii="Times New Roman" w:hAnsi="Times New Roman" w:eastAsia="Times New Roman" w:cs="Times New Roman"/>
        </w:rPr>
        <w:t>321-nji ýylda Konstantiniň ýekşenbe güni baradaky kanunyndan soň butparaz Rimiň kem-kemden çöküşi, Injil pygamberliginiň ýekşenbe güni baradaky kanuna ýetýän altynjy patyşalyk hökmünde Amerikanyň Birleşen Ştatlarynyň çöküşini görkezýär. Soňra, Sister White-yň: “milli imandan dönmek milli heläkçilik bilen yzarlanar” diýip belläp geçişi ýaly, surnaýlaryň dört hökmi Amerikanyň Birleşen Ştatlarynyň üstüne getirilýär. Ezekiel hem dört esse jeza barada şaýatlyk goşýar.</w:t>
      </w:r>
    </w:p>
    <w:p>
      <w:pPr>
        <w:pStyle w:val="ArticleScripture"/>
        <w:jc w:val="left"/>
      </w:pPr>
      <w:r>
        <w:rPr>
          <w:rFonts w:ascii="Times New Roman" w:hAnsi="Times New Roman" w:eastAsia="Times New Roman" w:cs="Times New Roman"/>
        </w:rPr>
        <w:t>Rebbiň sözi ýene maňa gelip şeýle diýdi: «Eý, ynsan ogly, bir ýurt maňa garşy agyr hyýanat edip günä edende, Men oňa garşy elim uzadaryn, onuň çöreginiň diregini döwüp, onuň üstüne açlyk ibererin we ondan adamdyr haýwany ýok ederin. Şol ýerde bu üç adam — Nuh, Daniýel we Eýýup — bolan bolsalar-da, olar diňe öz dogrulyklary bilen öz janlaryny halas ederler» diýip, Hökmürowan Reb aýdýar. «Eger Men ýyrtyjy haýwanlary şol ýurduň içinden geçirsem, olar ony talap we ol şeýle weýran bolsun welin, haýwanlar sebäpli ondan hiç kim geçip bilmese, bu üç adam şol ýerde bolan bolsalar-da, diri bolşum ýaly, diýýär Hökmürowan Reb, olar ne ogullaryny, ne-de gyzlaryny halas ederler; diňe özleri halas bolarlar, emma ýurt weýran bolar. Ýa-da eger Men şol ýurduň üstüne gylyç getirip: “Eý, gylyç, ýurt içinden geç!” diýsem, şeýlelikde ondan adamdyr haýwany ýok etsem, bu üç adam şol ýerde bolan bolsalar-da, diri bolşum ýaly, diýýär Hökmürowan Reb, olar ne ogullaryny, ne-de gyzlaryny halas ederler; diňe özleri halas bolarlar. Ýa-da eger Men şol ýurda mergi iberip, ondan adamdyr haýwany ýok etmek üçin gazabymy gan döküşlik bilen onuň üstüne döksem, Nuh, Daniýel we Eýýup şol ýerde bolan bolsalar-da, diri bolşum ýaly, diýýär Hökmürowan Reb, olar ne ogly, ne-de gyzy halas ederler; olar diňe öz dogrulyklary bilen öz janlaryny halas ederler». Çünki Hökmürowan Reb şeýle diýýär: «Men Iýerusalimiň üstüne Öz dört agyr hökümlerimi — gylyjy, açlygy, ýyrtyjy haýwany we mergini — ondan adamdyr haýwany ýok etmek üçin iberenimde, bu nähili has beter bolar! Şeýle-de bolsa, ine, onuň içinde daşary çykaryljak galan bir galyndy galar, ýagny ogullar hem gyzlar; ine, olar siziň ýanyňyza çykarlar, siz bolsa olaryň ýoluny we edýän işlerini görersiňiz; şonda Meniň Iýerusalimiň üstüne getiren betbagtçylygym, hatda onuň üstüne getiren zatlarymyň hemmesi barada teselli taparsyňyz. Olar öz ýollaryny we edýän işlerini göreniňizde, size teselli bererler; şonda siz Meniň onuň içinde eden zatlarymyň hemmesini sebäpsiz etmändigimi bilersiňiz» diýip, Hökmürowan Reb aýdýar. Eýzekiýel 14:12–23.</w:t>
      </w:r>
    </w:p>
    <w:p>
      <w:pPr>
        <w:pStyle w:val="ArticleBody"/>
        <w:jc w:val="left"/>
      </w:pPr>
      <w:r>
        <w:rPr>
          <w:rFonts w:ascii="Times New Roman" w:hAnsi="Times New Roman" w:eastAsia="Times New Roman" w:cs="Times New Roman"/>
        </w:rPr>
        <w:t>Bu meseleleri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Paniýum — Alty Sany</dc:title>
  <dc:subject>Danyýel 11-däki pygamberlik ýol belgileri: SSSR-iň dargamagy, Ýekşenbe güni baradaky kanun we häzirki zaman Rimiň ýokary galşy</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