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Dokuzynjy San</w:t>
      </w:r>
    </w:p>
    <w:p>
      <w:pPr>
        <w:pStyle w:val="ArticleSubtitle"/>
        <w:jc w:val="left"/>
      </w:pPr>
      <w:r>
        <w:rPr>
          <w:rFonts w:ascii="Arial" w:hAnsi="Arial" w:eastAsia="Arial" w:cs="Arial"/>
        </w:rPr>
        <w:t>Dördünji Setir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Günortanyň patyşasy gazaba müner, çykyp geler-de onuň bilen, ýagny demirgazygyň patyşasy bilen söweşer; ol uly bir goşuny meýdana çykarar; emma ol goşun onuň eline berler. Köpçüligi ýok edenden soň, onuň ýüregi beýgeler; ol on müňlerçäni ýykar; emma şondan güýçlenmez. Daniýel 11:11, 12.</w:t>
      </w:r>
    </w:p>
    <w:p>
      <w:pPr>
        <w:pStyle w:val="ArticleBody"/>
        <w:jc w:val="left"/>
      </w:pPr>
      <w:r>
        <w:rPr>
          <w:rFonts w:ascii="Times New Roman" w:hAnsi="Times New Roman" w:eastAsia="Times New Roman" w:cs="Times New Roman"/>
        </w:rPr>
        <w:t>On birinji we on ikinji aýatlar, Putiniň Ukraina we Ýewropa Bileleşiginiň üstünden gazanjak ýeňşini, şeýle hem Ptolemeýiň b.e. öň 217-nji ýylda Rafiýadaky ýeňşi arkaly şekillendirilişi ýaly, Ukrain urşundaky ýeňşinden soň Putiniň başyna geljek netijeleri we synaglary, on ikinji aýatda bolsa onuň pese gaçyşyny görkezýär. Bu aýatlardaky tema günortanyň patyşasynyň ýokary galşy we pese düşüşidir.</w:t>
      </w:r>
    </w:p>
    <w:p>
      <w:pPr>
        <w:pStyle w:val="ArticleBody"/>
        <w:jc w:val="left"/>
      </w:pPr>
      <w:r>
        <w:rPr>
          <w:rFonts w:ascii="Times New Roman" w:hAnsi="Times New Roman" w:eastAsia="Times New Roman" w:cs="Times New Roman"/>
        </w:rPr>
        <w:t>Şu wagta çenli makalalar on birinji babyň pygamberlik hatarlarynyň esasy temalaryny kesgitläp geldi. Bapda öňe gitmezden ozal, on birinji aýata az-kem köp wagt bermek zerurdyr. Daniel 11:11, Ylham 11:11 bilen gabat gelýär.</w:t>
      </w:r>
    </w:p>
    <w:p>
      <w:pPr>
        <w:pStyle w:val="ArticleScripture"/>
        <w:jc w:val="left"/>
      </w:pPr>
      <w:r>
        <w:rPr>
          <w:rFonts w:ascii="Times New Roman" w:hAnsi="Times New Roman" w:eastAsia="Times New Roman" w:cs="Times New Roman"/>
        </w:rPr>
        <w:t>Üç gün ýarymdan soňra, Hudaýdan bolan ýaşaýyş ruhy olaryň içine girdi, olar aýaklarynyň üstünde durdular; olary görenleriň üstüne uly gorky indi. Ylham 11:11.</w:t>
      </w:r>
    </w:p>
    <w:p>
      <w:pPr>
        <w:pStyle w:val="ArticleBody"/>
        <w:jc w:val="left"/>
      </w:pPr>
      <w:r>
        <w:rPr>
          <w:rFonts w:ascii="Times New Roman" w:hAnsi="Times New Roman" w:eastAsia="Times New Roman" w:cs="Times New Roman"/>
        </w:rPr>
        <w:t>2023-nji ýylda düýpsüz çuňlukdan çykan wagşy tarapyndan öldürilen iki şaýat öz aýaklarynyň üstünde durdy. Respublikan şahyň şaýatlygy 2015-nji ýylda Donald Trampyň prezidentlige dalaşgär boljakdygyny yglan etmegi bilen başlapdy; 2020-nji ýylda bolsa dünýäde globalistler tarapyndan görkezilen aždarha, şeýle hem Demokratik partiýa bolan globalistler bilen Respublikan partiýanyň (RINO-laryň) globalistleriniň bileleşigi saýlawy ogurlap, Jo Baýdeni häkimiýete getirdi, şeýlelikde Donald Trampy köçede öldürdi. “Future for America” gullugy arkaly görkezilen Protestan şahy, Neşwile garşy Yslam tarapyndan amala aşyryljak hüjümi beýan edýän nädogry öňünden aýdyşy wagyz etmek arkaly öldürüldi. 2023-nji ýylda Respublikan hem-de Protestan şahalarynyň ikisi-de direldi. On birinji aýat 2014-nji ýylda başlanan Ukrain urşunyň başlangyjyndan başlap, Putiniň we Russiýanyň ahyrky ýeňşine çenli dowam edişini görkezýär.</w:t>
      </w:r>
    </w:p>
    <w:p>
      <w:pPr>
        <w:pStyle w:val="ArticleBody"/>
        <w:jc w:val="left"/>
      </w:pPr>
      <w:r>
        <w:rPr>
          <w:rFonts w:ascii="Times New Roman" w:hAnsi="Times New Roman" w:eastAsia="Times New Roman" w:cs="Times New Roman"/>
        </w:rPr>
        <w:t>On birinji aýat, umuman alanyňda Adventizm üçin, emma 9/11 hakyndaky ýagtylygy we üçünji belanyň gelşini kabul edenler üçin hem, hökümde tamamlanýan görünýän synagdyr; ýöne ilkinji nobatda ol 2023-nji ýylyň iýulyndan bäri yzygiderli açylan pygamberlik ýagtylygy üçin jogapkär tutuljaklar üçindir.</w:t>
      </w:r>
    </w:p>
    <w:p>
      <w:pPr>
        <w:pStyle w:val="ArticleBody"/>
        <w:jc w:val="left"/>
      </w:pPr>
      <w:r>
        <w:rPr>
          <w:rFonts w:ascii="Times New Roman" w:hAnsi="Times New Roman" w:eastAsia="Times New Roman" w:cs="Times New Roman"/>
        </w:rPr>
        <w:t>Adwentizmiň ýolbaşçylygy, şol pygamberlik döwründe Mesihiň dogluşy bilen nusgalanyşy ýaly, 1989-njy ýylda gapdaldan geçilip goýuldy. Mesih çokundyrylanda, Hristian ybadathanasynyň “binýady” bolan şägirtleri çagyrmaga başlady; bu bolsa 9/11-i nusgalandyrýar, ýagny üçünji wanyň Yslamy gelende, Reb Öz halkyny Ýeremiýanyň köne ýollaryna—Adwentizmiň binýatlaryny aňladýan şol ýollara—gaýtaryp getirdi. 9/11-de ýaşaýanlaryň hökmi Hudaýyň öýünden başlandy, we Adwentizm Ylham on sekizinji babyň perişdesiniň nuruny, edil ýehudylaryň Isany Mesih hökmünde ret edişleri ýaly, gürrüňsiz ret etdi. Ylham on sekizinji babyň perişdesiniň nuruny kabul edenler bolsa soňra 2020-nji ýylyň 18-nji iýulyndaky lapykeçlik arkaly synagdan geçirildi.</w:t>
      </w:r>
    </w:p>
    <w:p>
      <w:pPr>
        <w:pStyle w:val="ArticleBody"/>
        <w:jc w:val="left"/>
      </w:pPr>
      <w:r>
        <w:rPr>
          <w:rFonts w:ascii="Times New Roman" w:hAnsi="Times New Roman" w:eastAsia="Times New Roman" w:cs="Times New Roman"/>
        </w:rPr>
        <w:t>2023-nji ýylyň iýul aýynda Daniýel on birinji babyň on birinji aýatynyň ýagtylygy häzirki hakykatyň daşky ugruny kesgitleýär. Daniýel on birinji babyň on birinji aýatynda duş gelýän daşky pygamberlik ýerine ýetmesiniň şol ýagtylygy, Ylham kitaby on birinji babyň on birinji aýatyndaky direlen gyzlara açyldy. Ylham kitaby Daniýeliň daşky taryh hökmünde açyp görkezýän zadynyň içki taryhdygyny kesgitleýär.</w:t>
      </w:r>
    </w:p>
    <w:p>
      <w:pPr>
        <w:pStyle w:val="ArticleBody"/>
        <w:jc w:val="left"/>
      </w:pPr>
      <w:r>
        <w:rPr>
          <w:rFonts w:ascii="Times New Roman" w:hAnsi="Times New Roman" w:eastAsia="Times New Roman" w:cs="Times New Roman"/>
        </w:rPr>
        <w:t>2023-nji ýylyň iýul aýyndan başlap açylan nura üns berenler iki aýry synpy aňladýar, çünki eýýäm 2023-nji ýylyň iýulyndan soň bir wagtlar bile ýören, emma indi bile ýöremeýänler bolup geçdi. Höküm tapgyrlaýyn bolup, 9/11-den başlap Ýedinji Gün Adventistler ýygnagyna olaryň 1863-nji ýyldan başlap kem-kemden ret edip gelen “Milleriň we onuň ýoldaşlarynyň kabul eden pygamberlik düşündirişiniň düzgünlerini” ret edendigi üçin “toba etmäge wagt” berildi. 9/11-den 2020-nji ýylyň 18-nji iýulyna çenli Ýedinji Gün Adventistler ýygnagyna toba etmek üçin iň soňky mümkinçilik berildi, we şol pursatda 2020-nji ýylyň Naşwil wagyzyna gatnaşanlar synagdan geçirildi. Iýul aýynda arassalanmanyň iň soňky tapgyry Daniel we Ylham kitaplarynyň on birinji baplarynyň on birinji aýatlary arkaly görkezilýär.</w:t>
      </w:r>
    </w:p>
    <w:p>
      <w:pPr>
        <w:pStyle w:val="ArticleBody"/>
        <w:jc w:val="left"/>
      </w:pPr>
      <w:r>
        <w:rPr>
          <w:rFonts w:ascii="Times New Roman" w:hAnsi="Times New Roman" w:eastAsia="Times New Roman" w:cs="Times New Roman"/>
        </w:rPr>
        <w:t>Bu synag döwründe üç synagyň ikinjisi amala aşyrylýar. Ikinji synag görýän synagdyr; onuň öňünden işdä synagy geçýär we ol üçünji synag bilen tamamlanýar; üçünji synag bolsa öňki iki synagdan tapawutlylykda litmus synagydyr. Gyzlar ýarygije “Ine, Ýigit gelýär” diýen çagyryşa oýananlarynda, bir topar zerur ýag bilen üpjün edilendir, beýlekisi bolsa heläk bolýar. Milleritler hut şu tejribäni ýerine ýetirdiler we şeýle etmek bilen daşarky hem içki pygamberlik çyzygyna düşünýändiklerini ýüze çykardylar.</w:t>
      </w:r>
    </w:p>
    <w:p>
      <w:pPr>
        <w:pStyle w:val="ArticleBody"/>
        <w:jc w:val="left"/>
      </w:pPr>
      <w:r>
        <w:rPr>
          <w:rFonts w:ascii="Times New Roman" w:hAnsi="Times New Roman" w:eastAsia="Times New Roman" w:cs="Times New Roman"/>
        </w:rPr>
        <w:t>Olar ýykylen protestant buthanalaryny Wawilonyň gyzlary diýip kesgitlemek arkaly ikinji perişdäniň habaryny yglan edenlerinde, olar özleriniň tejribesinden daşarky bolan bir habary yglan edýärdiler. Ýarygijäniň Gykylygynyň habaryny yglan etmek üçin olar ilki özlerini gijikme döwründe bolan päk gyzlar hökmünde görmelidilerdi. Daniel kitabynda hem-de Ylhamyň on birinji babynda on birinji aýatda içerki we daşarky habarlar 2023-nji ýylyň iýul aýyndan bäri häzirki hakykat hökmünde açylyp görkezildi.</w:t>
      </w:r>
    </w:p>
    <w:p>
      <w:pPr>
        <w:pStyle w:val="ArticleBody"/>
        <w:jc w:val="left"/>
      </w:pPr>
      <w:r>
        <w:rPr>
          <w:rFonts w:ascii="Times New Roman" w:hAnsi="Times New Roman" w:eastAsia="Times New Roman" w:cs="Times New Roman"/>
        </w:rPr>
        <w:t>Danyýlyň birinji babynda ikinji we göz bilen görülýän synag, Danyýyl bilen üç wepaly adamyň ýüz-keşpleriniň Wawil naharyny iýenlerden “görnüşde” has nurana we semiz tapylmagy boldy. Ikinji babynda bolsa göz bilen görülýän synag pygamberlik synagy hökmünde görkezilýär; ol gizlin habary dogry düşündirmegi talap edýär, we şol habar ahyrsoňunda Mukaddes Kitap pygamberligindäki patyşalyklaryň şekili bolup çykýar. Danyýylyň birinji, ikinji we üçünji baplary Ylham kitabynyň on dördünji babyndaky birinji, ikinji we üçünji perişdeleri aňladýar.</w:t>
      </w:r>
    </w:p>
    <w:p>
      <w:pPr>
        <w:pStyle w:val="ArticleBody"/>
        <w:jc w:val="left"/>
      </w:pPr>
      <w:r>
        <w:rPr>
          <w:rFonts w:ascii="Times New Roman" w:hAnsi="Times New Roman" w:eastAsia="Times New Roman" w:cs="Times New Roman"/>
        </w:rPr>
        <w:t>Ylhamyň on dördünji babyndaky ikinji perişde Millerit taryhynyň daşky habaryna ýüzlenýär, Danyýeliň ikinji baby hem pygamberlik taryhynyň haýwanlarynyň şekili arkaly şol daşky ugry beýan edýär. Birinji bapdaky görüş synagy Danyýele we onuň üç wepaly ýoldaşyna esaslanýardy, şonuň üçin ol içki ugurdyr. Ylhamyň on dördünji babyndaky üç perişde bilen Danyýeliň birinji babyndan üçünji baby aralygyndaky deňeşdirme arkaly görkezilen pygamberligiň daşky we içki ugurlary, ikinji perişdäniň habarynyň Milleritler tarapyndan amala aşandygyny tassyklaýan ýene bir şaýatlygy berýär.</w:t>
      </w:r>
    </w:p>
    <w:p>
      <w:pPr>
        <w:pStyle w:val="ArticleBody"/>
        <w:jc w:val="left"/>
      </w:pPr>
      <w:r>
        <w:rPr>
          <w:rFonts w:ascii="Times New Roman" w:hAnsi="Times New Roman" w:eastAsia="Times New Roman" w:cs="Times New Roman"/>
        </w:rPr>
        <w:t>Milleritler «Gijäniň ýaryndaky çagyryşyň» yglan edilmegini ýerine ýetirende, daşarky hem-de içki habary wagyz etdiler. Olaryň daşarky habary Ylham kitaby on dördünji bapdaky ikinji perişdäniň habarydy; şeýlelik bilen Milleritleriň habary gönüden-göni ikinji perişde hem-de Daniýel iki bapdaky şekil bilen baglanyşýar. Ol şekil, Mukaddes Kitabyň pygamberliklerinde beýan edilýän daşarky patyşalyklary hakyky Wawilondan başlap, ynsan synag möhletiniň soňunda soňuna çykýan häzirki Wawilona çenli görkezýär. Milleritler Wawilonyň daşarky habary bilen ýene-de baglanyşýarlar. Daniýeliň görüş synagy onuň iýmegi üçin saýlan iýmitine esaslanýardy, we Ylham kitaby onunjy bapdaky ýere bir aýagyny, deňze bolsa beýleki aýagyny goýan, elinde açyk kiçijik kitap bolan we Ýahýa iýmek buýrulan birinji perişde hem şonuň bilen baglanyşyklydyr. Birinji perişde işdä bilen aňladylýar we onuň yzyny görüş synagy eýerýär. Görüş synagy hakykatyň içki hem-de daşarky ugruny öz içine alýar.</w:t>
      </w:r>
    </w:p>
    <w:p>
      <w:pPr>
        <w:pStyle w:val="ArticleBody"/>
        <w:jc w:val="left"/>
      </w:pPr>
      <w:r>
        <w:rPr>
          <w:rFonts w:ascii="Times New Roman" w:hAnsi="Times New Roman" w:eastAsia="Times New Roman" w:cs="Times New Roman"/>
        </w:rPr>
        <w:t>Danyýlyň on birinji babyndaky on birinji aýat, Ylhamyň on birinji babyndaky on birinji aýat bilen deňeşdirilende, iki gatlakly göz bilen synagyny aňladýar. Bu synag, gyzlaryň ýagynyň bardygyny ýa-da ýokdugyny aýan edýän pursatynda, ýagny litmus synagynda jemlenýär. Şol aýan bolmak, Amerikanyň Birleşen Ştatlarynda ýekşenbe kanunyndaky synag möhletiniň ýapylmagynyň edil öň ýanynda bolup geçýär. Ýekşenbe kanunyndaky synag möhletiniň ýapylmagy 1844-nji ýylyň 22-nji oktýabry bilen nyşanlandyryldy. 1844-nji ýylyň 22-nji oktýabrynyň edil öň ýanynda, 1844-nji ýylyň 17-nji awgustynda, Milleritler bu habary Amerikanyň Birleşen Ştatlarynyň gündogar deňiz kenary boýunça joşgunly tolkun kimin ýaýratdylar.</w:t>
      </w:r>
    </w:p>
    <w:p>
      <w:pPr>
        <w:pStyle w:val="ArticleBody"/>
        <w:jc w:val="left"/>
      </w:pPr>
      <w:r>
        <w:rPr>
          <w:rFonts w:ascii="Times New Roman" w:hAnsi="Times New Roman" w:eastAsia="Times New Roman" w:cs="Times New Roman"/>
        </w:rPr>
        <w:t>1989-njy ýyl Danyýel kitabynyň möhleti açylan ahyrzaman wagtydyr; Danyýel kitaby açylanda bolsa, hemişe iki topar ybadat edijini emele getirýän bilim artmagy bolýar. 1989 şol üç synag ýolbelgisiniň birinjisidir; ol 1798-nji ýylda birinji perişdäniň gelmegi bilen nusgalandyrylandyr. Birinji perişde 1840-njy ýylyň 11-nji awgustynda inende, ol 9/11-de inýän Ylham on sekizinji bapdaky perişdäni nusgalandyrdy. Millerçi taryhynyň ilkinji lapykeçligi ikinji perişdäniň gelmegini belläp geçdi we 2020-nji ýylyň 18-nji iýulyny hem-de gijä galma döwrüniň başlangyjyny nusgalandyrdy. Millerçiler ikinji perişdäniň habaryna we özleriniň on gyz baradaky tymsaldaky gyzlardygyny barha oýandylar. Olar 1844-nji ýylyň awgustyndaky Exeter lager ýygnagynda doly oýandylar. Ýüz kyrk dört müň 2023-nji ýylyň iýulynda, Ýarygije Gykylygynyň habary kem-kemden açylyp başlanda, oýandy.</w:t>
      </w:r>
    </w:p>
    <w:p>
      <w:pPr>
        <w:pStyle w:val="ArticleBody"/>
        <w:jc w:val="left"/>
      </w:pPr>
      <w:r>
        <w:rPr>
          <w:rFonts w:ascii="Times New Roman" w:hAnsi="Times New Roman" w:eastAsia="Times New Roman" w:cs="Times New Roman"/>
        </w:rPr>
        <w:t>Lazarusyň Isa tarapyndan direldilmegi arkaly Mesihiň hyzmatynyň täji bolan iş amala aşanda, Onuň hyzmatynyň “möhri” Lazaryň özi bolanda, Milleritler üçin Ekseterde gijikme döwri edil Lazaryň maşgalasy üçin tamamlanşy ýaly tamamlandy. Lazaryň direlişi gijikme döwrüniň soňuny we Hudaýyň halkynyň möhürlenmegini alamatlandyrýar. Ondan soň gelen Şanly Giriş Milleritler taryhynda Ýarygije Çagyryşy habarynyň yglan edilişiniň nusgasy boldy. Danyýeliň on birinji babyndaky on birinji aýatyň temasy günorta patyşasynyň ýokary galşy we ýykylşydyr, we bu on üçünji-on bäşinji aýatlarda Panium söweşine alyp barýar. Şol aýatlar on altynjy aýatda baýdak hökmünde ýokary göterilmeli erkekleriň we aýallaryň maňlaýlaryna möhüriň goýulýan ýerindäki synag daşy bolup durýar.</w:t>
      </w:r>
    </w:p>
    <w:p>
      <w:pPr>
        <w:pStyle w:val="ArticleBody"/>
        <w:jc w:val="left"/>
      </w:pPr>
      <w:r>
        <w:rPr>
          <w:rFonts w:ascii="Times New Roman" w:hAnsi="Times New Roman" w:eastAsia="Times New Roman" w:cs="Times New Roman"/>
        </w:rPr>
        <w:t>On bäşinji aýat Panium söweşinde ýerine ýetdi; bu waka Mesihiň Kaisareýa Filipä baryp görmegi bilen laýyk gelýär. Şol ýerde, Kaisareýa Filipide, Mesih Simon Barýonanyň adyny Petere öwrüp, ýüz kyrk dört müňüň möhürlenmegini belläp geçdi. Şondan beýläk, ýakynlaşýan haça degişli nury şägirtlere açylyp başlandy. Mesih haçdan biraz öň Simonyň adyny Petere üýtgedende, bu Exeter bilen Lazaryň synag ölçegi bilen laýyk gelip, Iýerusalime dabaraly girişiň öňüni açdy. 12-nji awgustdan 17-nji awgusta çenli bolan Exeter düşelge ýygnagy, Danyýeliň hem-de Ylhamyň on birinji baplarynda ýekşenbe kanunynyň ýer titremesi hökmünde görkezilen sarsgynyndan öň hakykatda ahyrky berkarar bolmagy aňladýar.</w:t>
      </w:r>
    </w:p>
    <w:p>
      <w:pPr>
        <w:pStyle w:val="ArticleScripture"/>
        <w:jc w:val="left"/>
      </w:pPr>
      <w:r>
        <w:rPr>
          <w:rFonts w:ascii="Times New Roman" w:hAnsi="Times New Roman" w:eastAsia="Times New Roman" w:cs="Times New Roman"/>
        </w:rPr>
        <w:t>«Battle Creekdäki iş hem şol bir tertipdedir. Sanitariýumdaky ýolbaşçylar imansyzlar bilen gatyşypdyrlar, olary az-köp derejede öz geňeşlerine kabul edipdirler, emma bu, göýä gözleri ýumuk halda işe girişmek ýalydyr. Olar islendik wagtda üstümize dökülip biljek zady görmäge tapawutlandyryş ukybyndan mahrumdyrlar. Alaçsyzlygyň, urşuň we gan döküşligiň ruhy bardyr, we şol ruh wagtyň juda soňuna çenli artar. Hudaýyň halky maňlaýlarynda möhürlenensoň derrew — bu görülip bilinjek haýsydyr bir möhür ýa-da alamat däl-de, eýsem hakykatda hem akyl taýdan, hem ruhy taýdan berk ornaşmakdyr, şonuň üçin olar gymyldadylmazlar — Hudaýyň halky möhürlenip, sarsdyrylyşa taýýarlanan badyna, ol geler. Aslynda, ol eýýäm başlandy. Hudaýyň hökümleri häzir ýurduň üstündedir, geljek zady bilmegimiz üçin bize duýduryş bermek maksady bilen». Manuscript Releases, 10-njy tom, 252.</w:t>
      </w:r>
    </w:p>
    <w:p>
      <w:pPr>
        <w:pStyle w:val="ArticleBody"/>
        <w:jc w:val="left"/>
      </w:pPr>
      <w:r>
        <w:rPr>
          <w:rFonts w:ascii="Times New Roman" w:hAnsi="Times New Roman" w:eastAsia="Times New Roman" w:cs="Times New Roman"/>
        </w:rPr>
        <w:t>Ýüz kyrk dört müň adamyň möhürlenmegi Exeter çadyr ýygnagy, Mesihiň Simonyň adyny Petere üýtgetmegi we Lazaryň direldilmegi arkaly şekillendirildi. Şol direldiliş Ylham kitabynyň on birinji babyndaky iki şaýadyň direldilişiniň nusgasydyr. Onunjy aýatdan on altynjy aýada çenli kyrkynjy aýadyň gizlin taryhyny görkezýär. Kyrkynjy aýadyň gizlin taryhynyň açylyp başlanylmagy on birinji aýadyň taryhy ýerine ýetmesiniň we Ukrain söweşiniň çäginde başlandy. 2023-nji ýylyň iýul aýyndan bäri şol gizlin taryh Ýahuda taýpasynyň Arslany tarapyndan açylmak işiniň dowamynda bolup gelýär.</w:t>
      </w:r>
    </w:p>
    <w:p>
      <w:pPr>
        <w:pStyle w:val="ArticleBody"/>
        <w:jc w:val="left"/>
      </w:pPr>
      <w:r>
        <w:rPr>
          <w:rFonts w:ascii="Times New Roman" w:hAnsi="Times New Roman" w:eastAsia="Times New Roman" w:cs="Times New Roman"/>
        </w:rPr>
        <w:t>Ylham möhleti ýekşenbe güni baradaky kanun bilen tamamlanmazyndan ozal geçilmeli bolan, uýamyz Waýtyň ýyrtyjynyň heýkeliniň synagy diýip kesgitlän, göze görünýän pygamberlik synagy, Ylham kitabynyň on birinji bap, on birinji aýatynda ýüz kyrk dört müňüň arasynda bolmaga dalaşgär bolanlar direlende başlandy.</w:t>
      </w:r>
    </w:p>
    <w:p>
      <w:pPr>
        <w:pStyle w:val="ArticleScripture"/>
        <w:jc w:val="left"/>
      </w:pPr>
      <w:r>
        <w:rPr>
          <w:rFonts w:ascii="Times New Roman" w:hAnsi="Times New Roman" w:eastAsia="Times New Roman" w:cs="Times New Roman"/>
        </w:rPr>
        <w:t>Reb maňa açyk görkezdi welin, wagyz-nesihat döwrüniň ýapylmagyndan öň ýyrtyjynyň keşbi kemala getiriler; çünki bu, Hudaýyň halky üçin olaryň baky ykbalynyň çözüljek beýik synagy bolar. Seniň garaýşyň şeýle bir gapma-garşylykly bulaşyklykdan ybarat welin, az sanly adam aldanaýmasa.</w:t>
      </w:r>
    </w:p>
    <w:p>
      <w:pPr>
        <w:pStyle w:val="ArticleScripture"/>
        <w:jc w:val="left"/>
      </w:pPr>
      <w:r>
        <w:rPr>
          <w:rFonts w:ascii="Times New Roman" w:hAnsi="Times New Roman" w:eastAsia="Times New Roman" w:cs="Times New Roman"/>
        </w:rPr>
        <w:t>“Aýan bolşy ýaly, bu mesele Ylham 13-de açyk beýan edilýär; [Ylham 13:11–17 sitata getirilýär].”</w:t>
      </w:r>
    </w:p>
    <w:p>
      <w:pPr>
        <w:pStyle w:val="ArticleScripture"/>
        <w:jc w:val="left"/>
      </w:pPr>
      <w:r>
        <w:rPr>
          <w:rFonts w:ascii="Times New Roman" w:hAnsi="Times New Roman" w:eastAsia="Times New Roman" w:cs="Times New Roman"/>
        </w:rPr>
        <w:t>“Bu, möhürlenmezden ozal Hudaýyň halkynyň geçmeli synagydyr. Onuň kanunyny berjaý etmek we galp bir sabaty kabul etmekden ýüz öwürmek arkaly Hudaýa bolan wepadarlygyny subut edenleriň hemmesi Reb Hudaý Ýehowanyň baýdagynyň astynda orun alar we diri Hudaýyň möhürini alar. Asmandan gelip çykan hakykatdan ýüz öwrenler we ýekşenbe sabatyny kabul edenler bolsa, haýwanyň nyşanyny alarlar.” Manuscript Releases, 15-nji tom, 15.</w:t>
      </w:r>
    </w:p>
    <w:p>
      <w:pPr>
        <w:pStyle w:val="ArticleBody"/>
        <w:jc w:val="left"/>
      </w:pPr>
      <w:r>
        <w:rPr>
          <w:rFonts w:ascii="Times New Roman" w:hAnsi="Times New Roman" w:eastAsia="Times New Roman" w:cs="Times New Roman"/>
        </w:rPr>
        <w:t>Pygamberligiň daşky çyzygy Danyýel 11-iň 11-nji aýatynyň taryhynda açylýar, içki çyzyk bolsa Ylham kitaby 11-nji bap 11-nji aýatda açylýar. Daşky çyzyk diri bolanlaryň höküm edilýän döwründe, haçan-da ybadathana bilen döwletiň utgaşygyny aňladýan, bu gatnaşyklarda ybadathananyň gözegçilik edýän wagşy janawaryň keşbiniň nähili emele gelýändigini görkezýär. Içki çyzyk diri bolanlaryň höküm edilmeginiň dowamynda, ylahylyk bilen ynsanlygyň utgaşygyny aňladýan Mesihiň keşbiniň nähili emele gelýändigini görkezýär.</w:t>
      </w:r>
    </w:p>
    <w:p>
      <w:pPr>
        <w:pStyle w:val="ArticleBody"/>
        <w:jc w:val="left"/>
      </w:pPr>
      <w:r>
        <w:rPr>
          <w:rFonts w:ascii="Times New Roman" w:hAnsi="Times New Roman" w:eastAsia="Times New Roman" w:cs="Times New Roman"/>
        </w:rPr>
        <w:t>Üçünji perişdäniň we ýüz kyrk dört müňüň özgertme hereketi, Danyýel on biriň onunjy aýatynda şekillendirilişi ýaly, ahyrzamanyň wagtynda, 1989-njy ýylda başlandy. Şondan soň Danyýel on ikinji babyň kämil amala aşmagy başlandy.</w:t>
      </w:r>
    </w:p>
    <w:p>
      <w:pPr>
        <w:pStyle w:val="ArticleScripture"/>
        <w:jc w:val="left"/>
      </w:pPr>
      <w:r>
        <w:rPr>
          <w:rFonts w:ascii="Times New Roman" w:hAnsi="Times New Roman" w:eastAsia="Times New Roman" w:cs="Times New Roman"/>
        </w:rPr>
        <w:t>Soňra ol şeýle diýdi: «Ýoluňa dowam et, eý Daniýel; çünki bu sözler ahyrzamanyň wagtyna çenli ýapyk we möhürlenen bolar. Köpüsi päklener, agardar we synagdan geçiriler; emma erbetler erbetlik ederler; erbetleriň hiç biri düşünmez; emma akyldarlar düşünerler». Daniýel 12:9, 10.</w:t>
      </w:r>
    </w:p>
    <w:p>
      <w:pPr>
        <w:pStyle w:val="ArticleBody"/>
        <w:jc w:val="left"/>
      </w:pPr>
      <w:r>
        <w:rPr>
          <w:rFonts w:ascii="Times New Roman" w:hAnsi="Times New Roman" w:eastAsia="Times New Roman" w:cs="Times New Roman"/>
        </w:rPr>
        <w:t>On birinji bölüminiň onunjy aýaty ilkinji perişde tarapyndan Hudaýdan gorkmak hökmünde şekillendirilýän “täzeleniş arassalanma işiniň” başlangyjyny aňladýar. On birinji we on ikinji aýatlar ýüz kyrk dört müňüň ak edilýän ýerini aňladýar. Zekerýa kitaby şol tejribäni kesgitleýär.</w:t>
      </w:r>
    </w:p>
    <w:p>
      <w:pPr>
        <w:pStyle w:val="ArticleScripture"/>
        <w:jc w:val="left"/>
      </w:pPr>
      <w:r>
        <w:rPr>
          <w:rFonts w:ascii="Times New Roman" w:hAnsi="Times New Roman" w:eastAsia="Times New Roman" w:cs="Times New Roman"/>
        </w:rPr>
        <w:t>Soňra ol maňa Rebbiň perişdesiniň öňünde duran baş ruhany Ýeşuwany we oňa garşy durmak üçin onuň sag el tarapynda duran Şeýtany görkezdi. Reb Şeýtana diýdi: «Ýa Reb seni ýazgarsyn, eý Şeýtan; hatda Iýerusalimi saýlan Reb seni ýazgarsyn; bu otdan alnyp çykarylan bir köz dälmi?» Ýeşuwa bolsa hapa lybas geýnip, perişdesiniň öňünde durýardy. Şonda ol onuň öňünde duranlara ýüzlenip diýdi: «Onuň üstünden hapa lybaslary çykaryň». Soňra oňa diýdi: «Ine, Men seniň bikanunlygyňy senden aýyrdym we saňa başga geýim geýdirerin». Menem diýdim: «Onuň başyna päk selle goýsunlar». Şeýlelikde onuň başyna päk selle goýdular we oňa lybas geýdirdiler. Rebbiň perişdesi hem ýanynda durdy. Zekerýa 3:1–5.</w:t>
      </w:r>
    </w:p>
    <w:p>
      <w:pPr>
        <w:pStyle w:val="ArticleBody"/>
        <w:jc w:val="left"/>
      </w:pPr>
      <w:r>
        <w:rPr>
          <w:rFonts w:ascii="Times New Roman" w:hAnsi="Times New Roman" w:eastAsia="Times New Roman" w:cs="Times New Roman"/>
        </w:rPr>
        <w:t>Bu bölek Mesihiň Baş Ruhany hökmünde ýerine ýetirýän ahyrky işinde amal bolýar we ýüz kyrk dört müňüň möhürlenmegini aňladýar.</w:t>
      </w:r>
    </w:p>
    <w:p>
      <w:pPr>
        <w:pStyle w:val="ArticleScripture"/>
        <w:jc w:val="left"/>
      </w:pPr>
      <w:r>
        <w:rPr>
          <w:rFonts w:ascii="Times New Roman" w:hAnsi="Times New Roman" w:eastAsia="Times New Roman" w:cs="Times New Roman"/>
        </w:rPr>
        <w:t>“Zekerýanyň Ýeşuwa we Perişde baradaky görnüşi, uly ýaraşyk güniniň soňky wakalarynda Hudaýyň halkynyň başyndan geçirjek tejribesine aýratyn güýç bilen degişlidir. Şonda galyndy ybadathana uly synaga we gam-gussa düşüriler. Hudaýyň buýruklaryny we Isanyň imanyny saklaýanlar aždarhanyň hem onuň goşunlarynyň gazabyny duýarlar. Şeýtan dünýäni öz raýatlary hökmünde hasaplaýar; ol hatda Mesihçidigini aýdýanlaryň köpüsiniň üstünden hem gözegçilik gazandy. Emma ine, onuň hökümranlygyna garşy durýan kiçijik bir topar bar. Eger olary ýer ýüzünden ýok edip bilse, onuň ýeňşi doly bolar. Ol butparaz halklary Ysraýyly ýok etmäge nädip täsir eden bolsa, şonuň ýaly hem ýakyn geljekde ýeriň erbet güýçlerini Hudaýyň halkyny ýok etmek üçin öjükdirer. Adamlardan ylahy kanuny bozup, ynsan buýruklaryna boýun bolmak talap ediler.” Pygamberler we Patyşalar, 587.</w:t>
      </w:r>
    </w:p>
    <w:p>
      <w:pPr>
        <w:pStyle w:val="ArticleBody"/>
        <w:jc w:val="left"/>
      </w:pPr>
      <w:r>
        <w:rPr>
          <w:rFonts w:ascii="Times New Roman" w:hAnsi="Times New Roman" w:eastAsia="Times New Roman" w:cs="Times New Roman"/>
        </w:rPr>
        <w:t>“Beýik Ýaraşyş Gününiň jemleýji wakalary” ilki ýüz kyrk dört müň adamyň möhürlenmegidir; ondan soň bolsa häzir Babilde bolan Hudaýyň beýleki çagalarynyň möhürlenmegi gelýär.</w:t>
      </w:r>
    </w:p>
    <w:p>
      <w:pPr>
        <w:pStyle w:val="ArticleScripture"/>
        <w:jc w:val="left"/>
      </w:pPr>
      <w:r>
        <w:rPr>
          <w:rFonts w:ascii="Times New Roman" w:hAnsi="Times New Roman" w:eastAsia="Times New Roman" w:cs="Times New Roman"/>
        </w:rPr>
        <w:t>Hudaýyň halky Onuň huzurynda janlaryny ezip, ýüregiň päkligi üçin ýalbarýarka, şeýle buýruk berilýär: “Hapa eşikleri aýryň”; we ruhlandyryjy sözler aýdylýar: “Ine, seniň bikanunlygyňy senden aýyrdym, saňa bolsa täze eşik geýdirerin.” Zakarýa 3:4. Mesihe degişli dogrulygyň tegmilsiz dony synagdan geçen, synalan, wepaly Hudaý çagalarynyň egnine geýdirilýär. Ýigrenilen galyndy şanly lybaslara bürenýär, mundan beýläk dünýäniň bozgakçylyklary bilen hiç wagt hapalanmaz. Olaryň atlary Guzynyň ýaşaýyş kitabynda saklanýar, ähli asyrlaryň wepalylarynyň arasynda hasaba alynýar. Olar aldawçynyň mekir tilsimlerine garşy durdular; aždarhanyň arryldysy olaryň wepadarlygyny sarsdyrmady. Indi olar synagçynyň hilelerinden ebedilik howpsuzdyrlar. Olaryň günäleri günäniň başlangyççysyna geçirilýär. Olaryň başyna “owadan täç” goýulýar.</w:t>
      </w:r>
    </w:p>
    <w:p>
      <w:pPr>
        <w:pStyle w:val="ArticleScripture"/>
        <w:jc w:val="left"/>
      </w:pPr>
      <w:r>
        <w:rPr>
          <w:rFonts w:ascii="Times New Roman" w:hAnsi="Times New Roman" w:eastAsia="Times New Roman" w:cs="Times New Roman"/>
        </w:rPr>
        <w:t>Şeýtan öz aýyplamalaryny gaýta-gaýta öňe sürüp duran mahaly, görünmeýän mukaddes perişdeler o ýana-bu ýana gatnap, wepaly adamlaryň üstüne diri Hudaýyň möhürini basyp ýördüler. Bular Guzy bilen bile Sion dagynda duranlardyr; olaryň maňlaýlarynda Atasynyň ady ýazylgydyr. Olar tagtyň öňünde täze aýdymy aýdýarlar; ol aýdymy ýer ýüzünden halas edilen ýüz kyrk dört müňden başga hiç kim öwrenip bilmez. «Bular Guzynyň nirä barsa, onuň yzyna düşýänlerdir. Bular adamlaryň arasyndan Hudaýa we Guza ilkinji miweler hökmünde halas edilenlerdir. Olaryň agzyndan hile tapylmady, çünki olar Hudaýyň tagtynyň öňünde kemçiliksizdirler». Ylham 14:4, 5.</w:t>
      </w:r>
    </w:p>
    <w:p>
      <w:pPr>
        <w:pStyle w:val="ArticleScripture"/>
        <w:jc w:val="left"/>
      </w:pPr>
      <w:r>
        <w:rPr>
          <w:rFonts w:ascii="Times New Roman" w:hAnsi="Times New Roman" w:eastAsia="Times New Roman" w:cs="Times New Roman"/>
        </w:rPr>
        <w:t>Indi Perişdäniň sözleriniň doly ýerine ýetmegi gazanylýar: ‘Indi gulak goý, eý baş ruhany Ýeşuwa, sen we öňüňde oturan ýoldaşlaryň; çünki olar geň galynýan adamlardyr; sebäbi, ine, Men Öz Gulumy — Şahany — çykaryp getirerin.’ Zekarýa 3:8. Mesih Öz halkynyň Halasgäri we Gutaryjysy hökmünde aýan edilýär. Indi hakykatdan-da galyndylar ‘geň galynýan adamlardyr,’ çünki olaryň ýolagçylykdaky gözýaşlary we peseldilmegi Hudaýyň we Guzynyň huzurynda şatlyga hem-de hormata orun berýär. ‘Şol günde Rebbiň Şahasy gözel we şöhratly bolar, ýeriň miwesi bolsa Ysraýyldan gutulanlar üçin ajaýyp we görmegeý bolar. Şeýle hem bolar welin, Sionda galan we Iýerusalimde diri galan her bir adam, ýagny Iýerusalimde ýaşaýanlaryň arasynda ýaşaýjylaryň sanawyna ýazylan her bir kişi mukaddes diýlip atlandyrylar.’ Işaýa 4:2, 3.” Patyşalar we Pygamberler, 591, 592.</w:t>
      </w:r>
    </w:p>
    <w:p>
      <w:pPr>
        <w:pStyle w:val="ArticleBody"/>
        <w:jc w:val="left"/>
      </w:pPr>
      <w:r>
        <w:rPr>
          <w:rFonts w:ascii="Times New Roman" w:hAnsi="Times New Roman" w:eastAsia="Times New Roman" w:cs="Times New Roman"/>
        </w:rPr>
        <w:t>Möhürlenmek Danyýlyň «päklenip, ak edilen we synalan» diýen sözleriniň ikinji ädimidir. On birinji we on ikinji aýatlar on üçünji aýatdan on bäşinji aýata çenli beýan edilýän Paniý söweşiniň öň ýanynda ýüze çykýan pygamberlikdäki günorta patyşasy bolan Russiýanyň ahyrky gezek ýokary galşyny we pese gaçyşyny görkezýär. Ýüz kyrk dört müň adam uly geçiĢ gününiň jemleýji sahnalarynda Mesih tarapyndan hapa lybaslary aýrylanda, olar «owadan selle» alýarlar; bu bolsa gyzyl don we altyn zynjyr bilen bilelikde Danyýlyň üçünji häkimlige göterilmegidir. Şol bir zat hem Ýusubyň alan altyn zynjyry, onuň ikinji häkimlige göterilmegi we patyşanyň ýüzüginiň berilmegidir. «Ýüzük» hökümdaryň öz kanunlaryny patyşalyk möhüri bilen tassyk etmek üçin ulanýan patyşalyk möhürini aňladýar.</w:t>
      </w:r>
    </w:p>
    <w:p>
      <w:pPr>
        <w:pStyle w:val="ArticleBody"/>
        <w:jc w:val="left"/>
      </w:pPr>
      <w:r>
        <w:rPr>
          <w:rFonts w:ascii="Times New Roman" w:hAnsi="Times New Roman" w:eastAsia="Times New Roman" w:cs="Times New Roman"/>
        </w:rPr>
        <w:t>Daryýus öz möhür ýüzügini ulanyp, Daniýel ýolbarslaryň arasyna taşlanan çukury möhürledi.</w:t>
      </w:r>
    </w:p>
    <w:p>
      <w:pPr>
        <w:pStyle w:val="ArticleScripture"/>
        <w:jc w:val="left"/>
      </w:pPr>
      <w:r>
        <w:rPr>
          <w:rFonts w:ascii="Times New Roman" w:hAnsi="Times New Roman" w:eastAsia="Times New Roman" w:cs="Times New Roman"/>
        </w:rPr>
        <w:t>Soň patyşa buýruk berdi, Danieli getirip, arslanlaryň hinine taşladylar. Patyşa Daniele ýüzlenip: «Üznüksiz gulluk edýän Hudaýyň seni halas eder» diýdi. Soň bir daş getirilip, hiniň agzyna goýuldy; Daniel babatda niýetiň üýtgedilmezligi üçin, patyşa ony öz möhri we begleriniň möhri bilen möhürledi. Daniel 6:16, 17.</w:t>
      </w:r>
    </w:p>
    <w:p>
      <w:pPr>
        <w:pStyle w:val="ArticleBody"/>
        <w:jc w:val="left"/>
      </w:pPr>
      <w:r>
        <w:rPr>
          <w:rFonts w:ascii="Times New Roman" w:hAnsi="Times New Roman" w:eastAsia="Times New Roman" w:cs="Times New Roman"/>
        </w:rPr>
        <w:t>“Signet” diýlip terjime edilen ibrany sözi Strongs-da H5824 bolup, H5823-e gabat gelýän kök sözden gelip çykýar; onuň manysy möhür ýüzügi (nagyşlanan hökmünde). Perişdäniň öňündäki Ýeşuwa, ýolbarslaryň hinindäki Daniýel, Fyrownyň öňündäki Ýusup ýüz kyrk dört müňüň möhürlenmegini aňladýar; bu bolsa Daniýel on ikidäki ikinji synagdyr, onda päklenenler soňra “agardylýar”, “synalmakdan” öň. Bu setirler “Zerubbabel”, “Şealtieliň ogly” arkaly hem aňladylýar.</w:t>
      </w:r>
    </w:p>
    <w:p>
      <w:pPr>
        <w:pStyle w:val="ArticleScripture"/>
        <w:jc w:val="left"/>
      </w:pPr>
      <w:r>
        <w:rPr>
          <w:rFonts w:ascii="Times New Roman" w:hAnsi="Times New Roman" w:eastAsia="Times New Roman" w:cs="Times New Roman"/>
        </w:rPr>
        <w:t>Şol günde, diýýär goşunlaryň Rebbi, men seni, eý meniň hyzmatkärim Zorobabeli, Şealtieliň ogluny, alaryn, diýýär Reb; we seni möhür ýüzügi ýaly ederin; çünki men seni saýlap aldym, diýýär goşunlaryň Rebbi. Haggai 2:23.</w:t>
      </w:r>
    </w:p>
    <w:p>
      <w:pPr>
        <w:pStyle w:val="ArticleBody"/>
        <w:jc w:val="left"/>
      </w:pPr>
      <w:r>
        <w:rPr>
          <w:rFonts w:ascii="Times New Roman" w:hAnsi="Times New Roman" w:eastAsia="Times New Roman" w:cs="Times New Roman"/>
        </w:rPr>
        <w:t>Zerubbabel “Wawilonyň nesli” diýmekdir, onuň kakasy bolsa “Hudaýdan dilenilen” manysyny berýän Şealtiýel idi. Zerubbabel soňky günlerde Wawilonyň neslini Hudaýyň sürüsine çagyrýan ikinji perişdäniň habaryny aňladýar. “Doga” unsury Wawilonyň iň soňky neslini daşardan çykarmaga çagyrýan ýüz kyrk dört müň bilen baglanyşyklydyr, çünki şol ruhy janlanma diňe doga bilen bolup geçýär.</w:t>
      </w:r>
    </w:p>
    <w:p>
      <w:pPr>
        <w:pStyle w:val="ArticleScripture"/>
        <w:jc w:val="left"/>
      </w:pPr>
      <w:r>
        <w:rPr>
          <w:rFonts w:ascii="Times New Roman" w:hAnsi="Times New Roman" w:eastAsia="Times New Roman" w:cs="Times New Roman"/>
        </w:rPr>
        <w:t>“Biziň aramyzda hakyky takwalygyň täzeden janlanmagy ähli zerurlyklarymyzyň iň beýigi we iň gaýragoýulmasyzydyr. Muny gözlemek biziň ilkinji işimiz bolmalydyr. Rebbiň berekedini almak üçin yhlasly tagalla edilmelidir, bu bolsa Hudaýyň Öz berekedini bize bermäge islegsizdigi üçin däl-de, eýsem biziň ony kabul etmäge taýýar däldigimiz üçindir. Gökdäki Atamyz, Ondan soraýanlara Öz Mukaddes Ruhuny bermäge, ýer ýüzündäki ene-atalaryň öz çagalaryna ýagşy sowgatlar bermäge taýýardygyndan hem has taýýardyr. Emma boýun almak, özüňi kiçeltmek, toba etmek we yhlasly doga arkaly, Hudaýyň Öz berekedini bermäge wada eden şertlerini ýerine ýetirmek biziň işimizdir. Täzeden janlanmaga diňe doga jogap hökmünde garaşylmalydyr. Adamlar Hudaýyň Mukaddes Ruhundan şeýle derejede mahrum bolanlarynda, Sözüň wagyz edilmegine gadyr goýup bilmeýärler; emma Ruhuň gudraty olaryň ýüreklerine täsir eden mahaly, şonda edilen wagyzlar täsirsiz bolmaz. Hudaýyň Sözüniň tälimleri boýunça ugrukdyrylyp, Onuň Ruhunyň aýan bolmagy bilen, paýhasly düşünjäni ulanyp, ýygnaklarymyza gatnaşýanlar gymmatly bir tejribe gazanarlar we öýlerine dolanansoň, peýdaly täsir ýetirmäge taýýar bolarlar.”</w:t>
      </w:r>
    </w:p>
    <w:p>
      <w:pPr>
        <w:pStyle w:val="ArticleScripture"/>
        <w:jc w:val="left"/>
      </w:pPr>
      <w:r>
        <w:rPr>
          <w:rFonts w:ascii="Times New Roman" w:hAnsi="Times New Roman" w:eastAsia="Times New Roman" w:cs="Times New Roman"/>
        </w:rPr>
        <w:t>Köne baýdak göterijiler doga arkaly Hudaý bilen göreşmegiň nämedigini, hem-de Onuň Ruhunyň dökülip berlişinden lezzet almagyň nämedigini bilýärdiler. Emma olar iş meýdanyndan çekilip barýarlar; olaryň orunlaryny doldurmak üçin kimler öňe çykýar? Ösüp gelýän nesliň ýagdaýy nähili? Olar Hudaýa öwrüldilermi? Biz gökdäki mukaddes mekanda dowam edýän işe oýarmy, ýogsa biz oýanýançak, ybadathananyň üstüne täsirli bir güýjüň inmegine garaşýarysmy? Biz tutuş ybadathananyň janlanyşyny görmäge umyt baglaýarysmy? Ol wagt hiç haçan gelmez.</w:t>
      </w:r>
    </w:p>
    <w:p>
      <w:pPr>
        <w:pStyle w:val="ArticleScripture"/>
        <w:jc w:val="left"/>
      </w:pPr>
      <w:r>
        <w:rPr>
          <w:rFonts w:ascii="Times New Roman" w:hAnsi="Times New Roman" w:eastAsia="Times New Roman" w:cs="Times New Roman"/>
        </w:rPr>
        <w:t>Ybadathan içinde imana gelmedik adamlar bar, olar yhlasly, üstün gelýän dogada birleşmezler. Biz işe her birimiz aýratynlykda başlamalydyrys. Biz has köp doga etmeli, az geplemeli. Kanunsyzlyk artýar, we halka takwalygyň diňe görnüşi bilen, emma ruhy hem güýji bolmazdan kanagatlanmazlyk öwredilmelidir. Eger biz öz ýüreklerimizi barlamaga, günälerimizi aýyrmaga we erbet meýillerimizi düzetmäge çyn ýürekden ymtylsak, onda janlarymyz bihuda zada göterilmez; biz özümize ynamsyz bolarys, ýeterliligimiziň Hudadandygyny dowamly duýup ýaşarys. Selected Messages, 1-nji kitap, 121, 122.</w:t>
      </w:r>
    </w:p>
    <w:p>
      <w:pPr>
        <w:pStyle w:val="ArticleBody"/>
        <w:jc w:val="left"/>
      </w:pPr>
      <w:r>
        <w:rPr>
          <w:rFonts w:ascii="Times New Roman" w:hAnsi="Times New Roman" w:eastAsia="Times New Roman" w:cs="Times New Roman"/>
        </w:rPr>
        <w:t>Doganyň ýolgörkezijisi Daniýel kitabynda beýan edilýär; ol ýerde ikinji bapdaky daşarky habara düşünmek üçin edilen doga, şeýle hem dokuzynjy bapda görkezilen içki habary berjaý etmek üçin edilen doga hem görkezilýär. Zorobabel bilen onuň kakasy Şealtiel ikinji synagda bir ýüz kyrk dört müňüň möhürlenmegini aňladýar; bu bolsa wagşynyň şekiliniň görsel synagydyr; ol aýan kitaby on birinji bap, on birinji aýatda görkezilen içki synag, hem-de Daniýel kitaby on birinji bap, on birinji aýatda görkezilen daşarky synagdyr.</w:t>
      </w:r>
    </w:p>
    <w:p>
      <w:pPr>
        <w:pStyle w:val="ArticleBody"/>
        <w:jc w:val="left"/>
      </w:pPr>
      <w:r>
        <w:rPr>
          <w:rFonts w:ascii="Times New Roman" w:hAnsi="Times New Roman" w:eastAsia="Times New Roman" w:cs="Times New Roman"/>
        </w:rPr>
        <w:t>On birinji aýata indiki makalada-da seretmegimizi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Dokuzynjy San</dc:title>
  <dc:subject>Dördünji Setir</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