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bir, on bir</w:t>
      </w:r>
    </w:p>
    <w:p>
      <w:pPr>
        <w:pStyle w:val="ArticleSubtitle"/>
        <w:jc w:val="left"/>
      </w:pPr>
      <w:r>
        <w:rPr>
          <w:rFonts w:ascii="Arial" w:hAnsi="Arial" w:eastAsia="Arial" w:cs="Arial"/>
        </w:rPr>
        <w:t>On bir, on bir: Danyýel bilen Ylhamyň pygamberlik şaýatlygy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Paniumy öwrenmekde şu derejä ýetmegim meniň üçin uzak bir proses boldy, we “On bir, on bir” diýen at, Ýahuda taýpasynyň Arslanynyň Danyýel kitabyny-da, Ylham kitabyny-da utgaşdyryp, Hudaýyň halkynyň möhürleniş taryhynyň içerki we daşarky ugurlaryny on birinji bapda we on birinji aýatda beýan edendigini nygtamak maksady bilen berildi. Synag möhleti ýapylmazdan biraz öň, Danyýel we Ylham kitaplarynda duş gelýän iki sany on bir—on bir setiri bilen şekillendirilen içerki we daşarky pygamberlik taryhlarynyň häzirki hakykata öwrülen wagtyna çenli möhürlenen Ylhamdaky pygamberligiň möhürini açmak barada bir buýruk berilýär.</w:t>
      </w:r>
    </w:p>
    <w:p>
      <w:pPr>
        <w:pStyle w:val="ArticleScripture"/>
        <w:jc w:val="left"/>
      </w:pPr>
      <w:r>
        <w:rPr>
          <w:rFonts w:ascii="Times New Roman" w:hAnsi="Times New Roman" w:eastAsia="Times New Roman" w:cs="Times New Roman"/>
        </w:rPr>
        <w:t>Ol maňa şeýle diýýär: «Bu kitabyň pygamberlik sözlerini möhürleme, çünki wagt ýakyndyr. Adalatsyz bolan, goý, henizem adalatsyzlyk etsin; nejis bolan, goý, henizem nejis bolsun; dogruçyl bolan, goý, henizem dogruçyl bolsun; mukaddes bolan, goý, henizem mukaddes bolsun». Ylham 22:10, 11.</w:t>
      </w:r>
    </w:p>
    <w:p>
      <w:pPr>
        <w:pStyle w:val="ArticleBody"/>
        <w:jc w:val="left"/>
      </w:pPr>
      <w:r>
        <w:rPr>
          <w:rFonts w:ascii="Times New Roman" w:hAnsi="Times New Roman" w:eastAsia="Times New Roman" w:cs="Times New Roman"/>
        </w:rPr>
        <w:t>Synag möhletiniň tamamlanmagyna az galan “wagt golaýlady”, we “Isa Mesihiň Ylhamy” açylýan mahal hem “wagt golaýlady”.</w:t>
      </w:r>
    </w:p>
    <w:p>
      <w:pPr>
        <w:pStyle w:val="ArticleScripture"/>
        <w:jc w:val="left"/>
      </w:pPr>
      <w:r>
        <w:rPr>
          <w:rFonts w:ascii="Times New Roman" w:hAnsi="Times New Roman" w:eastAsia="Times New Roman" w:cs="Times New Roman"/>
        </w:rPr>
        <w:t>Isa Mesihiň aýan edilişi; ýakyn wagtda bolmaly zatlary Öz gullaryna görkezmek üçin, ony Hudaý Oňa berdi; we Ol muny Öz perişdesini iberip, Öz gulu Ýahýa alamatlar arkaly bildirdi. Ýahýa Hudaýyň sözüne, Isa Mesihiň şaýatlygyna we gören zatlarynyň hemmesine şaýatlyk etdi. Bu pygamberligiň sözlerini okaýan bagtlydyr, ony diňleýänler hem we onda ýazylanlary ýerine ýetirýänler hem bagtlydyr; çünki wagt golaýdyr. Ylham 1:1–3.</w:t>
      </w:r>
    </w:p>
    <w:p>
      <w:pPr>
        <w:pStyle w:val="ArticleBody"/>
        <w:jc w:val="left"/>
      </w:pPr>
      <w:r>
        <w:rPr>
          <w:rFonts w:ascii="Times New Roman" w:hAnsi="Times New Roman" w:eastAsia="Times New Roman" w:cs="Times New Roman"/>
        </w:rPr>
        <w:t>Ýahuda taýpasynyň Arslany 2023-nji ýylyň iýul aýynda Ýarygijäniň Çagyryşy habarynyň gelşinden bäri edip gelşi ýaly, “Isa Mesihiň Ylhamyny” möhürinden açanda, şol açyş Onuň “Palmoni”, ýagny Gudratly Sanawçy ýa-da Syrlaryň Sanawçysy bolandygynyň aýan edilmegini hem öz içine alýar. Bu hakykaty kabul etmezlik, ýüz kyrk dört müňi möhürleýän synag işinden geçmezlikdir.</w:t>
      </w:r>
    </w:p>
    <w:p>
      <w:pPr>
        <w:pStyle w:val="ArticleScripture"/>
        <w:jc w:val="left"/>
      </w:pPr>
      <w:r>
        <w:rPr>
          <w:rFonts w:ascii="Times New Roman" w:hAnsi="Times New Roman" w:eastAsia="Times New Roman" w:cs="Times New Roman"/>
        </w:rPr>
        <w:t>Men sizi hakykatdan hem toba etmek üçin suw bilen çokundyrýaryn; emma menden soň Gelýän mendenden kuwwatlydyr; Onuň köwşüni götermäge-de men mynasyp däl. Ol sizi Mukaddes Ruh bilen we ot bilen çokundyrar. Onuň elegi Öz elindedir, we Ol harmanyny düýpli arassalap, bugdaýyny ammara ýygar; emma samanlary öçmejek ot bilen ýakar. Matta 3:11, 12.</w:t>
      </w:r>
    </w:p>
    <w:p>
      <w:pPr>
        <w:pStyle w:val="ArticleScripture"/>
        <w:jc w:val="left"/>
      </w:pPr>
      <w:r>
        <w:rPr>
          <w:rFonts w:ascii="Times New Roman" w:hAnsi="Times New Roman" w:eastAsia="Times New Roman" w:cs="Times New Roman"/>
        </w:rPr>
        <w:t>“Bu arassalama işiniň takyk haçan başlanjakdygyny aýdyp bilemok, ýöne ol uzak wagt gijikdirilmez. Elinde elegi bolan Öz ybadathanasyny onuň ahlak taýdan haramlyklaryndan arassalar. Ol Öz harmanyny düýpli arassalar.” Testimonies to Ministers, 372, 373.</w:t>
      </w:r>
    </w:p>
    <w:p>
      <w:pPr>
        <w:pStyle w:val="ArticleBody"/>
        <w:jc w:val="left"/>
      </w:pPr>
      <w:r>
        <w:rPr>
          <w:rFonts w:ascii="Times New Roman" w:hAnsi="Times New Roman" w:eastAsia="Times New Roman" w:cs="Times New Roman"/>
        </w:rPr>
        <w:t>Möhürlenmegiň wagtyny pygamberlik synagynyň barlag prosesi hökmünde kesgitleýän pygamberlik ugurlary örän köpdir. Synag prosesiniň okuwçynyň Hudaýyň pygamberlik Sözüni öwrenmekde dogry ýa-da nädogry usulyýeti ulanmak başarnygyna we ukyplylygyna esaslanýandygy aýdyňdyr. Bu hakykat ylham berlen ýazgyda hem örän köpsanly görnüşde beýan edilýär.</w:t>
      </w:r>
    </w:p>
    <w:p>
      <w:pPr>
        <w:pStyle w:val="ArticleScripture"/>
        <w:jc w:val="left"/>
      </w:pPr>
      <w:r>
        <w:rPr>
          <w:rFonts w:ascii="Times New Roman" w:hAnsi="Times New Roman" w:eastAsia="Times New Roman" w:cs="Times New Roman"/>
        </w:rPr>
        <w:t>Bu dört çaga barada aýdylanda bolsa, Hudaý olara her dürli okuwda we paýhasda bilim hem ussatlyk berdi; Daniýel bolsa ähli görnüşlere we düýşlere düşünmek ukybyna eýe boldy. Patyşanyň olary huzuryna getirmegi buýran günleriniň ahyry ýetende, hadymlaryň başlygy olary Nebukadnesaryň öňüne getirdi. Patyşa olar bilen söhbet etdi; olaryň hemmesiniň arasynda Daniýel, Hananyýa, Mişaýel we Azaryýa ýaly hiç kim tapylmady; şonuň üçin olar patyşanyň huzurynda durdular. Patyşa olardan soran ähli paýhas we düşünje meselelerinde, olary öz şalygynyň ähli jadygöýlerinden we münäjimlerinden on esse artyk tapdy. Daniýel 1:17–20.</w:t>
      </w:r>
    </w:p>
    <w:p>
      <w:pPr>
        <w:pStyle w:val="ArticleBody"/>
        <w:jc w:val="left"/>
      </w:pPr>
      <w:r>
        <w:rPr>
          <w:rFonts w:ascii="Times New Roman" w:hAnsi="Times New Roman" w:eastAsia="Times New Roman" w:cs="Times New Roman"/>
        </w:rPr>
        <w:t>Pygamberlik düşündirişiniň iň başky kadalarynyň biri şudur: hakykat iki şaýadyň güwäligi esasynda berkidilýär, we bu ýörelgä ynam bildirmeýänler özlerini şowsuzlyga sezewar edýärler. Möhürleniş döwründäki synag işiniň bir bölegi, Daniel bilen Ýahýa tarapyndan on birinji bapda we on birinji aýatda şekillendirilen içki hem-de daşky taryhlaryň arasyndaky baglanyşygyň ykrar edilmegini öz içine alýar.</w:t>
      </w:r>
    </w:p>
    <w:p>
      <w:pPr>
        <w:pStyle w:val="ArticleScripture"/>
        <w:jc w:val="left"/>
      </w:pPr>
      <w:r>
        <w:rPr>
          <w:rFonts w:ascii="Times New Roman" w:hAnsi="Times New Roman" w:eastAsia="Times New Roman" w:cs="Times New Roman"/>
        </w:rPr>
        <w:t>“Ylham möhürlenen kitapdyr, emma şol bir wagtyň özünde açylan hem kitapdyr. Ol bu ýeriň taryhynyň soňky günlerinde bolup geçmeli ajaýyp wakalary beýan edýär. Bu kitabyň taglymatlary anykdyr, syrly we düşüniksiz däldir. Onda Danyýeldäki ýaly şol bir pygamberlik ugry dowam etdirilýär. Käbir pygamberlikleri Hudaý gaýtalady, şeýlelik bilen olara ähmiýet berilmelidigini görkezdi. Reb uly ähmiýeti bolmadyk zatlary gaýtalamaýar.” Manuscript Releases, 9-njy jilt, 8.</w:t>
      </w:r>
    </w:p>
    <w:p>
      <w:pPr>
        <w:pStyle w:val="ArticleBody"/>
        <w:jc w:val="left"/>
      </w:pPr>
      <w:r>
        <w:rPr>
          <w:rFonts w:ascii="Times New Roman" w:hAnsi="Times New Roman" w:eastAsia="Times New Roman" w:cs="Times New Roman"/>
        </w:rPr>
        <w:t>Danyýel we Ylham kitaplary iki şaýady aňladýar, we ýüz kyrk dört müň Ylham kitabynyň on birinji babynda iki şaýat hökmünde görkezilýär. Bapdaky on birinji aýatda, Ylýas we Musa tarapyndan görkezilen bu iki şaýat, gaýnap duran ýagda bolan Ýahýa hem-de ýolbarslaryň çukurundaky Danyýel arkaly öňünden nusgalanan görnüşde direldilýär. Ýüz kyrk dört müň Danyýel we Ýahýa tarapyndan, şeýle hem Ylýas we Musa tarapyndan görkezilýär. Ýüz kyrk dört müňi ýüze çykarýan synag döwründe üstünlik gazanmak üçin okuwçy hakykatyň iki şaýadyň üstünde berkidilýändigine, Danyýel we Ylham kitaplarynyň iki şaýady aňladýandygyna, hem-de ýüz kyrk dört müňiň Ylýas bilen Musa, şeýle hem Danyýel bilen Ýahýa hökmünde nusgalanandygyny düşünmelidir.</w:t>
      </w:r>
    </w:p>
    <w:p>
      <w:pPr>
        <w:pStyle w:val="ArticleBody"/>
        <w:jc w:val="left"/>
      </w:pPr>
      <w:r>
        <w:rPr>
          <w:rFonts w:ascii="Times New Roman" w:hAnsi="Times New Roman" w:eastAsia="Times New Roman" w:cs="Times New Roman"/>
        </w:rPr>
        <w:t>Bu hakykatlar, Daniýelde-de, Ylhamda-da “on bir, on bir” arkaly şekillendirilen içki we daşky taryh bilen baglanyşykly pygamberlik hakykatlarynyň diňe gysgaça bir nusgasydyr. Palmoni hökmünde Mesih iki parçanyň sazlaşdyrylmagynda ýol görkezdi; şeýle hem on bire on biri goşsaň ýigrimi iki bolýandygyny, munuň bolsa öz gezeginde iki ýüz ýigriminiň onda biri, ýagny ondan biri bolup, bu-da Hudaýlyk bilen adamlygyň birleşmeginiň nyşanydygyny görkezdi. Palmoni “iki ýüz ýigriminiň” Hudaýlyk bilen adamlygyň birleşmegini aňladýandygyny ikiden-de köp şaýatlaryň esasynda berkitdi; bu bolsa öz gezeginde Mesihiň öz üstüne ýykylan eti alanda bedenlenmeginiň beýanydyr. Şeýle etmek bilen, olar Hoş Habaryň talaplaryny ýerine ýetirmäge islegli bolsalar, Mesihiň Öz Hudaýlygyny biziň adamlygymyz bilen birleşdirmäge isleglidigini ynsanlyga nusga hökmünde öňe sürdi. Şonuň üçin Hudaýlyk bilen adamlyk iki şaýatdyr.</w:t>
      </w:r>
    </w:p>
    <w:p>
      <w:pPr>
        <w:pStyle w:val="ArticleBody"/>
        <w:jc w:val="left"/>
      </w:pPr>
      <w:r>
        <w:rPr>
          <w:rFonts w:ascii="Times New Roman" w:hAnsi="Times New Roman" w:eastAsia="Times New Roman" w:cs="Times New Roman"/>
        </w:rPr>
        <w:t>Synag möhleti ýapylmazyndan öň ýaňy açylan “Isa Mesihiň Ylhamy” Isanyň Hudaýyň “Sözi”digini hem öz içine alýar.</w:t>
      </w:r>
    </w:p>
    <w:p>
      <w:pPr>
        <w:pStyle w:val="ArticleScripture"/>
        <w:jc w:val="left"/>
      </w:pPr>
      <w:r>
        <w:rPr>
          <w:rFonts w:ascii="Times New Roman" w:hAnsi="Times New Roman" w:eastAsia="Times New Roman" w:cs="Times New Roman"/>
        </w:rPr>
        <w:t>Başlangyçda Söz bardy, Söz Hudaý bilen bilelikdedi, we Söz Hudaýdy. Ol başlangyçda Hudaý bilen bilelikdedi. Ähli zatlar Onuň arkaly ýaradyldy; we ýaradylan zatlaryň hiç biri Onsuz ýaradylan däldir. Onda ýaşaýyş bardy; we ýaşaýyş adamlaryň nurudyr. Nur garaňkylykda ýagtylyk berýär; emma garaňkylyk ony kabul etmedi. Ýahýa 1:1–5.</w:t>
      </w:r>
    </w:p>
    <w:p>
      <w:pPr>
        <w:pStyle w:val="ArticleBody"/>
        <w:jc w:val="left"/>
      </w:pPr>
      <w:r>
        <w:rPr>
          <w:rFonts w:ascii="Times New Roman" w:hAnsi="Times New Roman" w:eastAsia="Times New Roman" w:cs="Times New Roman"/>
        </w:rPr>
        <w:t>Mukaddes Kitap, Mesihiň hudaýlyk bilen ynsanlygyň birleşmesini aňladşy ýaly, Hudaýyň “Sözüdir”. Mukaddes Kitap Köne we Täze Ähtleriň iki şaýadyny aňladýar; olar hem Ylham kitabyň on birinji babynda Musa bilen Ylýasdyr.</w:t>
      </w:r>
    </w:p>
    <w:p>
      <w:pPr>
        <w:pStyle w:val="ArticleScripture"/>
        <w:jc w:val="left"/>
      </w:pPr>
      <w:r>
        <w:rPr>
          <w:rFonts w:ascii="Times New Roman" w:hAnsi="Times New Roman" w:eastAsia="Times New Roman" w:cs="Times New Roman"/>
        </w:rPr>
        <w:t>“Iki şaýat hakynda pygamber mundan beýläk şeýle diýýär: ‘Bular ýeriň Hudaýynyň huzurynda duran iki zeýtun agajy we iki çyraçylykdyr.’” “Seniň sözüň,” diýip mezmurçy aýdýar, “aýaklaryma çyra, ýoluma nurdur.” Ylham 11:4; Zebur 119:105. Iki şaýat Köne we Täze Ähtiň Mukaddes Ýazgylaryny aňladýar.” Uly göreş, 267.</w:t>
      </w:r>
    </w:p>
    <w:p>
      <w:pPr>
        <w:pStyle w:val="ArticleBody"/>
        <w:jc w:val="left"/>
      </w:pPr>
      <w:r>
        <w:rPr>
          <w:rFonts w:ascii="Times New Roman" w:hAnsi="Times New Roman" w:eastAsia="Times New Roman" w:cs="Times New Roman"/>
        </w:rPr>
        <w:t>Iki şaýat — iki zeýtun agajy, iki şemdandyr hem-de Köne we Täze Ähtlerdir; bu paragrafda olar “Seniň sözüň” diýlip görkezilýär. Synag möhletiniň tamamlanmagynyň öň ýanynda Ýahuda taýpasynyň Arslany tarapyndan açylýan “Isa Mesihiň Ylhamy” — ýüz kyrk dört müňüň biri bolmaga dalaşgär bolanlary synag edýän “bilimiň ahyrky artmasydyr”. “Bilimiň ahyrky artmasy” şol bir wagtda on gyzyň tymsalyndaky Gijäniň ýarysyndaky Çagyryş habarydyr.</w:t>
      </w:r>
    </w:p>
    <w:p>
      <w:pPr>
        <w:pStyle w:val="ArticleScripture"/>
        <w:jc w:val="left"/>
      </w:pPr>
      <w:r>
        <w:rPr>
          <w:rFonts w:ascii="Times New Roman" w:hAnsi="Times New Roman" w:eastAsia="Times New Roman" w:cs="Times New Roman"/>
        </w:rPr>
        <w:t>“Şonda men oňa jogap berip, diýdim: Şemdanyň sag tarapynda we onuň çep tarapynda duran bu iki zeýtun agajy nämedir? Men ýene jogap berip, oňa diýdim: Öz-özlerinden altyn ýagyny iki altyn turba arkaly akydýan bu iki zeýtun şahasy nämedir? Ol maňa jogap berip, diýdi: Bularyň nämedigini bilmeýäňmi? Menem diýdim: Ýok, eý jenabym. Şonda ol diýdi: Bular bütin ýeriň Rebiniň huzurynda duran iki mesh edilen adamdyr. Zekerýa 4:11–14. Bular özlerinden boşanyp, diri Hudaýyň ilçileriniň ýüreklerini aňladýan altyn jamlara guýýarlar; şol ilçiler Rebbin Sözüni halka duýduryşlar we ýalbaryşlar bilen ýetirýärler. Sözüň özi bütin ýeriň Rebiniň huzurynda duran iki zeýtun agajyndan boşadylýan altyn ýag hökmünde görkezilişi ýaly bolmalydyr. Bu Mukaddes Ruh bilen we ot bilen çokundyrylmakdyr. Bu ynanmaýanlaryň janyny ynandyryşa açar. Janyň mätäçlikleri diňe Hudaýyň Mukaddes Ruhunyň işi arkaly üpjün edilip bilner. Adam öz-özünden ýüregiň höweslerini gandyrmaga we onuň ymtylyşlaryny kanagatlandyrmaga hiç zat edip bilmez”. The Seventh-day Adventist Bible Commentary, 4-nji tom, 1180.</w:t>
      </w:r>
    </w:p>
    <w:p>
      <w:pPr>
        <w:pStyle w:val="ArticleBody"/>
        <w:jc w:val="left"/>
      </w:pPr>
      <w:r>
        <w:rPr>
          <w:rFonts w:ascii="Times New Roman" w:hAnsi="Times New Roman" w:eastAsia="Times New Roman" w:cs="Times New Roman"/>
        </w:rPr>
        <w:t>Hudaýyň Sözi hem Mukaddes Kitapdyr, hem-de Mesihdir; Mukaddes Kitap bilen Mesih bolsa, bir ýüz kyrk dört müň hem bolşy ýaly, iki şaýada wekilçilik edýär. Öz gezeginde, şol iki şaýat ylahylyk bilen ynsanlygyň birleşigine wekilçilik edýär. Şeýle hem olar içerki we daşarky pygamberlik taryhlaryna wekilçilik edýär. Şaýatlar hökmünde olar ylahylygyň ynsanlyk bilen birleşeninde günä etmeýändigine subutnama berdiler. Şeýle hem olar ylahylyk bilen ynsanlygyň arasyndaky baglanyşyga wekilçilik edýär. Merdiwan bolsun, geçiriji bolsun, turbalar bolsun, perişdeler bolsun ýa-da Hudaý bilen adamyň arasyndaky aragatnaşyk baglanyşygynyň beýleki nyşanlarynyň haýsy biri bolsun, adama ýetirilýän habar hemişe ýa ýaşaýyşdyr, ýa-da ölümdir.</w:t>
      </w:r>
    </w:p>
    <w:p>
      <w:pPr>
        <w:pStyle w:val="ArticleScripture"/>
        <w:jc w:val="left"/>
      </w:pPr>
      <w:r>
        <w:rPr>
          <w:rFonts w:ascii="Times New Roman" w:hAnsi="Times New Roman" w:eastAsia="Times New Roman" w:cs="Times New Roman"/>
        </w:rPr>
        <w:t>“Bütin ýeriň Rebbi bolan Hudaýyň ýanynda duran mesih edilenler, bir wagtlar Şeýtana örtüji kerup hökmünde berlen ornuna eýedirler. Öz tagtynyň daşyny gurşap duran mukaddes jandarlar arkaly Reb ýer ýüzüniň ýaşaýjylary bilen hemişelik aragatnaşygy dowam etdirýär. Altyn ýag, Hudaýyň imanlylaryň çyralaryny öçüp gitmezligi we ýalpyldap söndürilmezligi üçin üpjün edip durýan merhemetini aňladýar. Eger bu mukaddes ýag Hudaýyň Ruhunyň habarlary arkaly gökden guýulmaýan bolsa, onda ýamanlygyň serişdeleri adamlar üstünde doly gözegçilik ederdi.</w:t>
      </w:r>
    </w:p>
    <w:p>
      <w:pPr>
        <w:pStyle w:val="ArticleScripture"/>
        <w:jc w:val="left"/>
      </w:pPr>
      <w:r>
        <w:rPr>
          <w:rFonts w:ascii="Times New Roman" w:hAnsi="Times New Roman" w:eastAsia="Times New Roman" w:cs="Times New Roman"/>
        </w:rPr>
        <w:t>Hudaý bize iberýän habarlaşyklaryny kabul etmedigimizde, Onuň abraýy kemsidilýär. Şeýle etmek bilen, Ol biziň janlarymyza guýup, soňra garaňkylykda bolanlara ýetirilmegini isleýän altyn ýagy ret edýäris. «Ine, ýigide gelýär; ony garşy almaga çykyň» diýen çagyryş gelende, mukaddes ýagy kabul etmedik, ýüreklerinde Mesihiň merhemetini ezizlemän gelenler, akylsyz gyzlar ýaly, Reblerini garşy almaga taýyn däldiklerini görerler. Olar bu ýagy gazanmaga özlerinde güýç tapmazlar, we olaryň durmuşlary weýran bolar. Emma Hudaýyň Mukaddes Ruhy soralanda, eger biz Musa ýaly: «Maňa Seniň şöhratyňy görkez» diýip ýalbaryp dileg etsek, onda Hudaýyň söýgüsi ýüreklerimize giňden döküler. Altyn turbalaryň üsti bilen altyn ýag bize ýetirilip berler. «Goşunlaryň Rebbi şeýle diýýär: güýç bilen däl, gudrat bilen däl, eýsem Meniň Ruhum bilen». Dogrulyk Gününiň ýagty şöhlelerini kabul etmek arkaly, Hudaýyň çagalary dünýäde çyralar ýaly şöhle saçarlar.” Review and Herald, July 20, 1897.</w:t>
      </w:r>
    </w:p>
    <w:p>
      <w:pPr>
        <w:pStyle w:val="ArticleBody"/>
        <w:jc w:val="left"/>
      </w:pPr>
      <w:r>
        <w:rPr>
          <w:rFonts w:ascii="Times New Roman" w:hAnsi="Times New Roman" w:eastAsia="Times New Roman" w:cs="Times New Roman"/>
        </w:rPr>
        <w:t>Mukaddes Ruhuň dökülmegi Danyýel we Ylham 11:11 bilen alamatlandyrylan içki we daşky taryhlaryň dowamynda bolup geçýär. Danyýeliň on birinji babyndaky on birinji we on ikinji aýatlarda görkezilen pygamberlik häsiýetleriniň azyndan dörtüsini kesgitlemek zerurdyr. Şeýle hem on üçünji aýatdan on bäşinji aýada çenli dörtüsini, hem-de on altynjy aýatda dörtüsini kesgitlemek gerekdir. Biz häzir hut şol taryhy döwürde ýaşaýarys; şonuň üçin pygamberlik okuwçylary hökmünde on birinji aýatdan on altynjy aýada çenli bolan simwolik häsiýetleriň kimdigini anyklaşdyrmak bize wajypdyr, çünki olar şol babyň kyrkynjy aýadynyň gizlin taryhyny öz içine alýan bir pygamberlik çyzygyny görkezýärler.</w:t>
      </w:r>
    </w:p>
    <w:p>
      <w:pPr>
        <w:pStyle w:val="ArticleBody"/>
        <w:jc w:val="left"/>
      </w:pPr>
      <w:r>
        <w:rPr>
          <w:rFonts w:ascii="Times New Roman" w:hAnsi="Times New Roman" w:eastAsia="Times New Roman" w:cs="Times New Roman"/>
        </w:rPr>
        <w:t>1989-njy ýyldan bäri açylyp gelýän kyrkynjy aýatyň taryhynda görkezilýän şahsyýetleri kesgitlemek hem ýerlikli ýaly görünýär.</w:t>
      </w:r>
    </w:p>
    <w:p>
      <w:pPr>
        <w:pStyle w:val="ArticleScripture"/>
        <w:jc w:val="left"/>
      </w:pPr>
      <w:r>
        <w:rPr>
          <w:rFonts w:ascii="Times New Roman" w:hAnsi="Times New Roman" w:eastAsia="Times New Roman" w:cs="Times New Roman"/>
        </w:rPr>
        <w:t>Ol şeýle diýdi: «Öz ýoluň bilen git, Daniýel; çünki bu sözler ahyrzamanyň wagtyna çenli ýapyk we möhürlenen bolar. Köpler päklener, ap-ak ediler we synalyp geçiriler; emma erbetler erbetlik ederler. Erbetleriň hiç biri düşünmez, ýöne paýhaslylar düşünerler». Daniýel 12:9, 10.</w:t>
      </w:r>
    </w:p>
    <w:p>
      <w:pPr>
        <w:pStyle w:val="ArticleBody"/>
        <w:jc w:val="left"/>
      </w:pPr>
      <w:r>
        <w:rPr>
          <w:rFonts w:ascii="Times New Roman" w:hAnsi="Times New Roman" w:eastAsia="Times New Roman" w:cs="Times New Roman"/>
        </w:rPr>
        <w:t>Kyrkynjy aýat ahyrzamanyň wagtynda, 1798-nji ýylda, Fransiýanyň Napoleony papany ýesirlige alyp gitmegi bilen başlanýar. Napoleonyň muny esaslandyrmagy 1797-nji ýylda bozulyp taşlanan Tolentino Şertnamasyna daýanýardy. Napoleon bilen papanyň arasyndaky söweş öňräk Danyýel kitabynyň on birinji babyndaky altynjy we ýedinji aýatlary ýerine ýetiren taryhda tymsallandyrylypdy. Bozulan nikalaşyk şertnamasy hem-de altynjy we ýedinji aýatlaryň ýerine ýetmeginde günorta patyşasynyň demirgazyk patyşasyny ýeňmegi 1798-nji ýylyň taryhynda gaýtalandy, şeýle etmek bilen olar Hudaýyň Sözüniň altynjy we ýedinji aýatlardaky öňünden aýdylanyny, şeýle hem şol aýatlaryň Ptolomeý Filadelfiň — ikinjisi we Müsüriň patyşasy — bilen Siriýanyň üçünji patyşasy Antiohus Teosyň arasyndaky söweşiň başlangyjyndaky ýerine ýetmesini aňladýar. Ptolomeý günorta patyşasyny, Antiohus bolsa demirgazyk patyşasyny aňladýardy.</w:t>
      </w:r>
    </w:p>
    <w:p>
      <w:pPr>
        <w:pStyle w:val="ArticleBody"/>
        <w:jc w:val="left"/>
      </w:pPr>
      <w:r>
        <w:rPr>
          <w:rFonts w:ascii="Times New Roman" w:hAnsi="Times New Roman" w:eastAsia="Times New Roman" w:cs="Times New Roman"/>
        </w:rPr>
        <w:t>Aýatlaryň pygamberlik habary, şol habaryň Ptolemeý bilen Antiýohusyň taryhyndaky berjaý bolşy bilen bir ýere jemlenende — bu bolsa öz gezeginde 1798-nji ýylda Napoleon bilen papanyň taryhynyň bir nusgasy bolup hyzmat etdi — on birinji we on ikinji aýatlarda Putin bilen Zelenskiýiň taryhyny nusgalaýan üç sany ugry berýär. Şeýlelikde, 1798-nji ýylda ahyrzaman wagtynyň Napoleon bilen papanyň taryhyny aňladýandygyna düşünmek, eger ol ýerde tamamlanýan bolsa, doly däldir. Biz altynjy we ýedinji aýatlaryň Napoleon bilen papa barada näme pygamberlik edýändigine, şeýle hem Ptolemeý bilen Antiýohusyň taryhynyň şol bir döwür barada nämäni öwredýändigine düşünmelidiris. Bu hakykat ugry boýunça düşünýändigimizde, şol öňki taryhy berjaý boluşlaryň kyrkynjy aýatyň başlangyç taryhyny görkezýändigine düşünip bileris; we şeýle etmek bilen, olar kyrkynjy aýatyň soňuny hem görkezýärler, haçanda Napoleon we Ptolemeý arkaly nusgalanan Putin — altynjy we ýedinji aýatlarda öňünden aýdylan Putin — on birinji we on ikinji aýatlary berjaý edende.</w:t>
      </w:r>
    </w:p>
    <w:p>
      <w:pPr>
        <w:pStyle w:val="ArticleBody"/>
        <w:jc w:val="left"/>
      </w:pPr>
      <w:r>
        <w:rPr>
          <w:rFonts w:ascii="Times New Roman" w:hAnsi="Times New Roman" w:eastAsia="Times New Roman" w:cs="Times New Roman"/>
        </w:rPr>
        <w:t>Aždahanyň we haýwanyň arasyndaky pygamberlik gatnaşyklaryna, ýagny Ýahýanyň olary nädip kesgitleýşi boýunça, ýa-da Danyýeliň olary “gündelik” we “harapçylygyň ýigrenji zady” hökmünde nähili beýan edişi boýunça degişli möhüm bir syn, olaryň pygamberlik taýdan örän meňzeşdigidir. Ýahýa muny şeýle diýýär.</w:t>
      </w:r>
    </w:p>
    <w:p>
      <w:pPr>
        <w:pStyle w:val="ArticleScripture"/>
        <w:jc w:val="left"/>
      </w:pPr>
      <w:r>
        <w:rPr>
          <w:rFonts w:ascii="Times New Roman" w:hAnsi="Times New Roman" w:eastAsia="Times New Roman" w:cs="Times New Roman"/>
        </w:rPr>
        <w:t>Olar jandara kuwwat beren äždarhany ybadat etdiler; olar: «Jandar ýaly kim bar? Oňa garşy söweş etmäge kim ukyply?» diýerek jandara hem ybadat etdiler. Ylham 13:4.</w:t>
      </w:r>
    </w:p>
    <w:p>
      <w:pPr>
        <w:pStyle w:val="ArticleBody"/>
        <w:jc w:val="left"/>
      </w:pPr>
      <w:r>
        <w:rPr>
          <w:rFonts w:ascii="Times New Roman" w:hAnsi="Times New Roman" w:eastAsia="Times New Roman" w:cs="Times New Roman"/>
        </w:rPr>
        <w:t>Aždarhaga ybadat etmek haýwana ybadat etmekdir, çünki olaryň ikisi-de butparazlygyň dinini aňladýar. Ýahýa ýaly, Danyýel hem Danyýel kitabynyň sekizinji babyň dokuzdan on ikä çenli aýatlarynda “kiçi şah” arkaly hem butparaz, hem-de papalyk Rimi aňladýar, ýöne ol bu ikisini anyk tapawutlandyrýar: butparaz Rimiň kiçi şahyny erkeklik manyda, papalyk Rimiň kiçi şahyny bolsa aýallyk manyda görkezýär. Ýedinji babynda Danyýel butparaz Rimi özünden öňki şalyklardan “tapawutly” diýip häsiýetlendirýär, mundan başga-da Danyýel papalyk Rimiň hem “tapawutly” bolandygyny görkezýär. Rim, butparaz bolsun ýa-da papalyk, tapawutlydyr. Butparaz Rimi aňladýan Rimiň erkek nyşany Ahap we Hirod arkaly goldanylýar. Olaryň ikisi hem papalygyň nyşanlary bilen öýlenişipdi. Aýal ybadathana-syýasatydyr, erkek bolsa döwlet-syýasatydyr; şonuň üçin pygamberlik derejesinde Hudaýyň Sözi bir erkek bilen aýalyň bir beden bolýandygyny aýdanda, bu butparaz Rim bilen papalyk Rimiň pygamberlik manysynda juda meňzeşdigini tassyklaýar, çünki olar bir bedendir.</w:t>
      </w:r>
    </w:p>
    <w:p>
      <w:pPr>
        <w:pStyle w:val="ArticleBody"/>
        <w:jc w:val="left"/>
      </w:pPr>
      <w:r>
        <w:rPr>
          <w:rFonts w:ascii="Times New Roman" w:hAnsi="Times New Roman" w:eastAsia="Times New Roman" w:cs="Times New Roman"/>
        </w:rPr>
        <w:t>Fransiýanyň 1798-nji ýylda papalyk bilen bolan gatnaşygy, on patyşanyň Rim şäherini ot bilen ýakyp, onuň etini iýýän wagtynda Amerikanyň Birleşen Ştatlarynyň papalyk bilen bolan gatnaşygynyň nusgasydyr.</w:t>
      </w:r>
    </w:p>
    <w:p>
      <w:pPr>
        <w:pStyle w:val="ArticleScripture"/>
        <w:jc w:val="left"/>
      </w:pPr>
      <w:r>
        <w:rPr>
          <w:rFonts w:ascii="Times New Roman" w:hAnsi="Times New Roman" w:eastAsia="Times New Roman" w:cs="Times New Roman"/>
        </w:rPr>
        <w:t>Sen gören haýwanyň üstündäki on şahyň bolsa, olar fahişäni ýigrenerler, ony haraba we ýalaňaç ederler, onuň etini iýerler we ony oda ýakarlar. Ylham 17:16.</w:t>
      </w:r>
    </w:p>
    <w:p>
      <w:pPr>
        <w:pStyle w:val="ArticleBody"/>
        <w:jc w:val="left"/>
      </w:pPr>
      <w:r>
        <w:rPr>
          <w:rFonts w:ascii="Times New Roman" w:hAnsi="Times New Roman" w:eastAsia="Times New Roman" w:cs="Times New Roman"/>
        </w:rPr>
        <w:t>Fransiýanyň 538-nji ýylda papalygy häkimiýete getiren wagtky papalyk bilen bolan gatnaşygy, ýakynda geljek ýekşenbe kanunynda Amerikanyň Birleşen Ştatlarynyň papalygyň ölüm howply ýarasyny sagaltmakdaky işini alamatlandyrýar.</w:t>
      </w:r>
    </w:p>
    <w:p>
      <w:pPr>
        <w:pStyle w:val="ArticleScripture"/>
        <w:jc w:val="left"/>
      </w:pPr>
      <w:r>
        <w:rPr>
          <w:rFonts w:ascii="Times New Roman" w:hAnsi="Times New Roman" w:eastAsia="Times New Roman" w:cs="Times New Roman"/>
        </w:rPr>
        <w:t>Soňra men ýerden çykýan başga bir haýwany gördüm; onuň guzujygyňky ýaly iki şahasy bardy, emma ol aždarha ýaly gepleýärdi. Ol öz öňündäki birinji haýwanyň ähli häkimligini ulanýar we ýer ýüzüni hem-de onda ýaşaýanlary ölüm howply ýarasy sagalan birinji haýwana sežde etmäge mejbur edýär. Ol beýik alamatlar görkezýär, şeýle hatda adamlaryň gözüniň alnynda asmandan ýere ot hem düşürýär. Şeýle-de ol haýwanyň öňünde görkezmäge ygtyýar berlen şol gudratlar arkaly ýer ýüzünde ýaşaýanlary azdyrýar we ýer ýüzünde ýaşaýanlara gylyç bilen ýaralanyp, emma diri galan haýwana bir şekil ýasamagy aýdýar. Ylham 13:11–14.</w:t>
      </w:r>
    </w:p>
    <w:p>
      <w:pPr>
        <w:pStyle w:val="ArticleBody"/>
        <w:jc w:val="left"/>
      </w:pPr>
      <w:r>
        <w:rPr>
          <w:rFonts w:ascii="Times New Roman" w:hAnsi="Times New Roman" w:eastAsia="Times New Roman" w:cs="Times New Roman"/>
        </w:rPr>
        <w:t>1798-nji ýylda, kyrkynjy aýatyň ýerine ýetmeginde bolan “ahyryň wagty”, ruhy demirgazygyň patyşasynyň ruhy günortanyň patyşasy tarapyndan aýrylýandygyny kesgitleýär. Şol pygamberlik taryhy papalyk hökümranlygynyň müň iki ýüz altmyş ýyllyk döwrüniň soňlaýyş taryhydyr; şonuň üçin şol pygamberlik taryhynyň başlangyjynyň pygamberlik häsiýetleri soňunda-da görkezilýär. 538-nji ýylda Mukaddes Kitabyň pygamberligindäki dördünji patyşalyk bäşinji patyşalyga ýol berdi, 1798-nji ýylda bolsa Mukaddes Kitabyň pygamberligindäki bäşinji patyşalyk altynjy patyşalyga ýol berdi.</w:t>
      </w:r>
    </w:p>
    <w:p>
      <w:pPr>
        <w:pStyle w:val="ArticleBody"/>
        <w:jc w:val="left"/>
      </w:pPr>
      <w:r>
        <w:rPr>
          <w:rFonts w:ascii="Times New Roman" w:hAnsi="Times New Roman" w:eastAsia="Times New Roman" w:cs="Times New Roman"/>
        </w:rPr>
        <w:t>538 hem miladynyň öň ýanyndaky 723-nji ýylda, Aşur Efraýymy ýesirlige äkidende başlan Ysraýylyň demirgazyk patyşalygyna garşy Levililer 26-da aýdylýan “ýedi wagt” näleti üçin hem bir orta bellikdir. Şonuň üçin 1798 diňe 538-iň pygamberlik häsiýetlerine däl, eýsem miladynyň öň ýanyndaky 723-nji ýylyň hem häsiýetlerine eýedir. Miladynyň öň ýanyndaky 723-nji ýylda Ysraýylyň on taýpasy Aşur tarapyndan agdarylýardy, ondan bir müň iki ýüz altmyş ýyl soňra bolsa, 538-nji ýylda butparaz Rim papaçylyk Rimi tarapyndan agdarylýardy; öz gezeginde ol hem “ýedi wagt”yň ahyrynda 1798-nji ýylda Fransiýa tarapyndan agdaryldy.</w:t>
      </w:r>
    </w:p>
    <w:p>
      <w:pPr>
        <w:pStyle w:val="ArticleBody"/>
        <w:jc w:val="left"/>
      </w:pPr>
      <w:r>
        <w:rPr>
          <w:rFonts w:ascii="Times New Roman" w:hAnsi="Times New Roman" w:eastAsia="Times New Roman" w:cs="Times New Roman"/>
        </w:rPr>
        <w:t>1798-nji ýylda Günorta patyşasy bolan Fransiýa papalygy tagtdan düşürdi. 538-nji ýylda Fransiýa, butparaz Rimiň on patyşalyga bölünip dargamagynyň ilkinji nyşany hökmünde, papalygy tagta çykardy. Ýekşenbe güni baradaky kanun mahalynda Amerikanyň Birleşen Ştatlary 538-nji ýylda Fransiýanyň ýerine ýetiren ornuny gaýtalaýar, hem-de on patyşa papalygy oda ýakyp, onuň etini iýenlerinde, Amerikanyň Birleşen Ştatlary 1798-nji ýylda Fransiýanyň ornuny gaýtalaýar.</w:t>
      </w:r>
    </w:p>
    <w:p>
      <w:pPr>
        <w:pStyle w:val="ArticleBody"/>
        <w:jc w:val="left"/>
      </w:pPr>
      <w:r>
        <w:rPr>
          <w:rFonts w:ascii="Times New Roman" w:hAnsi="Times New Roman" w:eastAsia="Times New Roman" w:cs="Times New Roman"/>
        </w:rPr>
        <w:t>Ysraýylyň demirgazyk we günorta patyşalyklaryna garşy çykarylan “ýedi wagtlyk” höküm demirgazykdan çykan patyşalyklar arkaly amala aşyryldy.</w:t>
      </w:r>
    </w:p>
    <w:p>
      <w:pPr>
        <w:pStyle w:val="ArticleScripture"/>
        <w:jc w:val="left"/>
      </w:pPr>
      <w:r>
        <w:rPr>
          <w:rFonts w:ascii="Times New Roman" w:hAnsi="Times New Roman" w:eastAsia="Times New Roman" w:cs="Times New Roman"/>
        </w:rPr>
        <w:t>Ysraýyl dargadylan goýun kimindir; ýolbarslar ony kowup dargatdylar: ilki Aşşur patyşasy ony ýuwutdy; soňunda bolsa Wawylon patyşasy Nebukadnesar onuň süňklerini döwdi. Ýeremiýa 50:17.</w:t>
      </w:r>
    </w:p>
    <w:p>
      <w:pPr>
        <w:pStyle w:val="ArticleBody"/>
        <w:jc w:val="left"/>
      </w:pPr>
      <w:r>
        <w:rPr>
          <w:rFonts w:ascii="Times New Roman" w:hAnsi="Times New Roman" w:eastAsia="Times New Roman" w:cs="Times New Roman"/>
        </w:rPr>
        <w:t>Aşur demirgazykdan çykyp, b.e. öň 723-nji ýylda on taýpany boýun egdirdi, Wawilon bolsa b.e. öň 677-nji ýylda Ýahudany ýesir aldy. Ysraýyl Ýahuda babatda demirgazyk patyşalyk bolandygyna garamazdan, şonda-da iki patyşalyk hem demirgazykdan gelen duşmanlar tarapyndan boýun egdirildi; şeýlelikde, olary ýesirlige alyp giden duşman bilen gatnaşygynda hem Ysraýyl, hem-de Ýahuda günorta patyşalyklar boldy. B.e. öň 723-nji ýyl demirgazygyň patyşasynyň günortadaky on esse patyşalygy boýun egdirmegini aňladýar. 538-nji ýyl butparazlykdan papalyga geçişi, şeýle hem demirgazyk patyşalygynyň on esse patyşalygy boýun egdirmegini aňladýar. 1798-nji ýyl bolsa on esse patyşalygy aňladýan günorta patyşa tarapyndan demirgazyk patyşanyň ýeňilmegini aňladýar.</w:t>
      </w:r>
    </w:p>
    <w:p>
      <w:pPr>
        <w:pStyle w:val="ArticleScripture"/>
        <w:jc w:val="left"/>
      </w:pPr>
      <w:r>
        <w:rPr>
          <w:rFonts w:ascii="Times New Roman" w:hAnsi="Times New Roman" w:eastAsia="Times New Roman" w:cs="Times New Roman"/>
        </w:rPr>
        <w:t>Şol sagatda uly ýer titreme boldy, şäheriň ondan bir bölegi ýykyldy, ýer titremede ýedi müň adam heläk boldy; galanlary bolsa gorky içine düşüp, asmanyň Hudasyna şöhrat berdiler. Ylham 11:13.</w:t>
      </w:r>
    </w:p>
    <w:p>
      <w:pPr>
        <w:pStyle w:val="ArticleBody"/>
        <w:jc w:val="left"/>
      </w:pPr>
      <w:r>
        <w:rPr>
          <w:rFonts w:ascii="Times New Roman" w:hAnsi="Times New Roman" w:eastAsia="Times New Roman" w:cs="Times New Roman"/>
        </w:rPr>
        <w:t>538 ýyl bilen baglanyşykly geçiş döwri, ýagny Rimiň butparazlykdan papalyga öwrülen wagty, Daniýeliň sekizinji babynda erkek jynsdan aýal jynsa geçiş hem bolup, bu nyşanlaýyn manyda döwletçilikden ybadathanaçylykly dolandyryşa geçişdir. “Ýedi gezek” baradaky pygamberlik ilkinji harpyň “hakykat” goluny daşaýar; ol ýigrimi ikinji we ýewreý elipbiýiniň soňky harpyny (b.e. öňki 723-nji ýyl — 1798) görkezýär, on üçünji we orta harp bolsa pitnäni aňladýar (538). Daniýel “harabaçylygyň günäsi” diýen aňlatma bilen nyşanlanan “günäniň” döwlet bilen ybadathananyň birleşmesi bolandygyny, bu gatnaşyga bolsa ybadathananyň ýolbaşçylyk edendigini kesgitleýär. Şol “günä” 538-nji ýyly aňladýar; ol Ysraýylyň demirgazykdaky on taýpasyna garşy “ýedi gezek” döwrüniň üç esasy ýolbelgisiniň ortasy, hem-de göçme manyda on üçünji harpydyr.</w:t>
      </w:r>
    </w:p>
    <w:p>
      <w:pPr>
        <w:pStyle w:val="ArticleBody"/>
        <w:jc w:val="left"/>
      </w:pPr>
      <w:r>
        <w:rPr>
          <w:rFonts w:ascii="Times New Roman" w:hAnsi="Times New Roman" w:eastAsia="Times New Roman" w:cs="Times New Roman"/>
        </w:rPr>
        <w:t>1798-nji ýylda, Danyýel kitabynyň on birinji bapynyň kyrkynjy aýatynda beýan edilişi ýaly, “ahyrzamanyň wagtynda”, günortanyň patyşasy bolan ateist Fransiýa demirgazygyň patyşasy bolan papalyga ölümli ýara saldy. 1989-njy ýylda papalyk, şol wagt Sowet Soýuzyna öwrülen günortanyň ateist patyşasyna garşy jogap urgusyny amala aşyrdy. Bu garşylyk ABŞ bilen Watikanyň arasyndaky gizlin bileleşigi hem öz içine alýardy. 1989-njy ýylda Sowet Soýuzynyň süpürilip aýrylmagy kyrkynjy aýatyň ýazylan pygamberlik habaryny tamamlaýar, ondan soňky aýat bolsa, ýagny kyrk birinji aýat, ABŞ-da ýekşenbe kanunyny aňladýar. Şeýlelikde, 1989-njy ýylda Sowet Soýuzynyň çöküşinden başlap, indiki aýatda görkezilen ýekşenbe kanunyna çenli biz kyrkynjy aýatyň gizlin taryhynda ýaşap gelýäris.</w:t>
      </w:r>
    </w:p>
    <w:p>
      <w:pPr>
        <w:pStyle w:val="ArticleBody"/>
        <w:jc w:val="left"/>
      </w:pPr>
      <w:r>
        <w:rPr>
          <w:rFonts w:ascii="Times New Roman" w:hAnsi="Times New Roman" w:eastAsia="Times New Roman" w:cs="Times New Roman"/>
        </w:rPr>
        <w:t>Kyrkynjy aýat 1798-nji ýylda günortanyň we demirgazygyň bir patyşasyny, soň bolsa 1989-njy ýylda hem günortanyň, hem-de demirgazygyň bir patyşasyny, şeýle hem arabalar, gämiler we atlylar arkaly şekillendirilen üçünji bir güýji kesgitlemek bilen başlanýar.</w:t>
      </w:r>
    </w:p>
    <w:p>
      <w:pPr>
        <w:pStyle w:val="ArticleScripture"/>
        <w:jc w:val="left"/>
      </w:pPr>
      <w:r>
        <w:rPr>
          <w:rFonts w:ascii="Times New Roman" w:hAnsi="Times New Roman" w:eastAsia="Times New Roman" w:cs="Times New Roman"/>
        </w:rPr>
        <w:t>Ahyrzamanyň wagtynda günorta patyşasy oňa garşy itekler; demirgazyk patyşasy bolsa arabaçylar, atlylar we köp sanly gämiler bilen tüweleý ýaly onuň üstüne geler; ol ýurtlaryň içine girer, joşup geçer we aşyp geçer. Daniel 11:40.</w:t>
      </w:r>
    </w:p>
    <w:p>
      <w:pPr>
        <w:pStyle w:val="ArticleBody"/>
        <w:jc w:val="left"/>
      </w:pPr>
      <w:r>
        <w:rPr>
          <w:rFonts w:ascii="Times New Roman" w:hAnsi="Times New Roman" w:eastAsia="Times New Roman" w:cs="Times New Roman"/>
        </w:rPr>
        <w:t>1798-nji ýylda, “ahyryň wagtynda”, Napoleonynyň hakykatdaky bir generaly Watikana girip, papany göni manyda ýesir aldy we zyndana saldy. 1989-njy ýylda bolsa 1798-nji ýylyň arynyň alnyp berlişi boldy. 1798 bilen 1989-njy ýyllaryň arasyndaky taryhda bolup geçen, bellemegiň möhüm bolan pygamberlik geçişleri bardy. 1798-nji döwründe günortanyň patyşasy bolan hudaýsyz Fransiýa günortanyň birinji ruhy patyşasy boldy, we Putiniň Russiýasy onuň iň soňkusy bolmaga takdyrlanandyr. Fransiýa Ylham kitaby 11-nji bapda görkezilýär; şol bap Sister White tarapyndan gönüden-göni hudaýsyz Fransiýa diýip tanadylýar. On birinji bapda Fransiýany tanadýan iki nyşanyň biri Müsürdir, Sister White bolsa Müsüri hudaýsyzlygyň nyşany hökmünde tanaýar. Şol bapda düýpsüz çukurdan çykýan haýwan şol döwürde taryha giren hudaýsyzlykdy.</w:t>
      </w:r>
    </w:p>
    <w:p>
      <w:pPr>
        <w:pStyle w:val="ArticleBody"/>
        <w:jc w:val="left"/>
      </w:pPr>
      <w:r>
        <w:rPr>
          <w:rFonts w:ascii="Times New Roman" w:hAnsi="Times New Roman" w:eastAsia="Times New Roman" w:cs="Times New Roman"/>
        </w:rPr>
        <w:t>Ateizm taryha 1798-nji ýyldaky döwürde Fransiýadan başlap girýär we 1989-njy ýyla çenli ateizmiň ruhy patyşasy Sowet Soýuzy bolup galýar. Papa Ioann Pawel II bilen Ronald Reýganyň arasyndaky gizlin bileleşigiň ýerine ýetirilmeginde 1989-njy ýylda Sowet Soýuzynyň syrylyp aýrylmagy Daniýel kitabynyň on birinji babyndaky onunjy aýatda öňden nusgalanan eken; onunjy aýada ikinji bir şaýat hem Işaýa pygamberiň Ysraýylyň demirgazyk we günorta patyşalyklaryna garşy iki müň bäş ýüz ýigrimi ýyllyk iki lagnaty baradaky, ýedinji babdan on birinji baba çenli beýan edilen böleginde tapylýar.</w:t>
      </w:r>
    </w:p>
    <w:p>
      <w:pPr>
        <w:pStyle w:val="ArticleBody"/>
        <w:jc w:val="left"/>
      </w:pPr>
      <w:r>
        <w:rPr>
          <w:rFonts w:ascii="Times New Roman" w:hAnsi="Times New Roman" w:eastAsia="Times New Roman" w:cs="Times New Roman"/>
        </w:rPr>
        <w:t>Şeýlelik bilen, 1989-njy ýyl ahyrzaman pygamberlikleriniň syrly bilmecelerini çözmek üçin salgylanma nokadyna öwrülýär. Hut şonda kyrkynjy aýat möhürinden açyldy. Indi bolsa kyrkynjy aýadyň 1798-nji ýylda başlanýandygyny we kyrk birinji aýadyň Ýekşenbe kanuny bilen tamamlanýandygyny tanamak bolýar.</w:t>
      </w:r>
    </w:p>
    <w:p>
      <w:pPr>
        <w:pStyle w:val="ArticleBody"/>
        <w:jc w:val="left"/>
      </w:pPr>
      <w:r>
        <w:rPr>
          <w:rFonts w:ascii="Times New Roman" w:hAnsi="Times New Roman" w:eastAsia="Times New Roman" w:cs="Times New Roman"/>
        </w:rPr>
        <w:t>Ýekşenbe kanuny döwründe Amerikanyň Birleşen Ştatlary aždarha ýaly sözlär we Mukaddes Kitap pygamberliginiň altynjy patyşalygy hökmünde öz hökümdarlygyny tamamlar. Ol öz höküm sürmek döwrüne 1798-nji ýylda, bäşinji patyşalyk ölümli ýara alanda başlady. 1798-nji ýylda Amerikanyň Birleşen Ştatlary «Alien and Sedition Acts» kanunlaryny kabul etdi; şeýlelikde ol altynjy patyşalygyň soňuny edil öz başlangyjynda öňden şekillendirdi. Şonuň üçin kyrkynjy aýat Mukaddes Kitap pygamberliginiň altynjy patyşalygy hökmünde Amerikanyň Birleşen Ştatlarynyň taryhydyr.</w:t>
      </w:r>
    </w:p>
    <w:p>
      <w:pPr>
        <w:pStyle w:val="ArticleBody"/>
        <w:jc w:val="left"/>
      </w:pPr>
      <w:r>
        <w:rPr>
          <w:rFonts w:ascii="Times New Roman" w:hAnsi="Times New Roman" w:eastAsia="Times New Roman" w:cs="Times New Roman"/>
        </w:rPr>
        <w:t>1798 ýewreý elipbiýiniň birinji harpydyr, ýekşenbe kanuny ýewreý elipbiýiniň ýigrimi ikinji we soňky harpydyr, 1989 bolsa ortadaky ýolgörkezijidir; ol on üç sany we ýewreý elipbiýiniň on üçünji harpy bilen alamatlandyrylýan gozgalaňy görkezýär. 1989 Mukaddes Kitap pygamberliginiň antihristi bilen Reýganyň gizlin bileleşiginiň gozgalaňyny aňladýar. 1989 Konstitusiýa garşy barha güýjeýän gozgalaň döwründe höküm sürýän soňky sekiz prezidentiň ilkinjisini tanyşdyrýar. 1989 Ýedinji Gün Adventistleriniň arasynda iki topar ybadat edijini döretmek üçin niýetlenen synag işini başlatdy. Sadyklar azdyr, wepasyzlar köpdür. 1989 kyrkynjy aýatyň merkezi ýolgörkezijisini aňladýar we ol on üçünji harp bilen alamatlandyrylýan gozgalaňy görkezýär. Kyrkynjy aýat “hakykatyň” goluny göterýär.</w:t>
      </w:r>
    </w:p>
    <w:p>
      <w:pPr>
        <w:pStyle w:val="ArticleBody"/>
        <w:jc w:val="left"/>
      </w:pPr>
      <w:r>
        <w:rPr>
          <w:rFonts w:ascii="Times New Roman" w:hAnsi="Times New Roman" w:eastAsia="Times New Roman" w:cs="Times New Roman"/>
        </w:rPr>
        <w:t>Kyrkynjy aýatda aýadyň ahyryndaky taryhda biri-birinden tapawutlanýan demirgazygyň we günortanyň patyşalary bar. Şeýle-de onda Birleşen Ştatlar hem bar; Ýuhannanyň aýdyşyna görä, olar dünýäni Armageddona alyp barmak üçin aždarha we haýwan bilen bilelikde işleýän ýalan pygamberdir. Kyrkynjy aýatda günortanyň patyşasy aždarhadyr, demirgazygyň patyşasy haýwandyr; arabalar, gämiler we atlylar bolsa ýalan pygamberdir. Kyrkynjy aýadyň 1989-njy ýylda ýerine ýetmegi on birinji aýatdan on bäşinji aýada çenli düşünmek üçin möhüm pygamberlik aýratynlygyna öwrülýär. Eger 1989 barada dogry bolmasaňyz, onda häzirki wagtda içinde bolan taryhymyz hakynda mantyk taýdan dogry bolup bilmersiňiz.</w:t>
      </w:r>
    </w:p>
    <w:p>
      <w:pPr>
        <w:pStyle w:val="ArticleBody"/>
        <w:jc w:val="left"/>
      </w:pPr>
      <w:r>
        <w:rPr>
          <w:rFonts w:ascii="Times New Roman" w:hAnsi="Times New Roman" w:eastAsia="Times New Roman" w:cs="Times New Roman"/>
        </w:rPr>
        <w:t>1989-njy ýyldan ýekşenbe kanunyna çenli papalyk üçin alnyp barlan üç sany wekili uruş ondan on bäşe çenli aýatlarda görkezilýär. Bu aýatlara bir üznüksiz taryh hökmünde garalmalydyr, çünki ondan on bäşe çenli aýatlaryň taryhy ýerine ýetirişinde görkezilen üç söweşiň ählisinde şol bir “Antiochus Magnus” duş gelýär.</w:t>
      </w:r>
    </w:p>
    <w:p>
      <w:pPr>
        <w:pStyle w:val="ArticleBody"/>
        <w:jc w:val="left"/>
      </w:pPr>
      <w:r>
        <w:rPr>
          <w:rFonts w:ascii="Times New Roman" w:hAnsi="Times New Roman" w:eastAsia="Times New Roman" w:cs="Times New Roman"/>
        </w:rPr>
        <w:t>Üç söweşiň hemmesi bir pygamberlik çyzygydyr, çünki Antiochus Magnus şol üç söweşiň hersinde hem bardy. Onunjy aýat bilen Işaýa 8:8, kyrkynjy aýadyň 1989-njy ýylda ýerine ýetendigine iki şaýat berýär. Kyrkynjy aýat onunjy aýatda we Işaýa 8:8-de salgylanma nokadydyr. “Söweş arabalary, gämiler we atlylar” Ylham kitabyň on üçünji babyndaky ýer haýwanynyň iki şahyny aňladýar. Ahyrda, haçan-da Amerikanyň Birleşen Ştatlary “aagondarha ýaly gepleýän” bolsa, ol iki şah indi Respublikanizm we Protestantlyk bolmaz. Şol wagtda özlerini protestant diýip atlandyrýanlar Katoliklik bilen birleşerler, we Konstitusion Respublika diktatura öwrüler. Şol döwürde ýer haýwanynyň iki şahy ykdysady we harby güýç bolar. Ylham kitabyň on üçünji babynda Amerikanyň Birleşen Ştatlary dünýäni satyn almak we satmak üçin, şeýle hem ölüm howpy astynda, haýwanyň nyşanyny kabul etmäge mejbur edýär. Şol iki şah Danieliň ykdysady güýji aňladýan “gämileri” we harby güýji aňladýan “atlylary we söweş arabalarydyr.”</w:t>
      </w:r>
    </w:p>
    <w:p>
      <w:pPr>
        <w:pStyle w:val="ArticleBody"/>
        <w:jc w:val="left"/>
      </w:pPr>
      <w:r>
        <w:rPr>
          <w:rFonts w:ascii="Times New Roman" w:hAnsi="Times New Roman" w:eastAsia="Times New Roman" w:cs="Times New Roman"/>
        </w:rPr>
        <w:t>1989-njy ýyl on birinji aýatdan on bäşinji aýada çenli beýan edilen Rafiýa we Paniý söweşleriniň taryhy ýerine ýetmesini ulanmakda, 1989-njy ýyly we Sowet Soýuzynyň ýykylmagyny düşünmek üçin ulanylan şol bir pygamberlik usulynyň ulanylmalydygyny kesgitleýär; çünki Antiohus Magnus onunjy aýatdan on bäşinji aýada çenli beýan edilen üç söweşiň ählisinde hem wekil edilýärdi. Antiohus araba güýçleriniň, gämileriň we atlylaryň güýjüni aňladýar; bu bolsa 1989-njy ýylda sekiz prezidentiň birinjisi bolan Ronald Reagan bolupdy, olaryň soňkysy hem altynjysy bolup, indi ýediniň içinden bolan sekizinjidir.</w:t>
      </w:r>
    </w:p>
    <w:p>
      <w:pPr>
        <w:pStyle w:val="ArticleBody"/>
        <w:jc w:val="left"/>
      </w:pPr>
      <w:r>
        <w:rPr>
          <w:rFonts w:ascii="Times New Roman" w:hAnsi="Times New Roman" w:eastAsia="Times New Roman" w:cs="Times New Roman"/>
        </w:rPr>
        <w:t>Işaýa ýigrimi üçe görä, papalyk häkimiýeti, (ýeriň patyşalary bilen zyna edýän jelep) Mukaddes Kitabyň pygamberligindäki altynjy patyşalyk hökmünde Amerikanyň Birleşen Ştatlarynyň höküm süren döwründe gizlenjekdi. 1989-njy ýylda Antiohus Magnus bilen nusgalaýyn görkezilen Amerikanyň Birleşen Ştatlary, 1798-nji ýylda özüne ölüme barabar ýara ýetiren ateizm wagşy haýwanyna garşy alyp baran söweşinde papalygyň wekili bolan güýçdi.</w:t>
      </w:r>
    </w:p>
    <w:p>
      <w:pPr>
        <w:pStyle w:val="ArticleBody"/>
        <w:jc w:val="left"/>
      </w:pPr>
      <w:r>
        <w:rPr>
          <w:rFonts w:ascii="Times New Roman" w:hAnsi="Times New Roman" w:eastAsia="Times New Roman" w:cs="Times New Roman"/>
        </w:rPr>
        <w:t>Onunjy aýat ondan on bäşe çenli beýan edilen üç söweş, demirgazygyň patyşasy bilen bagly urşuň nyşanydyr; ol, Sur şäheriniň gizlin jelepligi hökmünde, öz güýjüniň gaýtadan dikeldilmegine we ateizmiň patyşasynyň — günortanyň patyşasynyň — ýeňilmegine tarap hereket ederka, wekili güýçlerden peýdalanýar. Onunjy aýatdan on bäşinji aýata çenli bolan üç söweşiň taryhy ýerine ýetmeleri bize şuny öwredýär: birinji we soňky söweşlerde Antiohus Magnus ýeňdi, emma ortadaky söweşde ol ýeňildi. 1989-njy ýyldaky Ronald Reýgan ýyllarynyň, Papa Ioann Pavel II bilen Sowet Soýuzynyň dargamagynyň pygamberlik aýratynlyklary bu üç söweşiň iň soňkusynda öz garşylygyny tapar, çünki bu aýatlar synag möhleti tamamlanmazdan ozal açylýan zatdyr. Kyrkynjy aýat 1798-nji ýylda açylan bolsa, soňra 1989-njy ýylda ýene-de açyldy; bu aýat ahyrda, 2023-nji ýylyň iýul aýyndan başlap, açyldy.</w:t>
      </w:r>
    </w:p>
    <w:p>
      <w:pPr>
        <w:pStyle w:val="ArticleBody"/>
        <w:jc w:val="left"/>
      </w:pPr>
      <w:r>
        <w:rPr>
          <w:rFonts w:ascii="Times New Roman" w:hAnsi="Times New Roman" w:eastAsia="Times New Roman" w:cs="Times New Roman"/>
        </w:rPr>
        <w:t>Isa Mesihiň Ylhamy synag möhleti ýapylmazyndan edil öň açylýar we ol, Isanyň ilkinji we soňky bolandygy baradaky iň beýik hakykaty öz içine alýar; şonuň üçinem Ol hemişe soňuny başlangyç arkaly görkezýär. Synag möhleti Adventizm üçin Ýekşenbe kanuny wagtynda ýapylýar, we synag möhletiniň ýapylmazyndan edil öň Isa Mesihiň Ylhamy açylýar. Ýekşenbe kanunynyň ýapyk gapysy bilen jemlenýän habar, Millerçi taryhyndaky 1844-nji ýylyň 22-nji oktýabryndaky ýapyk gapýa alyp baran Ýarygije Gykylygynyň habarydyr. Kyrkynjy aýatyň başyndaky 1798-nji ýyldaky açylma, şol bir wagtyň özünde Mukaddes Kitap pygamberliginiň altynjy şalygy hökmünde Amerikanyň Birleşen Ştatlarynyň başlangyjy bolmak bilen, kyrkynjy aýatyň ortasyndaky 1989-njy ýyldaky açylmany we Amerikanyň Birleşen Ştatlarynyň kem-kemden soňlanşygynyň başlanmagyny nusgalady. 1989-njy ýyly nusgalan 1798-nji ýyldaky açylma, 2023-nji ýylda Ýarygije Gykylygynyň habarynyň açylşyna iki şaýady aňladýar. Öz içindäki 1798, 1989 we 2023 diýen üç bellikli çyzyk on päk gyzyň saplanyşynyň içki işini hem-de Mukaddes Kitap pygamberliginiň altynjy şalygynyň daşky çyzygyny kesgitleýär.</w:t>
      </w:r>
    </w:p>
    <w:p>
      <w:pPr>
        <w:pStyle w:val="ArticleBody"/>
        <w:jc w:val="left"/>
      </w:pPr>
      <w:r>
        <w:rPr>
          <w:rFonts w:ascii="Times New Roman" w:hAnsi="Times New Roman" w:eastAsia="Times New Roman" w:cs="Times New Roman"/>
        </w:rPr>
        <w:t>On birinji ayatda beýan edilen söweş, ýagny Antiohusyň Ptolemeý tarapyndan ýeňlen Rafýa söweşinde berjaý bolan waka, papalygyň wekili bolan güýjüň ýeňlişini aňladýar; häzirki bu söweşde bolsa ol güýç, ÝB-ni, NATO-ny emele getirýän we Birleşen Milletler Guramasynyň syýasy hem ykdysady globalistleri bilen doly sazlaşykda hereket edýän Günbatar Ýewropanyň globalist döwletleri bilen ýaran bolan Ukrainanyň nasistleridir. Eger Antiohus Magnus üç söweşiň hemmesinde-de bolup, günortanyň patyşasyna garşy papalygyň wekili bolan güýji aňladýan bolsa, onda bu nädip 1989-njy ýylda Amerikanyň Birleşen Ştatlary bolup biler, soňra Rafýa söweşi arkaly tymsallaşdyrylan ukrainalylar, soňra bolsa ýene Paniýum söweşinde Amerikanyň Birleşen Ştatlary bolup biler? Onuň berjaý bolşy 1989-njy ýylda wekiliň alyp barýan üç söweşiniň ilkinjisiniň pygamberlik häsiýetlerini suratlandyrýandygy üçin, onunjy aýat on birinji aýatdan on bäşinji aýada çenli esasy açar bolup durýar. Antiohusy papalygyň wekili bolan güýç hökmünde kesgitlemäge, emma şol üç söweşiň her birine Amerikanyň Birleşen Ştatlaryny degişli etmezlige nähili pygamberlik taýdan esas bar?</w:t>
      </w:r>
    </w:p>
    <w:p>
      <w:pPr>
        <w:pStyle w:val="ArticleBody"/>
        <w:jc w:val="left"/>
      </w:pPr>
      <w:r>
        <w:rPr>
          <w:rFonts w:ascii="Times New Roman" w:hAnsi="Times New Roman" w:eastAsia="Times New Roman" w:cs="Times New Roman"/>
        </w:rPr>
        <w:t>Rafiýa söweşi bilen nusgalanan ukrain urşunyň taryhynda, Amerikanyň Birleşen Ştatlary Ukrainanyň nasistlerini özleriniň wekili güýçleri hökmünde ulandy; hut şol taryhda-da olar papalygyň keşbini döredýärler, ýagny hapa işlerini ýerine ýetirmek üçin hemişe we diňe wekili güýçleri ulanýan şol güýjüň keşbini.</w:t>
      </w:r>
    </w:p>
    <w:p>
      <w:pPr>
        <w:pStyle w:val="ArticleBody"/>
        <w:jc w:val="left"/>
      </w:pPr>
      <w:r>
        <w:rPr>
          <w:rFonts w:ascii="Times New Roman" w:hAnsi="Times New Roman" w:eastAsia="Times New Roman" w:cs="Times New Roman"/>
        </w:rPr>
        <w:t>Onunjy aýatlardaky wekil häkimiýetler baradaky sowala jogap bermek, Antíohusyň nyşan hökmünde häsiýetlerini pygamberlik taýdan öwrenmegi öz içine alýar. Diadohiler uruşlary miladydan öňki 323–281-nji ýyllar aralygynda Diadohileriň (grekçe “mirasdüşerler”) arasynda bolup geçen çaknyşyklaryň bir tapgyry bolup, olar Beýik Aleksandryň serkerdeleri we mirasdüşerleri bolup, miladydan öňki 323-nji ýylda onuň ölüminden soň onuň giň imperiýasyna gözegçilik etmek ugrunda göreşipdirler. Ilkinji Antíohus, Selevkid imperiýasyny esaslandyran, Aleksandryň Diadohileriniň (mirasdüşerleriniň) biri bolan Selewk I Nikatoryň ogly Antíohus I Soterdi.</w:t>
      </w:r>
    </w:p>
    <w:p>
      <w:pPr>
        <w:pStyle w:val="ArticleBody"/>
        <w:jc w:val="left"/>
      </w:pPr>
      <w:r>
        <w:rPr>
          <w:rFonts w:ascii="Times New Roman" w:hAnsi="Times New Roman" w:eastAsia="Times New Roman" w:cs="Times New Roman"/>
        </w:rPr>
        <w:t>Antiohus adyna “ornuny tutup goldamak üçin onuň ýerine duran” diýlip düşünilip bilner. Antiohus Rimiň nyşanydyr, papalyk Rim bolsa, Antiohusdaky ýaly meňzeş nyşanlylyga eýe bolan antihristdir. Antiohus ady Selewkiler imperiýasynyň esaslandyryjysynyň ogluny aňladýardy, we şol manyda Antiohus atasynyň ornunda durdy, ol onuň wekili bolup durdy. Waýts uýa hem Şeýtany, hem-de papany antihrist diýip tanadýar we papanyň ýer ýüzünde Şeýtanyň wekili bolandygyny aýdýar. Bu at, bölekleýin Antiohus I Soter hem-de Antiohiýa şäheri bilen baglanyşygy sebäpli, Selewkiler imperiýasynda meşhur dinastik at boldy; şol şäheriň ady bolsa Selewk I-iň ýa atasynyň, ýa-da oglunyň hormatyna dakylan. Papa Şeýtanyň wekili bolup durýar, we nyşanlaýyn manyda Antiohus ady öz atasynyň — demirgazyk patyşalygynyň esaslandyryjysynyň, paýtagtyny Wawilonda ýerleşdiren adamyň — wekili bolan birini aňladýar.</w:t>
      </w:r>
    </w:p>
    <w:p>
      <w:pPr>
        <w:pStyle w:val="ArticleBody"/>
        <w:jc w:val="left"/>
      </w:pPr>
      <w:r>
        <w:rPr>
          <w:rFonts w:ascii="Times New Roman" w:hAnsi="Times New Roman" w:eastAsia="Times New Roman" w:cs="Times New Roman"/>
        </w:rPr>
        <w:t>Beýik Aleksandr miladydan öňki 323-nji ýylda aradan çykandan soň, onuň imperiýasy Diadohylaryň (ornuny dowam etdirijileriň) arasynda bölünip dargady. Wawilon bölünişiginde (miladydan öňki 323-nji ýyl) Selewkos ilki bilen Aleksandryň imperiýasynyň regenti Perdikkasyň tabynlygynda hetair atly atly goşunyň serkerdesi (abraýly harby wezipe) wezipesine bellendi. Miladydan öňki 321-nji ýyla çenli, Perdikkasyň ölüminden we Diadohylaryň arasyndaky goşmaça gepleşiklerden soň, Triparadis bölünişiginde Selewkos Wawiloniýanyň satrapy (häkimi) wezipesine bellendi. Miladydan öňki 316-njy ýylda başga bir Diadoh bolan Antigon I Monofthalmus Antigonyň barha güýçlenýän kuwwaty sebäpli Selewkosy Wawilondan gaçmaga mejbur etdi. Selewkos Müsürde Ptolemeý I Soteriň ýanyna pena gözledi. Miladydan öňki 312-nji ýylda Selewkos Ptolemeý tarapyndan berlen az sanly güýç bilen Wawilona dolanyp geldi. Ol Antigonyň güýçlerini ýeňip, Wawilony gaýtadan ele geçirdi we şeýlelik bilen öz häkimiýetiniň daýanç nokadyny berkarar etdi. Bu waka köplenç Selewkiler imperiýasynyň esasynyň tutulmagy hökmünde hasap edilýär, we miladydan öňki 312-nji ýyl taryhy hasaplamada Selewkiler eýýamynyň başlangyjy hökmünde kabul edilýär.</w:t>
      </w:r>
    </w:p>
    <w:p>
      <w:pPr>
        <w:pStyle w:val="ArticleBody"/>
        <w:jc w:val="left"/>
      </w:pPr>
      <w:r>
        <w:rPr>
          <w:rFonts w:ascii="Times New Roman" w:hAnsi="Times New Roman" w:eastAsia="Times New Roman" w:cs="Times New Roman"/>
        </w:rPr>
        <w:t>Selýuk ady grek dilinden gelip çykýar we “ýagtylyk”, “nur”, ýa-da “ýalyn” diýen manyny aňladýan selas (σέλας) kökünden gelip çykýar. Bu at parlaklygy ýa-da nur saçmagy aňladýar; bu bolsa Selewkiler imperiýasynyň esaslandyryjysy hem-de asmanda ýagtylygy göteriji bolan atanyň nusgasy hökmünde çykyş edýän Seleýuk I Nikator ýaly görnükli şahsa laýyk gelýär.</w:t>
      </w:r>
    </w:p>
    <w:p>
      <w:pPr>
        <w:pStyle w:val="ArticleScripture"/>
        <w:jc w:val="left"/>
      </w:pPr>
      <w:r>
        <w:rPr>
          <w:rFonts w:ascii="Times New Roman" w:hAnsi="Times New Roman" w:eastAsia="Times New Roman" w:cs="Times New Roman"/>
        </w:rPr>
        <w:t>“Dünýewi gazançlary we hormat-sylaglary üpjün etmek üçin ybadathana ýerdäki beýik adamlaryň hoşallygyny we goldawyny gözlemäge iterildi; şeýlelikde Mesihi ret edip, ol Şeýtanyň wekili bolan Rim episkopyna tabynlygyny bermäge meýillendirildi.” Uly Dawalyş, 50.</w:t>
      </w:r>
    </w:p>
    <w:p>
      <w:pPr>
        <w:pStyle w:val="ArticleBody"/>
        <w:jc w:val="left"/>
      </w:pPr>
      <w:r>
        <w:rPr>
          <w:rFonts w:ascii="Times New Roman" w:hAnsi="Times New Roman" w:eastAsia="Times New Roman" w:cs="Times New Roman"/>
        </w:rPr>
        <w:t>Antiokus Magnus papa häkimiýetiniň wekili bolup durýar, edil papanyň Şeýtanyň wekili bolşy ýaly. Antiokusyň nyşanlylygy dürli wekilleýin häkimiýetlere ýol berýär, edil papalaryň köpsanly bolanlygy ýaly. Reagan 1989-njy ýylyň wekili boldy, Ukraina 2014-nji ýylda Amerikanyň Birleşen Ştatlarynyň wekili boldy, Trump bolsa Panium söweşindäki wekilidir. Reagan birinjidi, Trump soňkydyr, Zelenskiý bolsa olaryň arasyndaky pitnedir.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bir, on bir</dc:title>
  <dc:subject>On bir, on bir: Danyýel bilen Ylhamyň pygamberlik şaýatlygy</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