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üçünji san</w:t>
      </w:r>
    </w:p>
    <w:p>
      <w:pPr>
        <w:pStyle w:val="ArticleSubtitle"/>
        <w:jc w:val="left"/>
      </w:pPr>
      <w:r>
        <w:rPr>
          <w:rFonts w:ascii="Arial" w:hAnsi="Arial" w:eastAsia="Arial" w:cs="Arial"/>
        </w:rPr>
        <w:t>Paniuma gaýdyp gelmek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Kesariýa Filipiden Kesariýa Maritima çenli, ýolda Üýtgeşme dagynda bir duralga bilen; Petrus, Mesihiň döwründäki Pentekost möwsümi bilen baglanyşyklylykda, Lewiler 23-nji babyň ýigrimi iki aýatdan ybarat iki çyzygynyň üstünde gurlan çyzykda, Surnaýlar baýramynyň ýol belgisine gelip ýetýän ýüz kyrk dört müňi alamatlandyrýar. Lewiler 23, haç, Pentekost we Korneliusyň Petrusy çagyrtmagy — bularyň hemmesi üçünji, altynjy we dokuzynjy sagatlaryň alamatlylygy bilen setir üstüne setir bir ýere jemlenýär.</w:t>
      </w:r>
    </w:p>
    <w:p>
      <w:pPr>
        <w:pStyle w:val="ArticleBody"/>
        <w:jc w:val="left"/>
      </w:pPr>
      <w:r>
        <w:rPr>
          <w:rFonts w:ascii="Times New Roman" w:hAnsi="Times New Roman" w:eastAsia="Times New Roman" w:cs="Times New Roman"/>
        </w:rPr>
        <w:t>Mesih haçta üçünji, altynjy we dokuzynjy sagatlarda, Petrus Pentikost gününde üçünji we dokuzynjy sagatda hem-de Kornelius dokuzynjy sagatda, Petrus Ýopýada altynjy sagatda we Kesariýa Filipide üçünji sagatda Daniel kitabyň on birinji baby, on üçünji bilen on bäşinji aýatlaryna baglydyr, çünki Kesariýa Filipi hem Paniumdyr.</w:t>
      </w:r>
    </w:p>
    <w:p>
      <w:pPr>
        <w:pStyle w:val="ArticleBody"/>
        <w:jc w:val="left"/>
      </w:pPr>
      <w:r>
        <w:rPr>
          <w:rFonts w:ascii="Times New Roman" w:hAnsi="Times New Roman" w:eastAsia="Times New Roman" w:cs="Times New Roman"/>
        </w:rPr>
        <w:t>Petr Pentikost güni Ýowel kitabyny wagyz edýärdi, Petr Korneliusyň öý halkyna ýüzlenip, öz habaryny beýan edeninde bolsa, Pentikost güni ýehudylaryň üstüne dökülişi ýaly, Mukaddes Ruh beýleki milletleriň hem üstüne döküldi. Mukaddes Ruhuň ilki ýehudylara, soňra bolsa beýleki milletlere dökülmegi, ahyrky günlerde Mukaddes Ruhuň dökülmeginiň nyşany boldy. Ahyrky günlerdäki bu dökülme iki taraplydyr: 9/11-de başlaýan sepilişden başlanýar, ol ahyrsoňy Sunday law-a çenli baryp ýetýän Midnight Cry-nyň yglan edilmegine geçýär, soňra bolsa üçünji perişdäniň güýçli nidasyna öwrülýär; şol ýerde we şol wagtda ahyrky ýagyn ölçegsiz dökülýär.</w:t>
      </w:r>
    </w:p>
    <w:p>
      <w:pPr>
        <w:pStyle w:val="ArticleScripture"/>
        <w:jc w:val="left"/>
      </w:pPr>
      <w:r>
        <w:rPr>
          <w:rFonts w:ascii="Times New Roman" w:hAnsi="Times New Roman" w:eastAsia="Times New Roman" w:cs="Times New Roman"/>
        </w:rPr>
        <w:t>Şeýlelik bilen, eý Sionyň çagalary, şat boluň we Hudaýyňyz Rebde şatlanň; çünki Ol size öňki ýagyşy ölçegli berdi, hem-de ilkinji aýda size ýagşyry — öňki ýagyşy-da, soňky ýagyşy-da — inderer. Harman ýerleri bugdaýdan dolar, pressler bolsa şerap we ýag bilen joşup-daşar. Men size çekirtgäniň, gurçugyň, ýaprak iýijiniň we kemrijiniň iýip gutaran ýyllaryny — araňyza iberen beýik goşunymy — gaýtaryp bererin. Ýoel 2:23–25.</w:t>
      </w:r>
    </w:p>
    <w:p>
      <w:pPr>
        <w:pStyle w:val="ArticleBody"/>
        <w:jc w:val="left"/>
      </w:pPr>
      <w:r>
        <w:rPr>
          <w:rFonts w:ascii="Times New Roman" w:hAnsi="Times New Roman" w:eastAsia="Times New Roman" w:cs="Times New Roman"/>
        </w:rPr>
        <w:t>Petrus 9/11-den ýekşenbe kanunyna çenli bolan öňki aram sepmäniň taryhyna gatnaşýanlary, şeýle hem ýok edilen “ýyllary” — Laodikýa Ýedinji-gün Adventizminiň gitdigiçe artýan pitneçiliginiň dört neslini aňladýan ýyllary — dikeldýän soňky ýagşy ýagyşy aňladýar. Ybadathanada, dokuzynjy sagatda, Petrus Ýoweliň kitabynyň ýyllaryň dikeldilişi baradaky habaryny hödürledi.</w:t>
      </w:r>
    </w:p>
    <w:p>
      <w:pPr>
        <w:pStyle w:val="ArticleScripture"/>
        <w:jc w:val="left"/>
      </w:pPr>
      <w:r>
        <w:rPr>
          <w:rFonts w:ascii="Times New Roman" w:hAnsi="Times New Roman" w:eastAsia="Times New Roman" w:cs="Times New Roman"/>
        </w:rPr>
        <w:t>Şonuň üçin toba ediň we ýüz öwürip Hudaýa dönüň, günäleriňiz öçürilip aýrylsyn, Rebbiň huzuryndan rahatlandyryş zamanlary gelsin; hem-de öňünden size wagyz edilen Isa Mesihi Ol ibersin. Ähli zatlaryň gaýtadan dikeldiliş zamanlaryna çenli, dünýäniň başyndan bäri Öz ähli mukaddes pygamberleriniň agzy bilen Hudaýyň aýdyp gelen zatlaryna çenli, asman Ony kabul etmelidir. Çünki Musa hakykatdanam atalara şeýle diýdi: „Reb Hudaýyňyz size doganlaryňyzyň arasyndan meniň ýaly bir Pygamber çykarar; Onuň size aýdýan ähli zatlarynda Oňa gulak asyň. Şeýle-de bolar: şol Pygambere gulak asmadyk her bir jan halkyň arasyndan ýok ediler“. Hawa, Samuelden başlap, onuň yzyndan gelen pygamberleriň ählisi, näçe gep eden bolsalar, şu günler hakda hem öňünden habar berdiler. Resullaryň işleri 3:19–24.</w:t>
      </w:r>
    </w:p>
    <w:p>
      <w:pPr>
        <w:pStyle w:val="ArticleBody"/>
        <w:jc w:val="left"/>
      </w:pPr>
      <w:r>
        <w:rPr>
          <w:rFonts w:ascii="Times New Roman" w:hAnsi="Times New Roman" w:eastAsia="Times New Roman" w:cs="Times New Roman"/>
        </w:rPr>
        <w:t>Günäleriň öçürilip taşlanmagy derňew höküminde Mesihiň soňky işidir, we bu öçürilip taşlama Hudaýyň öýünden başlanýar.</w:t>
      </w:r>
    </w:p>
    <w:p>
      <w:pPr>
        <w:pStyle w:val="ArticleScripture"/>
        <w:jc w:val="left"/>
      </w:pPr>
      <w:r>
        <w:rPr>
          <w:rFonts w:ascii="Times New Roman" w:hAnsi="Times New Roman" w:eastAsia="Times New Roman" w:cs="Times New Roman"/>
        </w:rPr>
        <w:t>Çünki hökümüň Hudaýyň öýünden başlanmaly wagty geldi; eger ol ilki bizden başlasa, onda Hudaýyň hoş habaryna boýun egmeýänleriň soňy nähili bolar? Eger dogry adam zordan halas edilýän bolsa, onda hudaýsyz bilen günäkär nirede görner? Şonuň üçin Hudaýyň islegine görä ejir çekýänler, ýagşylyk edip, öz janlaryny ynamdar Ýaradyja tabşyrsynlar. 1 Petrus 4:17–19.</w:t>
      </w:r>
    </w:p>
    <w:p>
      <w:pPr>
        <w:pStyle w:val="ArticleBody"/>
        <w:jc w:val="left"/>
      </w:pPr>
      <w:r>
        <w:rPr>
          <w:rFonts w:ascii="Times New Roman" w:hAnsi="Times New Roman" w:eastAsia="Times New Roman" w:cs="Times New Roman"/>
        </w:rPr>
        <w:t>Petr Pentikost güni-de, şeýle hem deňiz ýakasyndaky Kaýsariýada Korneliusyň öýünde-de Ýoel kitabynyň ýerine ýetirilýändigine düşündi. Pentikost Hudaýyň öýi üçin höküm tamamlanyp, soňra başga milletlere geçýän wagt hökmünde Ýekşenbe kanunyny aňladýar. Onuň Ýekşenbe kanunyndaky habary Gijäniň ýarysyndaky Gykylygyň gelip ýetmeginde yglan edilen şol bir habardyr. Alfa yglany omega yglany bilen tamamlanýan pygamberlik döwrüniň başlangyjydyr. Petr habary yglan edýänleri aňladýar, we habar özüne güýç berlişi bilen başlanýar; bu bolsa yslamyň eşeginiň boşadylmagy bilen alamatlandyrylýar. Eşek Gijäniň ýarysyndaky Gykylygyň başlanmagyny görkezmek üçin boşadylýar, we ol Gijäniň ýarysyndaky Gykylygyň jemlenmesi bolan Ýekşenbe kanunynda ýene-de boşadylýar.</w:t>
      </w:r>
    </w:p>
    <w:p>
      <w:pPr>
        <w:pStyle w:val="ArticleBody"/>
        <w:jc w:val="left"/>
      </w:pPr>
      <w:r>
        <w:rPr>
          <w:rFonts w:ascii="Times New Roman" w:hAnsi="Times New Roman" w:eastAsia="Times New Roman" w:cs="Times New Roman"/>
        </w:rPr>
        <w:t>Şonuň üçin hem Petrus Yslamyň Amerikanyň Birleşen Ştatlaryna urjak zarbasy barada öňünden aýdyp geçenleri hem aňladýar. Petrusyň Ýarygije Gykylygyndaky habary ilkinji lapykeçligi we egleniş döwrüniň başlangyjyny alamatlandyran habaryň düzedilmesidir. Şonuň üçin hem Petrus 2024-nji ýylda gelip ýeten we Danieliň on birinji babyndaky on dördünji aýatyň berjaý bolmagynda ilkinji amerikan papasynyň saýlanmagy bilen 2025-nji ýylyň 8-nji maýynda tamamlanan ilkinji düýpli synagdan geçen, Ýarygije Gykylygynyň habaryny yglan edýänleri aňladýar.</w:t>
      </w:r>
    </w:p>
    <w:p>
      <w:pPr>
        <w:pStyle w:val="ArticleBody"/>
        <w:jc w:val="left"/>
      </w:pPr>
      <w:r>
        <w:rPr>
          <w:rFonts w:ascii="Times New Roman" w:hAnsi="Times New Roman" w:eastAsia="Times New Roman" w:cs="Times New Roman"/>
        </w:rPr>
        <w:t>Surnaýlar baýramyndan Pentikosta çenli döwür, Levililer 23-de beýan edilen Pentikostal möwsümiň üçünji döwri hem-de onuň lakmus synagydyr. Uýam Uaytyň kesgitlän üç perişdäniň hatlary baradaky bir ýörelgesi, şol bir wagtda, sadaja esasy matematikadyr hem. Ol birinji we ikinji bolmazdan üçünji hatyň bolup bilmejekdigini aýdýar. Petrus Pentikostal ýekşenbe güni kanuny döwründe Ýowel kitabyny wagyz edýänligi sebäpli, ol şol bir wagtda Pentikostal möwsümiň lakmusy we üçünji synagy bolan Ýarygije Gykylygynyň hatynyň yglan edilmeginiň başynda hem Ýoweli öwredýär. Şonuň üçin Petrus 2023-nji ýylyň 31-nji dekabrynda başlap, Isa Mesihiň Ylhamy açylyp görkezilen wagtyndan bäri dowam eden üç basgançakly synag işiniň dowamynda wepaly bolanlary wekilçilik edýär. Eger Petrus üçünji basgançakda bar bolsa, onda ol öňki iki basgançagy hem geçendir, çünki birinji we ikinji bolmazdan üçünji bolup bilmez.</w:t>
      </w:r>
    </w:p>
    <w:p>
      <w:pPr>
        <w:pStyle w:val="ArticleBody"/>
        <w:jc w:val="left"/>
      </w:pPr>
      <w:r>
        <w:rPr>
          <w:rFonts w:ascii="Times New Roman" w:hAnsi="Times New Roman" w:eastAsia="Times New Roman" w:cs="Times New Roman"/>
        </w:rPr>
        <w:t>Ýüz kyrk dört müňüň möhürleniş döwri 11-nji sentýabrda başlandy we ol, 11-nji sentýabryň surnaý çagyryşy arkaly esaslara dolanmagy alamatlandyrýan, üç basgançakly synag prosesini açdy; soňra bolsa 2020-nji ýylyň 18-nji iýulyndaky ilkinji lapykeçligiň synagy geldi. Bu taryhyň üçünji synagy Ýekşenbe kanunydyr. 2020-nji ýylyň 18-nji iýulynda pygamberlik çöl döwri başlandy we şol çöl döwrüniň içinde, 2023-nji ýylyň iýulynda bir “ses” gygyryp başlady; soňra bolsa, 11-nji sentýabrdan ýigrimi iki ýyl geçenden soň, 2023-nji ýylyň 31-nji dekabrynda Isa Mesihiň Ylhamynyň möhürden açylyşy başlandy. 2023-nji ýyldan Ýekşenbe kanunyna çenli (haçan-da 2,300 günüň kämil ýerine ýetmesi amala aşanda) bolan döwür, “23” bilen başlanýan we “23” bilen tamamlanýan döwür hökmünde kesgitlenýär, çünki 1844-nji ýylyň 22-nji oktýabryndaky ýapyk gapy Ýekşenbe kanunyndaky ýapyk gapynyň nusgasydyr. 2300 ýyllyk pygamberlik 2,300-däki “23” bilen aňladylýar.</w:t>
      </w:r>
    </w:p>
    <w:p>
      <w:pPr>
        <w:pStyle w:val="ArticleBody"/>
        <w:jc w:val="left"/>
      </w:pPr>
      <w:r>
        <w:rPr>
          <w:rFonts w:ascii="Times New Roman" w:hAnsi="Times New Roman" w:eastAsia="Times New Roman" w:cs="Times New Roman"/>
        </w:rPr>
        <w:t>1844-nji ýyl birinji we ikinji perişdeleriň taryhynyň soňy boldy. Bu taryh 1798-nji ýylda birinji perişdäniň gelmegi bilen başlady we kyrk alty ýyl soň, 1844-nji ýylda tamamlandy. Şol kyrk alty ýyl 1844-nji ýylda Mesiheň duýdansyz giren Millerçi ybadathanasyny aňladýar. Adamyň bedeni erkek hem aýal üçin “23” hromosoma boýunça düzülendir; şeýlelikde “23” 1844-nji ýylda Mesihiň başlan işiniň nyşany hökmünde bellenýär. Ol iş Onuň ylahi tebigatyny biziň ynsan tebigatymyz bilen birleşdirmekdi. Isa ruhany zady beýan etmek üçin tebigy dünýäni ulanýar, we 2,300 ýylyň tamamlanmagynda, 1844-nji ýylda başlanan iş “23” erkek hromosomasynyň “23” aýal hromosomasy bilen birleşmegi arkaly şekillendirilýär. Erkek bir aýala öýlenende, olar bir beden bolýarlar, we nikä 1844-nji ýylda Mesihiň başlan zadydyr. 1844-nji ýylyň ýapyk gapysy ýekşenbe kanunynyň ýapyk gapysy bilen gabat gelýär, we şol ýapyk gapynyň nyşany “23”-dir.</w:t>
      </w:r>
    </w:p>
    <w:p>
      <w:pPr>
        <w:pStyle w:val="ArticleBody"/>
        <w:jc w:val="left"/>
      </w:pPr>
      <w:r>
        <w:rPr>
          <w:rFonts w:ascii="Times New Roman" w:hAnsi="Times New Roman" w:eastAsia="Times New Roman" w:cs="Times New Roman"/>
        </w:rPr>
        <w:t>2023-nji ýylyň 31-nji dekabryndan Ýekşenbe kanunynyň “23”-ine çenli bolan döwür alfa “23” bilen başlap, omega “23” bilen tamamlanýan döwri kesgitleýär. Şeýle hem bu, ýüz kyrk dört müňüň ybadathanasynyň döwrüni görkezýär. Şol bir taryhyň özi 9/11-den Ýekşenbe kanunyna çenli bolan döwrüň fraktalydyr. 1844 “23” sany bilen görkezilýär we ol ölülere degişli derňew hökümynyň başlanmagyny kesgitleýär. 9/11 dirilere degişli derňew hökümynyň başlanmagyny kesgitleýär, şonuň üçin 9/11 hem “23” sanyna eýedir. 9/11-den Ýekşenbe kanunyna çenli bolan döwür alfa “23” we omega “23” bolan döwürdir. 2023-den Ýekşenbe kanunyna çenli bolan döwür 9/11-den Ýekşenbe kanunyna çenli bolan döwrüň fraktalydyr, we ýüz kyrk dört müňüň ybadathanasy hut şol ýerde gurulýar. Milleritleriň ybadathanasy kyrk alty ýyllyk döwürdi, emma soňky günlerde wagt indi ýokdur; we adventizmiň başlangyjyndaky Milleritleriň kyrk alty ýyly adventizmiň ahyryndaky şol bir döwri typsallaýar, we şol döwür “23” bilen başlap, “23” bilen tamamlanýar, şeýlelikde Milleritleriň kyrk alty sany emele gelýär.</w:t>
      </w:r>
    </w:p>
    <w:p>
      <w:pPr>
        <w:pStyle w:val="ArticleBody"/>
        <w:jc w:val="left"/>
      </w:pPr>
      <w:r>
        <w:rPr>
          <w:rFonts w:ascii="Times New Roman" w:hAnsi="Times New Roman" w:eastAsia="Times New Roman" w:cs="Times New Roman"/>
        </w:rPr>
        <w:t>Şol üç taryhyň ählisi üç basgançakly synag işini aňladýar (Milleritler, 11-nji sentýabrden Ýekşenbe kanunyna çenli, hem-de 2023-den Ýekşenbe kanunyna çenli). Bu taryh 2023-nji ýylyň 31-nji dekabrynda Musany we Eliýany direlden Mihailiň surnaý çagyryşy bilen başlady; we Mihail, ýagny Mesih, direldende, Ony surnaý sesiniň astynda edýär.</w:t>
      </w:r>
    </w:p>
    <w:p>
      <w:pPr>
        <w:pStyle w:val="ArticleScripture"/>
        <w:jc w:val="left"/>
      </w:pPr>
      <w:r>
        <w:rPr>
          <w:rFonts w:ascii="Times New Roman" w:hAnsi="Times New Roman" w:eastAsia="Times New Roman" w:cs="Times New Roman"/>
        </w:rPr>
        <w:t>Çünki Reb Özi asmandan bir nida bilen, baş perişdäniň sesi bilen we Hudanyň surnaýy bilen iner; Mesihe degişli ölüler ilki direler. 1 Selanikliler 4:19.</w:t>
      </w:r>
    </w:p>
    <w:p>
      <w:pPr>
        <w:pStyle w:val="ArticleBody"/>
        <w:jc w:val="left"/>
      </w:pPr>
      <w:r>
        <w:rPr>
          <w:rFonts w:ascii="Times New Roman" w:hAnsi="Times New Roman" w:eastAsia="Times New Roman" w:cs="Times New Roman"/>
        </w:rPr>
        <w:t>Mikaýel baş perişdedir, we Hudaýyň surnaýy bilen bilelikdäki onuň sesi direldýär, Ýahuda haty bolsa bize Mikaýeliň Musany direldendigini habar berýär.</w:t>
      </w:r>
    </w:p>
    <w:p>
      <w:pPr>
        <w:pStyle w:val="ArticleScripture"/>
        <w:jc w:val="left"/>
      </w:pPr>
      <w:r>
        <w:rPr>
          <w:rFonts w:ascii="Times New Roman" w:hAnsi="Times New Roman" w:eastAsia="Times New Roman" w:cs="Times New Roman"/>
        </w:rPr>
        <w:t>Ýöne baş perişde Mikaýyl Musanyň jesedi hakda şeýtan bilen jedelleşip dawa edende, oňa garşy töhmetli aýyplama getirmäge het edip bilmän: «Reb seni ýazgarsyn» diýdi. Ýahuda 1:9.</w:t>
      </w:r>
    </w:p>
    <w:p>
      <w:pPr>
        <w:pStyle w:val="ArticleBody"/>
        <w:jc w:val="left"/>
      </w:pPr>
      <w:r>
        <w:rPr>
          <w:rFonts w:ascii="Times New Roman" w:hAnsi="Times New Roman" w:eastAsia="Times New Roman" w:cs="Times New Roman"/>
        </w:rPr>
        <w:t>Mesih, başmelek Mikail hökmünde, 2023-nji ýylyň 31-nji dekabrynda Özüne degişli Ylhamy açdy; şol wagt bolsa 2020-nji ýylyň 18-nji iýulynda öldürilen iki şaýat — Musa bilen Ylýas dirildildi. Soňra alfanyň daşky esas synagy geldi. 11-nji sentýabrda inen perişde, wepalylary Millerit esaslaryna gaýtarmak üçin Ýeremiýanyň surnaýyny çaldy, we şoňa ugurdaşlykda Mikailiň surnaýy esaslaryň synagyny getirdi. Bu synag Danyýel 11:14-de şekillendirilýär; ol ýerde “halkyňyň talaňçylary” daşky görnüşi berkarar edýärler. Milleritler bu aýatyň ýerine ýetirilendigini Rimiň üsti bilen tanadylar we görnüşi berkarar etdiler.</w:t>
      </w:r>
    </w:p>
    <w:p>
      <w:pPr>
        <w:pStyle w:val="ArticleBody"/>
        <w:jc w:val="left"/>
      </w:pPr>
      <w:r>
        <w:rPr>
          <w:rFonts w:ascii="Times New Roman" w:hAnsi="Times New Roman" w:eastAsia="Times New Roman" w:cs="Times New Roman"/>
        </w:rPr>
        <w:t>2025-nji ýylyň 8-nji maýyndan başlap, ybadathananyň burç we binýat daşynyň üstünde gurulmagy başlandy. 1989-njy ýylda açylan habaryň resmi taýdan berkidilen 1996-njy ýylyndan otuz ýyl soň, 2023-nji ýylyň 31-nji dekabrynda açylan habary resmi taýdan berkitlemek işi başlandy.</w:t>
      </w:r>
    </w:p>
    <w:p>
      <w:pPr>
        <w:pStyle w:val="ArticleBody"/>
        <w:jc w:val="left"/>
      </w:pPr>
      <w:r>
        <w:rPr>
          <w:rFonts w:ascii="Times New Roman" w:hAnsi="Times New Roman" w:eastAsia="Times New Roman" w:cs="Times New Roman"/>
        </w:rPr>
        <w:t>1989-njy ýylyň habarynyň 1996-njy ýylda resmi taýdan berkidilmegi, onuň taryhy nyşanynyň 1776-njy ýylda peýda bolmagyndan iki ýüz ýigrimi ýyl soň boldy. 2023-nji ýyldaky açylyş bolsa, 1996-njy ýylyň resmi taýdan berkidilmeginiň Yslamyň pygamberlik görnüşindäki ýüze çykmasy arkaly 2001-nji ýylyň 11-nji sentýabrynda tassyk edilmeginden ýigrimi iki ýyl soň boldy.</w:t>
      </w:r>
    </w:p>
    <w:p>
      <w:pPr>
        <w:pStyle w:val="ArticleBody"/>
        <w:jc w:val="left"/>
      </w:pPr>
      <w:r>
        <w:rPr>
          <w:rFonts w:ascii="Times New Roman" w:hAnsi="Times New Roman" w:eastAsia="Times New Roman" w:cs="Times New Roman"/>
        </w:rPr>
        <w:t>Petrus bu mukaddes taryhyň hem düýp, hem-de ybadathana synaglaryndan geçýän habarçylaryny aňladýar. Ybadathana synagy 2020-nji ýylyň 18-nji iýulyndaky şowsuz habaryň düzedilmegini öz içine alýar. 1989-njy ýylyň habary 1996-njy ýylda resmileşdirilenden otuz ýyl soň, ybadathananyň synagy Tennessi ştatynyň Neşwil şäherine garşy yslam zarbasyna degişli habary düzetmek, soňra bolsa ony gaýtadan yglan etmek işini öz içine alýar. 1989-njy ýylyň habarynyň resmileşdirilmegi 1996-njy ýylda çap edilen “The Time of the End” atly žurnalyň neşir edilmegi bilen görkezildi. Žurnal Daniýel on birinji babyň soňky alty aýatyny öz içine alýardy we Amerikanyň Birleşen Ştatlarynda ýekşenbe kanunyny kesgitledi. Ylahy tagzym bilen, 1989-njy ýylyň habary barada hiç hili ýagtylygy bolmadyk, emma birnäçe ýyl mundan öň eýýäm “Future for America” diýip atlandyrylan hereketsiz bir gulluk, şol gullugyň öňki ýolbaşçylary tarapyndan biziň gullugymyza berildi.</w:t>
      </w:r>
    </w:p>
    <w:p>
      <w:pPr>
        <w:pStyle w:val="ArticleBody"/>
        <w:jc w:val="left"/>
      </w:pPr>
      <w:r>
        <w:rPr>
          <w:rFonts w:ascii="Times New Roman" w:hAnsi="Times New Roman" w:eastAsia="Times New Roman" w:cs="Times New Roman"/>
        </w:rPr>
        <w:t>1996-njy ýylda biziň gullugymyz Future for America boldy, hem-de Daniel on birinji babyň soňky alty aýatynda şekillendirilişi ýaly Amerikanyň geljegini kesgitlän habary beýan eden neşir çap edildi. Birleşen Ştatlar pygamberlikdäki beýgelişine 1776-njy ýylda başlapdy, we “22” ýyl soň, ahyrzaman wagtynda, 1798-nji ýylda, Birleşen Ştatlar Mukaddes Kitap pygamberliginiň altynjy patyşalygy hökmünde öz ornuny ýerine ýetirip başlady, 1776-njy ýyldan “220” ýyl soň. 1996-njy ýylda pygamberlikde Birleşen Ştatlar baradaky habar resmileşdirildi. 1776-njy ýyldan “220” ýyl, we şol nokatdan 1798-nji ýyla çenli bolan “22” ýyl, 1831-nji ýylda ilkinji köpçülikleýin wagzyny eden William Miller bilen baglanyşýar; bu hem King James Mukaddes Kitabynyň neşir edilmeginden “220” ýyl soň bolupdy. Adventizmiň başlangyjy we soňy ahyrzaman wagtynda açylan habaryň resmileşdirilmegini aýratyn nygtaýar.</w:t>
      </w:r>
    </w:p>
    <w:p>
      <w:pPr>
        <w:pStyle w:val="ArticleBody"/>
        <w:jc w:val="left"/>
      </w:pPr>
      <w:r>
        <w:rPr>
          <w:rFonts w:ascii="Times New Roman" w:hAnsi="Times New Roman" w:eastAsia="Times New Roman" w:cs="Times New Roman"/>
        </w:rPr>
        <w:t>1996-njy ýyldan otuz ýyl soň, 2026-njy ýylda, ybadathananyň synagy 2020-nji ýylyň 18-nji iýulyndaky habary düzetmek işini öz içine alýar. Şeýlelikde, 1996-njy ýylda resmileşdirilen, iň soňky nesil üçin bolan 1989-njy ýylyň alfa habary, bir habary düzetmek we resmileşdirmek synagy bilen tamamlanan otuz ýyllyk döwri başlatdy. Şol otuz ýyl, Ýarygije çagyryşynyň habaryny resmileşdirjek ýüz kyrk dört müňüň ruhanylygynyň nyşanydyr. Petrus ikinji omega ybadathana synagynyň döwründe şol işi amala aşyrýanlary aňladýar.</w:t>
      </w:r>
    </w:p>
    <w:p>
      <w:pPr>
        <w:pStyle w:val="ArticleBody"/>
        <w:jc w:val="left"/>
      </w:pPr>
      <w:r>
        <w:rPr>
          <w:rFonts w:ascii="Times New Roman" w:hAnsi="Times New Roman" w:eastAsia="Times New Roman" w:cs="Times New Roman"/>
        </w:rPr>
        <w:t>Uayt egindeşimiz bize şeýle habar berýär: Hudaý Öz halkynyň arasyna ýalňyşlygyň girmegine, olary öwrenmäge höweslendirmek maksady bilen ýol berýär.</w:t>
      </w:r>
    </w:p>
    <w:p>
      <w:pPr>
        <w:pStyle w:val="ArticleScripture"/>
        <w:jc w:val="left"/>
      </w:pPr>
      <w:r>
        <w:rPr>
          <w:rFonts w:ascii="Times New Roman" w:hAnsi="Times New Roman" w:eastAsia="Times New Roman" w:cs="Times New Roman"/>
        </w:rPr>
        <w:t>“Hudaý Öz halkyny oýarar; eger beýleki serişdeler netije bermese, olaryň arasyna bidgatlar girer, olar hem olary elekden geçirip, samany bugdaýdan aýrar. Reb Öz sözüne ynanýanlaryň hemmesini ukudan oýanmaga çagyrýar. Bu wagt üçin laýyk bolan gymmatly nur geldi. Bu, edil öňümizde duran howplary görkezýän Mukaddes Kitap hakykatydyr. Bu nur bizi Mukaddes Ýazgylary yhlas bilen öwrenmäge we tutýan garaýyşlarymyzy iň çynlakaý görnüşde barlamaga alyp barmalydyr.”</w:t>
      </w:r>
    </w:p>
    <w:p>
      <w:pPr>
        <w:pStyle w:val="ArticleBody"/>
        <w:jc w:val="left"/>
      </w:pPr>
      <w:r>
        <w:rPr>
          <w:rFonts w:ascii="Times New Roman" w:hAnsi="Times New Roman" w:eastAsia="Times New Roman" w:cs="Times New Roman"/>
        </w:rPr>
        <w:t>Bu beýannama tutuşlygyna bu makalany jemlejek parçanyň bir bölegidir. Makalalarda we biziň Şenbe güni geçirilýän Zoom duşuşyklarymyzda, Danyýel 11:10–15 baradaky seljermämizde käbir nyşanlary bulaşdyrdym, hem-de zerur düzedişleri girizen bolsak-da, meni ýekşenbe kanunyna alyp barýan söweş bolan Panium baradaky makalalar tapgyrynyň netijesini dowam etdirmekden sowdylar. Indi Paniuma dolanmagyň wagty geldi, we dolananymyzda, Panium bolan Kesariýa Filipidäki Petrus arkaly şekillendirilen goşmaça subutnama çyzygyna eýe bolarys.</w:t>
      </w:r>
    </w:p>
    <w:p>
      <w:pPr>
        <w:pStyle w:val="ArticleBody"/>
        <w:jc w:val="left"/>
      </w:pPr>
      <w:r>
        <w:rPr>
          <w:rFonts w:ascii="Times New Roman" w:hAnsi="Times New Roman" w:eastAsia="Times New Roman" w:cs="Times New Roman"/>
        </w:rPr>
        <w:t>Indi biz Daniel kitabyň on birinji babynyň kyrkynyjy aýadyndaky gizlin taryhy beýan edýän onunjy aýatdan on altynjy aýada çenli aýatlar baradaky garalyşlarymyza gaýdyp geleris. Biz sentýabr aýynda şol ýerde saklandyk, şonuň üçin takmynan bäş aý geçdi.</w:t>
      </w:r>
    </w:p>
    <w:p>
      <w:pPr>
        <w:pStyle w:val="ArticleScripture"/>
        <w:jc w:val="left"/>
      </w:pPr>
      <w:r>
        <w:rPr>
          <w:rFonts w:ascii="Times New Roman" w:hAnsi="Times New Roman" w:eastAsia="Times New Roman" w:cs="Times New Roman"/>
        </w:rPr>
        <w:t>“Petrus öz doganlaryny: ‘merhemetde, hem-de Rebbimiz we Halasgärimiz Isa Mesihi tanamaklykda ösdüň’ diýip ündeýär. Haçan-da Hudaýyň halky merhemetde ösýän bolsa, olar Onuň Sözüne has aýdyň düşünjäni hemişe gazanyp durarlar. Olar onuň mukaddes hakykatlarynda täze nury we gözelligi görüp bilerler. Bu ähli asyrlarda ybadathananyň taryhynda şeýle bolup geldi, we şonuň ýaly-da ahyra çenli dowam eder. Emma hakyky ruhy durmuş pese gaçanda, hakykaty bilmekde öňe gitmegi bes etmek meýli hemişe bolupdyr. Adamlar Hudaýyň Sözünden eýýäm alan nurlary bilen kanagat edýärler we Mukaddes Ýazgylary mundan beýläk derňemegi ruhdan düşürýärler. Olar goragçy häsiýetli bolup galýarlar we jedelden gaça durmaga çalyşýarlar.</w:t>
      </w:r>
    </w:p>
    <w:p>
      <w:pPr>
        <w:pStyle w:val="ArticleScripture"/>
        <w:jc w:val="left"/>
      </w:pPr>
      <w:r>
        <w:rPr>
          <w:rFonts w:ascii="Times New Roman" w:hAnsi="Times New Roman" w:eastAsia="Times New Roman" w:cs="Times New Roman"/>
        </w:rPr>
        <w:t>Hudaýyň halkynyň arasynda hiç hili jedel ýa-da tolgunyşyk bolmazlygy olaryň sagdyn taglymata berk ýapyşýandygynyň gutarnykly subutnamasy hasap edilmeli däldir. Olaryň hakykat bilen ýalňyşy aýdyň tapawutlandyryp bilmeýän bolmaklaryndan gorkmaga esas bar. Ýazgylary derňemek arkaly hiç bir täze mesele gozgalman, adamlary özleriniň hakykata eýedigine göz ýetirmek üçin Mukaddes Kitaby özbaşdak agtarmaga iterjek hiç bir pikir tapawudy ýüze çykman duran mahaly, gadymy döwürlerde bolşy ýaly, häzirki wagtda-da köp adam däbe ýapyşar we nämedigini bilmeýän zadyna sežde eder.</w:t>
      </w:r>
    </w:p>
    <w:p>
      <w:pPr>
        <w:pStyle w:val="ArticleScripture"/>
        <w:jc w:val="left"/>
      </w:pPr>
      <w:r>
        <w:rPr>
          <w:rFonts w:ascii="Times New Roman" w:hAnsi="Times New Roman" w:eastAsia="Times New Roman" w:cs="Times New Roman"/>
        </w:rPr>
        <w:t>Maňa häzirki hakykat barada bilimi bardygyny ykrar edýän köpleriň özleriniň nämä ynanýandyklaryny bilmeýändigi görkezildi. Olar öz imanlarynyň subutnamalaryna düşünmeýärler. Olar häzirki zaman üçin edilmeli işe dogry baha bermeýärler. Synag wagty gelende, häzir başgalara wagyz edýänleriň arasynda-da özleriniň tutýan garaýyşlaryny barlap görenlerinde, kanagatlandyryjy sebäp görkezip bilmejek zatlarynyň köpdügini bilerler. Şeýle synagdan geçirilýänçäler, özleriniň örän uly nadanlygyny bilmändiler. Şeýle hem ybadathananyň içinde özleriniň nämä ynanýandyklaryna düşünýändiklerini öz-özünden dogry hasap edýän köpler bar; emma jedel ýüze çykýança, olar özleriniň ejizligini bilmeýärler. Özleri bilen bir imanly bolanlardan aýrylyp, ynanjyny düşündirmek üçin ýeke-täk we ýalňyz durmaga mejbur bolanda, hakykat diýip kabul eden zatlary baradaky pikirleriniň nähili bulaşykdygyny görüp haýran galarlar. Şübhesizdir, biziň aramyzda diri Hudaýdan ýüz öwürme we adamlara ýüzlenme bolup geçdi, şeýlelikde ynsan hikmeti ylahy hikmetiň ornuna goýuldy.</w:t>
      </w:r>
    </w:p>
    <w:p>
      <w:pPr>
        <w:pStyle w:val="ArticleScripture"/>
        <w:jc w:val="left"/>
      </w:pPr>
      <w:r>
        <w:rPr>
          <w:rFonts w:ascii="Times New Roman" w:hAnsi="Times New Roman" w:eastAsia="Times New Roman" w:cs="Times New Roman"/>
        </w:rPr>
        <w:t>«Ходай Өз халқын оятады; егер өзге шаралар нәтиже бермесе, олардың арасына жалған ілімдер енеді, солар оларды елейді де, сабанды бидайдан айырады. Иеміз Өз сөзіне сенетіндердің бәрін ұйқыдан оянуға шақырады. Осы уақытқа лайық қымбат нұр келді. Бұл — дәл біздің үстімізге төніп тұрған қауіптерді көрсететін Киелі кітап ақиқаты. Бұл нұр бізді Жазбаларды ынтамен зерттеуге және ұстанып жүрген ұстанымдарымызды аса сындарлы түрде тексеруге жетелеуге тиіс. Құдай ақиқаттың барлық қырлары мен қағидаларының дұға және оразамен мұқият әрі табандылықпен зерттелуін қалайды. Сенушілер ақиқаттың нені құрайтыны жөніндегі жорамалдар мен айқын емес түсініктерге сүйеніп тыным таппауға тиіс. Олардың сенімі Құдай сөзінің үстіне берік негізделуге тиіс, сонда сынақ уақыты келгенде және сенімдері үшін жауап беру мақсатында олар кеңестердің алдына әкелінгенде, өздеріндегі үміттің себебін ілтипаттылықпен және қорқынышпен айта алатын болады.</w:t>
      </w:r>
    </w:p>
    <w:p>
      <w:pPr>
        <w:pStyle w:val="ArticleScripture"/>
        <w:jc w:val="left"/>
      </w:pPr>
      <w:r>
        <w:rPr>
          <w:rFonts w:ascii="Times New Roman" w:hAnsi="Times New Roman" w:eastAsia="Times New Roman" w:cs="Times New Roman"/>
        </w:rPr>
        <w:t>“Herekete geçiriň, herekete geçiriň, herekete geçiriň. Biziň dünýä hödürleýän mowzuklarymyz özümiz üçin janly hakykat bolmalydyr. Imanyň esasy maddalary hasap edýän taglymatlarymyzy goranymyzda, bütinleý berk esasly däl delilleri ulanmaga özümize hiç haçan ýol bermeli däldigimiz möhümdir. Şeýle deliller garşy çykany dymdyrmaga ýarap biler, emma olar hakykaty hormatlandyrmaýar. Biz diňe garşydaşlarymyzy dymdyrjak däl, eýsem iň ýakyn we iň içgin barlagdan hem geçip biljek berk delilleri öňe sürmelidiris. Özlerini jedelçi hökmünde terbiýelän adamlaryň arasynda Hudaýyň Sözüne adalatly çemeleşmezlik howpy örän uludyr. Garşydaş bilen ýüzbe-ýüz bolnanda, diňe iman edýäne ynam bermäge çalyşman, eýsem onuň aňynda ynandyryjy içki düşünjäni oýarmak üçin mowzuklary şeýle bir görnüşde beýan etmek biziň yhlasly tagallamyz bolmalydyr.”</w:t>
      </w:r>
    </w:p>
    <w:p>
      <w:pPr>
        <w:pStyle w:val="ArticleScripture"/>
        <w:jc w:val="left"/>
      </w:pPr>
      <w:r>
        <w:rPr>
          <w:rFonts w:ascii="Times New Roman" w:hAnsi="Times New Roman" w:eastAsia="Times New Roman" w:cs="Times New Roman"/>
        </w:rPr>
        <w:t>“Ynsan akyl taýdan näçe öňe gidişlik gazanan bolsa-da, goý ol bir pursat hem Mukaddes Ýazgylary has uly ýagtylyk üçin çuňňur we üznüksiz öwrenmegiň zerurlygynyň ýokdugyny pikir etmesin. Biz halk hökmünde aýratynlykda pygamberlikleriň okuwçylary bolmaga çagyrylandyrys. Hudaýyň bize açyp görkezjek islendik ýagtylyk şöhlesini saýgaryp bilmegimiz üçin, biz yhlas bilen gözegçilik etmelidiris. Biz hakykatyň ilkinji şöhlelerini tutup almalydyrys; doga bilen edilýän öwreniş arkaly bolsa has aýdyň ýagtylyk alnyp bilner, ol hem başgalaryň öňünde beýan edilip bilner.</w:t>
      </w:r>
    </w:p>
    <w:p>
      <w:pPr>
        <w:pStyle w:val="ArticleScripture"/>
        <w:jc w:val="left"/>
      </w:pPr>
      <w:r>
        <w:rPr>
          <w:rFonts w:ascii="Times New Roman" w:hAnsi="Times New Roman" w:eastAsia="Times New Roman" w:cs="Times New Roman"/>
        </w:rPr>
        <w:t>“Haçan-da Hudaýyň halky rahatlykda bolup, özleriniň häzirki nuruna kanagat edýän bolsa, onda Onuň olardan razy bolmajakdygyna ynamly bolup bileris. Olar üçin saçylýan artdyrylan we barha artýan nury kabul etmek üçin olaryň hemişe öňe gitmegi Onuň erkidir. Ybadathananyň häzirki garaýşy Hudaýa ýaramaýar. Olaryň arasynda şeýle bir öz-özüne ynam peýda boldy welin, bu olary has köp hakykata we has uly nura zerurlygyň ýokdugyny duýmaga getirdi. Biz häzir şeýle bir döwürde ýaşaýarys welin, Şeýtan biziň sagymyzda-da, çepimizde-de, öňümizde-de, arkamyzda-da iş alyp barýar; emma biz halk hökmünde ukudadys. Hudaý Öz halkyny herekete getirmek üçin bir sesiň eşidilmegini isleýär.</w:t>
      </w:r>
    </w:p>
    <w:p>
      <w:pPr>
        <w:pStyle w:val="ArticleScripture"/>
        <w:jc w:val="left"/>
      </w:pPr>
      <w:r>
        <w:rPr>
          <w:rFonts w:ascii="Times New Roman" w:hAnsi="Times New Roman" w:eastAsia="Times New Roman" w:cs="Times New Roman"/>
        </w:rPr>
        <w:t>“Jany asmandan ýagtylygyň şöhlelerini kabul etmek üçin açmagyň ýerine, käbirleri munuň ters ugrunda işläp geldiler. Hem metbugat arkaly, hem-de münberden Mukaddes Kitabyň ylhamy barada Hudaýyň Ruhunyň-da, Hudaýyň Sözüniň-de makullamasyna eýe bolmadyk garaýyşlar öňe sürüldi. Şeýle uly ähmiýetli bir meselede hiç bir adam ýa-da adamlar topary, olary goldaýan açyk bir ‘Reb şeýle diýýär’ bolmazdan, nazaryýalary öňe sürmegi öz üstüne almaly däldir — bu gürrüňsiz hakykatdyr. Adamlar bolsa, ynsan ejizlikleri bilen gurşalan, daş-töwerekdäki täsirleriň uly ýa-da kiçi derejesinde täsiri astynda galan, akyldar ýa-da asmana gönükdirilen pikirli etmäge örän uzak bolan miras galan we ösdürilip ýetişdirilen meýilleri bolan ýagdaýlarynda, Hudaýyň Sözüni kazylyga çekmäge, nämäniň ylahy, nämäniň ynsanlykdygyna höküm çykarmaga girişenlerinde, olar Hudaýyň maslahaty bolmazdan işleýärler. Reb şeýle işi rowaçlandyrmaz. Munuň netijesi hem bu işe gatnaşýan adamyň üstüne, hem-de ony Hudaýdan bolan bir iş hökmünde kabul edýänleriň üstüne betbagtçylykly bolar. Ylhamiň tebigaty barada öňe sürlen nazaryýalar sebäpli köp aňlarda şübheçilik oýandyryldy. Öz dar, gysga-görüjilikli garaýyşlary bilen çäkli jandarlar özlerini Mukaddes Ýazgylary tankytlamaga ukyply hasaplap: ‘Bu bölüm zerurdyr, emma ol bölüm zerur däldir we ylham berlen hem däldir’ diýýärler.”</w:t>
      </w:r>
    </w:p>
    <w:p>
      <w:pPr>
        <w:pStyle w:val="ArticleScripture"/>
        <w:jc w:val="left"/>
      </w:pPr>
      <w:r>
        <w:rPr>
          <w:rFonts w:ascii="Times New Roman" w:hAnsi="Times New Roman" w:eastAsia="Times New Roman" w:cs="Times New Roman"/>
        </w:rPr>
        <w:t>Mesih Köne Ähtiň Mukaddes Ýazgylary babatda, ýagny Öz döwrüniň halkynyň eýe bolan Injiliniň ýeke-täk bölegi hakda, beýle görkezme bermedi. Onuň taglymatlary olaryň pikirlerini Köne Ähte gönükdirmäge we ol ýerde beýan edilen beýik temalary has aýdyň nurda getirmäge niýetlenendi. Asyrlaryň dowamynda Ysraýyl halky özüni Hudaýdan aýry tutupdy, şonuň üçin-de Olaryň özlerine ynanylyp tabşyrylan gymmatly hakykatlary gözden salypdylar. Bu hakykatlar olaryň hakyky ähmiýetini ýaşyrýan yrymlar bilen şekil-ýörelgeleriň astynda örtülipdi. Mesih olaryň şöhle-syratyny garaňkyladan galyndylary aýyrmaga geldi. Olary gymmatbaha daşlar kimin täze bir bezegde ýerleşdirdi. Ol munuň, köne we tanyş hakykatlaryň gaýtalanmagyny äsgermezlik etmekden düýbünden daşdadygyny görkezdi; tersine, Ol olaryň hakyky güýjünde we gözelliginde görünmegini üpjün etmek üçin geldi, olaryň şöhratyny bolsa Onuň döwrüniň adamlary hiç wagt duýmadylar. Aýan edilen bu hakykatlaryň Özi Awtory bolmak bilen, Ol olaryň hakyky manysyny halka açyp bilýärdi, olary ýolbaşçylaryň öz bagyşlanmadyk ýagdaýlaryna, ruhy taýdan garyplygyna we Hudaýa bolan söýgüsizligine laýyk getirmek üçin kabul eden ýalňyş düşündirişlerinden hem-de galp nazaryýetlerinden azat edýärdi. Ol bu hakykatlary ýaşaýyşdan we durmuşy güýjünden mahrum eden zatlary bir gapdala serpdi-de, olary ähli ilkibaşdaky täzeligi we güýji bilen dünýä gaýtaryp berdi.</w:t>
      </w:r>
    </w:p>
    <w:p>
      <w:pPr>
        <w:pStyle w:val="ArticleScripture"/>
        <w:jc w:val="left"/>
      </w:pPr>
      <w:r>
        <w:rPr>
          <w:rFonts w:ascii="Times New Roman" w:hAnsi="Times New Roman" w:eastAsia="Times New Roman" w:cs="Times New Roman"/>
        </w:rPr>
        <w:t>“Eger bizde Mesihiň Ruhy bar bolsa we biz Onuň bilen bile işleýän işçiler bolsak, onda Onuň ýerine ýetirmek üçin gelen işini öňe alyp gitmek biziň borjumyzdyr. Mukaddes Kitabyň hakykatlary ýene-de adat, däp-dessur we ýalan taglymat sebäpli örtülip galdy. Giňden ýaýran ylahyýetiň nädogry taglymatlary müňlerçe-müňlerçe adamyny şübheçä we imansyza öwürdi. Köp adamlaryň Mukaddes Kitabyň taglymaty diýip ýazgarýan ýalňyşlyklary we gapma-garşylyklary bar, emma olar aslynda papalyk garaňkylygynyň asyrlarynda kabul edilen Mukaddes Ýazgylaryň ýalan düşündirişleridir. Köpçülik öz döwrüniň ýalňyşlyklary we däp-dessurlary bilen azaşdyrylan ýehudylaryň Mesih barada ýalan düşünje edinişi ýaly, Hudaý barada hem nädogry düşünjäni göwünlerinde saklamaga gönükdirildi. ‘Eger olar muny bilen bolsadylar, şöhratyň Rebbini haça çüýlemezlerdi.’ Hudaýyň hakyky häsiýetini dünýä açyp görkezmek biziň borjumyzdyr. Mukaddes Kitaby tankyt etmegiň ýerine, geliň, onuň mukaddes, ýaşaýyş beriji hakykatlaryny dünýä hödürlemek üçin, wesýet we görelde arkaly tagalla edeliň; şeýlelikde biz ‘sizi garaňkylykdan Öz ajaýyp nuruna çagyranyň wasplaryny yglan ederis.’”</w:t>
      </w:r>
    </w:p>
    <w:p>
      <w:pPr>
        <w:pStyle w:val="ArticleScripture"/>
        <w:jc w:val="left"/>
      </w:pPr>
      <w:r>
        <w:rPr>
          <w:rFonts w:ascii="Times New Roman" w:hAnsi="Times New Roman" w:eastAsia="Times New Roman" w:cs="Times New Roman"/>
        </w:rPr>
        <w:t>“Biziň aramyzda kem-kemden süýşüp giren ýamanlyklar duýdurmazdan adamlary we ybadathanalary Hudaýa bolan hormatdan daşlaşdyrdy hem-de Olaryň özlerine bermek isleýän güýjüni olardan mahrum etdi.”</w:t>
      </w:r>
    </w:p>
    <w:p>
      <w:pPr>
        <w:pStyle w:val="ArticleScripture"/>
        <w:jc w:val="left"/>
      </w:pPr>
      <w:r>
        <w:rPr>
          <w:rFonts w:ascii="Times New Roman" w:hAnsi="Times New Roman" w:eastAsia="Times New Roman" w:cs="Times New Roman"/>
        </w:rPr>
        <w:t>“Doganlarym, goý, Hudaýyň Sözi nähili bolsa, şonuň ýaly dursun. Ynsan paýhasy Mukaddes Ýazgylaryň bir jümlesiniň güýjüni peseltmäge het edip görmesin. Ylham kitabyndaky dabaraly duýduryş bizi şeýle bir tutum eýelemekden saklamalydyr. Hojaýynymyň adyndan size buýrýaryn: ‘Aýakgabyňy aýaklaryňdan çykar, çünki seniň duran ýeriň mukaddes toprakdyr.’” Testimonies, 5-nji jilt,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üçünji san</dc:title>
  <dc:subject>Paniuma gaýdyp gelmek</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