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On dördünji san</w:t>
      </w:r>
    </w:p>
    <w:p>
      <w:pPr>
        <w:pStyle w:val="ArticleSubtitle"/>
        <w:jc w:val="left"/>
      </w:pPr>
      <w:r>
        <w:rPr>
          <w:rFonts w:ascii="Arial" w:hAnsi="Arial" w:eastAsia="Arial" w:cs="Arial"/>
        </w:rPr>
        <w:t>Ybadathananyň Ybadathana Synagynyň Açarı Olarak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2026-02-18</w:t>
      </w:r>
    </w:p>
    <w:p>
      <w:pPr>
        <w:pStyle w:val="ArticleBody"/>
        <w:jc w:val="left"/>
      </w:pPr>
      <w:r>
        <w:rPr>
          <w:rFonts w:ascii="Times New Roman" w:hAnsi="Times New Roman" w:eastAsia="Times New Roman" w:cs="Times New Roman"/>
        </w:rPr>
        <w:t>Mukaddes ýer baradaky tema üçünji perişdäniň habarynyň başynda, 1844-nji ýylyň 22-nji oktýabryndaky lapykeçligi açan “açar” boldy; lapykeçlik baradaky tema bolsa üçünji perişdäniň ahyryndaky ybadathana synagynyň mukaddes ýer habaryny açýan “açardyr”.</w:t>
      </w:r>
    </w:p>
    <w:p>
      <w:pPr>
        <w:pStyle w:val="ArticleScripture"/>
        <w:jc w:val="left"/>
      </w:pPr>
      <w:r>
        <w:rPr>
          <w:rFonts w:ascii="Times New Roman" w:hAnsi="Times New Roman" w:eastAsia="Times New Roman" w:cs="Times New Roman"/>
        </w:rPr>
        <w:t>Men saňa Gökleriň Patyşalygynyň açarlaryny bererin; ýer ýüzünde näme baglasaň, ol gökde hem baglanan bolar; ýer ýüzünde näme çözseň, ol gökde hem çözülen bolar. Matta 16:19.</w:t>
      </w:r>
    </w:p>
    <w:p>
      <w:pPr>
        <w:pStyle w:val="ArticleBody"/>
        <w:jc w:val="left"/>
      </w:pPr>
      <w:r>
        <w:rPr>
          <w:rFonts w:ascii="Times New Roman" w:hAnsi="Times New Roman" w:eastAsia="Times New Roman" w:cs="Times New Roman"/>
        </w:rPr>
        <w:t>2001-nji ýylyň 11-nji sentýabrynyň Amerikanyň Birleşen Ştatlarynda gyssagly jaňyň nyşany bolan “911” bilen laýyklykda “9/11” hökmünde düşünilýändigi, ähli zatlary tertiplän Şol Biriniň niýeti boýunça düzülendir. 2020-nji ýylyň 18-nji iýulyndaky lapykeçlige düşünmek, ýüz kyrk dört müňüň hereketiniň hut şonuň özi hökmünde tanalmagyna mümkinçilik berýär; emma diňe Isanyň şu gün hem, iki müň ýyl öň bolşy ýaly, ruhany zady tebigy zat arkaly görkezýändigini görmek isleýänler tarapyndan. “20/20” görüş — eýe bolup boljak iň gowy görüşdir, we 2020-nji ýylyň lapykeçligi on gyzyň pygamberlik taryhynda ybadathananyň tanalmagyna mümkinçilik berýän ýol belgüsidir.</w:t>
      </w:r>
    </w:p>
    <w:p>
      <w:pPr>
        <w:pStyle w:val="ArticleScripture"/>
        <w:jc w:val="left"/>
      </w:pPr>
      <w:r>
        <w:rPr>
          <w:rFonts w:ascii="Times New Roman" w:hAnsi="Times New Roman" w:eastAsia="Times New Roman" w:cs="Times New Roman"/>
        </w:rPr>
        <w:t>Matta 25-däki on gyz hakyndaky tymsal hem Adventist halkynyň tejribesini görkezýär. Beýik Göreş, 393.</w:t>
      </w:r>
    </w:p>
    <w:p>
      <w:pPr>
        <w:pStyle w:val="ArticleBody"/>
        <w:jc w:val="left"/>
      </w:pPr>
      <w:r>
        <w:rPr>
          <w:rFonts w:ascii="Times New Roman" w:hAnsi="Times New Roman" w:eastAsia="Times New Roman" w:cs="Times New Roman"/>
        </w:rPr>
        <w:t>Esas hakykatlar arkaly aňladylýan yza serediş bilen birleşdirilende, ýigrimi-ýigrimi görüş has-da gowudyr. Paul “pygamberleriň ruhlary pygamberleriň ruhlaryna tabyndyr” diýip öwredýär; şonuň üçin-de Matta degişli gyzlar, Ýahýanyň ýüz kyrk dört müň diýip kesgitleýän şol bir gyzlarydyr, hem-de Ýahýa olary — Revelation 144 —de gyzlar hökmünde kesgitleýär.</w:t>
      </w:r>
    </w:p>
    <w:p>
      <w:pPr>
        <w:pStyle w:val="ArticleScripture"/>
        <w:jc w:val="left"/>
      </w:pPr>
      <w:r>
        <w:rPr>
          <w:rFonts w:ascii="Times New Roman" w:hAnsi="Times New Roman" w:eastAsia="Times New Roman" w:cs="Times New Roman"/>
        </w:rPr>
        <w:t>Bular zenanlar bilen özlerini murdar etmedik bolanlardyr; çünki olar päkdirler. Bular Guzynyň nirä gitse, onuň yzyndan gidýänlerdir. Bular adamlaryň arasyndan satyn alnyp halas edilenler bolup, Hudaýa we Guza ilkinji miweler hökmünde bagyş edilenlerdir. Ylham 14:4.</w:t>
      </w:r>
    </w:p>
    <w:p>
      <w:pPr>
        <w:pStyle w:val="ArticleBody"/>
        <w:jc w:val="left"/>
      </w:pPr>
      <w:r>
        <w:rPr>
          <w:rFonts w:ascii="Times New Roman" w:hAnsi="Times New Roman" w:eastAsia="Times New Roman" w:cs="Times New Roman"/>
        </w:rPr>
        <w:t>Güýz paslynyň ilkinji miweleri Guzynyň yzyndan ybadathana girýän päk gyzlardyr, ybadathanaya düşünmegiň “açary” bolsa 2020-nji ýylyň lapykeçligidir.</w:t>
      </w:r>
    </w:p>
    <w:p>
      <w:pPr>
        <w:pStyle w:val="ArticleScripture"/>
        <w:jc w:val="left"/>
      </w:pPr>
      <w:r>
        <w:rPr>
          <w:rFonts w:ascii="Times New Roman" w:hAnsi="Times New Roman" w:eastAsia="Times New Roman" w:cs="Times New Roman"/>
        </w:rPr>
        <w:t>Dawudyň öýüniň açaryny onuň egnine goýarýn; ol açar, hiç kim ýapyp bilmez; ol ýapar, hiç kim açyp bilmez. Işaýa 22:22.</w:t>
      </w:r>
    </w:p>
    <w:p>
      <w:pPr>
        <w:pStyle w:val="ArticleBody"/>
        <w:jc w:val="left"/>
      </w:pPr>
      <w:r>
        <w:rPr>
          <w:rFonts w:ascii="Times New Roman" w:hAnsi="Times New Roman" w:eastAsia="Times New Roman" w:cs="Times New Roman"/>
        </w:rPr>
        <w:t>Eger-de bir Adventist 144,000-laryň arasynda boljak bolsa, onda pygamberlik zerurlygy boýunça ol, ýerine ýetmedik açyk bir öňünden aýdylyşyň hödürlenmegi netijesinde ýüze çykan lapykeçligi başdan geçiren bolmalydyr.</w:t>
      </w:r>
    </w:p>
    <w:p>
      <w:pPr>
        <w:pStyle w:val="ArticleScripture"/>
        <w:jc w:val="left"/>
      </w:pPr>
      <w:r>
        <w:rPr>
          <w:rFonts w:ascii="Times New Roman" w:hAnsi="Times New Roman" w:eastAsia="Times New Roman" w:cs="Times New Roman"/>
        </w:rPr>
        <w:t>“Men köplenç on gyzyň tymsalyna salgylanylýaryn; olaryň bäşi paýhasly, bäşi bolsa akylsyzdy. Bu tymsal harplyk derejede ýerine ýetdi we ýerine ýetiriler, çünki onuň şu döwür üçin aýratyn degişli manysy bar, hem-de üçünji perişdäniň habary ýaly, ol ýerine ýetdi we wagtyň ahyryna çenli häzirki hakykat bolmagynda dowam eder.” Review and Herald, August 19, 1890.</w:t>
      </w:r>
    </w:p>
    <w:p>
      <w:pPr>
        <w:pStyle w:val="ArticleBody"/>
        <w:jc w:val="left"/>
      </w:pPr>
      <w:r>
        <w:rPr>
          <w:rFonts w:ascii="Times New Roman" w:hAnsi="Times New Roman" w:eastAsia="Times New Roman" w:cs="Times New Roman"/>
        </w:rPr>
        <w:t>Danyýel kitabynyň on birinji babyndaky on bäşinji aýatda beýan edilýän Panium söweşi, Amerikanyň Birleşen Ştatlarynda ýekşenbe kanunyny kesgitleýän on altynjy aýata alyp barýan söweşdir.</w:t>
      </w:r>
    </w:p>
    <w:p>
      <w:pPr>
        <w:pStyle w:val="ArticleScripture"/>
        <w:jc w:val="left"/>
      </w:pPr>
      <w:r>
        <w:rPr>
          <w:rFonts w:ascii="Times New Roman" w:hAnsi="Times New Roman" w:eastAsia="Times New Roman" w:cs="Times New Roman"/>
        </w:rPr>
        <w:t>Şeýlelikde, demirgazygyň patyşasy gelip, gabaw galyndysyny döker we iň berk gala şäherlerini basyp alar; günortanyň goşunlary garşy durup bilmez, onuň saýlanan halky hem garşy durup bilmez, hatda garşy durmaga hiç hili güýç hem bolmaz. Daniýel 11:15.</w:t>
      </w:r>
    </w:p>
    <w:p>
      <w:pPr>
        <w:pStyle w:val="ArticleBody"/>
        <w:jc w:val="left"/>
      </w:pPr>
      <w:r>
        <w:rPr>
          <w:rFonts w:ascii="Times New Roman" w:hAnsi="Times New Roman" w:eastAsia="Times New Roman" w:cs="Times New Roman"/>
        </w:rPr>
        <w:t>Bu aýatda Amerikanyň Birleşen Ştatlary Russiýany, şeýle hem Russiýanyň saýlanan halkyny ýeňýär. Emma indiki aýatda hiç kim Rimiň göterilişiniň garşysynda durup bilmeýär; bu göteriliş dünýäni basyp almagynyň ilkinji ädimi hökmünde Ýahudany we Iýerusalimi nyşanlaýar; çünki Rim Injil pygamberliginiň dördünji patyşalygy hökmünde göterilipdi. On altynjy aýatda hakykatdaky şöhratly ýurtda durmak bilen, hakykatdaky Rimiň häkimiýetiniň nyşany hakykatdaky şöhratly ýurduň içinde bolupdy; şeýlelikde bu kyrk birinji aýadyň nusgasy bolup, onda ruhy Rimiň häkimiýetiniň nyşany Amerikanyň Birleşen Ştatlarynyň ruhy şöhratly ýurduna mejbury ýagdaýda ornaşdyrylýar.</w:t>
      </w:r>
    </w:p>
    <w:p>
      <w:pPr>
        <w:pStyle w:val="ArticleBody"/>
        <w:jc w:val="left"/>
      </w:pPr>
      <w:r>
        <w:rPr>
          <w:rFonts w:ascii="Times New Roman" w:hAnsi="Times New Roman" w:eastAsia="Times New Roman" w:cs="Times New Roman"/>
        </w:rPr>
        <w:t>Ylham 13-däki ýerden çykan haýwanyň iki şahy Respublikançylygy we Protestantlygy aňladýar. Daniýel 11-iň on bäşinji aýatynda Antiohus Magnus, ýagny Antiohus III we Beýik Antiohus diýlip tanalýan hökümdar, Ptolemeýler nesli bilen görkezilen günorta patyşalygyny ýeňýär. Antiohus Donald Trampy, günortanyň patyşasy bolsa Russiýany aňladýar. Paniý söweşi Amerikanyň Birleşen Ştatlary bilen Russiýanyň hem-de Russiýanyň saýlanan halkynyň arasyndaky söweşdir; bu söweşde Antiohus üstün çykdy, emma şondan soň onuň patyşalygy on dördünji aýatyň güýji bolan, ýerden çykan haýwanyň Respublikan şahynyň daşky görnüşini berkarar edýän göni manydaky Rim tarapyndan basylyp alyndy. Içki görnüş bolsa ýerden çykan haýwanyň Protestant şahy bilen görkezilýär. Iki şah hem Paniý söweşinde bardyr, çünki Petrus şol ýerde Ýoel kitabyndan getirýän habary bilen bir Protestant hökmünde bardyr.</w:t>
      </w:r>
    </w:p>
    <w:p>
      <w:pPr>
        <w:pStyle w:val="ArticleHeading"/>
        <w:jc w:val="left"/>
      </w:pPr>
      <w:r>
        <w:rPr>
          <w:rFonts w:ascii="Arial" w:hAnsi="Arial" w:eastAsia="Arial" w:cs="Arial"/>
        </w:rPr>
        <w:t>250 ýyl</w:t>
      </w:r>
    </w:p>
    <w:p>
      <w:pPr>
        <w:pStyle w:val="ArticleBody"/>
        <w:jc w:val="left"/>
      </w:pPr>
      <w:r>
        <w:rPr>
          <w:rFonts w:ascii="Times New Roman" w:hAnsi="Times New Roman" w:eastAsia="Times New Roman" w:cs="Times New Roman"/>
        </w:rPr>
        <w:t>Ýerden çykan haýwanyň iki setirini göz öňünde tutanymyzda, 1776-njy ýylda ýer haýwanynyň ýokary göterilişe başlandygyny, 1798-nji ýyla çenli bolsa (ýigrimi iki ýyl soň) Ylhamyň on üçünji babyndaky deňiz haýwanynyň ölümli ýarasyny alandygyny we ýer haýwanynyň Mukaddes Kitap pygamberliginiň altynjy patyşalygy hökmünde öz hökümranlygyna başlandygyny görýäris. Iki ýüz elli ýyl soň, 2026-njy ýylda biz 2025-nji ýylyň 8-nji maýynda başlanan içerki ybadathana synagyna oýandyq.</w:t>
      </w:r>
    </w:p>
    <w:p>
      <w:pPr>
        <w:pStyle w:val="ArticleBody"/>
        <w:jc w:val="left"/>
      </w:pPr>
      <w:r>
        <w:rPr>
          <w:rFonts w:ascii="Times New Roman" w:hAnsi="Times New Roman" w:eastAsia="Times New Roman" w:cs="Times New Roman"/>
        </w:rPr>
        <w:t>Şol “250” ýyl hem Antiochus Magnus bilen baglanyşyklydyr. Miladydan öňki 457-nji ýyldaky permanyň başyndan hasaplap, şol permanadan iki ýüz elli ýyl öňe gidilende, 207-nji ýyla ýetilýär; bu, Panium söweşinden ýedi ýyl öňe, Ptolemeýiň Antiochusy Rafiýa söweşinde ýeňeninden bolsa on ýyl soňra gabat gelýär; bu waka Daniel 11-niň on birinji aýatynda şekillendirilýär. Elbetde, Daniel 11:11 Respublika şahynyň daşky çyzygydyr; ol Protestan şahynyň içki çyzygy bolan Ylham 11:11 bilen gabatlaşýar. Daniel bilen Ylham şol bir kitapdyr, we Ylham möhürleri daşky pygamberligiň nyşanlary, ýygnaklary bolsa oňa paralel içki pygamberligiň nyşanlary hökmünde ulanýar.</w:t>
      </w:r>
    </w:p>
    <w:p>
      <w:pPr>
        <w:pStyle w:val="ArticleBody"/>
        <w:jc w:val="left"/>
      </w:pPr>
      <w:r>
        <w:rPr>
          <w:rFonts w:ascii="Times New Roman" w:hAnsi="Times New Roman" w:eastAsia="Times New Roman" w:cs="Times New Roman"/>
        </w:rPr>
        <w:t>Kiriň äh­li üç permany aňladýar, çünki birinji we ikinji bolmazdan, üçünjini alyp bolmaýar.</w:t>
      </w:r>
    </w:p>
    <w:p>
      <w:pPr>
        <w:pStyle w:val="ArticleScripture"/>
        <w:jc w:val="left"/>
      </w:pPr>
      <w:r>
        <w:rPr>
          <w:rFonts w:ascii="Times New Roman" w:hAnsi="Times New Roman" w:eastAsia="Times New Roman" w:cs="Times New Roman"/>
        </w:rPr>
        <w:t>Ezranyň ýedinji babynda bu perman tapylýar. 12–26-njy aýatlar. Ol iň doly görnüşinde Pars patyşasy Artakserks tarapyndan b.e.ö. 457-nji ýylda çykaryldy. Emma Ezra 6:14-de Ýerusalimdäki Rebbiň öýüniň “Kiriň, Dariniň we Pars patyşasy Artakserksiň buýrugyna [çet bellikde: “perman”] görä” gurlandygy aýdylýar. Bu üç patyşa permany ýüze çykarmakda, ony tassyklamakda we tamamlamakda, ony pygamberlikde 2300 ýylyň başlangyjyny görkezmek üçin talap edilýän kämillige ýetirdiler. Permanyň tamamlanan wagty bolan b.e.ö. 457-nji ýyly buýrugyň senesi hökmünde kabul edende, ýetmiş hepde baradaky pygamberligiň her bir şertiniň ýerine ýetendigi göründi.” The Great Controversy, 326.</w:t>
      </w:r>
    </w:p>
    <w:p>
      <w:pPr>
        <w:pStyle w:val="ArticleBody"/>
        <w:jc w:val="left"/>
      </w:pPr>
      <w:r>
        <w:rPr>
          <w:rFonts w:ascii="Times New Roman" w:hAnsi="Times New Roman" w:eastAsia="Times New Roman" w:cs="Times New Roman"/>
        </w:rPr>
        <w:t>Kiriň üsti bilen miladydan öňki 457-nji ýylda görkezilen üç permanlardan, “250” ýyl miladydan öňki 217-nji ýylda Rafiýa söweşiniň arasynda tamam bolýar; şol wagt Ptolemeý IV Beýik Antiohy ýeňdi, hem-de 15-nji aýatda aýdylýan ýaly, miladydan öňki 200-nji ýylda Antioh soňra Paniýum söweşinde Ptolemeýi ýeňdi. Bu çyzyk Antiohus Magnusy Donald Tramp bilen deňeşdirýär. Mukaddes Kitap pygamberliginiň altynjy patyşalygynyň başynda, 1776-njy ýyldan 1798-nji ýyla çenli, altynjy patyşalygyň ösüşini aňladýan “22” ýyldan ybarat döwür bar. Şol “22” ýyl, şeýle hem, Mukaddes Kitap pygamberliginiň altynjy patyşalygynyň taryhynyň ahyrynda 2001-nji ýyldan 2023-nji ýyla çenli “22” san bilen görkezilen taryhy hem şekillendirýär. “22” Hudaýlygyň adamzat bilen birleşmeginiň nyşanydyr; bu bolsa Mukaddes Kitap pygamberliginiň altynjy patyşalygynyň taryhynda amala aşýar, ol hem daşky şahasy hökmünde respublikanlygy we içki şahasy hökmünde protestantlygy bolan ýer haýwanydyr.</w:t>
      </w:r>
    </w:p>
    <w:p>
      <w:pPr>
        <w:pStyle w:val="ArticleBody"/>
        <w:jc w:val="left"/>
      </w:pPr>
      <w:r>
        <w:rPr>
          <w:rFonts w:ascii="Times New Roman" w:hAnsi="Times New Roman" w:eastAsia="Times New Roman" w:cs="Times New Roman"/>
        </w:rPr>
        <w:t>“22” bilen aňladylýan birleşme arkaly Mesihiň ýerine ýetirýän işi, Iň Mukaddes Ýerdäki Mesihiň soňky işidir; bu iş günäleriň öçürilip aýrylmagy bilen alamatlandyrylýar, ol bolsa Yoýel boýunça, Petrusyň ylhamlanan düşündirişi bilen bilelikde, soňky ýagşyň dökülýän döwründe amala aşýar.</w:t>
      </w:r>
    </w:p>
    <w:p>
      <w:pPr>
        <w:pStyle w:val="ArticleScripture"/>
        <w:jc w:val="left"/>
      </w:pPr>
      <w:r>
        <w:rPr>
          <w:rFonts w:ascii="Times New Roman" w:hAnsi="Times New Roman" w:eastAsia="Times New Roman" w:cs="Times New Roman"/>
        </w:rPr>
        <w:t>Şonuň üçin toba ediň we ýüz öwrüň, goý günäleriňiz pozulsyn, çünki Rebbiň huzuryndan rahatlandyryş zamanlary geler. Resullaryň işleri 3:19.</w:t>
      </w:r>
    </w:p>
    <w:p>
      <w:pPr>
        <w:pStyle w:val="ArticleBody"/>
        <w:jc w:val="left"/>
      </w:pPr>
      <w:r>
        <w:rPr>
          <w:rFonts w:ascii="Times New Roman" w:hAnsi="Times New Roman" w:eastAsia="Times New Roman" w:cs="Times New Roman"/>
        </w:rPr>
        <w:t>Günäniň pozulyp aýrylmagy asmandaky Baş Ruhanynyň iň soňky işidir.</w:t>
      </w:r>
    </w:p>
    <w:p>
      <w:pPr>
        <w:pStyle w:val="ArticleScripture"/>
        <w:jc w:val="left"/>
      </w:pPr>
      <w:r>
        <w:rPr>
          <w:rFonts w:ascii="Times New Roman" w:hAnsi="Times New Roman" w:eastAsia="Times New Roman" w:cs="Times New Roman"/>
        </w:rPr>
        <w:t>“Gadymy döwürlerde halkyň günäleri iman arkaly günä gurbanlygynyň üstüne ýüklenip, onuň gany arkaly şekil hökmünde ýerdäki mukaddes ýere geçirilşi ýaly, täze ähtde hem toba edenleriň günäleri iman arkaly Mesihiň üstüne ýüklenýär we hakykatda gökdäki mukaddes ýere geçirilýär. Şeýle hem ýerdäki mukaddes ýeriň nusgalyk taýdan päklenmegi ony haram eden günäleriň aýrylmagy arkaly amala aşyrylyşy ýaly, gökdäki mukaddes ýeriň hakyky taýdan päklenmegi hem şol ýerde ýazylan günäleriň aýrylmagy, ýagny pozulyp ýok edilmegi arkaly amala aşyrylmaly. Emma bu amala aşyrylmazdan öň, günä üçin toba etmek we Mesihe iman etmek arkaly kimiň Onuň kefaretiniň bereketlerine mynasypdygyny kesgitlemek üçin ýazgy kitaplarynyň barlanylmagy zerurdyr. Şonuň üçin mukaddes ýeriň päklenmegi derňew işini — höküm işini öz içine alýar. Bu iş Mesihiň Öz halkyny gutarmak üçin gelmeginden öň ýerine ýetirilmelidir; çünki Ol gelende, her kime öz işlerine görä bermek üçin sylagy Özi bilen bolar. Ylham 22:12.” Beýik Jedel, 421.</w:t>
      </w:r>
    </w:p>
    <w:p>
      <w:pPr>
        <w:pStyle w:val="ArticleBody"/>
        <w:jc w:val="left"/>
      </w:pPr>
      <w:r>
        <w:rPr>
          <w:rFonts w:ascii="Times New Roman" w:hAnsi="Times New Roman" w:eastAsia="Times New Roman" w:cs="Times New Roman"/>
        </w:rPr>
        <w:t>1844-nji ýylyň 22-nji oktýabrynda başlanan iş Gije Ýarymy Nidasynyň iň ýokary nokadynda başlandy we şol iş Gije Ýarymy Nidasynyň iň ýokary nokadynda tamamlanýar; muny Petrus günäleriň öçürilip aýrylýan döwri diýip kesgitleýär, bu bolsa “janlandyryş wagtlary” gelende, ýaşaýanlaryň höküm edilýän döwrüni alamatlandyrýar.</w:t>
      </w:r>
    </w:p>
    <w:p>
      <w:pPr>
        <w:pStyle w:val="ArticleScripture"/>
        <w:jc w:val="left"/>
      </w:pPr>
      <w:r>
        <w:rPr>
          <w:rFonts w:ascii="Times New Roman" w:hAnsi="Times New Roman" w:eastAsia="Times New Roman" w:cs="Times New Roman"/>
        </w:rPr>
        <w:t>“Derňew höküminiň işi we günäleriň öçürilip aýrylmagy Rebbiň ikinji gelişinden öň amala aşyrylmaly. Ölülere kitaplarda ýazylan zatlara görä höküm edilmelidigi sebäpli, adamlaryň günäleriniň olaryň işleriniň derňeljek hökümi tamamlanýança öçürilip aýrylmagy mümkin däldir. Emma resul Petrus imanlylaryň günäleriniň ‘Rebbiň huzuryndan rahatlandyryş wagtlary gelende; hem-de Ol Isa Mesihi iberenden soň’ öçürilip aýryljakdygyny açyk beýan edýär. Resullaryň Işleri 3:19, 20. Derňew hökümi tamamlananda, Mesih geler, we berjek sylagy Özi bilen bolar; ol her kime öz işine görä berer.” Beýik Dawala, 485.</w:t>
      </w:r>
    </w:p>
    <w:p>
      <w:pPr>
        <w:pStyle w:val="ArticleBody"/>
        <w:jc w:val="left"/>
      </w:pPr>
      <w:r>
        <w:rPr>
          <w:rFonts w:ascii="Times New Roman" w:hAnsi="Times New Roman" w:eastAsia="Times New Roman" w:cs="Times New Roman"/>
        </w:rPr>
        <w:t>“Serginletiş döwürleri” şol bir wagtda hem “ähli zatlaryň öňki ýagdaýyna gaýtarylyş döwürleridir.”</w:t>
      </w:r>
    </w:p>
    <w:p>
      <w:pPr>
        <w:pStyle w:val="ArticleScripture"/>
        <w:jc w:val="left"/>
      </w:pPr>
      <w:r>
        <w:rPr>
          <w:rFonts w:ascii="Times New Roman" w:hAnsi="Times New Roman" w:eastAsia="Times New Roman" w:cs="Times New Roman"/>
        </w:rPr>
        <w:t>Şonuň üçin toba ediň we imana geliň, Rebbiň huzuryndan rahatlyk zamanlary geler ýaly, günäleriňiz pozulsyn; hem-de öňünden size wagyz edilen Isa Mesihi iberer. Älem ýaradylaly bäri Hudaýyň ähli mukaddes pygamberleriniň agzy arkaly aýdyp gelen ähli zatlarynyň dikeldiljek wagtlaryna çenli, gök Ony kabul etmelidir. Resullaryň işleri 3:19–21.</w:t>
      </w:r>
    </w:p>
    <w:p>
      <w:pPr>
        <w:pStyle w:val="ArticleBody"/>
        <w:jc w:val="left"/>
      </w:pPr>
      <w:r>
        <w:rPr>
          <w:rFonts w:ascii="Times New Roman" w:hAnsi="Times New Roman" w:eastAsia="Times New Roman" w:cs="Times New Roman"/>
        </w:rPr>
        <w:t>“Janlandyryş zamanlary” “Rebbiň huzuryndan” gelýär; bu bolsa “Isa Mesih” iberilende bolup geçýär. Ylham kitaby onunjy bapdaky perişde 1840-njy ýylyň 11-nji awgustynda inende, Waýta uýa şol perişdäniň “Isa Mesihiň Özüden başga hiç kim däldigini” görkezdi. Mesihiň 1844-nji ýylyň 22-nji oktýabrynda başlan işi 1840-dan 1844-e çenli taryh arkaly girizildi; bu taryhy Waýta uýa “Hudaýyň güýjüniň şöhratly ýüze çykmasy” diýip atlandyrýar, şol bir wagtyň özünde hem hut şol taryhy Petrusyň döwründäki Pentikost möwsümi bilen deňleşdirýär, soňra bolsa şol iki pygamberlik taryh çyzygyny Ylham kitaby on sekizinji bapdaky, ýer ýüzüni Öz şöhraty bilen ýagtyldýan perişdäniň inişine işaret etmek üçin ulanýar.</w:t>
      </w:r>
    </w:p>
    <w:p>
      <w:pPr>
        <w:pStyle w:val="ArticleScripture"/>
        <w:jc w:val="left"/>
      </w:pPr>
      <w:r>
        <w:rPr>
          <w:rFonts w:ascii="Times New Roman" w:hAnsi="Times New Roman" w:eastAsia="Times New Roman" w:cs="Times New Roman"/>
        </w:rPr>
        <w:t>Üçünji perişdäniň habarynyň jar edilmegine goşulýan perişdä, bütin ýeri öz şöhraty bilen ýagtyltmalydyr. Bu ýerde bütindünýä möçberindäki gerim we adaty bolmadyk güýje eýe bolan bir iş öňünden aýdylýar. 1840–44-nji ýyllaryň adwent hereketi Hudaýyň güýjüniň şöhratly bir ýüze çykmasy boldy; birinji perişdäniň habary dünýäniň her bir missionerlik duralgasyna ýetirildi, käbir ýurtlarda bolsa, on altynjy asyryň Reformasiýasyndan bäri haýsydyr bir ýurtda şaýat edilen iň uly dini gyzyklanma boldy; emma bularyň hemmesi üçünji perişdäniň soňky duýduryşynyň astyndaky gudratly hereket tarapyndan geride goýlar.</w:t>
      </w:r>
    </w:p>
    <w:p>
      <w:pPr>
        <w:pStyle w:val="ArticleScripture"/>
        <w:jc w:val="left"/>
      </w:pPr>
      <w:r>
        <w:rPr>
          <w:rFonts w:ascii="Times New Roman" w:hAnsi="Times New Roman" w:eastAsia="Times New Roman" w:cs="Times New Roman"/>
        </w:rPr>
        <w:t>Bu iş Pentikost güni bolan işe meňzeş bolar. Hoş Habaryň başynda Mukaddes Ruhuň dökülip berilmeginde “irki ýagmyr” gymmatly tohumyň gögerip çykmagyna sebäp bolşy ýaly, onuň ahyrynda-da hasylyň bişip ýetilmegi üçin “soňky ýagmyr” berler. “Şonda biz bileris, eger Rebbi tanamaga yhlas bilen dowam etsek: Onuň çykyp gelşi säher ýaly taýýarlanylandyr; Ol bize ýagmyr ýaly, ýere ýagýan soňky we ilkinji ýagmyr ýaly geler.” Hoşeýa 6:3. “Şonuň üçin, eý, Sion ogullary, şatlanyň we Hudaýyňyz Rebde begeniň; çünki Ol size ilkinji ýagmyry ölçegli berdi, hem-de size ýagmyry, ilkinji ýagmyry we soňky ýagmyry inderer.” Ýowel 2:23. “Soňky günlerde, diýip Hudaý aýdýar, Men Öz Ruhumdan ähli teniň üstüne dökerin.” “Hem şeýle bolar: Rebbiň adyny çagyran her kim halas bolar.” Resullaryň işleri 2:17, 21.</w:t>
      </w:r>
    </w:p>
    <w:p>
      <w:pPr>
        <w:pStyle w:val="ArticleScripture"/>
        <w:jc w:val="left"/>
      </w:pPr>
      <w:r>
        <w:rPr>
          <w:rFonts w:ascii="Times New Roman" w:hAnsi="Times New Roman" w:eastAsia="Times New Roman" w:cs="Times New Roman"/>
        </w:rPr>
        <w:t>Hoş habaryň beýik işi, onuň başlangyjyny bellän Hudaýyň gudratynyň görünşinden has kem bir görünüş bilen tamamlanmaly däldir. Hoş habaryň başlangyjynda ilkinji ýagmyryň dökülmeginde berjaý bolan pygamberlikler, onuň soňunda soňky ýagmyrda ýene-de berjaý edilmelidir. Ine, resul Petrusyň öňünden garaşan “serginlediş zamanalary” şulardyr; ol şeýle diýdi: “Şonuň üçin toba ediň we ýüz öwrüň, şeýdip günäleriňiz ýok edilsin, Rebbiň huzuryndan serginlediş zamanalary geler; we Ol Isany iberer.” Resullaryň Işleri 3:19, 20. Uly göreş, 611.</w:t>
      </w:r>
    </w:p>
    <w:p>
      <w:pPr>
        <w:pStyle w:val="ArticleBody"/>
        <w:jc w:val="left"/>
      </w:pPr>
      <w:r>
        <w:rPr>
          <w:rFonts w:ascii="Times New Roman" w:hAnsi="Times New Roman" w:eastAsia="Times New Roman" w:cs="Times New Roman"/>
        </w:rPr>
        <w:t>1840-njy ýyldan 1844-nji ýyla çenli bolan Adwent hereketi, Mesihiň Öz mukaddes ýerini päklemek işiniň açylyşyna ýol açan Hudaýyň güýjüniň şöhratly bir ýüze çykmasydy. Şol taryh, Ylham kitabyndaky on dördünji bapda birinji perişde hökmünde görkezilen Isanyň, Ylham kitabyndaky onunjy bapda beýan edilişi ýaly, 1840-njy ýylyň 11-nji awgustynda inmegi bilen başlandy. Şonda başlanan Hudaýyň güýjüniň ýüze çykmasy derňew höküminiň açylyşyna çenli güýçlenip gitdi, şonuň üçin hem derňew höküminiň tamamlanmagyna çenli güýçlenip ýetjek Hudaýyň güýjüniň bir ýüze çykmasyna nusga boldy. Ahyrzamanyň döwrüniň başy 11-nji sentýabrda başlandy; şonda Isanyň täzeden Ylham kitabyndaky on sekizinji bapdaky perişde hökmünde inen wagty, Hudaýyň degişi bilen Nýu-Ýorkuň beýik binalary ýykylýarka, derňew höküminiň işi ölülerden dirilere geçdi. Ýagyşlar Isa iberilende gelýär.</w:t>
      </w:r>
    </w:p>
    <w:p>
      <w:pPr>
        <w:pStyle w:val="ArticleBody"/>
        <w:jc w:val="left"/>
      </w:pPr>
      <w:r>
        <w:rPr>
          <w:rFonts w:ascii="Times New Roman" w:hAnsi="Times New Roman" w:eastAsia="Times New Roman" w:cs="Times New Roman"/>
        </w:rPr>
        <w:t>Isa bize almak üçin dilemelidigimizi öwretdi, we Zekerýa-da ahyrky ýagmyr döwründe ahyrky ýagmyry dilemelidigimizi aýdýar. Şonuň üçin, Zekerýanyň görkezmesini berjaý etmek üçin ahyrky ýagmyr döwründedigini bilmegiň zerurdygy aýdyňdyr.</w:t>
      </w:r>
    </w:p>
    <w:p>
      <w:pPr>
        <w:pStyle w:val="ArticleScripture"/>
        <w:jc w:val="left"/>
      </w:pPr>
      <w:r>
        <w:rPr>
          <w:rFonts w:ascii="Times New Roman" w:hAnsi="Times New Roman" w:eastAsia="Times New Roman" w:cs="Times New Roman"/>
        </w:rPr>
        <w:t>Rebden soňky ýagşyň wagtynda ýagyş soraň; şonda Reb ýyldyrymly bulutlary emele getirer we her kime meýdandaky ota ýagyş ýagdyryp berer. Zekarýa 10:1.</w:t>
      </w:r>
    </w:p>
    <w:p>
      <w:pPr>
        <w:pStyle w:val="ArticleBody"/>
        <w:jc w:val="left"/>
      </w:pPr>
      <w:r>
        <w:rPr>
          <w:rFonts w:ascii="Times New Roman" w:hAnsi="Times New Roman" w:eastAsia="Times New Roman" w:cs="Times New Roman"/>
        </w:rPr>
        <w:t>9/11-de Isa Wahýýnyň on sekizinji babyndaky perişde hökmünde aşak inip geldi we ahyrky ýagşyň sepeläp başlamagy başlandy, ýöne ol diňe Zakarýa pygamberiň “ahyrky ýagşy diläň” diýen buýrugyny ýerine ýetirýänleriň üstüne ýagýar, ýagny “salkynlandyryş wagtlarynyň” hem-de ähli zatlaryň dikeldilişiniň gelip ýetendigine hakykaty bilen düşüneniňizde. Jan ahyrky ýagşyň pygamberlik döwrüniň gelip ýetendigini “tanamalydyr”.</w:t>
      </w:r>
    </w:p>
    <w:p>
      <w:pPr>
        <w:pStyle w:val="ArticleScripture"/>
        <w:jc w:val="left"/>
      </w:pPr>
      <w:r>
        <w:rPr>
          <w:rFonts w:ascii="Times New Roman" w:hAnsi="Times New Roman" w:eastAsia="Times New Roman" w:cs="Times New Roman"/>
        </w:rPr>
        <w:t>“Biz soňky ýagşa garaşmaly däldiris. Ol bize inýän merhemetiň çygy bilen ýagyşlaryny ykrar edip, olary özleşdirjekleriň hemmesiniň üstüne geler. Biz ýagtylygyň döwük-parçalaryny ýygnap alanymyzda, Özüne bil baglamagymyzy isleýän Hudaýyň ygtybarly rehmetlerine gadyr goýanymyzda, şonda her bir wada berjaý ediler. [Işaýa 61:11 sitata getirilýär.] Bütin ýer ýüzi Hudaýyň şöhraty bilen doldurylmalydyr.” The Seventh-day Adventist Bible Commentary, 7-nji tom, 984.</w:t>
      </w:r>
    </w:p>
    <w:p>
      <w:pPr>
        <w:pStyle w:val="ArticleBody"/>
        <w:jc w:val="left"/>
      </w:pPr>
      <w:r>
        <w:rPr>
          <w:rFonts w:ascii="Times New Roman" w:hAnsi="Times New Roman" w:eastAsia="Times New Roman" w:cs="Times New Roman"/>
        </w:rPr>
        <w:t>9/11-de gaýtadan janlandyryş zamanlary başlandy, diri galanlaryň günäleriniň öçürilip aýrylmagy hem başlandy. Şol höküm Ybraýymyň üç basgançakly ähtiniň iň ilkinji şertine doly laýyk gelýär. Şol ilkinji şert şeýle boldy: Reb Ysraýyly Müsür gulçulygyndan çykaranda, Ol Öz äht halkyny-da, olaryň zyýaratçylar we kesekiler bolup ýaşan ýurduny-da höküm ederdi. Ilkinji äht halky iň soňky äht halkynyň, ýagny bir ýüz kyrk dört müňüň, nusgasydy. Şol pygamberlik halky ýer haýwanynyň protestant şahasy hökmünde höküm ediler, şol bir wagtyň özünde ýer haýwanynyň respublikan şahasy hem höküm edilýär.</w:t>
      </w:r>
    </w:p>
    <w:p>
      <w:pPr>
        <w:pStyle w:val="ArticleBody"/>
        <w:jc w:val="left"/>
      </w:pPr>
      <w:r>
        <w:rPr>
          <w:rFonts w:ascii="Times New Roman" w:hAnsi="Times New Roman" w:eastAsia="Times New Roman" w:cs="Times New Roman"/>
        </w:rPr>
        <w:t>Respublikan şahyzyň hökmi onuň taryhynyň ahyrynda, ýagny ýekşenbe kanunynda gelýär. Ýekşenbe kanuny on altynjy aýatyň ýerine ýetmesinde, käbir taryhçylara görä, biziň eramyzdan öňki 63-nji ýylda — Ýaraşyk gününde — Rimiň Ýahudanyň üstünden gözegçiligi ele almagy bilen şekillendirilýär.</w:t>
      </w:r>
    </w:p>
    <w:p>
      <w:pPr>
        <w:pStyle w:val="ArticleBody"/>
        <w:jc w:val="left"/>
      </w:pPr>
      <w:r>
        <w:rPr>
          <w:rFonts w:ascii="Times New Roman" w:hAnsi="Times New Roman" w:eastAsia="Times New Roman" w:cs="Times New Roman"/>
        </w:rPr>
        <w:t>Antiochus Magnus, onunjy-bäşinji aýatlarda Amerikanyň Birleşen Ştatlaryny aňladýar. Ronald Reagan onunjy aýatyň söweşinde üstün çykdy; bu bolsa kyrkynjy aýatda Sowet Soýuzynyň çöküşini öňden görkezýän nusga boldy. Işaýa 8:8-de şol bir söweş Daniýel on birinji bapdaky onunjy we kyrkynjy aýatlarda görkezilişi ýaly görkezilýär, we şol üç sany ugurdaş aýat on birinji aýatdaky Rafia söweşinde ýeňijiniň Russiýadygyny kesgitlemäge mümkinçilik berýär.</w:t>
      </w:r>
    </w:p>
    <w:p>
      <w:pPr>
        <w:pStyle w:val="ArticleBody"/>
        <w:jc w:val="left"/>
      </w:pPr>
      <w:r>
        <w:rPr>
          <w:rFonts w:ascii="Times New Roman" w:hAnsi="Times New Roman" w:eastAsia="Times New Roman" w:cs="Times New Roman"/>
        </w:rPr>
        <w:t>On birinji aýatdaky Rafiýa söweşi günortanyň patyşasy (Russiýa) bilen papalygyň wekili bolan häkimiýetiň (Ukraina) arasyndaky Ukrainadaky urşy öňünden şekillendirdi. Bu uruş, günorta ýarym şardan bolan ilkinji papa döwründe, şeýle hem Amerikalardan bolan ilkinji papa döwründe — emma ol Günorta Amerikadandy — Obama administrasiýasy tarapyndan başladyldy. “Günorta” globalizmiň, spiritizmiň we kommunizmiň nyşanydyr, we Amerikalardan bolan ilkinji günortaly papa, on birinji aýatdaky uruş gelende, globalist prezident Obama bilen ugurdaş boldy. Onunjy aýatda Amerikanyň Birleşen Ştatlary hökmünde Reagan gizlin ýagdaýda konserwatiw papa bilen ylalaşyga girdi; soňra bolsa, globalist papa döwründe, Ukrainanyň nasistleri globalist prezident tarapyndan ulanyldy. Tramp döwründäki Amerikanyň Birleşen Ştatlary bolsa indi Demirgazyk Amerikadan bolan ilkinji we özüni konserwatiw diýip atlandyrylýan papa bilen açyk gatnaşykdadır.</w:t>
      </w:r>
    </w:p>
    <w:p>
      <w:pPr>
        <w:pStyle w:val="ArticleBody"/>
        <w:jc w:val="left"/>
      </w:pPr>
      <w:r>
        <w:rPr>
          <w:rFonts w:ascii="Times New Roman" w:hAnsi="Times New Roman" w:eastAsia="Times New Roman" w:cs="Times New Roman"/>
        </w:rPr>
        <w:t>Reýganyň Mukaddes Kitap pygamberligindäki antihrist bilen onunjy aýatyň söweşinde gizlin ýaranlygy bardy, we Obama on birinji aýatyň söweşine başlady; bu döwürde papa hem Obama meňzeş globalistdi. Tramp häzirki wagtda Reýgana paralel bir papa bilen açyk gatnaşykdadyr; diňe ilkinji gizlin ýaranlygyň indi açyk ýaranlyga öwrülendigi bilen tapawutlanýar. Üç papa hem, üç prezident hem onunjy, on birinji we on bäşinji aýatlaryň üç söweşi bilen gabat gelýär.</w:t>
      </w:r>
    </w:p>
    <w:p>
      <w:pPr>
        <w:pStyle w:val="ArticleScripture"/>
        <w:jc w:val="left"/>
      </w:pPr>
      <w:r>
        <w:rPr>
          <w:rFonts w:ascii="Times New Roman" w:hAnsi="Times New Roman" w:eastAsia="Times New Roman" w:cs="Times New Roman"/>
        </w:rPr>
        <w:t>Rim ybadatynyň hüşgärliginde we mekirliginde haýran galdyryjy bir zat bar. Ol geljekde näme boljagyny okaýandyr. Ol öz wagtyna garaşýar, çünki protestant ybadathanalarynyň ýalan sabbady kabul etmekleri bilen oňa hormat görkezýändiklerini we özüni geçen döwürlerde ulanýan hut şol serişdeleri bilen ony mejbury berjaý etdirmäge taýýarlanýandyklaryny görýär. Hakykatyň nuruny ret edýänler, şonda-da, özi hakda ýalňyşmaz diýip yglan edýän bu güýjüň kömegini, özünden gelip çykan bir edarany beýgeltmek üçin gözlärler. Bu işde protestantlara kömek etmäge onuň nähili taýýarlyk bilen geljekdigini çaklamak kyn däldir. Ybadathana boýun egmeýänler bilen nähili çemeleşmelidigine papalyk ýolbaşçylaryndan gowy kim düşünýär?</w:t>
      </w:r>
    </w:p>
    <w:p>
      <w:pPr>
        <w:pStyle w:val="ArticleScripture"/>
        <w:jc w:val="left"/>
      </w:pPr>
      <w:r>
        <w:rPr>
          <w:rFonts w:ascii="Times New Roman" w:hAnsi="Times New Roman" w:eastAsia="Times New Roman" w:cs="Times New Roman"/>
        </w:rPr>
        <w:t>Rim-katolik buthanasy, dünýäniň ähli künjeklerindäki şahamçalary bilen bilelikde, papalyk tagtynyň gözegçiliginde bolup, onuň bähbitlerine hyzmat etmek üçin döredilen ägirt uly bir guramany emele getirýär. Ýeriň ýüzündäki her bir ýurtda onuň millionlarça agzalaryna özlerini papa wepalylyk borjy bilen bagly hasaplamak öwredilýär. Milletiniň ýa-da hökümetiniň nähili bolandygyna garamazdan, olar buthananyň ygtyýaryny ähli beýleki ygtyýarlardan ýokary hasap etmelidirler. Döwlete wepalylygyny tassyklaýan kasamy kabul eden bolsalar-da, munuň aňyrsynda Rime boýun bolmak baradaky äht ýatyr; şol äht olary onuň bähbitlerine garşy gelýän her bir borçnamadan boşadýar.</w:t>
      </w:r>
    </w:p>
    <w:p>
      <w:pPr>
        <w:pStyle w:val="ArticleScripture"/>
        <w:jc w:val="left"/>
      </w:pPr>
      <w:r>
        <w:rPr>
          <w:rFonts w:ascii="Times New Roman" w:hAnsi="Times New Roman" w:eastAsia="Times New Roman" w:cs="Times New Roman"/>
        </w:rPr>
        <w:t>“Taryh onuň milletleriň işlerine özüni çeperlik we üznüksiz tagalla bilen siňdirmäge synanyşandygyny; we bir gezek daýanç nokadyny ele geçirensoň, hatda şazadalaryň we halklaryň heläkçiligi bahasyna-da öz maksatlaryny öňe sürendigini şaýatlyk edýär. 1204-nji ýylda Papa Innokentiý III Arragoniýanyň şasy Pýotr II-den aşakdaky adatdan daşary kasamy alypdy: ‘Men, arragoniýalylaryň şasy Pýotr, öz jenabym Papa Innokentiýe, onuň katolik mirasdarlaryna we Rim Ybadathanasyna hemişe wepaly hem-de boýunegiji boljakdygymy ykrar edýärin we wada berýärin, hem-de katolik imanyny gorap, bidgatçy azgynlygy yzarlap, öz şalygymy onuň tabynlygynda wepalylyk bilen saklajakdygymy bildirýärin.’—John Dowling, The History of Romanism, b. 5, ch. 6, sec. 55. Bu, Rim papasynyň häkimiýeti baradaky şu talaplar bilen sazlaşýar: ‘imperatorlary tagtdan düşürmek oňa kanuny taýdan rugsat berilendir’ we ‘ol raýatlary adalatsyz hökümdarlara bolan wepalylyk borjundan boşadyp biler.’—Mosheim, b. 3, cent. 11, pt. 2, ch. 2, sec. 9, note 17.”</w:t>
      </w:r>
    </w:p>
    <w:p>
      <w:pPr>
        <w:pStyle w:val="ArticleScripture"/>
        <w:jc w:val="left"/>
      </w:pPr>
      <w:r>
        <w:rPr>
          <w:rFonts w:ascii="Times New Roman" w:hAnsi="Times New Roman" w:eastAsia="Times New Roman" w:cs="Times New Roman"/>
        </w:rPr>
        <w:t>“Ýatda saklansyn, Rim özüniň hiç wagt üýtgemeýändigini buýsanç bilen aýdýar. Grigoriý VII-niň we Innocent III-niň ýörelgeleri henizem Rim Katolik buthanasynyň ýörelgeleridir. Eger onuň diňe güýji bolan bolsady, olary öňki asyrlarda bolşy ýaly, şu gün hem şol bir güýçli yhlas bilen durmuşa geçirerdi. Protestantlar ýekşenbäni beýgeltmek işinde Rimiň kömegini kabul etmegi teklip edenlerinde näme edýändiklerini juda az bilýärler. Olar öz maksatlaryny amala aşyrmaga dykgat eden mahaly, Rim öz güýjüni täzeden dikeltmäge, ýitiren agalygyny gaýtaryp almaga ymtylýar. Bir gezek Amerikanyň Birleşen Ştatlarynda buthananyň döwletiň güýjüni ulanyp ýa-da oňa gözegçilik edip biljekdigi; dini berjaý etmeleriň dünýewi kanunlar arkaly mejbury edilip bilinjekdigi; gysgaça aýdanyňda, buthana bilen döwletiň häkimiýetiniň wyždany hökman boýun egdirmelidigi diýen ýörelge berkarar edilse, onda bu ýurtda Rimiň ýeňşi kepillendirilendir.</w:t>
      </w:r>
    </w:p>
    <w:p>
      <w:pPr>
        <w:pStyle w:val="ArticleScripture"/>
        <w:jc w:val="left"/>
      </w:pPr>
      <w:r>
        <w:rPr>
          <w:rFonts w:ascii="Times New Roman" w:hAnsi="Times New Roman" w:eastAsia="Times New Roman" w:cs="Times New Roman"/>
        </w:rPr>
        <w:t>“Hudaýyň Sözi golaýlaşýan howp barada duýduryş berdi; eger bu äsgerilmese, Protestan dünýäsi Riminiň maksatlarynyň hakykatda nämedigini diňe duzaga düşmekden gutulmak üçin eýýäm juda giç bolanda biler. Ol sessiz-üýnsüz güýçlenýär. Onuň taglymatlary kanun çykaryjy mejlislerde, ybadathanalarda we adamlaryň ýüreklerinde öz täsirini ýetirýär. Ol özüniň öňki yzarlamalarynyň gaýtadan gaýtalanjak gizlin içki jaýlarynda beýik we ägirt uly gurluşlaryny galdyrýar. Ol haçan urjak wagty gelende öz maksatlaryny öňe sürmek üçin, gizlinlik bilen we şübhesiz ýagdaýda öz güýçlerini berkidýär. Onuň isleýäni diňe amatly orun, we bu eýýäm oňa berilýär. Biz tiz wagtda Rim elementiniň maksadynyň nämedigini göreris we duýarys. Kim Hudaýyň Sözüne ynanyp oňa boýun boljak bolsa, şonuň üçin ýazgaryşa we yzarlanmaga sezewar bolar.” The Great Controversy, 580, 581.</w:t>
      </w:r>
    </w:p>
    <w:p>
      <w:pPr>
        <w:pStyle w:val="ArticleBody"/>
        <w:jc w:val="left"/>
      </w:pPr>
      <w:r>
        <w:rPr>
          <w:rFonts w:ascii="Times New Roman" w:hAnsi="Times New Roman" w:eastAsia="Times New Roman" w:cs="Times New Roman"/>
        </w:rPr>
        <w:t>2016-njy ýylda Tramp saýlandy, soňra bolsa Baýden tarapyndan wekilçilik edilýän globalistler 2020-nji ýylyň saýlawyny ogurladylar, emma muny diňe 20/20 görüşe eýe bolanlar ykrar edýär. On üçünji aýatda Donald Tramp 2024-nji ýylda “gaýdyp gelýär”, öňküsinden-de has uly güýç bilen, hem-de altyn asyra taýýarlygyny, şeýle hem on bäşinji aýatdaky Panium söweşini başlaýar. Soňra Leo atly papa 2025-nji ýylda gelip, görnüşi berkarar etdi; ol onunjy aýatdan on bäşinji aýada çenli bolan üç söweş bilen baglanyşykly üçünji papa, şonuň ýaly-da şol söweşleriň üç prezidenti bilen hem baglanyşyklydyr. Birinji we üçünji papalar hem-de prezidentler konserwatiw hasaplanýar, ortaky papa bilen prezident bolsa globalistlerdi. Birinji bileleşik gizlin bolupdy, iň soňkusy bolsa açykdyr, çünki ol on dördünji aýatda soňky günleriň pygamberlikleriniň daşky görnüşini berkarar edýän nyşan hökmünde görkezilýär.</w:t>
      </w:r>
    </w:p>
    <w:p>
      <w:pPr>
        <w:pStyle w:val="ArticleBody"/>
        <w:jc w:val="left"/>
      </w:pPr>
      <w:r>
        <w:rPr>
          <w:rFonts w:ascii="Times New Roman" w:hAnsi="Times New Roman" w:eastAsia="Times New Roman" w:cs="Times New Roman"/>
        </w:rPr>
        <w:t>2023-nji ýylyň 31-nji dekabrynda birinji perişdäniň işi, birinji permananyň işi bilen öňünden görkezilişi ýaly, düýbi goýup başlady. Düýp synagy William Milleriň on dördünji aýatda görnüşi berkarar edýän zadyň Rimdigini kesgitlemeginde dogrymy ýa-da nädogrumy bolandygy baradaky mesele boldy. Milleriň soňky günleriň pygamberlik görnüşini berkarar eden nyşan hökmünde Rimi kesgitlemegi, käbir taraplardan, Milleriň ähli düýpli hakykatlarynyň iň ähmiýetlisidir. Milleriň käbir düşünjelere nähili gelip ýetendigini diňe onuň döwrüne we ýagdaýlaryna mukaddesleşdirilen logikany ulanmak arkaly çykarmak bolýar, ýöne onuň käbir pygamberlik açyşlary babatda onuň şol düşünjelere näme üçin gelendigi hakynda örän anyk şaýatlyk bar. Onuň düşünjeleriniň iň esasy düýbi, görnüşi berkarar edýän zadyň hut Rimdigini kesgitlemegidi.</w:t>
      </w:r>
    </w:p>
    <w:p>
      <w:pPr>
        <w:pStyle w:val="ArticleBody"/>
        <w:jc w:val="left"/>
      </w:pPr>
      <w:r>
        <w:rPr>
          <w:rFonts w:ascii="Times New Roman" w:hAnsi="Times New Roman" w:eastAsia="Times New Roman" w:cs="Times New Roman"/>
        </w:rPr>
        <w:t>Miller Danyýel kitabynda “aýrylan” zadyň nämedigine düşünmek üçin nähili gözleg geçirendigini göni güwä geçýär. Ol diňe jogabyny nireden tapandygyny görkezmek bilen çäklenmän, eýsem gözläp ýören şol gymmat bahaly hazynasyny tapanda duýan şatlygyny hem beýan edýär. Apollos Hale Milleriň öz ýazgylaryna degişli bir düşündiriş ýazga geçirýär, we aşakdaky parçanyň içinde Hale Milleriň pygamberlik boýunça nähili talyp bolandygyny görkezýär. 1798-nji ýylda açylan ýagtylygyň habarçysy hökmünde Miller Danyýeliň kitap “açylanda” “düşünýän” “parasatlylar” diýip atlandyranlarynyň mukaddes nusgasydyr. Milleriň Mukaddes Ýazgyny öwrenmäge nähili alnyp barlandygy baradaky güwäligi ähli zatlary dolandyrýan Tarapdan berlen maksatly bir mysaldyr. Milleriň ösüşine üns beriň, çünki ol, edil Miller ýaly, ýalňyşlygyň garaňkylygyndan çyksalar hem, bilimiň artmagyna düşünýän parasatlylaryň mysalydyr.</w:t>
      </w:r>
    </w:p>
    <w:p>
      <w:pPr>
        <w:pStyle w:val="ArticleScripture"/>
        <w:jc w:val="left"/>
      </w:pPr>
      <w:r>
        <w:rPr>
          <w:rFonts w:ascii="Times New Roman" w:hAnsi="Times New Roman" w:eastAsia="Times New Roman" w:cs="Times New Roman"/>
        </w:rPr>
        <w:t>“‘1816-njy ýylyň maý aýynda men günäme berk düşündim, we, ah, kalbymy nähili bir elhençlik doldurdy! Men iýmegi unudypdym. Gök asman mis ýaly, ýer bolsa demir ýaly görünýärdi. Men oktýabra çenli şeýle dowam etdim, şonda Hudaý gözlerimi açdy; we, ah, jan-ym, Isanyň nähili bir Halasgärdigini açyp gördüm! Günälerim kalbymdan bir ýük ýaly gaçyp düşdi; şondan soň Mukaddes Kitap maňa nähili düşnükli göründi! Onuň ählisi Isa hakda sözleýärdi; ol her sahypada we her setirde bardy. Ah, ol nähili bagtly bir gündi! Men göni öýe—asmana—gitmek isledim; Isa meniň üçin hemme zatdy, we men ony özüm nähili gören bolsam, başgalaryň hem şeýdip görüp biljekdigini pikir edipdim, emma men ýalňyşypdyryn.</w:t>
      </w:r>
    </w:p>
    <w:p>
      <w:pPr>
        <w:pStyle w:val="ArticleScripture"/>
        <w:jc w:val="left"/>
      </w:pPr>
      <w:r>
        <w:rPr>
          <w:rFonts w:ascii="Times New Roman" w:hAnsi="Times New Roman" w:eastAsia="Times New Roman" w:cs="Times New Roman"/>
        </w:rPr>
        <w:t>“Men deist bolan on iki ýyllyk döwrümde tapyp bilen ähli taryhlarymy okadym; emma indi men Mukaddes Kitaby söýýärdim. Ol Isa hakda öwredýärdi! Şeýle-de bolsa, Mukaddes Kitabyň ep-esli bölegi meniň üçin henizem garaňky bolup galýardy. 1818 ýa-da 1819-njy ýylda, meni görmäge gelen we men deist wagtym meni tanaýan hem-de gepleşiklerimi eşiden bir dostum bilen söhbetdeş bolup durkam, ol örän manyly äheňde: “Şu aýat hakda näme pikir edýärsiň, ol aýat hakda näme?” diýip sorady; bu, meniň deist wagtym garşy çykan öňki aýatlaryma degişlidi. Men onuň näme göz öňünde tutýandygyna düşündim-de, şeýle jogap berdim: — Eger maňa wagt berseňiz, olaryň nämäni aňladýandygyny aýdaryn. “Näçe wagt isleýärsiň?” “Bilemok, ýöne aýdaryn” diýip jogap berdim; çünki Hudaýyň düşünip bolmajak bir ylhamy berendigine ynanyp bilmeýärdim. Şonda men, Mukaddes Ruhuň näme diýmek isleýändigini tapyp biljekdigime ynanyp, Mukaddes Kitabymy öwrenmegi ýüregime düwdüm. Emma bu karara gelen dessime maňa şeýle pikir geldi: — “Ýa düşünip bilmejek bir parçanyň üstünden barsaň, näme edersiň?””</w:t>
      </w:r>
    </w:p>
    <w:p>
      <w:pPr>
        <w:pStyle w:val="ArticleScripture"/>
        <w:jc w:val="left"/>
      </w:pPr>
      <w:r>
        <w:rPr>
          <w:rFonts w:ascii="Times New Roman" w:hAnsi="Times New Roman" w:eastAsia="Times New Roman" w:cs="Times New Roman"/>
        </w:rPr>
        <w:t>“Şonda Mukaddes Kitaby öwrenmegiň şu usuly meniň kelläme geldi: — Men şeýle aýatlaryň sözlerini alaryn-da, olary bütin Mukaddes Kitap boýunça yzarlap, olaryň manysyny şu ýol bilen anyklaryn. Mende Cruden’s Concordance bardy, [1798-nji ýylda satyn alnan], meniň pikirimçe, ol dünýäde iň gowusydyr; şonuň üçin men ony we Mukaddes Kitabymy alyp, iş stoluma geçdim-de, başga hiç zat okamadyk, gazetlere diňe az-kem seretdim, çünki men Mukaddes Kitabymyň näme diýýändigini bilmegi ýüregime düwdüm. Men Gelip çykyşdan başladym we ýuwaş-ýuwaşdan okaýardym; hem-de düşünip bilmeýän bir aýata duşanymda, onuň näme aňladýandygyny bilmek üçin bütin Mukaddes Kitaby agtarýardym. Men Mukaddes Kitaby şu usul bilen başdan-aýak geçip çykanymdan soň, eý, hakykat nähili nurly hem şöhratly bolup göründi! Men size wagyz edip gelen zadymy tapdym. Men ýedi döwrüň 1843-nji ýylda tamamlanýandygyna kanagatlandym. Soň men 2300 güne geldim; olar meni şol bir netijä getirdi; emma Halasgäriň haçan gelýändigini anyklamak hakda hiç hili pikirim ýokdy, hem men muňa ynanyp bilmeýärdim; ýöne nur maňa şeýle güýçli urdy welin, näme etjegimi bilmedim. Indi, diýip oýlandym, men taýynlyk görmelidirin we dykgatly hereket etmelidirin; men Mukaddes Kitapdan öňe geçmerin, hem-de ondan yza-da galmaryn. Mukaddes Kitap näme öwredýän bolsa, şoňa berk ýapyşaryn. Emma şonda-da meniň düşünip bilmeýän käbir aýatlar bardy.”</w:t>
      </w:r>
    </w:p>
    <w:p>
      <w:pPr>
        <w:pStyle w:val="ArticleScripture"/>
        <w:jc w:val="left"/>
      </w:pPr>
      <w:r>
        <w:rPr>
          <w:rFonts w:ascii="Times New Roman" w:hAnsi="Times New Roman" w:eastAsia="Times New Roman" w:cs="Times New Roman"/>
        </w:rPr>
        <w:t>“Onuň Mukaddes Kitaby öwrenişiniň umumy usuly hakda şu kadar. Başga bir ýagdaýda bolsa, öňümizdäki tekstiň — «hemişelik» sözüniň — manysyny nähili kesgitländigini beýan etdi. «Men okaýardym», diýip ol aýtdy, «we munuň Daniýelden başga ýerde duş gelýän başga hiç bir ýagdaýyny tapyp bilmedim. Soň men onuň bilen baglanyşykly duran şol sözleri — “aýryp almak” diýen sözleri — aldym. “Ol hemişeligi aýryp alar”, “hemişelik aýrylyp alnyp başlan wagtyndan bäri” we ş.m. Men okaýardym, we tekst üstüne hiç bir ýagtylyk tapmaryn öýtdüm; ahyrynda men 2 Selanikliler 2:7, 8-e geldim. “Çünki bikanunlygyň syry eýýäm işleýär; diňe häzir päsgel berýän, ol ýoldan aýrylýança päsgel berer, şondan soň bolsa şol zalym aýan ediler”, we ş.m. Men şol tekste gelnime, eý, hakykat nähili aýdyň hem şöhratly bolup göründi! Ine, ol ýerde! şol “hemişelik” şudur! Indi bolsa, Pawlus “häzir päsgel berýän”, ýa-da böwet bolýan diýmek bilen nämäni göz öňünde tutýar? “günäniň adamy” we “zalym” diýmek bilen Papalyk göz öňünde tutulýar. Onda, Papalygyň aýan edilmegine päsgel berýän näme? Elbetde, bu Butparazlykdyr; onda şeýle bolsa, “hemişelik” Butparazlygy aňlatmaly.’” Apollos Hale, The Second Advent Manual, 66.</w:t>
      </w:r>
    </w:p>
    <w:p>
      <w:pPr>
        <w:pStyle w:val="ArticleBody"/>
        <w:jc w:val="left"/>
      </w:pPr>
      <w:r>
        <w:rPr>
          <w:rFonts w:ascii="Times New Roman" w:hAnsi="Times New Roman" w:eastAsia="Times New Roman" w:cs="Times New Roman"/>
        </w:rPr>
        <w:t>Milleriň öwrenişine hem ynsan, hem-de Ylahy tarapdan berlen takdyryýetli ýolbaşçylyk ýazgyda görkezilendir. Onuň köne dosty ony höweslendirdi, we onuň kellesine gelen pikirler Perişde Jebraýylyň sesidi; White uýa bolsa “setir üstüne setir” diýmek bilen, Millere gaýta-gaýta gelen şol perişdäniň hut şoldygyny görkezýär. Ol ýedi wagty öz ilkinji açyşy hökmünde görkezýär, soňra bolsa 2,300-i ýedi wagta degişli ikinji şaýat hökmünde görkezýär, çünki olaryň ikisi-de 1843-nji ýylda tamamlanýardy (ol başda şeýle ynanýardy). Şol iki pygamberlik onuň alfa we omega açyşlarydyr, we Miller bilen bagly pygamberlik gatnaşyklarynyň içinde olar soňra Samuel Snow tarapyndan, “ýedinji aý hereketini” başlan Gijeki agyrysynyň habary arkaly düzediljek ýalňyşy görkezýärler. Gijeki agyrysy hereketi Exeter çadyr ýygnagyndan çykanda “ýedinji aý hereketi” boldy, çünki ol Rebbiň ýedinji aýyň onunjy gününde gelşini görkezýärdi; bu gün 1844-nji ýylda 22-nji oktýabra gabat gelipdi.</w:t>
      </w:r>
    </w:p>
    <w:p>
      <w:pPr>
        <w:pStyle w:val="ArticleBody"/>
        <w:jc w:val="left"/>
      </w:pPr>
      <w:r>
        <w:rPr>
          <w:rFonts w:ascii="Times New Roman" w:hAnsi="Times New Roman" w:eastAsia="Times New Roman" w:cs="Times New Roman"/>
        </w:rPr>
        <w:t>Ikinji perişdäniň güýçlendirilmegini emele getirýän ýalňyşlyk, Milleriň ýedi döwrüň we 2,300 ýylyň ikisiniň hem 1843-nji ýylda bilelikde tamamlanýandygy baradaky ilkinji düşünjesi arkaly görkezilýär. Şol parçadda soňra ara alnyp maslahatlaşylýan indiki taglymat, Milleriň görnüşi berkarar edýän nyşan hökmünde Rimi nädip kesgitländigidir. Adventist taryhyň mugallymlary William Milleriň ähli pygamberlik düşünjeleriniň onuň iki harap ediji güýji kesgitlemegine esaslanandygyny görkezýärler. Ol şol iki harap ediji güýje butparaz Rim we papalyk Rimi diýip düşünýärdi, hem-de Daniel kitabyndaky “gündelik” düşünjesiniň butparaz Rimdigine düşünende, ol şol iki güýji 2 Selaniklilerde gördi. White uýanyň bize habar berşi ýaly, birnäçe gezek perişdeler tarapyndan zyýarat edilen Miller tarapyndan beýan edilen her bir pygamberlik nusgasy, Rimiň görnüşi berkarar edýändigi baradaky onuň düşünjesine esaslanýardy. Her biri!</w:t>
      </w:r>
    </w:p>
    <w:p>
      <w:pPr>
        <w:pStyle w:val="ArticleBody"/>
        <w:jc w:val="left"/>
      </w:pPr>
      <w:r>
        <w:rPr>
          <w:rFonts w:ascii="Times New Roman" w:hAnsi="Times New Roman" w:eastAsia="Times New Roman" w:cs="Times New Roman"/>
        </w:rPr>
        <w:t>2023-nji ýylyň 31-nji dekabryndan bäri Ýahuda taýpasynyň Arslany Isa Mesihiň Ylhamyny möhürlerinden açyp gelýär. Şol pursatdan başlap düýpli synag başlandy we ol 2025-nji ýylyň 8-nji maýynda Amerikanyň Birleşen Ştatlaryndan bolan ilkinji papanyň öz hökümdarlygyna başlamagy bilen tamamlandy. Şol pursatda ybadathana synagy başlandy.</w:t>
      </w:r>
    </w:p>
    <w:p>
      <w:pPr>
        <w:pStyle w:val="ArticleBody"/>
        <w:jc w:val="left"/>
      </w:pPr>
      <w:r>
        <w:rPr>
          <w:rFonts w:ascii="Times New Roman" w:hAnsi="Times New Roman" w:eastAsia="Times New Roman" w:cs="Times New Roman"/>
        </w:rPr>
        <w:t>Bu meseleleri indiki makalada dowam etdireris we esas goýujy synagyň häzirki papa bilen tamamlanandygyny kesgitlemegimizi goldamak üçin “250” ýyly şaýat hökmünde ulanyarys.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On dördünji san</dc:title>
  <dc:subject>Ybadathananyň Ybadathana Synagynyň Açarı Olarak</dc:subject>
  <dc:creator>Jeff Pippenger</dc:creator>
  <cp:keywords/>
  <dc:description>Generated by ArticleDigger from panium\14_panium.json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