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On bäşinji san</w:t>
      </w:r>
    </w:p>
    <w:p>
      <w:pPr>
        <w:pStyle w:val="ArticleSubtitle"/>
        <w:jc w:val="left"/>
      </w:pPr>
      <w:r>
        <w:rPr>
          <w:rFonts w:ascii="Arial" w:hAnsi="Arial" w:eastAsia="Arial" w:cs="Arial"/>
        </w:rPr>
        <w:t>“250” Üç Gezek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2026-02-19</w:t>
      </w:r>
    </w:p>
    <w:p>
      <w:pPr>
        <w:pStyle w:val="ArticleBody"/>
        <w:jc w:val="left"/>
      </w:pPr>
      <w:r>
        <w:rPr>
          <w:rFonts w:ascii="Times New Roman" w:hAnsi="Times New Roman" w:eastAsia="Times New Roman" w:cs="Times New Roman"/>
        </w:rPr>
        <w:t>2026-njy ýylda Tramp Amerikanyň “250” ýyllygyny dabaralandyrmaly, şeýlelik bilen Rafiýa söweşi bilen Paniýum söweşiniň arasyndaky taryhda, miladydan öňki 457-nji ýyldan beýik Antiýohusyň döwrüne çenli uzalýan “250” ýyl bilen gabat gelýär. “250” ýylyň ahyrynda beýik Antiýohus miladydan öňki 207-nji ýylda durýar; bu, Rafiýadan on ýyl soň we Paniýumdan ýedi ýyl öňdür. “250” ýylyň şaýatlygy butparaz Rimiň “250” ýyllyk döwri bilen hem gabat gelýär, çünki 64-nji ýylda Neron mesihçileri yzarlamaga başlady, we “250” ýyl soň, 313-nji ýylda Milan permany bilen Beýik Konstantin mesihçiligi kanunlaşdyrdy we yzarlamalar tamamlandy.</w:t>
      </w:r>
    </w:p>
    <w:p>
      <w:pPr>
        <w:pStyle w:val="ArticleBody"/>
        <w:jc w:val="left"/>
      </w:pPr>
      <w:r>
        <w:rPr>
          <w:rFonts w:ascii="Times New Roman" w:hAnsi="Times New Roman" w:eastAsia="Times New Roman" w:cs="Times New Roman"/>
        </w:rPr>
        <w:t>Donald Trump Amerikany täzeden beýik etmek ugrunda edýän tagallalary bilen tanalýar; bu onuň yzyna eýerijileriniň nyşanydyr — MAGA. Trump pygamberlikde Beýik Konstantin, Beýik Antioh we elbetde, Danyýel on birinji bapdaky ilkinji birnäçe aýatda Beýik Kir, Beýik Kserks, ondan soň bolsa Beýik Aleksandr arkaly nusgalaşdyryldy. Milattan öň 457-nji ýylda Kiriň, Dariýiň we Artakserksiň permanyndan Paniumyň taryhyna çenli iki ýüz elli ýyl bar. Şol “250” ýylyň soňy Rafia bilen Paniumyň arasyndaky orta nokada düşýär, edil şonuň ýaly hem 2026-njy ýyl. 2026-njy ýyl Trumpyň ikinji möhletiniň ortasydyr. Neronyň yzarlamalarynyň “250” ýyly hristian yzarlamalaryny tamamlaýan bir perman alyp barýar. Neronyň ugry Kir, Nero we Trump arkaly görkezilen “250” ýylyň üç ugrunyň ortaky ugrudyr.</w:t>
      </w:r>
    </w:p>
    <w:p>
      <w:pPr>
        <w:pStyle w:val="ArticleBody"/>
        <w:jc w:val="left"/>
      </w:pPr>
      <w:r>
        <w:rPr>
          <w:rFonts w:ascii="Times New Roman" w:hAnsi="Times New Roman" w:eastAsia="Times New Roman" w:cs="Times New Roman"/>
        </w:rPr>
        <w:t>Kir ilkinji permany berdi, Artakserks bolsa üçünji permany berdi. Kir birinji perişde, Artakserks bolsa üçünji perişdedir. Men bilelikde b.e.ö. 457-nji ýyly kesgitleýän şol üç permaniň hemmesiniň nyşany hökmünde Kiri ulanmak niýetindedirin.</w:t>
      </w:r>
    </w:p>
    <w:p>
      <w:pPr>
        <w:pStyle w:val="ArticleBody"/>
        <w:jc w:val="left"/>
      </w:pPr>
      <w:r>
        <w:rPr>
          <w:rFonts w:ascii="Times New Roman" w:hAnsi="Times New Roman" w:eastAsia="Times New Roman" w:cs="Times New Roman"/>
        </w:rPr>
        <w:t>Kiros miladydan öňki 457-nji ýylda “250” ýyllyk bir çyzgyny başlaýar; ol Paniumyň taryhynda tamam bolýar, bu bolsa Donald Trump bolan Beýik Antiokhyň taryhydyr. Panium Ýekşenbe kanunynyň öňündäki aýatdyr. Kiros ýer haýwanynyň respublikan şahyny aňladýan taryhyň “250” ýyllyk çyzygynyň başlangyjyny belleýär, şeýle hem Kiros ýer haýwanynyň protestant şahyny aňladýan 2,300 ýyllyk taryh çyzygynyň hem başlangyjyny belleýär.</w:t>
      </w:r>
    </w:p>
    <w:p>
      <w:pPr>
        <w:pStyle w:val="ArticleBody"/>
        <w:jc w:val="left"/>
      </w:pPr>
      <w:r>
        <w:rPr>
          <w:rFonts w:ascii="Times New Roman" w:hAnsi="Times New Roman" w:eastAsia="Times New Roman" w:cs="Times New Roman"/>
        </w:rPr>
        <w:t>Nero ylalaşyga çenli baryp ýetýän yzarlamany görkezýän taryhyň bir hataryny başlaýar. Kirden we Amerikanyň Birleşen Ştatlaryndan tapawutlylykda, olar pygamberlik döwrüniň orta nokadynda tamamlanýan bir hatary görkezýärler, Neronyň hatary bolsa 313-nji ýylda Milan permany bilen başlanýan, soňra 321-nji ýylda ilkinji ýekşenbe güni kanuny bilen dowam edýän we ondan soň 330-njy ýylda Rimiň gündogar bilen günbatara bölünmegi bilen yzarlanylýan ylalaşygyň öňe gitýän bir döwrüniň mysaly bilen tamamlanýar. Konstantin şol üç senäniň hemmesinde görkezilýär. Neronyň hatarynda 313-nji ýyldan 330-njy ýyla çenli on ýedi ýyl bardyr. Kiriň hatarynda bolsa b.e. öň 217-nji ýylda Rafiýa söweşinden b.e. öň 200-nji ýylda Paniýum söweşine çenli hem on ýedi ýyl bardyr.</w:t>
      </w:r>
    </w:p>
    <w:p>
      <w:pPr>
        <w:pStyle w:val="ArticleBody"/>
        <w:jc w:val="left"/>
      </w:pPr>
      <w:r>
        <w:rPr>
          <w:rFonts w:ascii="Times New Roman" w:hAnsi="Times New Roman" w:eastAsia="Times New Roman" w:cs="Times New Roman"/>
        </w:rPr>
        <w:t>Danyýlyň on birinji babynda Artakserks üçünji permandyr. Üçünji perman üçünji perişdäni we Ýekşenbe kanunyny aňladýar. Miladydan öňki 457-nji ýyldan başlaýan “250” ýyl hem, 1776-njy ýyldan başlaýan “250” ýyl hem, ikisi-de on altynjy aýatyň Ýekşenbe kanunyndan dessine öň bolup geçýän taryhyň ortasynda tamamlanýar. On birinji bap, ahyrsoňunda, onunjy aýatda 1989-njy ýylyň taryhyny, on birinji aýatda 2014-nji ýylda başlanan Ukraina urşunyň taryhyny, soňra bolsa on üçünji aýatda görkezilişi ýaly, Trampyň 2024-nji ýylda ikinji möhlete gaýdyp gelmegini beýan edýän aýatlary öňe sürýär; on dördünji aýat bolsa 2025-nji ýyly kesgitleýär, şol wagt şöhratly ýurtdan bolan ilkinji papa daşarky görnüşi berkarar edýär.</w:t>
      </w:r>
    </w:p>
    <w:p>
      <w:pPr>
        <w:pStyle w:val="ArticleBody"/>
        <w:jc w:val="left"/>
      </w:pPr>
      <w:r>
        <w:rPr>
          <w:rFonts w:ascii="Times New Roman" w:hAnsi="Times New Roman" w:eastAsia="Times New Roman" w:cs="Times New Roman"/>
        </w:rPr>
        <w:t>Danyýl 11:40 1989-njy ýylda, Sowet Soýuzynyň Ýohannes Pawlus II bilen Ronald Reýganyň arasyndaky gizlin bileleşik arkaly ýykylmagy bilen ýerine ýetdi. Ahyrzaman wagtyndaky şol gizlin bileleşik, ýagny 1989-njy ýylda bolan bu waka, 1989-njy ýylda başlanan pygamberlik döwrüniň ahyrynda ýüze çykjak açyk bileleşigiň öňden görkezilen nusgasydy. Şol açyk bileleşik görüşi berkarar edýär.</w:t>
      </w:r>
    </w:p>
    <w:p>
      <w:pPr>
        <w:pStyle w:val="ArticleBody"/>
        <w:jc w:val="left"/>
      </w:pPr>
      <w:r>
        <w:rPr>
          <w:rFonts w:ascii="Times New Roman" w:hAnsi="Times New Roman" w:eastAsia="Times New Roman" w:cs="Times New Roman"/>
        </w:rPr>
        <w:t>2026-njy ýyl pygamberlik taryhynyň “250” ýyllygynyň soňydyr; bu döwür 1776-njy ýyldan başlap ahyrzamanyň wagty bolan 1798-nji ýyla çenli uzalan ýigrimi iki ýyl bilen başlandy. Şol başlangyç taryhynyň ýigrimi iki ýyly 9/11-den 2023-nji ýyla çenli bolan ýigrimi iki ýyllyk taryhda şöhlelenýär. 1798-nji ýylda şol ýigrimi iki ýylyň ahyrynda Daniel kitaby açyldy; soňra 9/11-de başlap, 2023-nji ýylyň 31-nji dekabrynda tamamlanan şol ýigrimi iki ýylyň ahyrynda Ýahuda taýpasynyň Arslany Isa Mesihiň Ylhamyny açmaga başlady.</w:t>
      </w:r>
    </w:p>
    <w:p>
      <w:pPr>
        <w:pStyle w:val="ArticleBody"/>
        <w:jc w:val="left"/>
      </w:pPr>
      <w:r>
        <w:rPr>
          <w:rFonts w:ascii="Times New Roman" w:hAnsi="Times New Roman" w:eastAsia="Times New Roman" w:cs="Times New Roman"/>
        </w:rPr>
        <w:t>1798-nji ýylda ýigrimi iki ýylyň ahyrynda açylan habar, 1611-nji ýylda neşir edilen King James Injilinden iki ýüz ýigrimi ýyl soň, 1831-nji ýylda köpçülige ýetirildi. 1798-nji ýyldan 1831-nji ýyla çenli, Hudaýyň pygamberlik Sözi kem-kemden açyldy. 1831-nji ýyla gelnende, ol köpçüligiň öňünde durýardy, we şonda erkekler bilen aýallar 1798-nji ýylda açylan habar üçin jogapkär tutulyp bilinýärdiler. Soňra 1840-njy ýylda, White uýanyň atlandyryşy ýaly, Yslam baradaky bir öňünden aýdylyşyň ýerine ýetirilmegi bilen “another remarkable event” bolup geçdi.</w:t>
      </w:r>
    </w:p>
    <w:p>
      <w:pPr>
        <w:pStyle w:val="ArticleBody"/>
        <w:jc w:val="left"/>
      </w:pPr>
      <w:r>
        <w:rPr>
          <w:rFonts w:ascii="Times New Roman" w:hAnsi="Times New Roman" w:eastAsia="Times New Roman" w:cs="Times New Roman"/>
        </w:rPr>
        <w:t>Ýigrimi iki ýyllyk döwrüň (1798) tamamlanmagyndan iki ýüz ýigrimi ýyllyk döwrüň (1831) tamamlanmagyna çenli möhletiň dowamynda bir habaryň möhüriniň açylmagy aňladylýar. Bu şekillendirme, habaryň resmileşdirilýän bir bellik nokadyny öz içine alýar; ondan soň bolsa, soňradan gaýtadan hasaplanan bir öňünden aýdylşy görkezýän bir bellik nokady gelýär; şol öňünden aýdylşy soň ýerine ýetirilende, ol “Hudaýyň gudratly güýjüniň ajaýyp ýüze çykmagynyň” başlanýandygyny görkezýän bir bellik nokadyny emele getirýär.</w:t>
      </w:r>
    </w:p>
    <w:p>
      <w:pPr>
        <w:pStyle w:val="ArticleBody"/>
        <w:jc w:val="left"/>
      </w:pPr>
      <w:r>
        <w:rPr>
          <w:rFonts w:ascii="Times New Roman" w:hAnsi="Times New Roman" w:eastAsia="Times New Roman" w:cs="Times New Roman"/>
        </w:rPr>
        <w:t>1989-njy ýyldaky hereketiň ahyryndaky ýigrimi iki ýyllyk döwür 11-nji sentýabrdan başlap, 2023-nji ýyla çenli dowam etdi; şol wagtda pygamberlik ýene-de açyldy. Ol pygamberlik zerurlyk boýunça artýan bilim döwrüni başlatmalydy; köpüsi çagyrylýar, ýöne azlary saýlanylýar, şonuň üçin bu bilim synag edýän we aýyrýan bilim bolmalydy. Habaryň köpçüligiň öňüne çykaryljak bir pursady bolmalydy. Bu habar pygamberlik taýdan gaýtadan hasaplanyp çykarylan habar bolmagyň aýratynlyklaryny götermelidi we onda ýene-de bir çaklama bolmalydy. Köpçülige mälim edilen çaklama ýerine ýetende, habar 1840-njy ýylyň taryhy we Pentikost bilen aňladylşy ýaly güýçlendirilmelidi.</w:t>
      </w:r>
    </w:p>
    <w:p>
      <w:pPr>
        <w:pStyle w:val="ArticleBody"/>
        <w:jc w:val="left"/>
      </w:pPr>
      <w:r>
        <w:rPr>
          <w:rFonts w:ascii="Times New Roman" w:hAnsi="Times New Roman" w:eastAsia="Times New Roman" w:cs="Times New Roman"/>
        </w:rPr>
        <w:t>1989-njy ýylda Sowet Soýuzynyň dargamagy bilen, Daniýel 11:40 möhürden aýryldy; 1996-njy ýylda bolsa Daniýel 11-iň habary giň jemgyýetçiligiň öňüne çykaryldy. 1996 ýyl 1776-njy ýyldan soň iki ýüz ýigrimi ýyl bolýar; şol ýyl diňe bir 1798-nji ýylda tamamlanan ýigrimi iki ýyllyk döwri başlatman, eýsem 2026-njy ýylda tamamlanýan iki ýüz elli ýyllyk döwri hem başlatdy. Respublikan şah 2026-njy ýylyň syýasy aralyk saýlawlarynda orta nokadyna ýetýär, Protestan şah bolsa 2026-njy ýyla çenli uzalýar; bu bolsa 1989-njy ýylda, ahyrzaman döwründe möhürden aýrylan habaryň 1996-njy ýylda resmileşdirilmegi bilen başlan otuz ýyllyk döwrüň ahyrydyr. Isa ahyry elmydama başlangyç arkaly şekillendirýär, şonuň üçin 2026-njy ýyl Gijeki gykylygyň düzedilen habarynyň resmileşdirilmeli ýylydyr; bu, 1989-njy ýylda möhürden aýrylan habaryň 1996-njy ýylda resmileşdirilmeginden otuz ýyl soňdur.</w:t>
      </w:r>
    </w:p>
    <w:p>
      <w:pPr>
        <w:pStyle w:val="ArticleBody"/>
        <w:jc w:val="left"/>
      </w:pPr>
      <w:r>
        <w:rPr>
          <w:rFonts w:ascii="Times New Roman" w:hAnsi="Times New Roman" w:eastAsia="Times New Roman" w:cs="Times New Roman"/>
        </w:rPr>
        <w:t>1776-njy ýylda başlanýan “250” ýyllyk çyzyk sizi 2026-njy ýyla, Donald Trampyň orta möhletine, Birleşen Ştatlar bilen Russiýanyň arasyndaky söweşiň edil öňüsyrasyna getirýär; ol söweş eşek boşadylanda we Yslam 11-nji sentýabrda edişi ýaly Birleşen Ştatlara ýene-de uranda başlanýar.</w:t>
      </w:r>
    </w:p>
    <w:p>
      <w:pPr>
        <w:pStyle w:val="ArticleBody"/>
        <w:jc w:val="left"/>
      </w:pPr>
      <w:r>
        <w:rPr>
          <w:rFonts w:ascii="Times New Roman" w:hAnsi="Times New Roman" w:eastAsia="Times New Roman" w:cs="Times New Roman"/>
        </w:rPr>
        <w:t>Neronyň “250” ýyllyk çyzygy taryhy we pygamberlik taýdan üç çyzygyň ortaky çyzygydyr. Bu Neronyň çyzygyny ikinji perişde hökmünde kesgitleýär; ol bolsa üçünji synagdan öň gelýän ikinji synagdyr. Şol ikinji synag haýwanyň keşbiniň synagydyr; ol 313-nji ýylda çykarylan Milan permany bilen görnüşlendirilen ybadathana bilen döwletiň birleşmesiniň barha ýola goýluşyny aňladýar; bu bolsa öz gezeginde 321-nji ýylda ilkinji ýekşenbe kanunyna, soňra hem 330-njy ýylyň taryhy arkaly şekillendirilişi ýaly, ýekşenbe kanunyndan hemişe soň gelýän milli weýrançylyga alyp bardy.</w:t>
      </w:r>
    </w:p>
    <w:p>
      <w:pPr>
        <w:pStyle w:val="ArticleBody"/>
        <w:jc w:val="left"/>
      </w:pPr>
      <w:r>
        <w:rPr>
          <w:rFonts w:ascii="Times New Roman" w:hAnsi="Times New Roman" w:eastAsia="Times New Roman" w:cs="Times New Roman"/>
        </w:rPr>
        <w:t>313-nji ýyldaky Milan permany ABŞ-da ybadathana bilen döwletiň arasyndaky gatnaşygyň ýola goýluşynyň başlangyjyny görkezýär; bu gatnaşyk kem-kemden on altynjy aýatdaky Ýekşenbe kanunyna alyp barýar. Bu iş 9/11-de Patriot Akty bilen başlady, ýöne möhürleme döwrüniň ahyryndaky fraktalda Patriot Akty bilen Milan permany ikisi hem ýakyn wagtda geljek Ýekşenbe kanunyna alyp barýan ylalaşyga kem-kemden girişilýän döwrüň başlanýan bir hereketini nusgalaýar. Bu, ABŞ-da ybadathana bilen döwleti göni birleşdirýän pygamberlik hereketleriniň tapgyryndaky ilkinji hereket bolup, ahyrsoňy Ýekşenbe kanunyna alyp barýar.</w:t>
      </w:r>
    </w:p>
    <w:p>
      <w:pPr>
        <w:pStyle w:val="ArticleBody"/>
        <w:jc w:val="left"/>
      </w:pPr>
      <w:r>
        <w:rPr>
          <w:rFonts w:ascii="Times New Roman" w:hAnsi="Times New Roman" w:eastAsia="Times New Roman" w:cs="Times New Roman"/>
        </w:rPr>
        <w:t>313-nji ýylda çykan Milan permanynda hut şol unsurlar onuň taryhy ýazgylarynda bar, çünki ol ýeke-täk perman däldi; ol Gündogar Rimiň hökümdary Litsiniýusyň hatlarynyň bir tapgyrydy. Şol döwürde Gündogar Rim heniz-de güýçli derejede butparazdy, Constantine bolsa özüniň günbatar şalygyny hristianlyga açýardy. Ylalaşygyň özi 313-nji ýylyň fewralynda, Litsiniýusyň hem özleriniň bileleşigini berkitemek üçin Constantine-niň öweý uýasyna öýlenen sammitiniň dowamynda bolup geçdi. Imperiýanyň gündogar böleginde köpçülige ýaýradylan Litsiniýusyň hatlary hristianlara we beýlekileriň ählisine ybadat azatlygyny, şeýle hem ellerinden alnan hristian emläkleriniň gaýtarylyp berilmegini güýje girizdi.</w:t>
      </w:r>
    </w:p>
    <w:p>
      <w:pPr>
        <w:pStyle w:val="ArticleBody"/>
        <w:jc w:val="left"/>
      </w:pPr>
      <w:r>
        <w:rPr>
          <w:rFonts w:ascii="Times New Roman" w:hAnsi="Times New Roman" w:eastAsia="Times New Roman" w:cs="Times New Roman"/>
        </w:rPr>
        <w:t>Milanyň permany yzarlamalaryň “250” ýylyny soňlady we bu perman bilen aňladylýan ähli azatlyklaryň dünýä Tramp bilen ýakyn wagtda geljek Ýekşenbe kanunyna tarap öňe ýöreýärkä, mesihilerden kem-kemden aýryljak wagty aňladýar.</w:t>
      </w:r>
    </w:p>
    <w:p>
      <w:pPr>
        <w:pStyle w:val="ArticleScripture"/>
        <w:jc w:val="left"/>
      </w:pPr>
      <w:r>
        <w:rPr>
          <w:rFonts w:ascii="Times New Roman" w:hAnsi="Times New Roman" w:eastAsia="Times New Roman" w:cs="Times New Roman"/>
        </w:rPr>
        <w:t>Eger okyjy ýakyn wagtda boljak çaknyşykda ulanyljak serişdeleri düşünmek islese, onda ol diňe Rimiň geçmiş asyrlarda şol bir maksada ýetmek üçin ulanan usullarynyň ýazgysyny yzarlamalydyr. Eger ol papistler bilen protestantlaryň birleşip, olaryň taglymatlaryny ret edýänlere nähili çemeleşjekdigini bilmek islese, onda goý, Rimiň Sabat güni we ony goraýanlara garşy görkezen ruhuny görsün.</w:t>
      </w:r>
    </w:p>
    <w:p>
      <w:pPr>
        <w:pStyle w:val="ArticleScripture"/>
        <w:jc w:val="left"/>
      </w:pPr>
      <w:r>
        <w:rPr>
          <w:rFonts w:ascii="Times New Roman" w:hAnsi="Times New Roman" w:eastAsia="Times New Roman" w:cs="Times New Roman"/>
        </w:rPr>
        <w:t>“Patyşa farmanlary, umumy geňeşler hem-de dünýewi häkimiýetiň goldawy bilen berkarar edilen ybadathana düzgünnamalary butparaz baýramyň hristian dünýäsinde hormat-mertebe ornuna ýetmeginiň basgançaklary boldy. Ýekşenbe gününe eýerilmegini mejbury edýän ilkinji jemgyýetçilik çäresi Konstantin tarapyndan kabul edilen kanun boldy. (A.D. 321) Bu perman şäher ilatyndan ‘günüň mukaddes hasap edilýän gününde’ dynç almagy talap edýärdi, emma oba adamlaryna ekerançylyk işleri bilen dowam etmäge rugsat berýärdi. Ol aslynda butparaz kanun bolsa-da, imperator tarapyndan hristiançylygy diňe daşyndan kabul edenden soň güýje girizildi.” The Great Controversy, 573, 574.</w:t>
      </w:r>
    </w:p>
    <w:p>
      <w:pPr>
        <w:pStyle w:val="ArticleBody"/>
        <w:jc w:val="left"/>
      </w:pPr>
      <w:r>
        <w:rPr>
          <w:rFonts w:ascii="Times New Roman" w:hAnsi="Times New Roman" w:eastAsia="Times New Roman" w:cs="Times New Roman"/>
        </w:rPr>
        <w:t>“250”-niň onda biri bolan “25” sany gozgalaňy we bölünişigi aňladýar. Ezekiel kitabyň sekizinji babynda güne tagzym edýän Laodikýa Adventizminiň “25” ýolbaşçysy indiki babyň özünde möhürlenýänlerden bölünendir, we White uýa Ezekieliň dokuzynjy babyndaky möhürlenmäni Ylham kitabyndaky ýüz kyrk dört müňüň möhürlenmesi hökmünde aç-açan kesgitleýär. Şol “25” erkek adam, diňe Korahyň, Datanyň we Abiramyň gozgalaňyna goşulan meşhur “250” adamyň onda biridir. White uýa 1888-nji ýylyň Baş konferensiýa ýygnagyndan gitmekden gadagan edildi, çünki Gabriel oňa galyp, Minneapolisdäki gozgalaňy ýazga geçirmelidigini aýtdy; sebäbi ol Korahyň gozgalaňynyň gaýtalanmasydy. “250” gozgalaňyň we aýrylyşygyň nyşanydyr. Matta kitabynda “25” babda erbetler bilen paýhaslylaryň aýrylmagy hakda öwredýän üç tymsal bar. Respublikan we Protestant şahalaryň ikisi-de dört nesil hökmünde görkezilen synag möhletine tabyndyr, we äht halky bilen äht halkynyň ornaşan milleti şol bir wagt aralygynda höküm edilýär.</w:t>
      </w:r>
    </w:p>
    <w:p>
      <w:pPr>
        <w:pStyle w:val="ArticleBody"/>
        <w:jc w:val="left"/>
      </w:pPr>
      <w:r>
        <w:rPr>
          <w:rFonts w:ascii="Times New Roman" w:hAnsi="Times New Roman" w:eastAsia="Times New Roman" w:cs="Times New Roman"/>
        </w:rPr>
        <w:t>Mukaddes Kitabyň pygamberlik taglymatyndaky altynjy patyşalyk bolan we Amerikanyň Birleşen Ştatlary bolup durýan ýer haýwanynyň “250” ýylynda Neronyň çyzygy, Milanyň edikti bilen görkezilişi ýaly, kanun arkaly alnyp barylýan göreşiň barha artýan güýçlenişiniň başlangyjyny alamatlandyrýan bir permany kesgitleýär; bu güýçleniş ahyrsoňy 321-nji ýylda Ýekşenbe kanunynyň permanyna ýetip tamamlanýar we onuň bilen 330-njy ýylda tamamlanýan, tutuş dünýäniň gündogar we günbatar hökmünde görkezilen iki topara bölünýän bir döwri başlanýar. 321-den 330-a çenli bolan şol dokuz ýyllyk döwür, 321-nji ýylyň Ýekşenbe kanunynda başlanýan we 330-njy ýylda Mikaýyl turup, synag möhleti ýapylanynda tamamlanýan Çadyrlaryň ýedi günidir.</w:t>
      </w:r>
    </w:p>
    <w:p>
      <w:pPr>
        <w:pStyle w:val="ArticleBody"/>
        <w:jc w:val="left"/>
      </w:pPr>
      <w:r>
        <w:rPr>
          <w:rFonts w:ascii="Times New Roman" w:hAnsi="Times New Roman" w:eastAsia="Times New Roman" w:cs="Times New Roman"/>
        </w:rPr>
        <w:t>Milleritleriň düýpli düşünjesini, ýagny röýany berkarar edýän zadyň Rimiň özi bolandygyny inkär etmek, 2023-nji ýylyň 31-nji dekabrynda gelen we şöhratly ýerden bolan ilkinji papa 2025-nji ýylyň 8-nji maýynda saýlananda tamamlanan düýpli synagda şowsuzlyga uçramakdyr. William Milleriň röýany berkarar edýän nyşan hökmünde Rimi tanamagyna mümkinçilik beren düýpli hakykat, ret edilen halatynda güýçli aldawa getirýän hakykatdyr. Şol ilkinji synagda şowsuz bolmak, Selaniklilerde aýdylan güýçli aldawy getirýär we düşünmeýän akylsyzlaryň “Hakykaty” söýmeýändigini subut edýär. Daşky röýany berkarar edýän nyşany ret etmek, üç synagyň ilkinjisi bolan düýpli synagy ret etmekdir. Uýam White, Mesihiň döwründäki ilkinji synagy Ýahýa Çokundyryjynyň habary bilen sazlaşdyrýar. Ol Ýahýanyň habaryny ret edenleriň Isanyň taglymatlaryndan peýda tapmajakdygyny, şeýle hem Mesih howludan Mukaddes Ýere geçende bolan dispensiýa üýtgeşmesini görüp bilmejekdigini görkezýär.</w:t>
      </w:r>
    </w:p>
    <w:p>
      <w:pPr>
        <w:pStyle w:val="ArticleBody"/>
        <w:jc w:val="left"/>
      </w:pPr>
      <w:r>
        <w:rPr>
          <w:rFonts w:ascii="Times New Roman" w:hAnsi="Times New Roman" w:eastAsia="Times New Roman" w:cs="Times New Roman"/>
        </w:rPr>
        <w:t>Ol şol yzygiderli synag işini Milleritleriň döwrüne laýyklaşdyrdy hem-de ilkinji perişdäniň habaryny ret edenleriň Ýahýanyň habaryny ret eden ýehudylara meňzeşdigini öwredýär. Her bir taryhy hatarda ilkinji synagdan geçip bilmedikler indiki ädimden peýda görmediler hem-de Mesihiň dispensasion üýtgeşmesine garşy kör edildi. 9/11 habaryny ret edenler Mesihiň dirileri höküm edip başlandygyny görüp bilmediler. 2023-nji ýylyň esas goýujy synagyndan geçip bilmeýänler göreşiji ýygnagyň ýeňiji ýygnaga geçişli üýtgeşmesini görmezler. Bu esas goýujy synaglaryň haýsydyr birini ret edenler ahyrynda “doly garaňkylykda” galdylar. Görnüş bolmadyk ýerde halk doly garaňkylykda galýar, daşarky görnüşiň nuruny bolsa Rim dikeldýär. Bu hakykat üç papada hem-de olaryň Daniel on birinji bapdaky onunjy, on birinji we on bäşinji aýatlaryň üç söweşinde duran üç prezident bilen gatnaşyklarynda tanalyp bilner.</w:t>
      </w:r>
    </w:p>
    <w:p>
      <w:pPr>
        <w:pStyle w:val="ArticleBody"/>
        <w:jc w:val="left"/>
      </w:pPr>
      <w:r>
        <w:rPr>
          <w:rFonts w:ascii="Times New Roman" w:hAnsi="Times New Roman" w:eastAsia="Times New Roman" w:cs="Times New Roman"/>
        </w:rPr>
        <w:t>Kirusiň b. e. öň 207-nji ýylda, Rafiýa söweşinden Panium söweşine çenli uzalan on ýedi ýyllyk döwrüň ortasynda tamamlanan daşky “250” ýyllyk çyzygy, Nero bilen başlap, Milanyň permançysyna çenli b. e. 313-nji ýylda tamamlanan “250” ýyllyk çyzyk bilen gabat geldi; şeýlelikde Beýik Konstantiniň on ýedi ýyllyk döwri bellenildi. Donald Tramp b. e. öň 207-nji ýylda Beýik Antiýoh hökmünde dur, bu bolsa 2026-njy ýyla deň gelýär, we ol şol bir wagtda b. e. 313-nji ýylda, haýwanyň keşbiniň synag döwrüniň başynda, Beýik Konstantin hökmünde hem dur. 2026-njy ýylyň 4-nji iýulynda Tramp, Antiýoh we Konstantin hökmünde, Amerikany “beýik” edýär. Tramp onunjy, on birinji we on bäşinji aýatlaryň üç söweşi bilen gabat gelýän üç prezidentiň üçünjisidir. Reagan şol üçüsiniň birinjisi boldy, Obama bolsa ortadagysydy. Şol üç prezident “hakykat” möhürini göterýär, we Reagan bilen Tramp diňe bir birinji we üçünjini däl, eýsem alfany we omegany hem aňladýar.</w:t>
      </w:r>
    </w:p>
    <w:p>
      <w:pPr>
        <w:pStyle w:val="ArticleBody"/>
        <w:jc w:val="left"/>
      </w:pPr>
      <w:r>
        <w:rPr>
          <w:rFonts w:ascii="Times New Roman" w:hAnsi="Times New Roman" w:eastAsia="Times New Roman" w:cs="Times New Roman"/>
        </w:rPr>
        <w:t>Prezidentleriň hersiniň pygamberlik aýratynlygy şudur: olar höküm sürýän döwürlerinde şol döwrüň papasy bilen bileleşikde bolýarlar. Reagan bilen Ioann Pawel II gizlin ýagdaýda ylalaşykly bolup, Danieliň on birinji babynyň onunjy we kyrkynjy aýatlarynyň ýerine ýetmeginde 1989-njy ýylda Sowet Soýuzyny ýykyşdylar. Reaganyň we Trampyň arasynda bolan woke globalist prezident Obama filosofik taýdan woke papa Fransisk bilen sazlaşyklydy. Trampyň papa Leo bilen bolan bileleşigi hemmeleriň görmegi üçin açykdyr, we 2025-nji ýylda Tramp prezident hökmünde kasam kabul etdi, Leo bolsa antihrist hökmünde kasam kabul etdi. Prezident bilen papanyň ruhy gatnaşygy Izebel we Bagalyň pygamberleri arkaly şekillendirilýär. Prezident bilen papanyň syýasy gatnaşygy Izebel we Ahab arkaly şekillendirilýär. Islendik şekillendirişde-de baş Izebeldir.</w:t>
      </w:r>
    </w:p>
    <w:p>
      <w:pPr>
        <w:pStyle w:val="ArticleScripture"/>
        <w:jc w:val="left"/>
      </w:pPr>
      <w:r>
        <w:rPr>
          <w:rFonts w:ascii="Times New Roman" w:hAnsi="Times New Roman" w:eastAsia="Times New Roman" w:cs="Times New Roman"/>
        </w:rPr>
        <w:t>“Soňky krizise golaýlaşdygymyzça, Rebbiň gurallarynyň arasynda sazlaşyk we birlik bolmagy örän möhüm ähmiýete eýedir. Dünýä tupana, urşa we agzalalyga doludyr. Şeýle-de bolsa, bir başlygyň astynda — papalyk güýjüniň astynda — halk Hudaýa Onuň şaýatlarynyň şahsynda garşy durmak üçin birleşer. Bu birleşik beýik dinden çykan tarapyndan berkidilýär. Ol hakykata garşy söweşmekde öz wekillerini birleşdirmäge çalyşýan wagtynda, onuň tarapdarlaryny bölmek we dargatmak üçin hem işlär. Gabanjaňlyk, ýaman güman, erbet gep, onuň tarapyndan agzalalyk we bölünişik döretmek üçin öjükdirilýär.” Testimonies, volume 7, 182.</w:t>
      </w:r>
    </w:p>
    <w:p>
      <w:pPr>
        <w:pStyle w:val="ArticleScripture"/>
        <w:jc w:val="left"/>
      </w:pPr>
      <w:r>
        <w:rPr>
          <w:rFonts w:ascii="Times New Roman" w:hAnsi="Times New Roman" w:eastAsia="Times New Roman" w:cs="Times New Roman"/>
        </w:rPr>
        <w:t>“Bikanunlygyň höküm sürýän şu döwründe, Reb şeýle diýýär diýen sözüni ret eden protestant ybadathanalary geň bir ýagdaýa gelerler. Olar dünýä öwrülerler. Hudaýdan aýry düşmekleri sebäpli, ýalançylygy we Hudaýdan ýüz dönderişi ýurduň kanuny etmäge çalşarlar. Olar ýurtdaky ýolbaşçylara täsir edip, özüni Hudaýdygyny görkezip, Hudaýyň ybadathanasynda oturan günä adamsynyň ýitirilen agalygyny gaýtadan dikeltmek üçin kanunlar çykartdyrarlar. Rim Katolik ýörelgeleri döwletiň gorag astyna alnar. Injil hakykatynyň garşylykly şaýatlygy, Hudaýyň kanunyny öz ýaşaýşynyň düzgüni etmän gelenler tarapyndan indi çydam edilmez.” Review and Herald, December 21, 1897.</w:t>
      </w:r>
    </w:p>
    <w:p>
      <w:pPr>
        <w:pStyle w:val="ArticleBody"/>
        <w:jc w:val="left"/>
      </w:pPr>
      <w:r>
        <w:rPr>
          <w:rFonts w:ascii="Times New Roman" w:hAnsi="Times New Roman" w:eastAsia="Times New Roman" w:cs="Times New Roman"/>
        </w:rPr>
        <w:t>Baalyň ýalan pygamberleri Izebeliň saçagynda naharlanýardylar. Izebel şa aýalydy, pygamberler hem onuň pygamberleridi. Daniel kitabynyň on birinji babyndaky kyrkynjy aýatda Reagan “arabalary” we “atlylary” — harby güýjüň nyşanlary — bilen, şeýle hem ykdysady gudratyň nyşany bolan “gämiler” arkaly görkezilipdi. Şeýle-de bolsa, şol aýatda demirgazygyň “patyşasy” papalykdy. Pygamberlik taýdan Reagan Izebele tabyndy ýagdaýdady. Şol döwürde dünýä papa Ioann Pawel II beýleki papalardan has köp dünýä aýlanyp çykýarka, haýwanyň yzyna haýran galýardy. Tanymal iýezuít ýazyjysy Malachi Martin özüniň “Keys of This Blood” atly kitabynda papa Ioann Pawel II barada ýazdy. Kitabyň açyk beýan edilen esasy pikiri şundan ybaratdy: Ioann Pawel II bilen Reaganyň döwründe dünýä hökümdarlygy ugrunda papalyk, Amerikanyň Birleşen Ştatlary we Sowet Soýuzy arasynda üçtaraplaýyn göreş bar eken. Martin şol göreşde papalygyň üstün çykjakdygyny çaklapdy. Reagan bilen antikristiň arasyndaky gizlin bileleşik, Daniel kitabynyň on birinji babyndaky kyrkynjy aýatda we ondan soňky aýatlarda görkezilişi ýaly, papalygyň ölüm getiriji ýarasyny sagaltmak hereketleriniň başlandygyny yglan etdi. Martiniň kitaby papalygyň protestant Amerikany ele geçirmek baradaky köpden bäri saklap gelýän maksadyny täzeden beýan etdi. Reaganyň, öz şaýatlygyna görä, papanyň Injil pygamberligindäki antikristdigini görmezlige salmaga taýýarlygy, Sowet Soýuzyny Injil pygamberligindäki antikrist hökmünde ýalňyş ulanmagyna esaslanypdy.</w:t>
      </w:r>
    </w:p>
    <w:p>
      <w:pPr>
        <w:pStyle w:val="ArticleScripture"/>
        <w:jc w:val="left"/>
      </w:pPr>
      <w:r>
        <w:rPr>
          <w:rFonts w:ascii="Times New Roman" w:hAnsi="Times New Roman" w:eastAsia="Times New Roman" w:cs="Times New Roman"/>
        </w:rPr>
        <w:t>“Söze düşünmekde bulaşýanlar, antikristiň manysyna düşünip bilmeýänler, hökman özlerini antikristiň tarapynda goýarlar.” Kress Collection, 105.</w:t>
      </w:r>
    </w:p>
    <w:p>
      <w:pPr>
        <w:pStyle w:val="ArticleBody"/>
        <w:jc w:val="left"/>
      </w:pPr>
      <w:r>
        <w:rPr>
          <w:rFonts w:ascii="Times New Roman" w:hAnsi="Times New Roman" w:eastAsia="Times New Roman" w:cs="Times New Roman"/>
        </w:rPr>
        <w:t>Reýgan Danyýel on biriň ilkinji aýatlarynda görkezilen sekiz prezidentiň ilkinjisidi, hem-de şol sekiz prezidentiň arasynda antihrist bilen pygamberlik gatnaşyklary bolan üçüsiniň hem birinjisidi. Reýgan, Obama we Trampyň üç ylalaşygynyň simwolikasynda hakykatyň möhri saýgarylyp bilner. Reýgan, birinji hökmünde, ahyryň nyşany bolup hyzmat edýär, hem-de Reýgan bilen Trampyň arasyndaky dürli meňzeşlikler haýran galdyryjy derejede köp we köpdür. Üç ädim arkaly ýewreýçe “hakykat” sözüni berkarar edýän orta ýolgörkezijisi gozgalaňdyr; Obamanyň prezidentligi munuň şeýle nusgawy bir mysalydyr. 2025-nji ýylyň 8-nji maýynda ilkinji gezek Amerikanyň Birleşen Ştatlaryndan bolan bir papa tähta çykaryldy, we Reýganyň gizlin ylalaşygy Trampyň açyk ylalaşygyna ýetipdi. 2025-nji ýylda papalyk 1798-nji ýyldan bäri öz göreşleriniň hut nyşany bolup gelen şöhratly ýurt bolan Amerikanyň Birleşen Ştatlaryndan bir papany aç-açan inaugurasiýa etdi. Malaçi Martiniň öňden aýdan sözüniň amala aşmagy üçin galan zat, aždarha, haýwan we ýalançy pygamberiň üçtaraplaýyn birleşiginiň durmuşa geçirilýän Ýekşenbe kanunydy.</w:t>
      </w:r>
    </w:p>
    <w:p>
      <w:pPr>
        <w:pStyle w:val="ArticleScripture"/>
        <w:jc w:val="left"/>
      </w:pPr>
      <w:r>
        <w:rPr>
          <w:rFonts w:ascii="Times New Roman" w:hAnsi="Times New Roman" w:eastAsia="Times New Roman" w:cs="Times New Roman"/>
        </w:rPr>
        <w:t>“Hudaýyň kanunyny bozup, Papalygyň düzgünini güýje girizýän perman bilen milletimiz özüni dogrulykdan doly aýrar. Protestantizm giň uçurymyň üstünden elini uzadyp, Rim häkimiýetiniň elini tutanda, çuň jülgäniň üstünden elini ýetirip, Spiritizm bilen el gysyşanda, şu üç taraplaýyn birleşigiň täsiri astynda ýurdumyz öz Konstitusiýasynyň protestant we respublikan hökümet hökmündäki her bir ýörelgesini ret edip, papalyk ýalanlarynyň we aldawlarynyň ýaýramagy üçin şert döredende, şonda biz Şeýtanyň ajaýyp işleriniň wagtynyň gelendigini we soňuň golaýdygyny bilip bileris.” Testimonies, 5-nji jilt, 451.</w:t>
      </w:r>
    </w:p>
    <w:p>
      <w:pPr>
        <w:pStyle w:val="ArticleBody"/>
        <w:jc w:val="left"/>
      </w:pPr>
      <w:r>
        <w:rPr>
          <w:rFonts w:ascii="Times New Roman" w:hAnsi="Times New Roman" w:eastAsia="Times New Roman" w:cs="Times New Roman"/>
        </w:rPr>
        <w:t>2026-njy ýylyň 4-nji iýulynda Trump öz prezidentlik möhletiniň ortasynda durup, şol “250” ýylyň baýramyny bellemegi maksat edinýär. Şol orta nokat, Rafiýa söweşi bilen Paniýum söweşiniň arasyndaky b.e. öň 207-nji ýyldyr. Şol on ýedi ýylyň hem orta nokady, 313-nji ýyly aňladýan Neronyň on ýedi ýyllygynyň başlangyjyny hem kesgitleýär; şeýle-de, 321-nji ýyldaky Ýekşenbe kanunyna hem-de on altynjy aýata alyp barýan ýygnak bilen döwletiň haýwan şekiliniň kem-kemden dikeldilişini görkezýär. Şol döwür 313-nji ýylda gündogar bilen günbataryň nikasy bilen başlanýar; bu, Günbatardan Konstantiniň öweý gyzy we Gündogardan Litsiniý tarapyndan şekillendirilýär. Gündogar bilen günbataryň arasyndaky nikalaşyk ylalaşygy bilen başlanýan şol döwür, gündogar bilen günbataryň aýrylyşmagy ýa-da talaşmagy bilen tamamlanýar. Orta bellik ilkinji Ýekşenbe kanunydyr.</w:t>
      </w:r>
    </w:p>
    <w:p>
      <w:pPr>
        <w:pStyle w:val="ArticleBody"/>
        <w:jc w:val="left"/>
      </w:pPr>
      <w:r>
        <w:rPr>
          <w:rFonts w:ascii="Times New Roman" w:hAnsi="Times New Roman" w:eastAsia="Times New Roman" w:cs="Times New Roman"/>
        </w:rPr>
        <w:t>Reagan, Obama we Trump pygamberlik taýdan ebedi Hoş Habaryň üç ädimi tarapyndan dolandyrylýar; bu üç ädim Ylham kitabynyň on dördünji babynda üç perişde hökmünde görkezilýär. Ikinji ädim bolan Obamanyň prezidentligi döwründe iki papa bardy. “Oýanan” papa Fransisk, 1981-nji ýylyň 25-nji noýabryndan 2005-nji ýylyň 19-njy aprelinde papa saýlanýança çenli Iman Taglymaty boýunça Jemagatyň (CDF) ýolbaşçysy bolup hyzmat eden Iosif Ratsingeriň (soňra Papa Benedikt XVI) yzyndan geldi. Ratsinger çekildi we Fransisk öz hökümranlygyny başlady; şeýlelikde Obamanyň hökümdarlygy döwründe papalaryň iki esse bolmagy üpjün edildi.</w:t>
      </w:r>
    </w:p>
    <w:p>
      <w:pPr>
        <w:pStyle w:val="ArticleBody"/>
        <w:jc w:val="left"/>
      </w:pPr>
      <w:r>
        <w:rPr>
          <w:rFonts w:ascii="Times New Roman" w:hAnsi="Times New Roman" w:eastAsia="Times New Roman" w:cs="Times New Roman"/>
        </w:rPr>
        <w:t>Obama bir wagtyň özünde hem heteroseksual, hem-de gomoseksual hökmünde görkezilýär diýip aýyplanýar, we ol musulman bolmak bilen birlikde, ýüz dönderen protestant Amerikanyň ýalan pygamberiniň nyşanydyr; bu din şol ýalan pygamber Muhammediň hem dinidir. Obama şöhratly ýurduň syýasy ulgamynyň wekili boldy — Ylham kitaby on altynjy bapdaky ýalan pygamber — emma onuň hakykatdaky syýasy meýilleri globalistlere — aždarha bilen deňleşdirilen tarapa — gönükdirilipdi. Obama pygamberlik taýdan şizofrenik bolup, iki ýalan dini, iki jynsy meýli we iki syýasy ulgamy aňladýar, we onuň hökümdarlygy döwründe iki antikrist bardy. Jynsy meýil bolsun, syýasy ugurdaşlyk bolsun ýa-da dini ynanç bolsun, Obama her bir ugurda gizlinlikde galmaga ygrarlydy. Käbirleri tarapyndan amerikan raýatlaryny biri-birine garşy bölmek ugrundaky tagallalary sebäpli “Bölüji Obama” diýlip tanalýan bu şahsyň, şahsy, syýasy we dini ynançlarynyň örtükli bolşy hem şol häsiýetde öz beýanyny tapýar.</w:t>
      </w:r>
    </w:p>
    <w:p>
      <w:pPr>
        <w:pStyle w:val="ArticleBody"/>
        <w:jc w:val="left"/>
      </w:pPr>
      <w:r>
        <w:rPr>
          <w:rFonts w:ascii="Times New Roman" w:hAnsi="Times New Roman" w:eastAsia="Times New Roman" w:cs="Times New Roman"/>
        </w:rPr>
        <w:t>Obamanyň şalygynyň ilkinji antimesihi, papa bolmazdan öň, Yman taglymaty boýunça Jemagata ýigrimi dört ýyllap ýolbaşçylyk edipdi. Yman taglymaty boýunça Jemagat, aslynda Derňew edarasynyň Ofisi diýlip atlandyrylan guramanyň häzirki zaman adydyr. Obama döwrüniň pitnesi, ýewreý dilindäki “hakykat” sözüniň düzümindäki “13” sanyna gabat gelýär; bu söz ýewreý elipbiýiniň birinji harpyndan (Reagan), on üçünji harpyndan (Obama) we ýigrimi ikinji harpyndan (Trump) durýar. Derňew, gürrüňsiz, pitneçiligiň nyşanydyr. Papa Benedikt öz tagtyndan 2013-nji ýylda, Yslamyň galp pygamberleriniň hem-de mürtät protestantçylygyň nyşanynyň şizofrenik şalygy döwründe, Fransise geçdi.</w:t>
      </w:r>
    </w:p>
    <w:p>
      <w:pPr>
        <w:pStyle w:val="ArticleBody"/>
        <w:jc w:val="left"/>
      </w:pPr>
      <w:r>
        <w:rPr>
          <w:rFonts w:ascii="Times New Roman" w:hAnsi="Times New Roman" w:eastAsia="Times New Roman" w:cs="Times New Roman"/>
        </w:rPr>
        <w:t>Baky Hoş Habaryň ikinji ädimi göze görünýän bir synagdyr, hem-de Obama bilen iki papanyň arasyndaky gatnaşyklarda görüp bolýan zat, Inkwizisiýa edarasy tarapyndan şekillendirilýän yzarlama bilen, oýanan papa tarapyndan şekillendirilýän ene ýer ýüzüne çokunmaga globalistleriň obsesiw berlişiginiň arasyndaky baglanyşykdyr. Obamanyň musulman ynanjy, Yslam tarapyndan milletleriň gazabynyň tutaşdyrylmagyny hem-de protestant ady bilen görkezilýän jogapkärçiligi ýerine ýetirmekde ýüz dönderiji Protestantizmiň şowsuzlygyny şekillendirýär. Protestant Rim’e garşy protest etmelidir, emma hiç wagt Rim’e baş egmeli däldir.</w:t>
      </w:r>
    </w:p>
    <w:p>
      <w:pPr>
        <w:pStyle w:val="ArticleBody"/>
        <w:jc w:val="left"/>
      </w:pPr>
      <w:r>
        <w:rPr>
          <w:rFonts w:ascii="Times New Roman" w:hAnsi="Times New Roman" w:eastAsia="Times New Roman" w:cs="Times New Roman"/>
        </w:rPr>
        <w:t>Üç papanyň ilkinjisi dünýä ýüzüne özüniň Fatimanyň katolik ýol görkeziji pygamberligindäki “ýagşy papa”dygyna ynanýandygyny yglan edýär. Ioann Pavel II özüniň Fatimanyň “ýagşy papasy”dygyna ynanýardy; onuň ynanjyna görä, papalyk, Amerikanyň Birleşen Ştatlary we globalistler arasdaky üç taraplaýyn göreş tamam bolanda, ol ahyrsoňy bütin dünýäni demir hasa bilen dolandyrar.</w:t>
      </w:r>
    </w:p>
    <w:p>
      <w:pPr>
        <w:pStyle w:val="ArticleBody"/>
        <w:jc w:val="left"/>
      </w:pPr>
      <w:r>
        <w:rPr>
          <w:rFonts w:ascii="Times New Roman" w:hAnsi="Times New Roman" w:eastAsia="Times New Roman" w:cs="Times New Roman"/>
        </w:rPr>
        <w:t>Indiki ýolbaşçylyk ajdarhanyň globalistleriniň ornuny, Yslamyň milletleri gazaplandyrmagyny, mürtäd protestantizmiň protestant bolup bilmezligini yglan edýär. 2025-nji ýylda kasam kabul eden Tramp prezidentligi 2025-nji ýylyň antikristi bilen aç-açan sazlaşýar. Rimiň we Amerikanyň Birleşen Ştatlarynyň bu üç bileleşiginiň nury Rafýa söweşiniň tamamlanmagynyň we Paniýum söweşiniň başlanmagynyň taryhynda möhürden açylýar. On ýedi ýylyň başynda Lisiniý bilen Konstantiniň patyşalyklarynyň nikasy 2025-nji ýylyň bileleşigini aňladýar.</w:t>
      </w:r>
    </w:p>
    <w:p>
      <w:pPr>
        <w:pStyle w:val="ArticleBody"/>
        <w:jc w:val="left"/>
      </w:pPr>
      <w:r>
        <w:rPr>
          <w:rFonts w:ascii="Times New Roman" w:hAnsi="Times New Roman" w:eastAsia="Times New Roman" w:cs="Times New Roman"/>
        </w:rPr>
        <w:t>2025-nji ýylyň ylalaşygy on gyzyň tymsalynyň galp nusgasydyr. Ilki nikah amala aşyrylýar, soňra bolsa ahyrsoňy nikahyň ýerine ýetirilip tamamlanýan we gapynyň ýapylýan ikinji döwrüne alyp barýan derňew döwri bolýar. On gyzyň tymsalynyň bu galp nusgasy 2025-nji ýylda başlady, we ol Danieliň on birinji babyndaky on altynjy hem kyrk birinji aýatlaryň ýakyn wagtda geljek Ýekşenbe kanunynda tamamlanýar. Bu galp nikahda ata Şeýtandyr, öýlenejek ýigit papalykdyr, gelin bolsa imandan dönen protestant Amerikadyr. Danieliň on birinji babyndaky on dördünji aýatda, Danieliň halkynyň talaňçylary röýany berkarar edýän Rimdir. William Milleriň Rim baradaky — röýany berkarar edýän nyşan hökmünde kesgitlemesini ret etmek, birinji perişdäniň habaryny we Ýahýa Çokundyryjynyň habaryny ret etmek bilen deňdir. Häzirki antihrist 2025-nji ýylda wezipesine gelende, sekiz prezidenti baradaky röýany berkarar etdi we on dördünji aýaty berjaý etdi.</w:t>
      </w:r>
    </w:p>
    <w:p>
      <w:pPr>
        <w:pStyle w:val="ArticleBody"/>
        <w:jc w:val="left"/>
      </w:pPr>
      <w:r>
        <w:rPr>
          <w:rFonts w:ascii="Times New Roman" w:hAnsi="Times New Roman" w:eastAsia="Times New Roman" w:cs="Times New Roman"/>
        </w:rPr>
        <w:t>Biz indi ybadathana synagyndadyrys; bu, lakmus synagyndan we üçünji synagdan öň gelýän ikinji synagdyr.</w:t>
      </w:r>
    </w:p>
    <w:p>
      <w:pPr>
        <w:pStyle w:val="ArticleBody"/>
        <w:jc w:val="left"/>
      </w:pPr>
      <w:r>
        <w:rPr>
          <w:rFonts w:ascii="Times New Roman" w:hAnsi="Times New Roman" w:eastAsia="Times New Roman" w:cs="Times New Roman"/>
        </w:rPr>
        <w:t>Bu meseleleri indiki makalada dowam etdireris.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On bäşinji san</dc:title>
  <dc:subject>“250” Üç Gezek</dc:subject>
  <dc:creator>Jeff Pippenger</dc:creator>
  <cp:keywords/>
  <dc:description>Generated by ArticleDigger from panium\15_panium.json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