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sekizinji san</w:t>
      </w:r>
    </w:p>
    <w:p>
      <w:pPr>
        <w:pStyle w:val="ArticleSubtitle"/>
        <w:jc w:val="left"/>
      </w:pPr>
      <w:r>
        <w:rPr>
          <w:rFonts w:ascii="Arial" w:hAnsi="Arial" w:eastAsia="Arial" w:cs="Arial"/>
        </w:rPr>
        <w:t>Üç Gezek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Biz indi Daniel 11-iň on ikinji aýatynyň käbir netijelerine serederis, soňra bolsa miladydan öňki 200-nji ýylda Panium söweşinde amala aşan on birinji aýatlardan on bäşinji aýatlara çenli taryha “250” ýylyň üç çyzygyny girizeris. Miladydan öňki 457-nji ýylda başlan “250” ýylyň çyzygy, Rafiýa söweşi bilen başlanýan we Panium söweşi bilen tamamlanýan döwrüň ortasynda, miladydan öňki 207-nji ýylda tamam bolýar. Neronyň çyzygyndaky “250” ýyl 313, 321 we 330-njy ýyllar bilen görkezilen Konstantiniň üç ädimli taryhy bilen tamamlanýar. Amerikanyň Birleşen Ştatlarynyň “250” ýyly 2026-njy ýylyň 4-nji iýulynda tamamlanýar.</w:t>
      </w:r>
    </w:p>
    <w:p>
      <w:pPr>
        <w:pStyle w:val="ArticleBody"/>
        <w:jc w:val="left"/>
      </w:pPr>
      <w:r>
        <w:rPr>
          <w:rFonts w:ascii="Times New Roman" w:hAnsi="Times New Roman" w:eastAsia="Times New Roman" w:cs="Times New Roman"/>
        </w:rPr>
        <w:t>Neronyň çyzygy ilki Amerikanyň Birleşen Ştatlarynda, soňra bolsa dünýäde haýwanyň keşbiniň synag wagtynyň taryhyny aňladýar. Miladydan öňki 457-nji ýylyň çyzygy Trumpy harby taýdan iki söweşiň arasynda ýerleşýän bir orta nokada goýýar. 1776-njy ýyldan uzalýan döwür hem Trumpyň soňky prezidentligi üçin bir orta nokady belleýär. Bu çyzyklary degişli ornuna ýerleşdirmek üçin ilki bilen on ikinji aýata, şeýle hem Russiýanyň we Putiniň ýykylşyna ýüzleneris. Soňra “250” ýylyň üç çyzygyna, ondan soň Hasmoneý dinastiýasynyň çyzygyna geçeris. Şol çyzyklar ýerleşdirilenden soň, Petri Panium bilen sazlaşykda ýerleşdireris. Şol çyzyklar ýerbe-ýer edilende, 2020-nji ýylyň 18-nji iýulyndaky habaryň nähili düzedilip yglan edilmelidigini we onuň Yoel kitabynyň habarydygyny tanap bilmelidiris.</w:t>
      </w:r>
    </w:p>
    <w:p>
      <w:pPr>
        <w:pStyle w:val="ArticleHeading"/>
        <w:jc w:val="left"/>
      </w:pPr>
      <w:r>
        <w:rPr>
          <w:rFonts w:ascii="Arial" w:hAnsi="Arial" w:eastAsia="Arial" w:cs="Arial"/>
        </w:rPr>
        <w:t>Ýahuda patyşasy Uzzýa we Müsüriň patyşasy Ptolemeý</w:t>
      </w:r>
    </w:p>
    <w:p>
      <w:pPr>
        <w:pStyle w:val="ArticleBody"/>
        <w:jc w:val="left"/>
      </w:pPr>
      <w:r>
        <w:rPr>
          <w:rFonts w:ascii="Times New Roman" w:hAnsi="Times New Roman" w:eastAsia="Times New Roman" w:cs="Times New Roman"/>
        </w:rPr>
        <w:t>Rafiýa söweşinde on birinji aýaty ýerine ýetiren taryh Uzziýa patyşanyň taryhy bilen laýyk gelýär. Işaýa arassalanyp, soňky ýagşyň habaryny yglan etmäge ygtyýarly edilende, onuň çagyrylyşy Uzziýa patyşanyň ölen ýylynda boldy.</w:t>
      </w:r>
    </w:p>
    <w:p>
      <w:pPr>
        <w:pStyle w:val="ArticleScripture"/>
        <w:jc w:val="left"/>
      </w:pPr>
      <w:r>
        <w:rPr>
          <w:rFonts w:ascii="Times New Roman" w:hAnsi="Times New Roman" w:eastAsia="Times New Roman" w:cs="Times New Roman"/>
        </w:rPr>
        <w:t>Uziýa patyşanyň ölen ýylynda men hem Rebbiň beýik we ýokary galdyrylan tagtda oturandygyny gördüm; Onuň lybasy ybadathanany doldurýardy. Işaýa 6:1.</w:t>
      </w:r>
    </w:p>
    <w:p>
      <w:pPr>
        <w:pStyle w:val="ArticleBody"/>
        <w:jc w:val="left"/>
      </w:pPr>
      <w:r>
        <w:rPr>
          <w:rFonts w:ascii="Times New Roman" w:hAnsi="Times New Roman" w:eastAsia="Times New Roman" w:cs="Times New Roman"/>
        </w:rPr>
        <w:t>Uzzyýanyň ölümi, onuň Rafiýa söweşindäki ýeňişden soň dessine Ptolemeýiň gozgalaňyna gabat gelýän we şoňa kybapdaş bolan gozgalaňy ýüze çykarmagy bilen öňünden alamatlandyryldy. Uzzyýa bilen Ptolemeý, ýüregi ulalan günorta patyşasynyň nyşanlary bolup, döwlet häkimiýetini ybadathana häkimiýeti bilen birleşdirmäge synanyşmak arkaly gozgalaň edýärler. Uzzyýa ybadathana bilen döwleti birleşdirmäge synanyşanda, onuň maňlaýyndaky mergi ýyrtyjynyň nyşanynyň nusgasyny aňladýardy.</w:t>
      </w:r>
    </w:p>
    <w:p>
      <w:pPr>
        <w:pStyle w:val="ArticleScripture"/>
        <w:jc w:val="left"/>
      </w:pPr>
      <w:r>
        <w:rPr>
          <w:rFonts w:ascii="Times New Roman" w:hAnsi="Times New Roman" w:eastAsia="Times New Roman" w:cs="Times New Roman"/>
        </w:rPr>
        <w:t>Üçünji perişde olaryň yzyna düşüp, belent ses bilen şeýle diýdi: Eger-de kim haýwana we onuň şekiline tagzym etse hem-de onuň nyşanyny maňlaýynda ýa-da elinde kabul etse, şol hem Hudaýyň gaharynyň käsesine garyşdyrylman guýlan gazap şerabyny içer; ol mukaddes perişdeleriň huzurynda we Guzynyň huzurynda ot we kükürt bilen azap ediler. Olaryň azabynyň tüssesi ebedilik ebedine göteriler; haýwana we onuň şekiline tagzym edýänleriň hem-de onuň adynyň nyşanyny kabul edýänleriň gije-gündiz rahatlygy bolmaz. Ylham 14:9–11.</w:t>
      </w:r>
    </w:p>
    <w:p>
      <w:pPr>
        <w:pStyle w:val="ArticleBody"/>
        <w:jc w:val="left"/>
      </w:pPr>
      <w:r>
        <w:rPr>
          <w:rFonts w:ascii="Times New Roman" w:hAnsi="Times New Roman" w:eastAsia="Times New Roman" w:cs="Times New Roman"/>
        </w:rPr>
        <w:t>Şeýlelik bilen, Uzzýa ybadathana bilen döwleti birleşdirmäge bolan pitneçi synanyşygyndan başlap, tapgyrlaýyn ölümi aňladýar. Soňra ol ogly bilen on bir ýyl dowam eden ygtyýary kemelen bilelikdäki şalyk edişi aňladýar. Uzzýa pitnesinden soň on bir ýyl ýaşady. Onuň pitnesiniň başlangyjy ybadathana bilen döwletiň birleşdirilýän we haýwanyň nyşanynyň mejbury kabul etdirilýän Ýekşenbe kanunyny alamatlandyrýar. On bir ýyl soň ol aradan çykdy; bu bolsa şöhratly ýurt bolan, ýagny Amerikanyň Birleşen Ştatlary bolan günorta patyşalygy Ýahudanyň patyşasy hökmünde onuň şalyk edişiniň soňuny aňladýar.</w:t>
      </w:r>
    </w:p>
    <w:p>
      <w:pPr>
        <w:pStyle w:val="ArticleBody"/>
        <w:jc w:val="left"/>
      </w:pPr>
      <w:r>
        <w:rPr>
          <w:rFonts w:ascii="Times New Roman" w:hAnsi="Times New Roman" w:eastAsia="Times New Roman" w:cs="Times New Roman"/>
        </w:rPr>
        <w:t>Ptolemeý bilen pygamberlik gatnaşygynda Uzziýa Ýahudany, şöhratly ýurdy we dinden çykan protestantizmi aňladýar; Ptolemeý bolsa Müsri aňladýar, ol bolsa diny spiritizm bolan aždarha güýjüdir. Bu iki patyşa özara ugurdaş çyzyklar hökmünde garalanda, Uzziýa şöhratly ýurduň mysaly bolmakdan çykýar we ikisi bilelikde iki milletiň nyşanyna öwrülýär. Müsr bilen Ýahuda spiritizm bilen dinden çykan protestantizmiň dinleriniň nyşanlarydyr. Olar döwletiň we ybadathananyň nyşanydyr. Bir nyşan hökmünde sazlaşan mahalynda olaryň aňladýan döwlet usuly bilen ybadathana usuly, Midýalylar bilen Parslar bolşy ýaly, Fransiýanyň Müsri we Sodomy bolşy ýaly, Amerikanyň Birleşen Ştatlarynyň respublikan we protestant şahalary bolşy ýaly, Ysraýyl bilen Ýahudanyň demirgazyk we günorta patyşalyklary bolşy ýaly, şeýle hem butparaz Rim bilen papalyk Rimi bolşy ýaly, öz içine iki milleti alýar. Iki patyşalygyň nyşany hökmünde olar pygamberlik taýdan Iýerusalimdäki ybadathana arkaly biri-birine baglanyşdyrylandyr, çünki Uzziýa hem, Ptolemeý hem Iýerusalimdäki ybadathanada gurban bermäge synanyşdylar. Ikisi hem şol bir mukaddes ýerä garşy pitne eden iki milletdir.</w:t>
      </w:r>
    </w:p>
    <w:p>
      <w:pPr>
        <w:pStyle w:val="ArticleBody"/>
        <w:jc w:val="left"/>
      </w:pPr>
      <w:r>
        <w:rPr>
          <w:rFonts w:ascii="Times New Roman" w:hAnsi="Times New Roman" w:eastAsia="Times New Roman" w:cs="Times New Roman"/>
        </w:rPr>
        <w:t>Iki patyşanyňam gozgalaňynyň Iýerusalimdäki ybadathana bilen baglanyşykly bolandygyny belläp geçmek möhümdir; ol ybadathana Daniýeliň onunjy bapda Mesihi gören ybadathanasynyň nyşanydyr. Bu iki patyşanyň taryhlary Ukrain söweşinde gabat gelýär, şeýle etmek bilen-de olar öz şaýatlyklaryna 2014-nji ýylda başlaýarlar. Olar ikisi-de on birinji aýatda Rafiýa söweşi arkaly şekillendirilen harby ýeňişler bilen ýokary galdyryldy. Rafiýa Mukaddes Kitap pygamberliginiň altynjy patyşalygynyň serhet zolagyny we Ýekşenbe kanunynyň üç taraplaýyn birleşigini alamatlandyrýar. Şeýle hem ol göreşiji ýygnagyň ýeňiji ýygnaga geçişiniň serhedidir.</w:t>
      </w:r>
    </w:p>
    <w:p>
      <w:pPr>
        <w:pStyle w:val="ArticleBody"/>
        <w:jc w:val="left"/>
      </w:pPr>
      <w:r>
        <w:rPr>
          <w:rFonts w:ascii="Times New Roman" w:hAnsi="Times New Roman" w:eastAsia="Times New Roman" w:cs="Times New Roman"/>
        </w:rPr>
        <w:t>2014-nji ýyldan soň iň baý patyşa 2015-nji ýylda prezidentlige dalaş etmek niýetini yglan etdi. 2020-nji ýylda Respublikachy şahy aňladýan iň baý patyşa soňradan bejeriljek ölümli ýarasyny aldy. 2022-nji ýylda Ukraina urşy ýitileşdi. Soňra Trump 2024-nji ýylyň saýlawynda on üçünji aýatyň ýerine ýetmeginde gaýdyp geldi. 2023-nji ýylyň iýulynda çölde bir ses ýaňlandy. 2023-nji ýylyň 31-nji dekabrynda Protestant şahy direldi; edil şonuň ýaly, 2024-nji ýylyň saýlawynda, Trump gaýdyp gelende, Respublikachy şah hem direldi, soňra bolsa 2025-nji ýylda ybadathana synagynyň gelmegi bilen düýp synagy tamamlandy.</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1989-njy ýylda açylan hakykatlar iki taraplydy. Reforma hereketleriniň pygamberlik meňzeşlikleri we Daniýeliň on birinji babyndaky soňky alty aýat bir wagtda açyldy. Kyrkynjy aýatyň başlangyç habaryny berkitmek üçin ulanylan käbir pygamberlik düzgünleri bardy. Hut şol hakykatlaryň käbiri indi şol pygamberlik dürleriniň tapylan şol bir aýatynyň gizlin taryhynyň açarydyr. Men size bir mysal bereýin.</w:t>
      </w:r>
    </w:p>
    <w:p>
      <w:pPr>
        <w:pStyle w:val="ArticleBody"/>
        <w:jc w:val="left"/>
      </w:pPr>
      <w:r>
        <w:rPr>
          <w:rFonts w:ascii="Times New Roman" w:hAnsi="Times New Roman" w:eastAsia="Times New Roman" w:cs="Times New Roman"/>
        </w:rPr>
        <w:t>1989-njy ýylda Daniel kitabynyň soňky alty aýatynyň nämäni aňladýandygy babatda Adventizmiň içinde bitewi bir düşünje ýokdy. Şol bitewüligiň ýoklugy iki taraplydy. Aýatlaryň manysy barada umumy ylalaşyk ýokdy. Aýatlara düşünýändigini ykrar edenler, 1863-nji ýylyň pitnesinde Yeroboamyň düýpli pitnesinde boýun egmeýän pygamberiň wezipesini ýerine ýetirendiklerinde, özlerinden öňki atalaryndan miras alan ilkinji dogluş hukugynyň mirasy bolan mürtät Protestantlygyň we Katolisizmiň ylahyýetine garylan ynsan pikirlerini öňe sürýärdiler. Aýatlaryň nämäni aňladýandygy baradaky şol aýratyn pikirler, iň gowusy, hususy düşündirişlerdi. Olaryň bu aýatlar baradaky pikirleri ýa esasy pygamberlik ulanylyşyna garşy gelýärdi, ýa-da köplenç özleriniň bu aýatlar babatda kesgitlän düýp esasy premisasynyň özüne garşy çykýardy.</w:t>
      </w:r>
    </w:p>
    <w:p>
      <w:pPr>
        <w:pStyle w:val="ArticleBody"/>
        <w:jc w:val="left"/>
      </w:pPr>
      <w:r>
        <w:rPr>
          <w:rFonts w:ascii="Times New Roman" w:hAnsi="Times New Roman" w:eastAsia="Times New Roman" w:cs="Times New Roman"/>
        </w:rPr>
        <w:t>Aýatlarda gören zadymyz, şol alty aýatyň ählisine degişli yzygiderli bir düşünje boldy. Gören habarymyzyň şol yzygiderliligi, meniň düşünişimi beýan etmäge meni ruhlandyrdy, hatda Adventizmiň tutuşlygyna meniň düşünen zadymy ret edýändigini bilýän bolsam-da. Şol aýatlar baradaky düşünjämiz ilkinji gezek 1996-njy ýylda çap edildi, we şol ýerde öňe sürlen düşünje otuz ýylyň dowamynda wagtyň geçmegi bilen diňe has-da berkedi!</w:t>
      </w:r>
    </w:p>
    <w:p>
      <w:pPr>
        <w:pStyle w:val="ArticleBody"/>
        <w:jc w:val="left"/>
      </w:pPr>
      <w:r>
        <w:rPr>
          <w:rFonts w:ascii="Times New Roman" w:hAnsi="Times New Roman" w:eastAsia="Times New Roman" w:cs="Times New Roman"/>
        </w:rPr>
        <w:t>Eger siz “The Time of the End” žurnalyndaky iň ilkinji salgylanmany göz öňünde tutsaňyz, onda “Testimonies”, 9-njy tom, 11-nji sahypany taparsyňyz. 9/11-den bäş ýyl öň, žurnal 9/11 bilen başlanýar. Meni ruhlandyran şol düşünjeleriň biri, kyrkynjy aýatda aýdylýan “ahyrzaman wagtynda” demirgazygyň we günortanyň patyşalarynyň göçme manydaky, ýagny ruhy güýçler bolandygyna düşünmekdi, göni manydaky güýçler däl. Şol wagtda men eýýäm Waýt uýanyň Danyýel bilen Ylham kitaplarynyň şol bir kitapdygyny we Danyýeldäki şol bir pygamberlik çyzygynyň Ylhamda Ýahýa tarapyndan dowam etdirilýändigini aýdandygyny bilýärdim. Men muny Ylham kitabyň on birinji babynda tapypdym; ol 1798-nji ýylda ahyrzaman wagtynyň töweregindäki taryhda ýerine ýetirilipdi. Waýt uýanyň şol bap baradaky düşündirişi Fransiýanyň ruhy Müsürdügini aç-açan öwredýär, edil şonuň ýaly-da ol Ylhamyň on ýedinji babynda haýwanyň üstündäki jelep aýalyň ruhy Babil bolandygyny hem örän aýdyň görkezýär.</w:t>
      </w:r>
    </w:p>
    <w:p>
      <w:pPr>
        <w:pStyle w:val="ArticleBody"/>
        <w:jc w:val="left"/>
      </w:pPr>
      <w:r>
        <w:rPr>
          <w:rFonts w:ascii="Times New Roman" w:hAnsi="Times New Roman" w:eastAsia="Times New Roman" w:cs="Times New Roman"/>
        </w:rPr>
        <w:t>Waýtyň uýasynyň şol iki güýji kesgitlemegi «Beýik göreş» kitabyndadyr, we şol bellikler Ýahýanyň hem-de Danyýeliň şaýatlygyny özara baglanyşdyrýar. Danyýeliň kitabynyň on birinji babyndaky günortanyň patyşasynyň kesgitlemesi Müsüri dolandyrýan güýjüň özüdür, demirgazygyň patyşasy bolsa Wawilony dolandyrýan güýjüdir. Bibliýa bilen Pygamberlik Ruhu hakykaty berkitmek üçin, Danyýel bilen Ylhamy bir ýere getirip, şol pikiri subut etmekde bilelikde iş edenlerinde, bu meniň hiç haçan ýoluny ýitiren hiç bir ylahyýatça, ýa-da özbaşdak hyzmat ediş gullugynyň ýoluny ýitiren, özüni özi bellen ýolbaşçysyna tabşyryp biljek zadym däldi.</w:t>
      </w:r>
    </w:p>
    <w:p>
      <w:pPr>
        <w:pStyle w:val="ArticleBody"/>
        <w:jc w:val="left"/>
      </w:pPr>
      <w:r>
        <w:rPr>
          <w:rFonts w:ascii="Times New Roman" w:hAnsi="Times New Roman" w:eastAsia="Times New Roman" w:cs="Times New Roman"/>
        </w:rPr>
        <w:t>Ptolemeý bilen Uzziýany Rafiýa söweşiniň we olaryň ýürekleri göterilenden soň ýüze çykýan netijeleriň nyşanlary hökmünde düşünmek, Ptolemeýiň onunjy aýatda we 1989-njy ýylda Ptolemeýi ýeňen araçy güýje soňunda ýeňlip, Rimiň araçy güýjüni ýeňýän aždarha güýjüni aňladýandygy hakykaty bilen dolandyrylmakdyr. Taryhy tapawutlandyrmalar maksatly hem möhümdir.</w:t>
      </w:r>
    </w:p>
    <w:p>
      <w:pPr>
        <w:pStyle w:val="ArticleBody"/>
        <w:jc w:val="left"/>
      </w:pPr>
      <w:r>
        <w:rPr>
          <w:rFonts w:ascii="Times New Roman" w:hAnsi="Times New Roman" w:eastAsia="Times New Roman" w:cs="Times New Roman"/>
        </w:rPr>
        <w:t>Uzziýa ybadathana bilen döwleti birleşdirmäge synanyşan wagtynda haýwanyň nyşanyny alýar; Uzziýa şöhratly ýurtdyr, we 1989-njy ýylda habaryň başynda şöhratly ýurt esasy delilleriň biri bolupdy. Şöhratly ýurt Amerikanyň Birleşen Ştatlarymy, ýa-da Olunjy Günüň Adventist ybadathanasymy? Şonda şöhratly ýurduň Adventist ybadathanasydygy baradaky ýalňyş pikiri tutunanlar, hem-de henizem şeýle edýän islendikler — kyrk bäşinji aýatyň şöhratly mukaddes dagynyň açyk-aýdyň Hudaýyň ybadathanasydygyny öňe sürerdiler; şonuň üçin olaryň düşünjesine görä dag bilen ýurt bir nyşandy. Meniň çaklamama görä, bu adaty ynsan akyl ýöretmesidir.</w:t>
      </w:r>
    </w:p>
    <w:p>
      <w:pPr>
        <w:pStyle w:val="ArticleBody"/>
        <w:jc w:val="left"/>
      </w:pPr>
      <w:r>
        <w:rPr>
          <w:rFonts w:ascii="Times New Roman" w:hAnsi="Times New Roman" w:eastAsia="Times New Roman" w:cs="Times New Roman"/>
        </w:rPr>
        <w:t>Uzziýa şöhratly ýurt bolup, Ptolemeý bolsa Müsürdür. Uzziýa, şöhratly ýurt hökmünde, Protestantizm bilen Respublikanizmiň iki şahasyna eýedir. Ptolemeýiň syýasy ýüze çykyşy kommunizm we onuň dürli görnüşleridir, Ptolemeýiň dini ýüze çykyşy bolsa spiritizm we onuň dürli görnüşleridir. Aždarha güýjüniň häsiýetleriniň biri onuň konfederasiýa bolmagydyr, emma şöhratly ýurt bolan galp pygamber iki şahalydyr, ýöne bir ýeke-täk milletdir.</w:t>
      </w:r>
    </w:p>
    <w:p>
      <w:pPr>
        <w:pStyle w:val="ArticleBody"/>
        <w:jc w:val="left"/>
      </w:pPr>
      <w:r>
        <w:rPr>
          <w:rFonts w:ascii="Times New Roman" w:hAnsi="Times New Roman" w:eastAsia="Times New Roman" w:cs="Times New Roman"/>
        </w:rPr>
        <w:t>Danyýl on biriň kyrkynjy aýaty 1989-njy ýylda Sowet Soýuzy syryp aýrylanda, Amerikanyň Birleşen Ştatlarynyň papalygyň wekil güýji bolandygyny kesgitledi. Bu hakykat Ylham on üçdäki iki şahly ýer haýwanynyň wezipesi bilen gabat gelýär, çünki bu iki kitap birdir.</w:t>
      </w:r>
    </w:p>
    <w:p>
      <w:pPr>
        <w:pStyle w:val="ArticleScripture"/>
        <w:jc w:val="left"/>
      </w:pPr>
      <w:r>
        <w:rPr>
          <w:rFonts w:ascii="Times New Roman" w:hAnsi="Times New Roman" w:eastAsia="Times New Roman" w:cs="Times New Roman"/>
        </w:rPr>
        <w:t>Soňra men ýerden çykyp gelýän başga bir ýyrtyjy haýwany gördüm; onuň guzyňky ýaly iki şahy bardy, ýöne ol aždarha ýaly gepleýärdi. Ol birinji ýyrtyjy haýwanyň huzurynda onuň ähli häkimiýetini ýöredýärdi we ölümli ýarasy sagaldylan birinji ýyrtyjy haýwana ýer ýüzüni hem-de onda ýaşaýanlary tagzym etdirdi. Ylham 13:11, 12.</w:t>
      </w:r>
    </w:p>
    <w:p>
      <w:pPr>
        <w:pStyle w:val="ArticleBody"/>
        <w:jc w:val="left"/>
      </w:pPr>
      <w:r>
        <w:rPr>
          <w:rFonts w:ascii="Times New Roman" w:hAnsi="Times New Roman" w:eastAsia="Times New Roman" w:cs="Times New Roman"/>
        </w:rPr>
        <w:t>Ylham on üçinji bap Birleşen Ştatlary Papalygyň wekili bolan güýç hökmünde kesgitleýär, çünki ýerden çykan haýwan “öňünde bolan” deňizden çykan haýwanyň “ähli häkimiýetini” amala aşyrýar. Ikinji aýatda butparaz Rimyň ajdarhasy Papalyga onuň güýjüni, tagtyny we beýik häkimiýetini beripdi. “Güýç” diýip terjime edilen söz güýç diýmegi aňladýar, emma on ikinji aýatda “güýç” diýip terjime edilen başga bir söz ulanylýar, onuň manysy “berlen ygtyýar” diýmekdir.</w:t>
      </w:r>
    </w:p>
    <w:p>
      <w:pPr>
        <w:pStyle w:val="ArticleBody"/>
        <w:jc w:val="left"/>
      </w:pPr>
      <w:r>
        <w:rPr>
          <w:rFonts w:ascii="Times New Roman" w:hAnsi="Times New Roman" w:eastAsia="Times New Roman" w:cs="Times New Roman"/>
        </w:rPr>
        <w:t>Amerikanyň Birleşen Ştatlary papalygyň wekili güýjüdir; ol papalyk butparaz Rim tarapyndan öňden nyşanlanyp görkezilipdi, çünki ikinji aýatda beýan edilişi ýaly, hut şol Rim papalyga öz harby we ykdysady goldawyny beripdi. Şeýle etmek bilen, butparaz Rim Amerikanyň Birleşen Ştatlarynyň hem papalyk häkimiýetiniň hapa işlerini ýerine ýetirmek üçin öz “söweş arabalaryny, gämilerini we atlylaryny” berjekdigini öňden nyşanlap görkezdi.</w:t>
      </w:r>
    </w:p>
    <w:p>
      <w:pPr>
        <w:pStyle w:val="ArticleBody"/>
        <w:jc w:val="left"/>
      </w:pPr>
      <w:r>
        <w:rPr>
          <w:rFonts w:ascii="Times New Roman" w:hAnsi="Times New Roman" w:eastAsia="Times New Roman" w:cs="Times New Roman"/>
        </w:rPr>
        <w:t>Onunjy aýatyň, on birinji aýatyň we on bäşinji aýatyň üç söweşi taryhda ýerine ýetende, her bir söweşde Antiochus Magnus bardy. Bu hakykat, şol üç söweşde görkezilen güýjüň haýwanyň wekil güýjüdigini kesgitleýär, çünki elmydama Antiochusdyr, we 1989-njy ýylda Antiochus Amerikanyň Birleşen Ştatlarynyň wekil güýji bolupdy.</w:t>
      </w:r>
    </w:p>
    <w:p>
      <w:pPr>
        <w:pStyle w:val="ArticleBody"/>
        <w:jc w:val="left"/>
      </w:pPr>
      <w:r>
        <w:rPr>
          <w:rFonts w:ascii="Times New Roman" w:hAnsi="Times New Roman" w:eastAsia="Times New Roman" w:cs="Times New Roman"/>
        </w:rPr>
        <w:t>On altynjy aýatda beýan edilen ýekşenbe kanunyna alyp barýan üç söweş Alfa bilen Omeganň möhürini, şeýle hem hakykatyň gurluşyny göterýär. Birinji söweşde-de, üçünji söweşde-de Amerikanyň Birleşen Ştatlary dur, bu bolsa ilkinji we soňky söweşde bir alfa bilen omegany kesgitleýär. Altynjy aýatyň ýekşenbe kanunyna alyp barýan şol üç söweşi hem hakykatyň möhürini göterýär. Nasist Ukrainanyň wekili güýç hökmünde çykyş etmegi ortadaky söweşdir; ol «hakykat» diýen ýewreý sözüniň gurluşyndaky orta ýol belginiň pitnesini aňladýar. Bu üç söweş 1989-dan ýekşenbe kanunyna çenli döwri aňladýar, diýmek, olar kyrkynjy aýatyň «gizlin taryhyny» aňladýar.</w:t>
      </w:r>
    </w:p>
    <w:p>
      <w:pPr>
        <w:pStyle w:val="ArticleBody"/>
        <w:jc w:val="left"/>
      </w:pPr>
      <w:r>
        <w:rPr>
          <w:rFonts w:ascii="Times New Roman" w:hAnsi="Times New Roman" w:eastAsia="Times New Roman" w:cs="Times New Roman"/>
        </w:rPr>
        <w:t>Ylhamanyň on birinji babyndaky on birinji aýat 2023-nji ýyly iki şahyň hem direldilýän pursady hökmünde kesgitleýär. Danyýel kitabynyň on birinji baby, on birinji aýaty hem taryhyň hut şol bir döwrüni görkezýär. Pygamberligiň içki çyzygy bilen pygamberligiň daşky çyzygy 2023-nji ýylda gabat gelýär. Içki çyzyk Danyýeliň düşünen “zadydyr”, daşky çyzyk bolsa onuň düşünen “görünişidir”.</w:t>
      </w:r>
    </w:p>
    <w:p>
      <w:pPr>
        <w:pStyle w:val="ArticleBody"/>
        <w:jc w:val="left"/>
      </w:pPr>
      <w:r>
        <w:rPr>
          <w:rFonts w:ascii="Times New Roman" w:hAnsi="Times New Roman" w:eastAsia="Times New Roman" w:cs="Times New Roman"/>
        </w:rPr>
        <w:t>Danyýlyň görkezýän ybadathana synagy ýigrimi ikinji günde başlandy, hem-de 11-nji sentýabrdan soň ýigrimi iki ýyl geçenden soň, ýagny Işaýanyň ybadathana giren döwrüne laýyk gelýän pursat sizi 2023-nji ýyla getirýär. Işaýa Uzzýanyň on bir ýyl dowam eden heýwere keselinden soňky ölümüni 11-nji sentýabr bilen baglanyşdyrýar. Ybadathanany dikeltmek işi ilki binýady goýmakdan, soňra bolsa ybadathanany galdyryp, onuň baş daşyňy ýerleşdirmekden ybaratdyr; bu bolsa soňra Leýwililer kitaby ýigrimi üçünji bapdaky hatarda surnaýlar baýramy arkaly şekillendirilen üçünji litmus synagyna alyp barýar. Baky hoş habaryň içki işi daşky hataryň taryhynyň dowamynda amala aşyrylýar. On birinji aýatda Putin Ptolemeý arkaly görnüşlendirilendir, hem-de patyşa Uzzýa harby üstünlik arkaly beýgelen, soňra bolsa özüni din älemine girizmäge synanyşýan günorta patyşasynyň mysalyna ikinji şaýatlyk berýär.</w:t>
      </w:r>
    </w:p>
    <w:p>
      <w:pPr>
        <w:pStyle w:val="ArticleScripture"/>
        <w:jc w:val="left"/>
      </w:pPr>
      <w:r>
        <w:rPr>
          <w:rFonts w:ascii="Times New Roman" w:hAnsi="Times New Roman" w:eastAsia="Times New Roman" w:cs="Times New Roman"/>
        </w:rPr>
        <w:t>Günortanyň patyşasy gahara münüp, çykyp onuň bilen, ýagny demirgazygyň patyşasy bilen söweşer; ol uly bir goşuny meýdana çykarar; emma şol goşun onuň eline berler. Ol şol goşuny ýok edenden soň, ýüregi ýokary galkar; ol on müňlerçäni ýere salar; emma munuň bilen güýçlenmez. Daniýel 11:11, 12.</w:t>
      </w:r>
    </w:p>
    <w:p>
      <w:pPr>
        <w:pStyle w:val="ArticleBody"/>
        <w:jc w:val="left"/>
      </w:pPr>
      <w:r>
        <w:rPr>
          <w:rFonts w:ascii="Times New Roman" w:hAnsi="Times New Roman" w:eastAsia="Times New Roman" w:cs="Times New Roman"/>
        </w:rPr>
        <w:t>Uriýa Smit Ptolemeý Filopatoryň taryhyna we onuň Iýerusalimiň ybadathanasynda gurbanlyklar hödürlemäge eden synanyşygyna ýüzlenýär.</w:t>
      </w:r>
    </w:p>
    <w:p>
      <w:pPr>
        <w:pStyle w:val="ArticleScripture"/>
        <w:jc w:val="left"/>
      </w:pPr>
      <w:r>
        <w:rPr>
          <w:rFonts w:ascii="Times New Roman" w:hAnsi="Times New Roman" w:eastAsia="Times New Roman" w:cs="Times New Roman"/>
        </w:rPr>
        <w:t>“Ptolemeý öz ýeňşini gowy peýdalanmaga ýeterlik paýhasly bolmady. Eger-de ol öz üstünligini dowam etdiren bolsady, onda, ähtimal, Antiohusyň tutuş patyşalygynyň eýesi bolardy; emma diňe birnäçe haýbatlar we birnäçe howplar bilen kanagat edip, özüni wagtysız we çäksiz haýwançylyk nebisleriniň hözirine bermäge mümkinçilik tapmak üçin ýaraşyk baglaşdy. Şeýlelikde, duşmanlaryny ýeňip, ol öz ahlaksyz meýillerinden ýeňildi, hem-de döredip biljek beýik adyny unudyp, wagtyny meýlislerde we azgynlykda geçirdi.</w:t>
      </w:r>
    </w:p>
    <w:p>
      <w:pPr>
        <w:pStyle w:val="ArticleScripture"/>
        <w:jc w:val="left"/>
      </w:pPr>
      <w:r>
        <w:rPr>
          <w:rFonts w:ascii="Times New Roman" w:hAnsi="Times New Roman" w:eastAsia="Times New Roman" w:cs="Times New Roman"/>
        </w:rPr>
        <w:t>“Onuň ýüregi öz üstünliginden ýokary galdy, emma ol şonuň bilen berkemedi; çünki ony bihaýa peýdalanyşy öz raýatlarynyň oňa garşy gozgalaň turuzmagyna sebäp boldy. Emma onuň ýüreginiň ýokary galmagy, aýratyn-da, ýewreýler bilen alyp baran hereketlerinde aýdyň ýüze çykdy. Iýerusalime gelip, ol ýerde gurbanlyklar hödürledi we şol ýeriň kanunyna hem dinine garşy gelmek bilen, ybadathananyň iň mukaddes ýerine girmekligi juda isleýärdi; emma uly kynçylyk bilen bolsa-da saklanyp galnansoň, ol tutuş ýewreý halkyna garşy gazapdan doly halda şol ýerden çykdy we derrew olara garşy gorkunç hem rehimsiz yzarlanyşy başlatdy. Isgenderiýede, ýewreýleriň Aleksandryň günlerinden bäri ýaşap, iň artykmaç hukukly raýatlaryň eýe bolan imtiýazlaryndan peýdalanyp gelen ýerinde, bu yzarlanyşykda Ýewsebiýiň aýtmagyna görä kyrk müň, Ýeromyň aýtmagyna görä altmyş müň adam öldürildi. Müsürlileriň gozgalaňy we ýewreýleriň gyrgyna sezewar edilmegi, elbetde, ony öz patyşalygynda berkitmäge ukyply däldi; tersine, olar ony tas bütinleý weýran etmäge ýeterlikdi.” Uriah Smith, Daniel and the Revelation, 254.</w:t>
      </w:r>
    </w:p>
    <w:p>
      <w:pPr>
        <w:pStyle w:val="ArticleBody"/>
        <w:jc w:val="left"/>
      </w:pPr>
      <w:r>
        <w:rPr>
          <w:rFonts w:ascii="Times New Roman" w:hAnsi="Times New Roman" w:eastAsia="Times New Roman" w:cs="Times New Roman"/>
        </w:rPr>
        <w:t>Miladydan öň 217-nji ýylda Rafiýadaky harby ýeňşi Ptolemeý Filopatory güýçlendirmedi, emma bu “onuň ýüreginiň göterilmegine” sebäp boldy. Ukrain urşundaky ýeňiş hem Putini güýçlendirmez, emma harby üstünlik patyşa Uzziýanyň ýüreginiň göterilmegine sebäp bolşy ýaly, bu hem “onuň ýüregini göterer.”</w:t>
      </w:r>
    </w:p>
    <w:p>
      <w:pPr>
        <w:pStyle w:val="ArticleScripture"/>
        <w:jc w:val="left"/>
      </w:pPr>
      <w:r>
        <w:rPr>
          <w:rFonts w:ascii="Times New Roman" w:hAnsi="Times New Roman" w:eastAsia="Times New Roman" w:cs="Times New Roman"/>
        </w:rPr>
        <w:t>We Uzziýa ähli goşun üçin galkanlar, naýzalar, başgaplar, sowutlar, ýaýlar we daş zyňmak üçin sapanlar taýýarlady. Ol Iýerusalimde ussat adamlar tarapyndan oýlanyp tapylan enjamlar ýasatdy; olar diňleriň we gala diwarlarynyň üstünde goýlup, şolardan oklar we uly daşlar atylar ýaly edildi. Şeýlelikde onuň ady örän giň ýaýrady; çünki ol täsinlik bilen goldandy, kuwwatlanýança şeýle boldy. Emma ol kuwwatlananda, onuň ýüregi öz heläkçiligine çenli tekepbirlik bilen göterildi; sebäbi ol öz Hudaýy Rebbiň garşysyna hyýanat edip, Rebbiň ybadathanasyna girip, hoşboý tütetginiň gurbanlyk ojagynyň üstünde tütetgi ýakmaga bardy. 2 Ýyl ýazgylary 26:14–16.</w:t>
      </w:r>
    </w:p>
    <w:p>
      <w:pPr>
        <w:pStyle w:val="ArticleBody"/>
        <w:jc w:val="left"/>
      </w:pPr>
      <w:r>
        <w:rPr>
          <w:rFonts w:ascii="Times New Roman" w:hAnsi="Times New Roman" w:eastAsia="Times New Roman" w:cs="Times New Roman"/>
        </w:rPr>
        <w:t>Harby ýeňişler sebäpli ýürekleri tekepbirlik bilen göterilen günortadaky iki patyşa şol bir ybadathana girip, diňe ruhana ygtyýar berlen sadakany hödürlemäge synanyşdy. Iki ýagdaýda-da ruhanylar tekepbir patyşalaryň muny etmäge eden synanyşyklaryna garşy çykdylar. Soňra şol patyşalaryň biri ýewreýlere garşy ar alyş çäresini başlatdy, beýlekisi bolsa maňlaýyna lepra uruldy.</w:t>
      </w:r>
    </w:p>
    <w:p>
      <w:pPr>
        <w:pStyle w:val="ArticleScripture"/>
        <w:jc w:val="left"/>
      </w:pPr>
      <w:r>
        <w:rPr>
          <w:rFonts w:ascii="Times New Roman" w:hAnsi="Times New Roman" w:eastAsia="Times New Roman" w:cs="Times New Roman"/>
        </w:rPr>
        <w:t>Soň Azarja ruhany onuň yzyndan girdi, onuň bilen birlikde Rebbiň segsen sany batyr ruhanysy bardy. Olar Uzziýa patyşanyň garşysyna durup, oňa şeýle diýdiler: «Eý, Uzziýa, Rebbe hoşboý ysly tütetgi ýakmak saňa degişli däldir, bu iş tütetgi ýakmak üçin mukaddes edilen Harunyň ogullary bolan ruhanylardyr. Mukaddes ýerden çyk, çünki sen boýun egmediň; bu iş saňa Reb Hudaý tarapyndan hormat getirmez». Şonda Uzziýa gaharlanyp, tütetgi ýakmak üçin elinde tütetgi gapy bardy. Ol ruhanylarga gaharlanýarka, Rebbiň öýünde, tütetgi gurbanlyk sypasynyň ýanynda, ruhanylýaryň gözüniň alnynda maňlaýynda lepra peýda boldy. Baş ruhany Azarja we ähli ruhanylar oňa seredip gördüler, ine, onuň maňlaýynda lepra bardy; şonda olar ony ol ýerden howlukmaç çykardylar. Hawa, onuň özi hem çykmaga howlukdy, sebäbi Reb ony urupdy. Uzziýa patyşa ömrüniň ahyryna çenli lepraly bolup galdy; lepraly bolandygy üçin aýratyn bir öýde ýaşady, çünki ol Rebbiň öýünden çetleşdirilipdi. Onuň ogly Ýotam patyşanyň köşgüniň üstünden seredýärdi we ýurduň halkyna höküm edýärdi. Uzziýanyň galan işleri, ilki-häzirden soňuna çenli, Amoz ogly Işaýa pygamber ýazdy. 2 Ýyl ýazgylary 26:17–22.</w:t>
      </w:r>
    </w:p>
    <w:p>
      <w:pPr>
        <w:pStyle w:val="ArticleBody"/>
        <w:jc w:val="left"/>
      </w:pPr>
      <w:r>
        <w:rPr>
          <w:rFonts w:ascii="Times New Roman" w:hAnsi="Times New Roman" w:eastAsia="Times New Roman" w:cs="Times New Roman"/>
        </w:rPr>
        <w:t>2014-nji ýylda Ýewropanyň globalistleri we Obama režimi Ukraina döwletine garşy reňkli rewolýusiýa başlatdylar. 2022-nji ýylda Russiýa çozuşa başlady; bu ahyrsoňy günortanyň patyşalary bolan Ptolemeý we Uzzia tarapyndan şekillendirilýän Putiniň hem-de Russiýanyň ýeňşi bilen tamamlanar. On ikinji aýat Putiniň ýeňşinden soň şeýle diýýär: “his heart shall be lifted up; and he shall cast down many ten thousands: but he shall not be strengthened by it.” Şondan soň taryh onuň patyşalygynyň kem-kemden synmagyny hasaba alýar.</w:t>
      </w:r>
    </w:p>
    <w:p>
      <w:pPr>
        <w:pStyle w:val="ArticleBody"/>
        <w:jc w:val="left"/>
      </w:pPr>
      <w:r>
        <w:rPr>
          <w:rFonts w:ascii="Times New Roman" w:hAnsi="Times New Roman" w:eastAsia="Times New Roman" w:cs="Times New Roman"/>
        </w:rPr>
        <w:t>Tapgyrlaýyn pese gaçma onuň ölümine getirdi, we Beýik Antiýoh Rafiadaky ýeňlişi üçin ar alanda, Antiýoh indi Ptolemeý Filopator bilen garşylaşmaýardy; şol wagtda Antiýoh Müsüriň hökümdary bolan ýaş çaga bilen ýüzbe-ýüz bolýardy. Çaga soňky nesliň nyşanydyr; şonuň üçin bir derejede AntiýohyŇ Paniumda ýeňýän çaga patyşasy günortanyň patyşalygynyň soňky neslidir. Amaly derejede bolsa, çaga patyşasy AntiýohyŇ güýji bilen deňeşdirilende gowşaklygy aňladýar.</w:t>
      </w:r>
    </w:p>
    <w:p>
      <w:pPr>
        <w:pStyle w:val="ArticleScripture"/>
        <w:jc w:val="left"/>
      </w:pPr>
      <w:r>
        <w:rPr>
          <w:rFonts w:ascii="Times New Roman" w:hAnsi="Times New Roman" w:eastAsia="Times New Roman" w:cs="Times New Roman"/>
        </w:rPr>
        <w:t>Ptolemeý Filopater bilen Antiohusyň arasynda baglaşylan parahatçylyk on dört ýyl dowam etdi. Bu aralykda Ptolemeý nebisjeňlik we azgynçylyk zerarly aradan çykdy, onuň ýerine bolsa şol wagtda dört ýa-da bäş ýaşly çaga bolan ogly Ptolemeý Epifanes geçdi. Şol bir döwürde Antiohus öz patyşalygyndaky gozgalaňy basyp ýatyran, gündogar ülňülerini boýun egdirip, tertibe salan bolansoň, ýaş Epifanes Müsüriň tagtyna çykanda islendik işe girişmäge boşdy; we muny öz häkimligini giňeltmek üçin elden gidirmeli däl juda amatly pursat hasap edip, “öňküsinden has uly” ägirt goşun toplady (çünki ol gündogar ýörişinde köp güýç ýygnap, uly baýlyk edinipdi) hem-de bäbek patyşanyň üstünden aňsat ýeňiş gazanjakdygyna garaşyp, Müsüre garşy ýörişe çykdy. Onuň nähili üstünlik gazanandygyny bolsa birazdan göreris; çünki şu ýerde bu patyşalyklaryň işlerine täze çylşyrymlar aralaşýar we taryhyň sahnasyna täze hereket edýän şahslar girizilýär.” Uriah Smith, Daniel and the Revelation, 255.</w:t>
      </w:r>
    </w:p>
    <w:p>
      <w:pPr>
        <w:pStyle w:val="ArticleHeading"/>
        <w:jc w:val="left"/>
      </w:pPr>
      <w:r>
        <w:rPr>
          <w:rFonts w:ascii="Arial" w:hAnsi="Arial" w:eastAsia="Arial" w:cs="Arial"/>
        </w:rPr>
        <w:t>Günortanyň Patyşasy</w:t>
      </w:r>
    </w:p>
    <w:p>
      <w:pPr>
        <w:pStyle w:val="ArticleBody"/>
        <w:jc w:val="left"/>
      </w:pPr>
      <w:r>
        <w:rPr>
          <w:rFonts w:ascii="Times New Roman" w:hAnsi="Times New Roman" w:eastAsia="Times New Roman" w:cs="Times New Roman"/>
        </w:rPr>
        <w:t>Russiýanyň soňky ädimlerini beýan etmek, pygamberlikdäki günortanyň patyşasynyň soňky ädimlerini beýan etmekdir. 1798-nji ýylda, ahyrzamanyň wagtynda, pygamberlik taryhyna gelen ruhy günortanyň patyşasynyň pygamberlik häsiýetleriniň biri onuň nähili soňuna çykýandygydyr. Bu şeýle hem demirgazygyň patyşasynyň we ýalan pygamberiň pygamberlik häsiýetidir. Dünýäni Armageddona alyp barýan üç güýjüň hersiniň soňy Hudaýyň Sözünde aýratynlykda kesgitlenendir. Putin we Russiýa bilen näme bolup geçse, ol günortanyň patyşasynyň öňki setirleri arkaly öňünden nusgalandyran bolar.</w:t>
      </w:r>
    </w:p>
    <w:p>
      <w:pPr>
        <w:pStyle w:val="ArticleBody"/>
        <w:jc w:val="left"/>
      </w:pPr>
      <w:r>
        <w:rPr>
          <w:rFonts w:ascii="Times New Roman" w:hAnsi="Times New Roman" w:eastAsia="Times New Roman" w:cs="Times New Roman"/>
        </w:rPr>
        <w:t>Günorta ruhy patyşasynyň heläk bolşunyň mysallary, Rewolýusiýa döwründe ateistik Fransiýa bolan ilkinji ruhy günorta patyşasynyň heläk bolşy bilen öňden nyşanlanyp görkezilipdi. Günorta patyşalygynyň heläkligi günorta patyşasynyň heläkligini hem öz içine alýar. Napoleonyň heläkligi Fransiýanyň heläkligine laýyk gelýär we günortanyň indiki patyşalygynyň, ýagny Russiýanyň heläk bolşy bilen utgaşýar. Häzirki zaman günorta patyşasy hökmünde Russiýa, günorta patyşasy hökmünde Fransiýa nähili rewolýusiýa bilen başlanan bolsa, edil şonuň ýaly rewolýusiýa bilen başlady.</w:t>
      </w:r>
    </w:p>
    <w:p>
      <w:pPr>
        <w:pStyle w:val="ArticleBody"/>
        <w:jc w:val="left"/>
      </w:pPr>
      <w:r>
        <w:rPr>
          <w:rFonts w:ascii="Times New Roman" w:hAnsi="Times New Roman" w:eastAsia="Times New Roman" w:cs="Times New Roman"/>
        </w:rPr>
        <w:t>Ynkylap, günortanyň patyşalarynyň nyşany bolan aždarhanyň häsiýetidir. Günortanyň patyşasynyň baş nyşany bolan aždarha Şeýtandyr, we ol müňýyllygyň ahyrynda ynkylap etmäge synanyşanda, gökden ot inip gelip, ony ýuwudýar. Onuň başlangyçda gökde eden pitnesi, müňýyllygyň soňunda boljak pitnesiniň alfasy boldy.</w:t>
      </w:r>
    </w:p>
    <w:p>
      <w:pPr>
        <w:pStyle w:val="ArticleBody"/>
        <w:jc w:val="left"/>
      </w:pPr>
      <w:r>
        <w:rPr>
          <w:rFonts w:ascii="Times New Roman" w:hAnsi="Times New Roman" w:eastAsia="Times New Roman" w:cs="Times New Roman"/>
        </w:rPr>
        <w:t>1798-nji ýylda Fransiýa pygamberlik taýdan Fransuz rewolýusiýasy döwründe ruhy taýdan günortanyň patyşasy hökmünde tagta çykdy. Şol rewolýusiýa Ýewropanyň milletleriniň içinden süpürip geçdi hem-de ahyrsoňy şol ýylyň özünde tizden-tiz Bolşewik rewolýusiýasy bilen yzarlanan Rus rewolýusiýasyna gelip ýetdi.</w:t>
      </w:r>
    </w:p>
    <w:p>
      <w:pPr>
        <w:pStyle w:val="ArticleBody"/>
        <w:jc w:val="left"/>
      </w:pPr>
      <w:r>
        <w:rPr>
          <w:rFonts w:ascii="Times New Roman" w:hAnsi="Times New Roman" w:eastAsia="Times New Roman" w:cs="Times New Roman"/>
        </w:rPr>
        <w:t>1917-nji ýyldaky Rus ynkylaby iki esasy tapgyrdan ybaratdy: Fewral ynkylaby (ol patyşalyk monarhiýasyny agdaryp, awtokratiýany soňlandyrdy we Sowetler bilen goşa häkimiýetlilik döwrüniň arasynda wagtlaýyn hökümeti döretdi) hem-de Oktýabr ynkylaby (Bolshewik ynkylaby hem diýlip atlandyrylýar; onda Lenin baştutanlygyndaky bolşewikler döwlet agdarylyşygy arkaly häkimiýeti eýelediler, munuň netijesinde Sowet häkimiýeti ornaşdy we sosializme/kommunizme barýan ýol açyldy).</w:t>
      </w:r>
    </w:p>
    <w:p>
      <w:pPr>
        <w:pStyle w:val="ArticleBody"/>
        <w:jc w:val="left"/>
      </w:pPr>
      <w:r>
        <w:rPr>
          <w:rFonts w:ascii="Times New Roman" w:hAnsi="Times New Roman" w:eastAsia="Times New Roman" w:cs="Times New Roman"/>
        </w:rPr>
        <w:t>Taryhy seljermelerde we ynkylap nazaryýetinde (esasanam Trotskiý, Lýuksemburg we meňzeşlikleri çekýän beýleki marksistik garaýyşlardan ugur alnyp), Fransuz ynkylaby (1789–1799) köplenç rus wakalarynyň gidişini nusgalaýjy ýa-da onuň üçin bir shema beriji hökmünde görülýär. Rus döwürleriniň bu tapgyrlaryny nusgalaýan Fransuz ynkylabynyň iki ädimi şulardyr:</w:t>
      </w:r>
    </w:p>
    <w:p>
      <w:pPr>
        <w:pStyle w:val="ArticleListItem"/>
        <w:ind w:left="576" w:hanging="259"/>
        <w:jc w:val="left"/>
      </w:pPr>
      <w:r>
        <w:rPr>
          <w:rFonts w:ascii="Times New Roman" w:hAnsi="Times New Roman" w:eastAsia="Times New Roman" w:cs="Times New Roman"/>
        </w:rPr>
        <w:t>• Ilkinji aram/konstitusion basganjy (takmynan 1789–1792), ol Fewral rewolýusiýasyna laýyk gelýär. Fransuz rewolýusiýasynyň bu basganjy Bastiliýanyň basylyp alynmagy, Baş Ştatlaryň/Milli Mejlisiniň çagyrylmagy, feodal artykmaçlyklaryň ýatyrylmagy, Adam hukuklarynyň Jarnamasynyň yglan edilmegi hem-de Žirondinleriň we aram reformaçylaryň ýolbaşçylygynda konstitusion monarhiýanyň döredilmegi bilen başlandy. Ol absolýut monarhiýany agdardy, ýöne buržuaz/liberal dolandyryşyň hem-de ikili/bäsleşikli häkimiýet gurluşlarynyň käbir alamatlaryny (mysal üçin, Mejlis bilen henizem saklanyp galan monarhiýanyň arasyndaky ýagdaýy) saklap galdy. Şonuň ýaly-da, 1917-nji ýylyň Fewraly çarizmi soňlandyrdy, ýöne buržuaz wagtlaýyn hökümete we Sowetler bilen ikili häkimiýete getirdi.</w:t>
      </w:r>
    </w:p>
    <w:p>
      <w:pPr>
        <w:pStyle w:val="ArticleListItem"/>
        <w:ind w:left="576" w:hanging="259"/>
        <w:jc w:val="left"/>
      </w:pPr>
      <w:r>
        <w:rPr>
          <w:rFonts w:ascii="Times New Roman" w:hAnsi="Times New Roman" w:eastAsia="Times New Roman" w:cs="Times New Roman"/>
        </w:rPr>
        <w:t>• Radikal/Ýakobin döwri (takmynan 1792–1794, şol sanda Birinji Respublikanyň döredilmegini, Lýudowik XVI-nyň jezalandyrylmagyny hem-de Robespýer bilen Ýakobinleriň/Jemgyýet howpsuzlygy komitetiniň ýolbaşçylygy astyndaky Terror hökümranlygyny öz içine alýar) Oktýabr (Bolşewik) rewolýusiýasy bilen gabat gelýär. Ýakobinler has aram Žirondinlerden häkimiýeti radikal hereket arkaly ele geçirdiler, respublika yglan etdiler, garşy-rewolýusiýany basyp ýatyrdylar hem-de rewolýusiýany has çuňňur jemgyýetçilik özgertmelerine we içerki/daşarky howplardan goraga tarap ilerletdiler. Bu, bolşewikleriň wagtlaýyn hökümeti agdaryp, proletariatyň häkimiýetini/proletariat diktaturasyny berkitmegi hem-de rewolýusion sosializmi öňe sürmegi bilen meňzeşlik görkezýär.</w:t>
      </w:r>
    </w:p>
    <w:p>
      <w:pPr>
        <w:pStyle w:val="ArticleBody"/>
        <w:jc w:val="left"/>
      </w:pPr>
      <w:r>
        <w:rPr>
          <w:rFonts w:ascii="Times New Roman" w:hAnsi="Times New Roman" w:eastAsia="Times New Roman" w:cs="Times New Roman"/>
        </w:rPr>
        <w:t>Bu meňzeşlikler ynkylaplaryň köplenç belli bir nusga boýunça ösýändigini aýratyn nygtaýar: köne düzgüne garşy ilki giň gerimli gozgalaňyň turmagy (muňa aramçy/buržuaz güýçleriň ýolbaşçylyk etmegi), onuň yzyndan bolsa krizis şertlerinde ynkylaby “halas etmek” we ony has-da çuňlaşdyrmak üçin radikallaryň häkimiýeti has ýiti görnüşde ele geçirmegi. Bolşewikleriň özleri hem Fransuz mysalyna aňly-düşünjeli esaslanypdylar; olar Oktýabr gozgalaňyna Ýakobin agdarylyşyga meňzeş zat hökmünde garaýardylar — kontrrewolýusiýanyň öňüni almak we ynkylabyň mümkinçiligini amala aşyrmak üçin zerur zat hökmünde.</w:t>
      </w:r>
    </w:p>
    <w:p>
      <w:pPr>
        <w:pStyle w:val="ArticleBody"/>
        <w:jc w:val="left"/>
      </w:pPr>
      <w:r>
        <w:rPr>
          <w:rFonts w:ascii="Times New Roman" w:hAnsi="Times New Roman" w:eastAsia="Times New Roman" w:cs="Times New Roman"/>
        </w:rPr>
        <w:t>Bu tipologiýa Trotskiniň *Rus Rewolýusiýasynyň Taryhy* ýaly eserlerde ýüze çykýar (ol ýerde Russiýadaky goşa häkimiýet döwrüni Fransiýadaky meňzeş ýagdaýlar bilen aç-açan deňeşdirýär) hem-de Roza Lýuksemburgyň rus wakalary baradaky ýazgylarynda-da görünýär; ol ýerde ol Rus Rewolýusiýasynyň ilkinji döwrüniň (mart–oktýabr) fransuz (we iňlis) rewolýusiýalarynyň shemasyna eýerýändigini, bolşewikleriň häkimiýeti ele geçirmeginiň bolsa ýakobinleriň ýokarlanmagy bilen ugurdaşdygyny belleýär.</w:t>
      </w:r>
    </w:p>
    <w:p>
      <w:pPr>
        <w:pStyle w:val="ArticleBody"/>
        <w:jc w:val="left"/>
      </w:pPr>
      <w:r>
        <w:rPr>
          <w:rFonts w:ascii="Times New Roman" w:hAnsi="Times New Roman" w:eastAsia="Times New Roman" w:cs="Times New Roman"/>
        </w:rPr>
        <w:t>Isa hemişe ahyry başlangyç arkaly şekillendirýär, günortanyň ilkinji ruhy patyşasy bolan Napoleonyň synmagy hem ynkylabyň başyndaky ýolbelgilerine eýerdi, we şeýle etmek bilen Sowet Soýuzynyň synmagyny aňlatdy.</w:t>
      </w:r>
    </w:p>
    <w:p>
      <w:pPr>
        <w:pStyle w:val="ArticleBody"/>
        <w:jc w:val="left"/>
      </w:pPr>
      <w:r>
        <w:rPr>
          <w:rFonts w:ascii="Times New Roman" w:hAnsi="Times New Roman" w:eastAsia="Times New Roman" w:cs="Times New Roman"/>
        </w:rPr>
        <w:t>Napoleonyň yzygiderli (ädimme-ädim) çöküşi, Fransuz rewolýusiýasynyň iki tapgyrynyň Rus rewolýusiýasynyň 1917-nji ýylyň Fewral we Oktýabr tapgyrlaryny öňünden şekillendiren şol bir tipologik çarçuwasynda, Sowet Soýuzynyň kem-kemden pese gaçmagy we 1991-nji ýylda dargamagy bilen örän ýakyndan gabat gelýär. Bu meňzeşlik, radikal tapgyrdan soňky berkitme döwrüne (Bonapartizm) we onuň gutulgysyz çözülmegine hem uzalýar. Bu, umumy taryhy kanunalaýyklyklardan hem-de Napoleonny Bonapartizmiň arhetipi hökmünde kabul edýän marksistik seljermelerden (aýratyn-da Trotskiniň The Revolution Betrayed we oňa degişli beýleki eserlerindäki seljermelerden) ugur alýar: rewolýusiýanyň iň radikal belentliginden soň ýüze çykýan, synplaryň arasynda deňagramlylyk saklaýan, rewolýusiýanyň esasy gurluş gazananlaryny gorap saklaýan (şol bir wagtda onuň demokratik itergisini basyp ýatyrýan), şahsy/harby-býurokratik imperiýa gurýan, çenden aşa giňelýän, soňra bolsa köne düzgüniň bölekleýin dikeldilmegine getirýän tapgyrlaýyn çöküşi başdan geçirýän güýçli adam režimi.</w:t>
      </w:r>
    </w:p>
    <w:p>
      <w:pPr>
        <w:pStyle w:val="ArticleHeading"/>
        <w:jc w:val="left"/>
      </w:pPr>
      <w:r>
        <w:rPr>
          <w:rFonts w:ascii="Arial" w:hAnsi="Arial" w:eastAsia="Arial" w:cs="Arial"/>
        </w:rPr>
        <w:t>Napoleonyň bonapartçylyk taýdan ýokary galşy stalinçilik jemleniş bilen meňzeşlik görkezýär</w:t>
      </w:r>
    </w:p>
    <w:p>
      <w:pPr>
        <w:pStyle w:val="ArticleBody"/>
        <w:jc w:val="left"/>
      </w:pPr>
      <w:r>
        <w:rPr>
          <w:rFonts w:ascii="Times New Roman" w:hAnsi="Times New Roman" w:eastAsia="Times New Roman" w:cs="Times New Roman"/>
        </w:rPr>
        <w:t>Ýakobinleriň radikal tapgyryndan we Termidor reaksiýasyndan (1794) soň, durnuksyz Direktorat (1795–1799) döwründe, Napoleonyň 18 Brýumer döwlet agdarylyşygy (1799) Konsullygy, soňra bolsa Imperiýany (1804) döredýär. Ol buržuaz rewolýusiýasynyň gazananlaryny kodlaşdyrýar we ýaýradýar (Napoleon Kodeksi, feodal artykmaçlyklaryň ýatyrylmagy, güýçli merkezleşdirilen döwlet), ýöne olary awtoritar dolandyryşa, harby şöhrata we täze elitanyň bähbitlerine tabyn edýär.</w:t>
      </w:r>
    </w:p>
    <w:p>
      <w:pPr>
        <w:pStyle w:val="ArticleBody"/>
        <w:jc w:val="left"/>
      </w:pPr>
      <w:r>
        <w:rPr>
          <w:rFonts w:ascii="Times New Roman" w:hAnsi="Times New Roman" w:eastAsia="Times New Roman" w:cs="Times New Roman"/>
        </w:rPr>
        <w:t>Bolşewik/Oktýabr radikal tapgyryndan we irki sowet synaglaryndan soň, býurokratik bozulma başlanýar (esasan-da 1920-nji ýyllaryň ortalaryndan). Staliniň häkimiýeti merkezleşdirmegi Çep Oppozisiýany ýeňlişe sezewar edýär, “bir ýurtda sosializmi” ýörite taýdan ornaşdyrýar we polisiýa/harby-býurokratik diktaturany döredýär. Meýilleşdirilen ykdysadyýet we millileşdirilen emläk (Oktýabryň esasy gazananlary) saklanyp galýar, ýöne olar artykmaçlyga eýe bolan bir kastanyň gurallaryna öwrülýär, şol bir wagtyň özünde internasiýonalizm taşlanýar.</w:t>
      </w:r>
    </w:p>
    <w:p>
      <w:pPr>
        <w:pStyle w:val="ArticleBody"/>
        <w:jc w:val="left"/>
      </w:pPr>
      <w:r>
        <w:rPr>
          <w:rFonts w:ascii="Times New Roman" w:hAnsi="Times New Roman" w:eastAsia="Times New Roman" w:cs="Times New Roman"/>
        </w:rPr>
        <w:t>Iki ýagdaýyň ikisinde-de, rewolýusion energiýa “doňdurylýar” we bir şahsyýetiň ýa-da apparatyň astynda döwlet häkimiýetine hem-de giňelmesine gönükdirilýär (Trotskiý stalinçilik düzgünini aç-açan “Sowet bonapartizminiň” bir görnüşi diýip atlandyrypdy; ol Konsullykdan däl-de, Napoleonyň Imperiýasyna has ýakyndy).</w:t>
      </w:r>
    </w:p>
    <w:p>
      <w:pPr>
        <w:pStyle w:val="ArticleHeading"/>
        <w:jc w:val="left"/>
      </w:pPr>
      <w:r>
        <w:rPr>
          <w:rFonts w:ascii="Arial" w:hAnsi="Arial" w:eastAsia="Arial" w:cs="Arial"/>
        </w:rPr>
        <w:t>Ädim-Ädim Çökgünlik</w:t>
      </w:r>
    </w:p>
    <w:p>
      <w:pPr>
        <w:pStyle w:val="ArticleBody"/>
        <w:jc w:val="left"/>
      </w:pPr>
      <w:r>
        <w:rPr>
          <w:rFonts w:ascii="Times New Roman" w:hAnsi="Times New Roman" w:eastAsia="Times New Roman" w:cs="Times New Roman"/>
        </w:rPr>
        <w:t>Bu esasy laýyklykdyr — pese gaçma birden bolan ýekeje hadysa däl, eýsem aşa ýaýramak, içerki gapma-garşylyklar, harby batgalyklar, çetki gözegçiligiň ýitirilmegi, başa barmadyk özgertmeler hem-de ahyrky dargama/dikeldiş tarapyndan herekete getirilen iýrilmeleriň yzly-yzyna gelýän tapgyrydyr.</w:t>
      </w:r>
    </w:p>
    <w:p>
      <w:pPr>
        <w:pStyle w:val="ArticleHeading"/>
        <w:jc w:val="left"/>
      </w:pPr>
      <w:r>
        <w:rPr>
          <w:rFonts w:ascii="Arial" w:hAnsi="Arial" w:eastAsia="Arial" w:cs="Arial"/>
        </w:rPr>
        <w:t>Napoleonçylyk tarap (1812-den 1815-e çenli)</w:t>
      </w:r>
    </w:p>
    <w:p>
      <w:pPr>
        <w:pStyle w:val="ArticleListItem"/>
        <w:ind w:left="576" w:hanging="259"/>
        <w:jc w:val="left"/>
      </w:pPr>
      <w:r>
        <w:rPr>
          <w:rFonts w:ascii="Times New Roman" w:hAnsi="Times New Roman" w:eastAsia="Times New Roman" w:cs="Times New Roman"/>
        </w:rPr>
        <w:t>• 1812: Russiýa çozuşynyň heläkçilikli bolmagy — Beýik goşun (600 000 esger) üpjünçilik, gyş we garşylyk sebäpli kül-keran edildi. Betbagtçylykly öwrülişik pursady; abraýyň we adam güýjüniň ägirt uly ýitgisi.</w:t>
      </w:r>
    </w:p>
    <w:p>
      <w:pPr>
        <w:pStyle w:val="ArticleListItem"/>
        <w:ind w:left="576" w:hanging="259"/>
        <w:jc w:val="left"/>
      </w:pPr>
      <w:r>
        <w:rPr>
          <w:rFonts w:ascii="Times New Roman" w:hAnsi="Times New Roman" w:eastAsia="Times New Roman" w:cs="Times New Roman"/>
        </w:rPr>
        <w:t>• 1813: Oňa garşy koalisiýa döredilýär; Leýpsigdäki ýeňliş (“Milletleriň söweşi”) — nemes ýaranlarynyň we ýerleriniň ýitirilmegi; imperiýa kiçelip başlaýar.</w:t>
      </w:r>
    </w:p>
    <w:p>
      <w:pPr>
        <w:pStyle w:val="ArticleListItem"/>
        <w:ind w:left="576" w:hanging="259"/>
        <w:jc w:val="left"/>
      </w:pPr>
      <w:r>
        <w:rPr>
          <w:rFonts w:ascii="Times New Roman" w:hAnsi="Times New Roman" w:eastAsia="Times New Roman" w:cs="Times New Roman"/>
        </w:rPr>
        <w:t>• 1814: Soýuzdaşlar Fransiýanyň öz çägine çozuş edýärler; Pariž ýykylýar; Napoleon tagtdan ýüz öwrüp, Elba sürgün edilýär.</w:t>
      </w:r>
    </w:p>
    <w:p>
      <w:pPr>
        <w:pStyle w:val="ArticleListItem"/>
        <w:ind w:left="576" w:hanging="259"/>
        <w:jc w:val="left"/>
      </w:pPr>
      <w:r>
        <w:rPr>
          <w:rFonts w:ascii="Times New Roman" w:hAnsi="Times New Roman" w:eastAsia="Times New Roman" w:cs="Times New Roman"/>
        </w:rPr>
        <w:t>• 1815: Gysga wagtlaýyn gaýdyp gelmegi («Ýüz gün»), Waterloo-da ahyrky ýeňlişi; keramatly Helena adasyna hemişelik sürgün edilmegi; Bourbon monarhiýasynyň gaýtadan dikeldilmegi (rewolýusiýanyň gazananlarynyň yzyna serpikdirilip ýatyrylmagy, emma doly däl — käbir hukuk we dolandyryş özgertmeleri saklanyp galdy).</w:t>
      </w:r>
    </w:p>
    <w:p>
      <w:pPr>
        <w:pStyle w:val="ArticleHeading"/>
        <w:jc w:val="left"/>
      </w:pPr>
      <w:r>
        <w:rPr>
          <w:rFonts w:ascii="Arial" w:hAnsi="Arial" w:eastAsia="Arial" w:cs="Arial"/>
        </w:rPr>
        <w:t>Sowet tarapy (1970-nji ýyllardan 1991-nji ýyla çenli)</w:t>
      </w:r>
    </w:p>
    <w:p>
      <w:pPr>
        <w:pStyle w:val="ArticleListItem"/>
        <w:ind w:left="576" w:hanging="259"/>
        <w:jc w:val="left"/>
      </w:pPr>
      <w:r>
        <w:rPr>
          <w:rFonts w:ascii="Times New Roman" w:hAnsi="Times New Roman" w:eastAsia="Times New Roman" w:cs="Times New Roman"/>
        </w:rPr>
        <w:t>• 1970-nji ýyllaryň ahyry–1980-nji ýyllar: ykdysady durluk (Brežnew döwründäki “zastoi”), dowamly ýetmezçilikler, tehnologik yza galma we ABŞ/NATO bilen ýadawlyga salýan ýaraglanma ýaryşy — ulgamyň aşa dartylmagy ykdysadyýeti içerki taýdan gowşadyp başlaýar.</w:t>
      </w:r>
    </w:p>
    <w:p>
      <w:pPr>
        <w:pStyle w:val="ArticleListItem"/>
        <w:ind w:left="576" w:hanging="259"/>
        <w:jc w:val="left"/>
      </w:pPr>
      <w:r>
        <w:rPr>
          <w:rFonts w:ascii="Times New Roman" w:hAnsi="Times New Roman" w:eastAsia="Times New Roman" w:cs="Times New Roman"/>
        </w:rPr>
        <w:t>• 1979–1989: Owganystan söweşi — Sowetleriň “Wýetnamy”; batgalyga öwrülen bu ýagdaý serişdeleri, ruhubelentligi we halkara abraýyny sorup alýar (şu ýerde ýaňsyly meňzeşligi belläň: Napoleon Russiýada heläk edildi; SSSR bolsa daglyk, gaýtawul berýän söweş meýdanynda gana boýaldy).</w:t>
      </w:r>
    </w:p>
    <w:p>
      <w:pPr>
        <w:pStyle w:val="ArticleListItem"/>
        <w:ind w:left="576" w:hanging="259"/>
        <w:jc w:val="left"/>
      </w:pPr>
      <w:r>
        <w:rPr>
          <w:rFonts w:ascii="Times New Roman" w:hAnsi="Times New Roman" w:eastAsia="Times New Roman" w:cs="Times New Roman"/>
        </w:rPr>
        <w:t>• 1985–1989: Gorbaçýowyň perestroýka/glasnost özgertmeleri (ulgamy “halas etmek” synanyşygy, edil Napoleonyň giçki käbir düzedişleri ýaly) tersine, bar bolan gapma-garşylyklary aýan edýär we çaltlandyrýar; Gündogar Blogunyň hemra döwletleri gozgalaňa galýar we azat bolýar (Berlin diwary 1989-njy ýylyň 9-njy noýabrynda ýykyldy, režimler bolsa 1989–1990 ýyllaryň dowamynda yzly-yzyna çökdi) — “daşky imperiýanyň” ýitirilmegi, takyk Napoleonyň soýuzdaş döwletlerini ýitirişi ýaly.</w:t>
      </w:r>
    </w:p>
    <w:p>
      <w:pPr>
        <w:pStyle w:val="ArticleListItem"/>
        <w:ind w:left="576" w:hanging="259"/>
        <w:jc w:val="left"/>
      </w:pPr>
      <w:r>
        <w:rPr>
          <w:rFonts w:ascii="Times New Roman" w:hAnsi="Times New Roman" w:eastAsia="Times New Roman" w:cs="Times New Roman"/>
        </w:rPr>
        <w:t>• 1990–1991: Içerki milletçi krizisler, respublikalár suverenitetlerin yglan edýärler; 1991-nji ýylyň awgustynda berk ugurlylaryň döwlet agdarylyşygy synanyşygy haýran galdyryjy derejede şowsuzlyga uçraýar; Gorbaçýow 1991-nji ýylyň 25-nji dekabrynda wezipesinden çekilýär; SSRI 15 döwlete dargap gidýär. Munuň yz ýanyndan kapitalistik dikeldiş gelýär (Ýeltsin döwrüniň “şok terapiýasy”, oligarklar, hususylaşdyrma) — bu Burbonlaryň dikeldilişine meňzeşdir: rewolýusiýadan öňki synpy elementler (ýa-da olaryň ekwiwalentleri) gaýdyp gelýär, rewolýusiýanyň emläk gatnaşyklaryny doly möçberde yzyna serpikdirýärler, emma dolandyryş görnüşleriniň käbirini saklap galýarlar.</w:t>
      </w:r>
    </w:p>
    <w:p>
      <w:pPr>
        <w:pStyle w:val="ArticleBody"/>
        <w:jc w:val="left"/>
      </w:pPr>
      <w:r>
        <w:rPr>
          <w:rFonts w:ascii="Times New Roman" w:hAnsi="Times New Roman" w:eastAsia="Times New Roman" w:cs="Times New Roman"/>
        </w:rPr>
        <w:t>Ikinjüsinde hem “imperiýa” (Fransuz Kontinental ulgamy bilen Sowet Gündogar Blogy/Özara ykdysady kömek geňeşiniň täsiriniň garşysyna) daşardan içe tarap böleklere parçalanýar, içerki çüýreme çaltlaşýar, ahyrky krizis onuň içiniň boşdugyny ýüze çykarýar we öňki jemgyýetçilik güýçleri (monarhiýa/kapitalizm) täzeden özüni görkezýär. Bonapartizm durnukly däldigini subut edýär — Trotskiniň aýdyşy ýaly, “ujunda deňagramlaşdyrylan piramida” — çünki ol rewolýusiýanyň demokratik binýadyny basyp ýatyrmaga, şol bir wagtyň özünde duşmançylykly daşarky basyşlaryň arasynda onuň ykdysady binýadyny goramaga (emma ýoýmaga) daýanýar. Sowetleriň çöküşi giňişleýin taryhy nukdaýnazardan “duýdansyz” bolmandy, eýsem barha güýçlenýän içerki çüýrümegiň jemlenmesi boldy; edil şonuň ýaly, Napoleonyň imperiýasy-da bir gije içinde ýitip gitmedi, eýsem gaýta dikeldilişe çenli yzygiderli ýeňlişler arkaly kem-kemden iýlip-ýitdi.</w:t>
      </w:r>
    </w:p>
    <w:p>
      <w:pPr>
        <w:pStyle w:val="ArticleBody"/>
        <w:jc w:val="left"/>
      </w:pPr>
      <w:r>
        <w:rPr>
          <w:rFonts w:ascii="Times New Roman" w:hAnsi="Times New Roman" w:eastAsia="Times New Roman" w:cs="Times New Roman"/>
        </w:rPr>
        <w:t>Fransiýanyň we Sowet Soýuzynyň başlangyjy hem soňy Uzziýa patyşanyň we Ptolemeýiň şaýatlygy bilen gabat gelýär. Ptolemeý IV Filopator günortanyň patyşasy hökmünde Rafiýa söweşinde (b.e. öň 217) demirgazygyň patyşasyna (Antihoh III) garşy aýgytly ýeňiş gazanýar, emma “ol bu ýeňiş bilen güýçlenmez” — ol artykmaçlygyny dowam etdirmegiň ýerine parahatçylyk baglaşýar, kaşaňlyga we özüni beýgeltmäge gaýdýar, soňra bolsa (3 Makkabeýler 1–2-de saklanan ýazga görä) öz ýeňşinden soň Ptolemeý Iýerusalime baryp görýär. Onuň ýüregi ýokary galdyrylyp, iň Mukaddes ýere girmäge we gurbanlygy özi hödürlemäge synanyşýar — bu hakyky Hudaýa garşy bikanun eýe çykma we garşylyk hereketidir. Ol ylahy taýdan urlup (ysmazlyga duçar bolup), masgara edilýär we Hudaýyň halkyny yzarlamaga ýüz öwürýär. Ondan soň onuň patyşalygy barha pese gaçyşyň döwri bolýar: ahlak bozulmasy, içerki gozgalaňlar we ölümine çenli güýjüň ýitirilmegi. Bu, harby üstünlikden soň ýüregi ýokary galan Uzziýa patyşanyň (2 Tarhlar 26:16–21) takyk aýna şöhlelenmesidir; ol soňra ybadathana girip hoşboý tütetgi ýakmaga synanyşdy (ruhanylaryň ygtyýarlygyny basyp alyp) we maňlaýynda mergi bilen uruldy, bu bolsa açyk, göze görünýän höküm boldy. Şondan soň Uzziýa ölümine çenli aýrylykda ýaşady, Rebbiň öýünden kesilip aýryldy — birden ýok edilmek däl-de, haýal we uzaga çeken heläkçilik bilen.</w:t>
      </w:r>
    </w:p>
    <w:p>
      <w:pPr>
        <w:pStyle w:val="ArticleBody"/>
        <w:jc w:val="left"/>
      </w:pPr>
      <w:r>
        <w:rPr>
          <w:rFonts w:ascii="Times New Roman" w:hAnsi="Times New Roman" w:eastAsia="Times New Roman" w:cs="Times New Roman"/>
        </w:rPr>
        <w:t>Bularyň ikisi-de günortanyň patyşalarydyr; olaryň tekepbirligi Iýerusalimdäki ybadathana bikanun aralaşmak arkaly ýüze çykýar, mundan soň bolsa dessine ýykylma däl-de, kem-kemden, içden dargadýan bir soňlanma gelýär. Bu, soňraky her bir “günortanyň patyşasy” üçin tipologik nusgadyr.</w:t>
      </w:r>
    </w:p>
    <w:p>
      <w:pPr>
        <w:pStyle w:val="ArticleHeading"/>
        <w:jc w:val="left"/>
      </w:pPr>
      <w:r>
        <w:rPr>
          <w:rFonts w:ascii="Arial" w:hAnsi="Arial" w:eastAsia="Arial" w:cs="Arial"/>
        </w:rPr>
        <w:t>1798: Fransiýa Ruhy Günorta Patyşasy bolýar</w:t>
      </w:r>
    </w:p>
    <w:p>
      <w:pPr>
        <w:pStyle w:val="ArticleBody"/>
        <w:jc w:val="left"/>
      </w:pPr>
      <w:r>
        <w:rPr>
          <w:rFonts w:ascii="Times New Roman" w:hAnsi="Times New Roman" w:eastAsia="Times New Roman" w:cs="Times New Roman"/>
        </w:rPr>
        <w:t>“Ahyrzamanyň wagtynda” (1798) ateistik Fransiýa (ýaňy-ýakynda Müsüriň ruhy häsiýetlerini—Ylham 11:8-de bolşy ýaly, Hudaýy aç-açan inkär etmegi—görkezen güýç) demirgazygyň patyşasyna (Papalyga) garşy itek edýär, Papany ýesir alyp. Napoleon şol itekleýşiň harby bedene bürenen beýanydyr. Fransiýa 1798-nji ýylda günortanyň täjini geýýär, çünki ol gadymy Müsüriň özünde jemlän şol bir ateistik ruhuny beýgeldýär.</w:t>
      </w:r>
    </w:p>
    <w:p>
      <w:pPr>
        <w:pStyle w:val="ArticleBody"/>
        <w:jc w:val="left"/>
      </w:pPr>
      <w:r>
        <w:rPr>
          <w:rFonts w:ascii="Times New Roman" w:hAnsi="Times New Roman" w:eastAsia="Times New Roman" w:cs="Times New Roman"/>
        </w:rPr>
        <w:t>Ýöne Ptolomeý öz “ýeňşinden doly peýdalanyp” bilmedik ýaly, Fransuz rewolýusiýasynyň radikal tapgyry hem öz gazananlaryny saklap ýa-da olary doly derejede daşary ýerlere ýaýradyp bilmedi. Günortanyň täji ateizmiň pelsepesi kämilleşip, özüne täze bir döwlet dolandyryş sesini tapanda, ondan aňryk geçýär.</w:t>
      </w:r>
    </w:p>
    <w:p>
      <w:pPr>
        <w:pStyle w:val="ArticleHeading"/>
        <w:jc w:val="left"/>
      </w:pPr>
      <w:r>
        <w:rPr>
          <w:rFonts w:ascii="Arial" w:hAnsi="Arial" w:eastAsia="Arial" w:cs="Arial"/>
        </w:rPr>
        <w:t>Ösüşe uýgun ýolbaşçylyk nyşanlary: Napoleon — Lenine — Stalin çenli</w:t>
      </w:r>
    </w:p>
    <w:p>
      <w:pPr>
        <w:pStyle w:val="ArticleBody"/>
        <w:jc w:val="left"/>
      </w:pPr>
      <w:r>
        <w:rPr>
          <w:rFonts w:ascii="Times New Roman" w:hAnsi="Times New Roman" w:eastAsia="Times New Roman" w:cs="Times New Roman"/>
        </w:rPr>
        <w:t>Bu üçü tötänden däldir; olar yzygiderli ahyrlyqlardyr — hersi günorta patyşasynyň öz haýal-ýuwaş dargamasyna tarap ugrunyň has öňe giden bir tapgyryny aňladýar. Napoleon — 1798-den soňky ilkinji beýik nyşan. Müsürde (göni manydaky günortada) ýeňiş gazanyp, ol çäkden aşýar (1812-nji ýylyň Russiýa ýörişi betbagtçylyk bolup, onuň çetki imperiýasyna ädimme-ädim gelen ýitgiler tapgyrynyň başlangyjy boldy [1813–1814]), soňky ýeňlişe sezewar bolýar (Waterloo, 1815) we iki gezek sürgün edilýär. Napoleon yzygiderli, tapgyrlaýyn heläkçiligi aňladýar — edil Ptolemeý we Uziýa ýaly.</w:t>
      </w:r>
    </w:p>
    <w:p>
      <w:pPr>
        <w:pStyle w:val="ArticleBody"/>
        <w:jc w:val="left"/>
      </w:pPr>
      <w:r>
        <w:rPr>
          <w:rFonts w:ascii="Times New Roman" w:hAnsi="Times New Roman" w:eastAsia="Times New Roman" w:cs="Times New Roman"/>
        </w:rPr>
        <w:t>Lenin 1917-nji ýylyň Oktýabr rewolýusiýasynda täji ele geçirdi. Bolşewikleriň “itergisi” köne düzgüne (dini häkimiýeti hem goşmak bilen) garşy urşy dowam etdirýär. Emma radikal döwürleşme tapgyry durnuklaşyp bilmeýär; Leniniň öz saglygy ir döwürde bozulýar, we ulgam býurokratikleşip başlaýar.</w:t>
      </w:r>
    </w:p>
    <w:p>
      <w:pPr>
        <w:pStyle w:val="ArticleBody"/>
        <w:jc w:val="left"/>
      </w:pPr>
      <w:r>
        <w:rPr>
          <w:rFonts w:ascii="Times New Roman" w:hAnsi="Times New Roman" w:eastAsia="Times New Roman" w:cs="Times New Roman"/>
        </w:rPr>
        <w:t>Stalin, berkidiji (Sowet Bonapartizmi), ynkylaby harby-býurokratik imperiýa hökmünde “doňdurýar”; esasy gazananlaryny (milleýleşdirilen ykdysadyýet — Napoleonyň Kodeksine anti-feodal deňeşdirme) saklap galýar, emma häkimiýeti içe (arassalamalar) hem daşa (ýaýylma) gönükdirýär. Şeýle-de bolsa, ýürek ateizmde ýokary göterilendir; ulgam hakykatdan-da öz “ýeňşinden doly peýdalanyp” bilmeýär. Çenden aşa giňelme (Owganystan — Napoleonyň Russiýasyna deňeşdirme), durgunlyk, şowsuz reformalar (perestroýka soňky umytsyz synanyşykdy), emra ýurtlaryň ýitirilmegi (1989–90 = “soýuzdaşlaryň” ýitirilmegi) we ahyrky dargama (1991).</w:t>
      </w:r>
    </w:p>
    <w:p>
      <w:pPr>
        <w:pStyle w:val="ArticleBody"/>
        <w:jc w:val="left"/>
      </w:pPr>
      <w:r>
        <w:rPr>
          <w:rFonts w:ascii="Times New Roman" w:hAnsi="Times New Roman" w:eastAsia="Times New Roman" w:cs="Times New Roman"/>
        </w:rPr>
        <w:t>Sowet Soýuzynyň dargamagy birdenkä bolmady — ol, edil Napoleonyň imperiýasynyň ädimme-ädim çüýremegi ýaly hem-de Ptolemeý bilen Uzziýanyň hökümdarlyklarynyň özleriniň ybadathana-magburlanma pursadyndan soň solup gitşi ýaly, tapgyrlaýyn boldy. Günortanyň “ruhy” patyşasy (döwlet görnüşindäki ateizm) hem özüne mahsus uzaga çeken hökümini aldy: içinden oýulyp boşadyldy, ýalany saklap bilmän galdy, demirgazygyň patyşasynyň garşy hereketynde (boşlukda Papalygyň gaýtadan güýçlenmeginde) süpürilip aýryldy.</w:t>
      </w:r>
    </w:p>
    <w:p>
      <w:pPr>
        <w:pStyle w:val="ArticleBody"/>
        <w:jc w:val="left"/>
      </w:pPr>
      <w:r>
        <w:rPr>
          <w:rFonts w:ascii="Times New Roman" w:hAnsi="Times New Roman" w:eastAsia="Times New Roman" w:cs="Times New Roman"/>
        </w:rPr>
        <w:t>Fransuz ynkylaby (iki ädim) Rus ynkylabynyň (Fewral we Oktýabr/Bolşewik) nyşanly görnüşidir. Napoleonlyk Bonapartizm hem-de kem-kemden dargamak Stalinizmiň berkidilişiniň we Sowetleriň kem-kemden dargamagynyň nyşanly görnüşidir. Bularyň hemmesi Daniel 11-däki günortanyň patyşasy çyzygynyň häzirki zamandaky amal boluşydyr: Ptolemeýiň Rafiadaky şowsuzlygyndan we ybadathana garpyzlygyndan başlap, Uzziýanyň şol bir günäsi we haýal soňy arkaly, 1798-nji ýyldaky Fransiýa we öz ýeňişleri bilen özüni berkidip bilmedik onuň ateistik mirasdüşerine (Lenin–Stalin döwri) çenli.</w:t>
      </w:r>
    </w:p>
    <w:p>
      <w:pPr>
        <w:pStyle w:val="ArticleBody"/>
        <w:jc w:val="left"/>
      </w:pPr>
      <w:r>
        <w:rPr>
          <w:rFonts w:ascii="Times New Roman" w:hAnsi="Times New Roman" w:eastAsia="Times New Roman" w:cs="Times New Roman"/>
        </w:rPr>
        <w:t>Lenin häkimiýetiň radikal esaslandyryjysy ýa-da ele geçirijisi boldy (Ýakobin/Bolşewikleriň ýokary galşy bilen ugurdaş; 1917-nji ýyldan soňky “iteriş” tapgyry, Brumaire-den soň Napoleonyň irki Konsullygyna meňzeşdir). Stalin bolsa Bonapartist berkidiji boldy (Sowet imperiýasyny gurujy, arassalaýyşlar, Ikinji jahan urşundaky ýeňiş, Sowuk urşuň iň ýokary derejesi; ýüregi ateizmde göterildi, emma bu ýeňşi uzak möhletleýin doly “berkitmäge” ukyply bolmady — aşa giňelme başlanýar).</w:t>
      </w:r>
    </w:p>
    <w:p>
      <w:pPr>
        <w:pStyle w:val="ArticleBody"/>
        <w:jc w:val="left"/>
      </w:pPr>
      <w:r>
        <w:rPr>
          <w:rFonts w:ascii="Times New Roman" w:hAnsi="Times New Roman" w:eastAsia="Times New Roman" w:cs="Times New Roman"/>
        </w:rPr>
        <w:t>Hruşýow iň ýokary derejesinden soňky “ýylyşma” döwrüniň ýolbaşçysydy (1953–1964): Stalini ýazgarýar (1956-njy ýyldaky Gizlin Çykyş), käbir korrupsiýany paş edýär, çäkli özgertmeleri amala aşyrmaga synanyşýar, emma ulgamyň düýpli garşylyklaryny çözüp bilmeýär. Bu “Termidorçylyk” ýa-da irki pese gaçyş tapgyryna gabat gelýär — terror gowşaýar, emma özeni ateistik gurluş saklanyp galýar, şol bir wagtyň özünde abraý pese düşýär (mysal üçin, 1962-nji ýyldaky Kuba raketa krizisindäki masgaraçylyk beýik napoleonlyk ýeňlişlerinden öňki ownuk napoleonçy şowsuzlyklary şöhlelendirýär).</w:t>
      </w:r>
    </w:p>
    <w:p>
      <w:pPr>
        <w:pStyle w:val="ArticleBody"/>
        <w:jc w:val="left"/>
      </w:pPr>
      <w:r>
        <w:rPr>
          <w:rFonts w:ascii="Times New Roman" w:hAnsi="Times New Roman" w:eastAsia="Times New Roman" w:cs="Times New Roman"/>
        </w:rPr>
        <w:t>Gorbaçýow perestroýka (gaýtadan gurluşyk) we glasnosty (açyklyk) ulgamy “halas etmek” üçin iň soňky alajyň synanyşyklary hökmünde ulanan, emma olar çöküşi çaltlandyran umytsyz reformaçydy (1985–1991) — Gündogar Blokunyň ýitirilmegi (1989-njy ýyldaky Berlin diwary), içerki gozgalaňlar. Bu “progressiw tamamlanşyň” iň aýdyň alamatydyr: edil 1814-nji ýyldaky çozuşdan öň Napoleonyň giçki sazlaýyş synanyşyklary ýaly, ýa-da ybadathana tekepbirliginden soň Ptolemeýiň/Uzzyýanyň dowamly pese gaçyşy ýaly. Gorbaçýowyň 1989-njy ýylda Papa Ioann Pawel II (demirgazygyň patyşasy) bilen baglaşan konkordaty/duşuşygy ruhy ýeňlişi alamatlandyrýar — günortanyň patyşasynyň ateizmi papalygyň gaýtadan güýçlenmegine ýol berýär.</w:t>
      </w:r>
    </w:p>
    <w:p>
      <w:pPr>
        <w:pStyle w:val="ArticleBody"/>
        <w:jc w:val="left"/>
      </w:pPr>
      <w:r>
        <w:rPr>
          <w:rFonts w:ascii="Times New Roman" w:hAnsi="Times New Roman" w:eastAsia="Times New Roman" w:cs="Times New Roman"/>
        </w:rPr>
        <w:t>Ýeltsin soňky dargama döwrüniň şahsydy (1991-nji ýyldan başlap); ol 1991-nji ýylyň awgustyndaky döwlet agdarylyşygy synanyşygyna garşy durşa ýolbaşçylyk etdi, Russiýanyň prezidenti boldy, SSSR-iň dargadylşyna (1991-nji ýylyň dekabry) gözegçilik etdi, “şok terapiýasy” hususylaşdyrmasyny we kapitalizmiň gaýtadan dikeldilmegini amala aşyrdy. Ol tertipsiz soňy hem-de öňki rewolýusiýa döwre degişli bölekleýin “dikeldişi” (oligarhik kapitalizm, Napoleondan soň Burbonlaryň gaýdyp gelişi ýaly) özünde jemleýär. Günorta patyşasynyň köşgi süpürilip aýrylýar; şeýlelikde Daniel 11:40-daky demirgazygyň tupana meňzeş basyp alyşy (ABŞ bilen ýaranlyk arkaly Papalyk) berjaý bolýar.</w:t>
      </w:r>
    </w:p>
    <w:p>
      <w:pPr>
        <w:pStyle w:val="ArticleBody"/>
        <w:jc w:val="left"/>
      </w:pPr>
      <w:r>
        <w:rPr>
          <w:rFonts w:ascii="Times New Roman" w:hAnsi="Times New Roman" w:eastAsia="Times New Roman" w:cs="Times New Roman"/>
        </w:rPr>
        <w:t>Tipologiýa dessine ýykylyşy däl-de, Ptolemeý IV-niň Rafiadaky ýeňşiniň tekepbirlige, ybadathana bikanun girmäge, Hudaýyň urmagyna we haýal pese gaçyşa getirşi ýaly; Uzzýanyň ölümine çenli dowam eden heýwere keseline görä üzňelikde ýaşamagy ýaly; Napoleonyň basgançaklaýyn ýitgileri (Russiýa, Leýpsig, Pariž, Elba, Waterloo) ýaly, uzaga çekýän, ädimme-ädim höküm çykarylyşyny nygtaýar. Sowet ugry Staliniň döwründäki iň ýokary güýçlüligi, soňra bolsa Hruşýowyň “ýylamagy” döwründe ulgamyň çat açan ýerlerini ýüze çykarýan kem-kemden içiniň boşamagyny görkezýär. Soňra Brežnew döwrüniň durgunlygy, ondan soň bolsa Gorbaçýowyň özgertmeleri tizlendiriji güýje öwrülýär; Ýelsiniň döwri süpürişi tamamlaýar (SSSR dargadylýar, ateizmiň döwlet dolandyryş görnüşi soňlanýar). “Ýüregiň ýokary göterilmegi” tutuş bu ugur boýunça ýüze çykýar (ateistik garşy duruş), emma olaryň hiç biri-de “ýeňşiň iň ýokary peýdasyny almaýar.”</w:t>
      </w:r>
    </w:p>
    <w:p>
      <w:pPr>
        <w:pStyle w:val="ArticleBody"/>
        <w:jc w:val="left"/>
      </w:pPr>
      <w:r>
        <w:rPr>
          <w:rFonts w:ascii="Times New Roman" w:hAnsi="Times New Roman" w:eastAsia="Times New Roman" w:cs="Times New Roman"/>
        </w:rPr>
        <w:t>Günorta patyşalaryň soňy tapgyrlaýyn bolup geçýär; Şeýtanyň heläkçiligi haçda başlandy, ahyrsoňy bolsa ol 1,000 ýyllyk sürgüne iberilýär, soňra hem ol ölýär.</w:t>
      </w:r>
    </w:p>
    <w:p>
      <w:pPr>
        <w:pStyle w:val="ArticleScripture"/>
        <w:jc w:val="left"/>
      </w:pPr>
      <w:r>
        <w:rPr>
          <w:rFonts w:ascii="Times New Roman" w:hAnsi="Times New Roman" w:eastAsia="Times New Roman" w:cs="Times New Roman"/>
        </w:rPr>
        <w:t>Men gökden inen bir perişdäni gördüm; onuň elinde jümmüş çuňlugyň açary hem-de uly bir zynjyr bardy. Ol aždarhany, ýagny iblis we şeýtan diýilýän şol gadymy ýylany tutup, ony müň ýyl baglady. Onsoň ony jümmüş çuňluga taşlady, üstüni ýapyp, möhür basdy; şeýdip, müň ýyl dolýança, ol halklary indi aldap bilmesin. Ondan soň bolsa, onuň az wagtlyk boşadylmagy gerekdir.</w:t>
      </w:r>
    </w:p>
    <w:p>
      <w:pPr>
        <w:pStyle w:val="ArticleScripture"/>
        <w:jc w:val="left"/>
      </w:pPr>
      <w:r>
        <w:rPr>
          <w:rFonts w:ascii="Times New Roman" w:hAnsi="Times New Roman" w:eastAsia="Times New Roman" w:cs="Times New Roman"/>
        </w:rPr>
        <w:t>Soňra men tagtlary gördüm, olar olaryň üstünde oturdylar, we olara höküm çykarmak ygtyýary berildi. Şeýle hem men Isanyň şaýatlygy we Hudaýyň sözi üçin kelleleri kesilenleriň, ýyrtyja-da, onuň şekiline-de çokunmadyk, maňlaýlarynda ýa-da ellerinde onuň nyşanyny kabul etmedikleriň janlaryny gördüm; olar dirildiler we Mesih bilen bile müň ýyl patyşalyk etdiler. Emma galan ölüler müň ýyl tamam bolýança täzeden dirilmediler.</w:t>
      </w:r>
    </w:p>
    <w:p>
      <w:pPr>
        <w:pStyle w:val="ArticleScripture"/>
        <w:jc w:val="left"/>
      </w:pPr>
      <w:r>
        <w:rPr>
          <w:rFonts w:ascii="Times New Roman" w:hAnsi="Times New Roman" w:eastAsia="Times New Roman" w:cs="Times New Roman"/>
        </w:rPr>
        <w:t>Bu ilkinji direlişdir. Ilkinji direlişe gatnaşygy bolan bagtlydyr we mukaddesdir: şeýleleriň üstünde ikinji ölümiň hiç hili güýji ýokdur, emma olar Hudaýyň we Mesihiň ruhanylary bolarlar hem-de onuň bilen müň ýyl höküm sürerler.</w:t>
      </w:r>
    </w:p>
    <w:p>
      <w:pPr>
        <w:pStyle w:val="ArticleScripture"/>
        <w:jc w:val="left"/>
      </w:pPr>
      <w:r>
        <w:rPr>
          <w:rFonts w:ascii="Times New Roman" w:hAnsi="Times New Roman" w:eastAsia="Times New Roman" w:cs="Times New Roman"/>
        </w:rPr>
        <w:t>Müň ýyl tamam bolanda, Şeýtan zyndanyndan boşadylar. Ol ýer ýüzüniň dört künjegindäki halklary, ýagny Gog bilen Magogy, söweşe ýygnamak üçin aldamaga çykdy; olaryň sany deňiz çägesi ýalydyr. Olar ýer ýüzüne ýaýrap çykyp, mukaddesleriň goşuny bilen söýgüli şäheri gurşap aldylar; emma gökden, Hudaýdan ot inip gelip, olary ýok etdi. Olary aldan Iblis bolsa, haýwan bilen ýalan pygamberiň hem ýerleşýän ot we kükürt kölüne zyňyldy; olar ýerde gije-gündiz, ebedilikden-ebedilige çenli azap çekjekdirler. Ylham 20:1–10.</w:t>
      </w:r>
    </w:p>
    <w:p>
      <w:pPr>
        <w:pStyle w:val="ArticleBody"/>
        <w:jc w:val="left"/>
      </w:pPr>
      <w:r>
        <w:rPr>
          <w:rFonts w:ascii="Times New Roman" w:hAnsi="Times New Roman" w:eastAsia="Times New Roman" w:cs="Times New Roman"/>
        </w:rPr>
        <w:t>Biz indiki makalada Danyel on birinji babyň on birinji aýatdan on bäşinji aýada çenli bölegindäki günorta patyşa baradaky oýlanmalarymyzy dowam etdireris.</w:t>
      </w:r>
    </w:p>
    <w:p>
      <w:pPr>
        <w:pStyle w:val="ArticleBody"/>
        <w:jc w:val="left"/>
      </w:pPr>
      <w:r>
        <w:rPr>
          <w:rFonts w:ascii="Times New Roman" w:hAnsi="Times New Roman" w:eastAsia="Times New Roman" w:cs="Times New Roman"/>
        </w:rPr>
        <w:t>Ahyrzamanyň Wagtlary žurnaly 1996-njy ýylda neşir edildi we ol 1989-njy ýylda möhürden açylan Daniel kitabynyň pygamberligini aňladýar. Ýakynda bu žurnal ChatGPT tarapyndan okaldy we ondan žurnalda beýan edilen kyrkynjy aýatyň taryhynda Ukrainanyň ornuna baha bermek soraldy. Aşakdakylar otuz ýyl bäri jemgyýetçilige mälim bolan žurnalyň seljermesidir. Žurnaldaky Ellen Waýtyň ýazgylaryndan ilkinji bölek Testimonies, 9-njy tom, 11-dir.</w:t>
      </w:r>
    </w:p>
    <w:p>
      <w:pPr>
        <w:pStyle w:val="ArticleHeading"/>
        <w:jc w:val="left"/>
      </w:pPr>
      <w:r>
        <w:rPr>
          <w:rFonts w:ascii="Arial" w:hAnsi="Arial" w:eastAsia="Arial" w:cs="Arial"/>
        </w:rPr>
        <w:t>Umumy syn: pygamberlik gurluşynda Ukraina</w:t>
      </w:r>
    </w:p>
    <w:p>
      <w:pPr>
        <w:pStyle w:val="ArticleBody"/>
        <w:jc w:val="left"/>
      </w:pPr>
      <w:r>
        <w:rPr>
          <w:rFonts w:ascii="Times New Roman" w:hAnsi="Times New Roman" w:eastAsia="Times New Roman" w:cs="Times New Roman"/>
        </w:rPr>
        <w:t>Žurnalyň Danyýel 11:40–45 baradaky pygamberlik çyzgysynyň çäginde Ukraina Sowet Soýuzynyň dargamagy we Papalyk (demirgazygyň patyşasy) bilen ateistik kommunizmiň (günortanyň patyşasy) arasyndaky göreş bilen baglanyşykly ara alnyp maslahatlaşylýar. Ukraina, aýratyn-da Ukrain Katolik Ybadathanasyna we onuň Sowet häkimiýetiniň astynda onlarça ýyllap basylyp ýatyrylandan soň kanunlaşdyrylmagyna degişli taýdan, wekili uruşlaryň jemleýji tapgyrlarynda esasy dini we geosyýasy söweş meýdany hökmünde görkezilýär.</w:t>
      </w:r>
    </w:p>
    <w:p>
      <w:pPr>
        <w:pStyle w:val="ArticleBody"/>
        <w:jc w:val="left"/>
      </w:pPr>
      <w:r>
        <w:rPr>
          <w:rFonts w:ascii="Times New Roman" w:hAnsi="Times New Roman" w:eastAsia="Times New Roman" w:cs="Times New Roman"/>
        </w:rPr>
        <w:t>Žurnal Ukrainany Daniel 11:40-daky has giň pygamberlik berjaý bolşunyň bir bölegi hökmünde görkezýär we munuň Watikan–Amerika Birleşen Ştatlary bileleşigi arkaly günortanyň patyşasynyň süpürilip aýrylmagy diýlip beýan edilýändigini aýdýar. Ukraina Sowet ateizminiň gowşamagynyň we Gündogar Ýewropada Katolik täsiriniň täzeden galkynmagynyň subutnamasy hökmünde görkezilýär.</w:t>
      </w:r>
    </w:p>
    <w:p>
      <w:pPr>
        <w:pStyle w:val="ArticleHeading"/>
        <w:jc w:val="left"/>
      </w:pPr>
      <w:r>
        <w:rPr>
          <w:rFonts w:ascii="Arial" w:hAnsi="Arial" w:eastAsia="Arial" w:cs="Arial"/>
        </w:rPr>
        <w:t>Demirgazyk bilen Günorta Patyşalarynyň Arasyndaky Uruşda Ukraina</w:t>
      </w:r>
    </w:p>
    <w:p>
      <w:pPr>
        <w:pStyle w:val="ArticleBody"/>
        <w:jc w:val="left"/>
      </w:pPr>
      <w:r>
        <w:rPr>
          <w:rFonts w:ascii="Times New Roman" w:hAnsi="Times New Roman" w:eastAsia="Times New Roman" w:cs="Times New Roman"/>
        </w:rPr>
        <w:t>Žurnal günortanyň patyşasynyň ateizmdigini, onuň ilki Fransiýa (1798), soňra bolsa Sowet Russiýasy tarapyndan beýanyny tapandygyny öwredýär. Demirgazygyň patyşasy papalykdyr, we Daniýel 11:40 1798-nji ýylda başlap, 1989-njy ýylda Sowet Soýuzynyň ýykylmagy bilen öz iň ýokary nokadyna ýeten ruhy urşy beýan edýär. Ukraina bu ýagdaýyň çäginde Daniýel 11:40-nyň ýerine ýetmeginde swept away edilýän Sowet blogunyň bir bölegi hökmünde görünýär. Neşir Sowet Soýuzynyň ýykylmagyny Papalygyň ölüm howply ýarasynyň sagalmagynyň ilkinji ädimi hökmünde görkezýär (Ylham 13).</w:t>
      </w:r>
    </w:p>
    <w:p>
      <w:pPr>
        <w:pStyle w:val="ArticleHeading"/>
        <w:jc w:val="left"/>
      </w:pPr>
      <w:r>
        <w:rPr>
          <w:rFonts w:ascii="Arial" w:hAnsi="Arial" w:eastAsia="Arial" w:cs="Arial"/>
        </w:rPr>
        <w:t>Ukrain Katolik Ybadathanasynyň basylyp ýatyrylmagy (Sitata getirilen çeşmeler)</w:t>
      </w:r>
    </w:p>
    <w:p>
      <w:pPr>
        <w:pStyle w:val="ArticleBody"/>
        <w:jc w:val="left"/>
      </w:pPr>
      <w:r>
        <w:rPr>
          <w:rFonts w:ascii="Times New Roman" w:hAnsi="Times New Roman" w:eastAsia="Times New Roman" w:cs="Times New Roman"/>
        </w:rPr>
        <w:t>Žurnal Sowet häkimiýeti döwründe katolikleriň yzarlanmagyna degişli dünýewi resminamalary öz içine alýar.</w:t>
      </w:r>
    </w:p>
    <w:p>
      <w:pPr>
        <w:pStyle w:val="ArticleBody"/>
        <w:jc w:val="left"/>
      </w:pPr>
      <w:r>
        <w:rPr>
          <w:rFonts w:ascii="Times New Roman" w:hAnsi="Times New Roman" w:eastAsia="Times New Roman" w:cs="Times New Roman"/>
        </w:rPr>
        <w:t>Time žurnalyndan, 1989-njy ýylyň 4-nji dekabry:</w:t>
      </w:r>
    </w:p>
    <w:p>
      <w:pPr>
        <w:pStyle w:val="ArticleScripture"/>
        <w:jc w:val="left"/>
      </w:pPr>
      <w:r>
        <w:rPr>
          <w:rFonts w:ascii="Times New Roman" w:hAnsi="Times New Roman" w:eastAsia="Times New Roman" w:cs="Times New Roman"/>
        </w:rPr>
        <w:t>Ikinji Jahan urşundan soň, gazaply, emma umuman alanda has az ganly yzarlama Ukraina hem-de täze Sowet bloguna ýaýrady we prawoslawlar bilen bir hatarda millionlarça rim katoliklerine hem-de protestantlara täsir etdi.</w:t>
      </w:r>
    </w:p>
    <w:p>
      <w:pPr>
        <w:pStyle w:val="ArticleBody"/>
        <w:jc w:val="left"/>
      </w:pPr>
      <w:r>
        <w:rPr>
          <w:rFonts w:ascii="Times New Roman" w:hAnsi="Times New Roman" w:eastAsia="Times New Roman" w:cs="Times New Roman"/>
        </w:rPr>
        <w:t>Ukraina kommunizm döwründe katolisizmiň basylyp ýatyrylan esasy sebitleriniň biri hökmünde kesgitlenýär.</w:t>
      </w:r>
    </w:p>
    <w:p>
      <w:pPr>
        <w:pStyle w:val="ArticleHeading"/>
        <w:jc w:val="left"/>
      </w:pPr>
      <w:r>
        <w:rPr>
          <w:rFonts w:ascii="Arial" w:hAnsi="Arial" w:eastAsia="Arial" w:cs="Arial"/>
        </w:rPr>
        <w:t>Ukrain Katolik Buthanasynyň Kanunlaşdyrylmagy</w:t>
      </w:r>
    </w:p>
    <w:p>
      <w:pPr>
        <w:pStyle w:val="ArticleBody"/>
        <w:jc w:val="left"/>
      </w:pPr>
      <w:r>
        <w:rPr>
          <w:rFonts w:ascii="Times New Roman" w:hAnsi="Times New Roman" w:eastAsia="Times New Roman" w:cs="Times New Roman"/>
        </w:rPr>
        <w:t>Ukraina baradaky ara alnyp maslahatlaşmalaryň esasy üns merkezleriniň biri uzak wagtlap gadagan edilen Ukrain Katolik Kilisesiniň kanunlaşdyrylmagydyr.</w:t>
      </w:r>
    </w:p>
    <w:p>
      <w:pPr>
        <w:pStyle w:val="ArticleBody"/>
        <w:jc w:val="left"/>
      </w:pPr>
      <w:r>
        <w:rPr>
          <w:rFonts w:ascii="Times New Roman" w:hAnsi="Times New Roman" w:eastAsia="Times New Roman" w:cs="Times New Roman"/>
        </w:rPr>
        <w:t>“Life” žurnalyndan, 1989-njy ýylyň dekabry:</w:t>
      </w:r>
    </w:p>
    <w:p>
      <w:pPr>
        <w:pStyle w:val="ArticleScripture"/>
        <w:jc w:val="left"/>
      </w:pPr>
      <w:r>
        <w:rPr>
          <w:rFonts w:ascii="Times New Roman" w:hAnsi="Times New Roman" w:eastAsia="Times New Roman" w:cs="Times New Roman"/>
        </w:rPr>
        <w:t>Ýakynda Çehoslowakiýada üç täze katolik ýepiskopy bellenildi. Şeýle hem şu aýda Gorbaçýow Italiýa saparynyň dowamynda Rim Papasy Ioann Pawel II bilen duşuşýar — bu Kreml bilen Watikanyň ýolbaşçylarynyň arasynda ýüzbe-ýüz geçirilýän ilkinji duşuşykdyr. Bu gepleşikler SSSR-de uzak wagtlap gadagan edilen Ukrain katolik ybadathanasynyň kanunlaşdyrylmagyna getirip biler.</w:t>
      </w:r>
    </w:p>
    <w:p>
      <w:pPr>
        <w:pStyle w:val="ArticleBody"/>
        <w:jc w:val="left"/>
      </w:pPr>
      <w:r>
        <w:rPr>
          <w:rFonts w:ascii="Times New Roman" w:hAnsi="Times New Roman" w:eastAsia="Times New Roman" w:cs="Times New Roman"/>
        </w:rPr>
        <w:t>U.S. News &amp; World Report neşirinden, 1989-njy ýylyň 11-nji dekabry:</w:t>
      </w:r>
    </w:p>
    <w:p>
      <w:pPr>
        <w:pStyle w:val="ArticleScripture"/>
        <w:jc w:val="left"/>
      </w:pPr>
      <w:r>
        <w:rPr>
          <w:rFonts w:ascii="Times New Roman" w:hAnsi="Times New Roman" w:eastAsia="Times New Roman" w:cs="Times New Roman"/>
        </w:rPr>
        <w:t>Dini azatlygyň täzeden dikeldilmegi, Staliniň 1946-njy ýylda ony Rus Pravoslaw Kilisesiniň düzümine goşmagy buýranyndan bäri ýer astynda ýaşap galan, bäş million agzaly Ukraina Katolik Kilisesine goýlan resmi gadagançylygyň aýrylmagyny hem öz içine alar diýlip garaşylýar. Ukraina Kilisesi üçin kanuny taýdan ykrar edilmegi gazanmak papananyň esasy maksatlarynyň biri bolupdy.</w:t>
      </w:r>
    </w:p>
    <w:p>
      <w:pPr>
        <w:pStyle w:val="ArticleBody"/>
        <w:jc w:val="left"/>
      </w:pPr>
      <w:r>
        <w:rPr>
          <w:rFonts w:ascii="Times New Roman" w:hAnsi="Times New Roman" w:eastAsia="Times New Roman" w:cs="Times New Roman"/>
        </w:rPr>
        <w:t>Žurnal muny ateistik gözegçiligiň gowşamagynyň, katolik häkimiýetiniň gaýtadan dikeldilmeginiň subuty hökmünde hödürleýär. Bu waka Watikanyň diplomatik basyşynyň göni netijesi hökmünde kesgitlenýär we Danyýel 11:40-nyň berjaý bolmagyndaky möhüm sepgit hökmünde, Ukraina bolsa öňki kommunistik çäklerde Papalygyň täsirini täzeden gazanýandygynyň görünýän mysaly hökmünde görkezilýär.</w:t>
      </w:r>
    </w:p>
    <w:p>
      <w:pPr>
        <w:pStyle w:val="ArticleHeading"/>
        <w:jc w:val="left"/>
      </w:pPr>
      <w:r>
        <w:rPr>
          <w:rFonts w:ascii="Arial" w:hAnsi="Arial" w:eastAsia="Arial" w:cs="Arial"/>
        </w:rPr>
        <w:t>Ukraina Papalygyň Öňe Gidişiniň Subuty</w:t>
      </w:r>
    </w:p>
    <w:p>
      <w:pPr>
        <w:pStyle w:val="ArticleBody"/>
        <w:jc w:val="left"/>
      </w:pPr>
      <w:r>
        <w:rPr>
          <w:rFonts w:ascii="Times New Roman" w:hAnsi="Times New Roman" w:eastAsia="Times New Roman" w:cs="Times New Roman"/>
        </w:rPr>
        <w:t>Kommunizmiň çöküşi diňe bir syýasy özgerişlik hökmünde däl-de, eýsem ateizmiň ruhy ýeňlişi, Papalygyň geosyýasy öňe gidişi we Papalygyň dünýä üstünden agalyk etmegine gaýdyp başlamagy hökmünde görülýär. Ukraina Sowetleriň dini basyp ýatyrmasynyň sökülip aýrylmagynyň mysaly we Gündogar Ýewropada Rimiň strategik ýeňşi hökmünde ýüze çykýar. Bu, mejbury ateizmden gaýtadan dikeldilen katolik ygtyýarlylygyna bolan görünýän geçişi aňladýar, we Ukrain katolik ybadathanasynyň kanunlaşdyrylmagy demirgazygyň patyşasynyň günortanyň patyşasyny “tüweleý ýaly” süpürip aýyrýandygynyň pygamberlik taýdan tassyklanmasy hökmünde kabul edilýär.</w:t>
      </w:r>
    </w:p>
    <w:p>
      <w:pPr>
        <w:pStyle w:val="ArticleHeading"/>
        <w:jc w:val="left"/>
      </w:pPr>
      <w:r>
        <w:rPr>
          <w:rFonts w:ascii="Arial" w:hAnsi="Arial" w:eastAsia="Arial" w:cs="Arial"/>
        </w:rPr>
        <w:t>Ukraina we Has Giňiş Prophetiw Yzygiderlilik</w:t>
      </w:r>
    </w:p>
    <w:p>
      <w:pPr>
        <w:pStyle w:val="ArticleListItem"/>
        <w:ind w:left="576" w:hanging="259"/>
        <w:jc w:val="left"/>
      </w:pPr>
      <w:r>
        <w:rPr>
          <w:rFonts w:ascii="Times New Roman" w:hAnsi="Times New Roman" w:eastAsia="Times New Roman" w:cs="Times New Roman"/>
        </w:rPr>
        <w:t>1. 1798 – Papalyk ölüm howply ýarasyny alýar.</w:t>
      </w:r>
    </w:p>
    <w:p>
      <w:pPr>
        <w:pStyle w:val="ArticleListItem"/>
        <w:ind w:left="576" w:hanging="259"/>
        <w:jc w:val="left"/>
      </w:pPr>
      <w:r>
        <w:rPr>
          <w:rFonts w:ascii="Times New Roman" w:hAnsi="Times New Roman" w:eastAsia="Times New Roman" w:cs="Times New Roman"/>
        </w:rPr>
        <w:t>2. 1917 – Ateizm Russiýa göçýär (Bolşewik rewolýusiýasy).</w:t>
      </w:r>
    </w:p>
    <w:p>
      <w:pPr>
        <w:pStyle w:val="ArticleListItem"/>
        <w:ind w:left="576" w:hanging="259"/>
        <w:jc w:val="left"/>
      </w:pPr>
      <w:r>
        <w:rPr>
          <w:rFonts w:ascii="Times New Roman" w:hAnsi="Times New Roman" w:eastAsia="Times New Roman" w:cs="Times New Roman"/>
        </w:rPr>
        <w:t>3. 1989 — Sowet Soýuzy dargady.</w:t>
      </w:r>
    </w:p>
    <w:p>
      <w:pPr>
        <w:pStyle w:val="ArticleListItem"/>
        <w:ind w:left="576" w:hanging="259"/>
        <w:jc w:val="left"/>
      </w:pPr>
      <w:r>
        <w:rPr>
          <w:rFonts w:ascii="Times New Roman" w:hAnsi="Times New Roman" w:eastAsia="Times New Roman" w:cs="Times New Roman"/>
        </w:rPr>
        <w:t>4. Ukraina — Katolik kilisesi yasallaştırıldı.</w:t>
      </w:r>
    </w:p>
    <w:p>
      <w:pPr>
        <w:pStyle w:val="ArticleListItem"/>
        <w:ind w:left="576" w:hanging="259"/>
        <w:jc w:val="left"/>
      </w:pPr>
      <w:r>
        <w:rPr>
          <w:rFonts w:ascii="Times New Roman" w:hAnsi="Times New Roman" w:eastAsia="Times New Roman" w:cs="Times New Roman"/>
        </w:rPr>
        <w:t>5. Papalyk geosyýasy täsirini gaýtadan dikeldýär.</w:t>
      </w:r>
    </w:p>
    <w:p>
      <w:pPr>
        <w:pStyle w:val="ArticleListItem"/>
        <w:ind w:left="576" w:hanging="259"/>
        <w:jc w:val="left"/>
      </w:pPr>
      <w:r>
        <w:rPr>
          <w:rFonts w:ascii="Times New Roman" w:hAnsi="Times New Roman" w:eastAsia="Times New Roman" w:cs="Times New Roman"/>
        </w:rPr>
        <w:t>6. Amerikanyň Birleşen Ştatlary ahyrsoňy papalyk täsiriniň astyna düşýär (Daniel 11:41).</w:t>
      </w:r>
    </w:p>
    <w:p>
      <w:pPr>
        <w:pStyle w:val="ArticleListItem"/>
        <w:ind w:left="576" w:hanging="259"/>
        <w:jc w:val="left"/>
      </w:pPr>
      <w:r>
        <w:rPr>
          <w:rFonts w:ascii="Times New Roman" w:hAnsi="Times New Roman" w:eastAsia="Times New Roman" w:cs="Times New Roman"/>
        </w:rPr>
        <w:t>7. Bütin dünýä onuň yzyndan gidýär (Danyýel 11:42–43).</w:t>
      </w:r>
    </w:p>
    <w:p>
      <w:pPr>
        <w:pStyle w:val="ArticleBody"/>
        <w:jc w:val="left"/>
      </w:pPr>
      <w:r>
        <w:rPr>
          <w:rFonts w:ascii="Times New Roman" w:hAnsi="Times New Roman" w:eastAsia="Times New Roman" w:cs="Times New Roman"/>
        </w:rPr>
        <w:t>Ukraina Sowet ateizmi bilen dikeldilen Papalyk täsiriniň arasyndaky geçişiň bir bölegi hökmünde 3–4-nji tapgyrlara laýyk gelýär.</w:t>
      </w:r>
    </w:p>
    <w:p>
      <w:pPr>
        <w:pStyle w:val="ArticleHeading"/>
        <w:jc w:val="left"/>
      </w:pPr>
      <w:r>
        <w:rPr>
          <w:rFonts w:ascii="Arial" w:hAnsi="Arial" w:eastAsia="Arial" w:cs="Arial"/>
        </w:rPr>
        <w:t>Ukraina baradaky ara alyp maslahatlaşmada salgylanylan çeşmeler</w:t>
      </w:r>
    </w:p>
    <w:p>
      <w:pPr>
        <w:pStyle w:val="ArticleListItem"/>
        <w:ind w:left="576" w:hanging="259"/>
        <w:jc w:val="left"/>
      </w:pPr>
      <w:r>
        <w:rPr>
          <w:rFonts w:ascii="Times New Roman" w:hAnsi="Times New Roman" w:eastAsia="Times New Roman" w:cs="Times New Roman"/>
        </w:rPr>
        <w:t>• Jeff Pippenger (esasy teologik çarçuwa)</w:t>
      </w:r>
    </w:p>
    <w:p>
      <w:pPr>
        <w:pStyle w:val="ArticleBody"/>
        <w:jc w:val="left"/>
      </w:pPr>
      <w:r>
        <w:rPr>
          <w:rFonts w:ascii="Times New Roman" w:hAnsi="Times New Roman" w:eastAsia="Times New Roman" w:cs="Times New Roman"/>
        </w:rPr>
        <w:t>Pygamberlik Ruhy</w:t>
      </w:r>
    </w:p>
    <w:p>
      <w:pPr>
        <w:pStyle w:val="ArticleListItem"/>
        <w:ind w:left="576" w:hanging="259"/>
        <w:jc w:val="left"/>
      </w:pPr>
      <w:r>
        <w:rPr>
          <w:rFonts w:ascii="Times New Roman" w:hAnsi="Times New Roman" w:eastAsia="Times New Roman" w:cs="Times New Roman"/>
        </w:rPr>
        <w:t>• Uly Jedel</w:t>
      </w:r>
    </w:p>
    <w:p>
      <w:pPr>
        <w:pStyle w:val="ArticleListItem"/>
        <w:ind w:left="576" w:hanging="259"/>
        <w:jc w:val="left"/>
      </w:pPr>
      <w:r>
        <w:rPr>
          <w:rFonts w:ascii="Times New Roman" w:hAnsi="Times New Roman" w:eastAsia="Times New Roman" w:cs="Times New Roman"/>
        </w:rPr>
        <w:t>• Saýlanan Habarlar</w:t>
      </w:r>
    </w:p>
    <w:p>
      <w:pPr>
        <w:pStyle w:val="ArticleListItem"/>
        <w:ind w:left="576" w:hanging="259"/>
        <w:jc w:val="left"/>
      </w:pPr>
      <w:r>
        <w:rPr>
          <w:rFonts w:ascii="Times New Roman" w:hAnsi="Times New Roman" w:eastAsia="Times New Roman" w:cs="Times New Roman"/>
        </w:rPr>
        <w:t>• Ybadat üçin Güwänamalar</w:t>
      </w:r>
    </w:p>
    <w:p>
      <w:pPr>
        <w:pStyle w:val="ArticleBody"/>
        <w:jc w:val="left"/>
      </w:pPr>
      <w:r>
        <w:rPr>
          <w:rFonts w:ascii="Times New Roman" w:hAnsi="Times New Roman" w:eastAsia="Times New Roman" w:cs="Times New Roman"/>
        </w:rPr>
        <w:t>Dünýewi Metbugat</w:t>
      </w:r>
    </w:p>
    <w:p>
      <w:pPr>
        <w:pStyle w:val="ArticleListItem"/>
        <w:ind w:left="576" w:hanging="259"/>
        <w:jc w:val="left"/>
      </w:pPr>
      <w:r>
        <w:rPr>
          <w:rFonts w:ascii="Times New Roman" w:hAnsi="Times New Roman" w:eastAsia="Times New Roman" w:cs="Times New Roman"/>
        </w:rPr>
        <w:t>• “Time” žurnaly</w:t>
      </w:r>
    </w:p>
    <w:p>
      <w:pPr>
        <w:pStyle w:val="ArticleListItem"/>
        <w:ind w:left="576" w:hanging="259"/>
        <w:jc w:val="left"/>
      </w:pPr>
      <w:r>
        <w:rPr>
          <w:rFonts w:ascii="Times New Roman" w:hAnsi="Times New Roman" w:eastAsia="Times New Roman" w:cs="Times New Roman"/>
        </w:rPr>
        <w:t>• “Life” žurnaly</w:t>
      </w:r>
    </w:p>
    <w:p>
      <w:pPr>
        <w:pStyle w:val="ArticleListItem"/>
        <w:ind w:left="576" w:hanging="259"/>
        <w:jc w:val="left"/>
      </w:pPr>
      <w:r>
        <w:rPr>
          <w:rFonts w:ascii="Times New Roman" w:hAnsi="Times New Roman" w:eastAsia="Times New Roman" w:cs="Times New Roman"/>
        </w:rPr>
        <w:t>• ABŞ News &amp; World Report</w:t>
      </w:r>
    </w:p>
    <w:p>
      <w:pPr>
        <w:pStyle w:val="ArticleBody"/>
        <w:jc w:val="left"/>
      </w:pPr>
      <w:r>
        <w:rPr>
          <w:rFonts w:ascii="Times New Roman" w:hAnsi="Times New Roman" w:eastAsia="Times New Roman" w:cs="Times New Roman"/>
        </w:rPr>
        <w:t>Ukraina şu aşakdakylar bilen baglanyşyklylykda agzalýar:</w:t>
      </w:r>
    </w:p>
    <w:p>
      <w:pPr>
        <w:pStyle w:val="ArticleListItem"/>
        <w:ind w:left="576" w:hanging="259"/>
        <w:jc w:val="left"/>
      </w:pPr>
      <w:r>
        <w:rPr>
          <w:rFonts w:ascii="Times New Roman" w:hAnsi="Times New Roman" w:eastAsia="Times New Roman" w:cs="Times New Roman"/>
        </w:rPr>
        <w:t>• II Jahan urşundan soňky katolik yzarlamasy</w:t>
      </w:r>
    </w:p>
    <w:p>
      <w:pPr>
        <w:pStyle w:val="ArticleListItem"/>
        <w:ind w:left="576" w:hanging="259"/>
        <w:jc w:val="left"/>
      </w:pPr>
      <w:r>
        <w:rPr>
          <w:rFonts w:ascii="Times New Roman" w:hAnsi="Times New Roman" w:eastAsia="Times New Roman" w:cs="Times New Roman"/>
        </w:rPr>
        <w:t>• Ukrain Katolik Kilisesiniň ýerasty ýagdaýda ýaşap galmagy</w:t>
      </w:r>
    </w:p>
    <w:p>
      <w:pPr>
        <w:pStyle w:val="ArticleListItem"/>
        <w:ind w:left="576" w:hanging="259"/>
        <w:jc w:val="left"/>
      </w:pPr>
      <w:r>
        <w:rPr>
          <w:rFonts w:ascii="Times New Roman" w:hAnsi="Times New Roman" w:eastAsia="Times New Roman" w:cs="Times New Roman"/>
        </w:rPr>
        <w:t>• Gorbaçýow–Watikan diplomatiýasy</w:t>
      </w:r>
    </w:p>
    <w:p>
      <w:pPr>
        <w:pStyle w:val="ArticleListItem"/>
        <w:ind w:left="576" w:hanging="259"/>
        <w:jc w:val="left"/>
      </w:pPr>
      <w:r>
        <w:rPr>
          <w:rFonts w:ascii="Times New Roman" w:hAnsi="Times New Roman" w:eastAsia="Times New Roman" w:cs="Times New Roman"/>
        </w:rPr>
        <w:t>• Katolik ierarhiýasynyň kanuny taýdan dikeldilmegi</w:t>
      </w:r>
    </w:p>
    <w:p>
      <w:pPr>
        <w:pStyle w:val="ArticleHeading"/>
        <w:jc w:val="left"/>
      </w:pPr>
      <w:r>
        <w:rPr>
          <w:rFonts w:ascii="Arial" w:hAnsi="Arial" w:eastAsia="Arial" w:cs="Arial"/>
        </w:rPr>
        <w:t>Habarnamadaky Ukrainanyň Ornynyň Gysgaça Mazmuny</w:t>
      </w:r>
    </w:p>
    <w:p>
      <w:pPr>
        <w:pStyle w:val="ArticleBody"/>
        <w:jc w:val="left"/>
      </w:pPr>
      <w:r>
        <w:rPr>
          <w:rFonts w:ascii="Times New Roman" w:hAnsi="Times New Roman" w:eastAsia="Times New Roman" w:cs="Times New Roman"/>
        </w:rPr>
        <w:t>Ukraina Sowet ateizminiň astynda basylyp ýatyrylan katolisizmiň bir berkitmesi bolupdy. Ukrain Katolik Ybadathanasynyň kanunlaşdyrylmagy günortanyň patyşasynyň gowşaýandygyny alamatlandyrdy. Watikanyň Ukrainadaky täsiri Papalygyň gaýtadan güýçlenýändigini görkezdi, we Ukrainanyň dini özgerişi Daniel 11:40-yň ýerine ýetirilýändiginiň anyk subuty bolup hyzmat etdi. Ukraina bilen bagly wakalar Papalygyň ölüm howply ýarasynyň sagalmagynyň ilkinji ädiminiň bir bölegini emele getirdi. Şonuň üçin Ukraina aýratyn syýasy waka hökmünde däl-de, eýsem Daniel 11-iň soňky hereketleriniň içindäki pygamberlik nyşany hökmünde görkezilýär.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sekizinji san</dc:title>
  <dc:subject>Üç Gezek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