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Ýigrimi iki belgisi</w:t>
      </w:r>
    </w:p>
    <w:p>
      <w:pPr>
        <w:pStyle w:val="ArticleSubtitle"/>
        <w:jc w:val="left"/>
      </w:pPr>
      <w:r>
        <w:rPr>
          <w:rFonts w:ascii="Arial" w:hAnsi="Arial" w:eastAsia="Arial" w:cs="Arial"/>
        </w:rPr>
        <w:t>2023-nji ýylyň 31-nji dekabry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2023-nji ýylyň 31-nji dekabryndan bäri Ýahuda taýpasynyň Arslany pygamberlik hakykatlaryny belli bir tertipde açyp gelýär. Bu tertibi Future for America-nyň web sahypasynda ýerleşdirilen makalalara seretmek arkaly aňsatlyk bilen kesgitläp bolýar. Ýakyn aýlaryň dowamynda açylan hakykatlar köp we örän çuňdur! Bu tertip tötänden däldir, ol maksatlydyr. Bu yzygiderlilik, Mesihiň Ýahuda taýpasynyň Arslany hökmünde, ybadathana ilki, ondan soň bolsa dünýä berilýän ahyrky synag habarlaryny açanda amala aşyrýan maksatly, yzly-yzyna dowam edýän prosesi aýdyň görkezýär. Ylham kitabynda Ýahuda taýpasynyň Arslany ýedi möhür bilen möhürlenen kitaby alýar we möhürleri biri-biriniň yzy bilen — tertip boýunça — aýyrýar.</w:t>
      </w:r>
    </w:p>
    <w:p>
      <w:pPr>
        <w:pStyle w:val="ArticleHeading"/>
        <w:jc w:val="left"/>
      </w:pPr>
      <w:r>
        <w:rPr>
          <w:rFonts w:ascii="Arial" w:hAnsi="Arial" w:eastAsia="Arial" w:cs="Arial"/>
        </w:rPr>
        <w:t>Öz tertibinde aýan ediler</w:t>
      </w:r>
    </w:p>
    <w:p>
      <w:pPr>
        <w:pStyle w:val="ArticleScripture"/>
        <w:jc w:val="left"/>
      </w:pPr>
      <w:r>
        <w:rPr>
          <w:rFonts w:ascii="Times New Roman" w:hAnsi="Times New Roman" w:eastAsia="Times New Roman" w:cs="Times New Roman"/>
        </w:rPr>
        <w:t>“Şu ýedi gök gürrüldisi öz seslerini çykarandan soň, Daniýele kiçi kitap babatda berlişi ýaly, Ýahýa hem şeýle buýruk gelýär: ‘Ýedi gök gürrüldisiniň aýdan zatlaryny möhürle.’ Bular geljekde boljak wakalar bilen baglanyşyklydyr; olar öz tertibinde aýan ediler. Daniýel günleriň ahyrynda öz paýynda durar. Ýahýa kiçi kitabyň möhüriniň açylandygyny görýär. Şonda Daniýeliň pygamberlikleri dünýä berilmeli birinji, ikinji we üçünji perişdeleriň habarlarynda öz degişli ornuny tapýar. Kiçi kitabyň möhüriniň açylmagy wagt bilen baglanyşykly habar bolupdy.</w:t>
      </w:r>
    </w:p>
    <w:p>
      <w:pPr>
        <w:pStyle w:val="ArticleScripture"/>
        <w:jc w:val="left"/>
      </w:pPr>
      <w:r>
        <w:rPr>
          <w:rFonts w:ascii="Times New Roman" w:hAnsi="Times New Roman" w:eastAsia="Times New Roman" w:cs="Times New Roman"/>
        </w:rPr>
        <w:t>Danyýel bilen Ylham kitaplary birdir. Biri pygamberlikdir, beýlekisi ylhamdyr; biri möhürlenen kitap, beýlekisi açylan kitapdyr. Ýahýa gök gürlemeleriniň aýdan syrlaryny eşitdi, ýöne olary ýazmazlyk oňa buýruk berildi.</w:t>
      </w:r>
    </w:p>
    <w:p>
      <w:pPr>
        <w:pStyle w:val="ArticleScripture"/>
        <w:jc w:val="left"/>
      </w:pPr>
      <w:r>
        <w:rPr>
          <w:rFonts w:ascii="Times New Roman" w:hAnsi="Times New Roman" w:eastAsia="Times New Roman" w:cs="Times New Roman"/>
        </w:rPr>
        <w:t>Ýahýa berlen, ýedi gök gürlemede beýan edilen aýratyn nur, birinji we ikinji perişdäniň habarlarynyň astynda bolup geçjek wakalaryň beýanydy. Bu zatlary halkyň bilmegi oňat däldi, çünki olaryň imany hökmany suratda synag edilmelidi. Hudaýyň tertibine görä iň ajaýyp we iň çuň hakykatlar yglan edilmelidi. Birinji we ikinji perişdäniň habarlary wagyz edilmelidi, emma bu habarlar öz aýratyn işini ýerine ýetirýänçä, mundan artyk nur açylmaly däldi. Bu ýagdaý deňziň üstünde bir aýagy bilen duran perişdäniň örän dabaraly ant bilen wagtyň indi bolmajakdygyny yglan etmegi arkaly şekillendirilýär.” The Seventh-day Adventist Bible Commentary, volume 7, 971.</w:t>
      </w:r>
    </w:p>
    <w:p>
      <w:pPr>
        <w:pStyle w:val="ArticleBody"/>
        <w:jc w:val="left"/>
      </w:pPr>
      <w:r>
        <w:rPr>
          <w:rFonts w:ascii="Times New Roman" w:hAnsi="Times New Roman" w:eastAsia="Times New Roman" w:cs="Times New Roman"/>
        </w:rPr>
        <w:t>“Ýedi gök gürlemesiniň” ahyrky vahyi 2023-nji ýyldan soň açyldy we ol “ýedi gök gürlemesiniň” ilkinji alfa lapykeçliginden iň soňky omega lapykeçligine çenli bolan döwri aňladýandygyny ýüze çykardy. Ýahýa ýedi gök gürlemesini düşündirmäge rugsat edilmedi, çünki “ýedi gök gürlemesiniň” vahyi taryhyň ýeke-täk ýerine ýetişi däl-de, Millerçi taryhynda bolup geçen we ahyrky günlerde ýene-de bolup geçjek “wakalaryň beýan edilşiniň” bir şekillendirmesidi. Kämil ýerine ýetiriş 2020-nji ýylyň 18-nji iýulyndan ýakynda geljek ýekşenbe kanunyna çenli bolan taryhy şekillendirmek üçin görkezildi. Arslan şol nury ýüz kyrk dört müňüň ybadathanasynyň bina edilmeginiň taryhynyň üstüne saçylmagy üçin açdy.</w:t>
      </w:r>
    </w:p>
    <w:p>
      <w:pPr>
        <w:pStyle w:val="ArticleBody"/>
        <w:jc w:val="left"/>
      </w:pPr>
      <w:r>
        <w:rPr>
          <w:rFonts w:ascii="Times New Roman" w:hAnsi="Times New Roman" w:eastAsia="Times New Roman" w:cs="Times New Roman"/>
        </w:rPr>
        <w:t>Milleritleriň taryhynda “ýedi gürzüldiler” 1798-nji ýyldan 1844-nji ýyla çenli döwri aňladýardy; şol döwürde Milleritler “iň ajaýyp we iň öňdebaryjy hakykatlary” wagyz etdiler. Olara berlen işi ýerine ýetirýärkäler, Milleritler synagdan geçirildiler. Olar yglan edýän habaryna-da, amala aşyrýan taryhyna-da doly düşünmändiler. Olaryň yglan eden hakykatlary Sister White-yň “öňdebaryjy hakykatlar” diýip kesgitleýän hakykatlarydy; bu hakykatlara birinji we ikinji perişdäniň habarlary öz işini ýerine ýetirýänçä düşünilmeli däldi.</w:t>
      </w:r>
    </w:p>
    <w:p>
      <w:pPr>
        <w:pStyle w:val="ArticleBody"/>
        <w:jc w:val="left"/>
      </w:pPr>
      <w:r>
        <w:rPr>
          <w:rFonts w:ascii="Times New Roman" w:hAnsi="Times New Roman" w:eastAsia="Times New Roman" w:cs="Times New Roman"/>
        </w:rPr>
        <w:t>“Ýedi gök gürrüldisi” kämil ýerine ýetmegine ýetende, şol “geljek wakalar” Daniýel kitaby bilen utgaşykda Ylham kitabynyň on dördünji babyndaky üç perişdäniň habarlary arkaly şekillendirilýär. “Ýedi gök gürrüldisiniň” “geljek wakalary” arkaly şekillendirilýän ýüz kyrk dört müňüň işi, Daniýel kitabyny üç perişdäniň habarlary bilen utgaşdyrmakdyr.</w:t>
      </w:r>
    </w:p>
    <w:p>
      <w:pPr>
        <w:pStyle w:val="ArticleScripture"/>
        <w:jc w:val="left"/>
      </w:pPr>
      <w:r>
        <w:rPr>
          <w:rFonts w:ascii="Times New Roman" w:hAnsi="Times New Roman" w:eastAsia="Times New Roman" w:cs="Times New Roman"/>
        </w:rPr>
        <w:t>“Reb dünýäni onuň pisligi üçin jezalandyrmaga taýyndyr. Ol özlerine berlen ýagtylygy we hakykaty ret edendikleri üçin dini toparlary jezalandyrmaga taýyndyr. Birinji, ikinji we üçünji perişdeleriň habarlaryny birleşdirýän beýik habar dünýä berilmelidir. Bu biziň işimiziň esasy ýüki bolmalydyr.” The Seventh-day Adventist Bible Commentary, volume 7, 950.</w:t>
      </w:r>
    </w:p>
    <w:p>
      <w:pPr>
        <w:pStyle w:val="ArticleBody"/>
        <w:jc w:val="left"/>
      </w:pPr>
      <w:r>
        <w:rPr>
          <w:rFonts w:ascii="Times New Roman" w:hAnsi="Times New Roman" w:eastAsia="Times New Roman" w:cs="Times New Roman"/>
        </w:rPr>
        <w:t>2023-nji ýylyň 31-nji dekabryndan bäri Ýahuda taýpasynyň Arslany pygamberlik hakykatlaryny belli bir “tertipde” möhürinden açyp gelýär.</w:t>
      </w:r>
    </w:p>
    <w:p>
      <w:pPr>
        <w:pStyle w:val="ArticleHeading"/>
        <w:jc w:val="left"/>
      </w:pPr>
      <w:r>
        <w:rPr>
          <w:rFonts w:ascii="Arial" w:hAnsi="Arial" w:eastAsia="Arial" w:cs="Arial"/>
        </w:rPr>
        <w:t>Milleritleriň taryhy</w:t>
      </w:r>
    </w:p>
    <w:p>
      <w:pPr>
        <w:pStyle w:val="ArticleScripture"/>
        <w:jc w:val="left"/>
      </w:pPr>
      <w:r>
        <w:rPr>
          <w:rFonts w:ascii="Times New Roman" w:hAnsi="Times New Roman" w:eastAsia="Times New Roman" w:cs="Times New Roman"/>
        </w:rPr>
        <w:t>Häzir ýaşaýanlaryň arasynda şeýle adamlar bar: olar Daniýel bilen Ýohannanyň pygamberliklerini öwrenenlerinde, aýratyn pygamberlikleriň öz tertibine görä ýerine ýetirilmek işinde bolan meýdanyndan geçip barýarkalar, Hudaýdan beýik nur kabul etdiler. Olar halka wagt baradaky habary ýetirdiler. Hakykat günortan Günüň şöhlesi ýaly açyk lowurdady. Pygamberligiň gönüden-göni ýerine ýetmegini görkezýän taryhy wakalar halkyň öňünde goýuldy, we pygamberlik bu ýer ýüzüniň taryhynyň ahyryna çenli alyp barýan wakalaryň şekilli beýany hökmünde görüldi.” Selected Messages, book 2, 101, 102.</w:t>
      </w:r>
    </w:p>
    <w:p>
      <w:pPr>
        <w:pStyle w:val="ArticleBody"/>
        <w:jc w:val="left"/>
      </w:pPr>
      <w:r>
        <w:rPr>
          <w:rFonts w:ascii="Times New Roman" w:hAnsi="Times New Roman" w:eastAsia="Times New Roman" w:cs="Times New Roman"/>
        </w:rPr>
        <w:t>Mesihiň Gije ýarymdaky Gykylygyň habaryny açyp görkezmekde ulanyp gelen “tertibi” synag möhletiniň ýapylmagyna alyp barýan “pygamberlikleriň gönüden-göni ýerine ýetmesini” görkezýän “taryhy wakalary” aňladýar. Ahyrky günlerde pygamberligiň gönüden-göni ýerine ýetmesi wagta esaslanýan pygamberlikleriň bir aýan bolşy däldir, emma Palmoni pygamberligiň gönüden-göni ýerine ýetmelerini kesgitlemek üçin sanlary henizem ulanýar. Wagt indi ýokdur, hem-de Millerçiler öz nesline “wagtyň habaryny göteren” bolsalar-da, üçünji perişdäniň habary “wagtdan” has güýçlüdir.</w:t>
      </w:r>
    </w:p>
    <w:p>
      <w:pPr>
        <w:pStyle w:val="ArticleScripture"/>
        <w:jc w:val="left"/>
      </w:pPr>
      <w:r>
        <w:rPr>
          <w:rFonts w:ascii="Times New Roman" w:hAnsi="Times New Roman" w:eastAsia="Times New Roman" w:cs="Times New Roman"/>
        </w:rPr>
        <w:t>“Reb maňa üçünji perişdäniň habarynyň gitmelidigini we Rebbiň dagynyk çagalaryna yglan edilmelidigini görkezdi; hem-de onuň wagta daňylmaly däldigini, çünki wagt indi hiç haçan gaýtadan synag bolmaz. Men käbirleriniň wagt barada wagyz edilmeginden döreýän galp joşguna düşýändiklerini gördüm; üçünji perişdäniň habary wagtyňkydan has güýçlüdigini gördüm. Men bu habaryň öz binýadynyň üstünde durup bilýändigini, ony berkitmek üçin wagtyň gerek däldigini, onuň beýik güýç bilen gitjekdigini, öz işini ýerine ýetirjekdigini we adalat içinde gysgaldyljakdygyny gördüm.” Experience and Views, 48.</w:t>
      </w:r>
    </w:p>
    <w:p>
      <w:pPr>
        <w:pStyle w:val="ArticleBody"/>
        <w:jc w:val="left"/>
      </w:pPr>
      <w:r>
        <w:rPr>
          <w:rFonts w:ascii="Times New Roman" w:hAnsi="Times New Roman" w:eastAsia="Times New Roman" w:cs="Times New Roman"/>
        </w:rPr>
        <w:t>Pygamberlik hakykatlarynyň möhürleriniň yzygiderli “tertibi” ösüşli bir taryhy kesgitleýär, emma şol bir wagtda habaryň ösüşini hem görkezýär. Görkezilen taryhyň “tertibi”, şeýle hem Ýahuda taýpasynyň Arslanynyň 31-nji dekabrdan bäri habary nähili möhürden açyp gelendiginiň yzlary — bularyň ikisine-de düşünmek gutulyş üçin zerurdyr. 2023-nji ýylyň iýul aýynda çöldäki bir ses 2023-nji ýylyň 31-nji dekabryndaky möhürleriň açylyşyna ýol taýýarlap başlady. Soňra Ýahuda taýpasynyň Arslany Ylham kitabynyň birinji babyndaky möhürleri açdy.</w:t>
      </w:r>
    </w:p>
    <w:p>
      <w:pPr>
        <w:pStyle w:val="ArticleHeading"/>
        <w:jc w:val="left"/>
      </w:pPr>
      <w:r>
        <w:rPr>
          <w:rFonts w:ascii="Arial" w:hAnsi="Arial" w:eastAsia="Arial" w:cs="Arial"/>
        </w:rPr>
        <w:t>Başga hiç zat</w:t>
      </w:r>
    </w:p>
    <w:p>
      <w:pPr>
        <w:pStyle w:val="ArticleScripture"/>
        <w:jc w:val="left"/>
      </w:pPr>
      <w:r>
        <w:rPr>
          <w:rFonts w:ascii="Times New Roman" w:hAnsi="Times New Roman" w:eastAsia="Times New Roman" w:cs="Times New Roman"/>
        </w:rPr>
        <w:t>“Ylhamyň halkynyň aňynda Wahy kitabynda öz yzygiderliligi boýunça berlen dabaraly habarlara ilkinji orun berilmelidir. Ünsümizi doly eýelemäge başga hiç bir zada ýol berilmeli däldir.” Testimonies, 8-nji tom, 301, 302.</w:t>
      </w:r>
    </w:p>
    <w:p>
      <w:pPr>
        <w:pStyle w:val="ArticleBody"/>
        <w:jc w:val="left"/>
      </w:pPr>
      <w:r>
        <w:rPr>
          <w:rFonts w:ascii="Times New Roman" w:hAnsi="Times New Roman" w:eastAsia="Times New Roman" w:cs="Times New Roman"/>
        </w:rPr>
        <w:t>2023-nji ýylda başlanan makalalar Hudaýyň halkynyň aňynda “birinji orny eýelemelidir”.</w:t>
      </w:r>
    </w:p>
    <w:p>
      <w:pPr>
        <w:pStyle w:val="ArticleScripture"/>
        <w:jc w:val="left"/>
      </w:pPr>
      <w:r>
        <w:rPr>
          <w:rFonts w:ascii="Times New Roman" w:hAnsi="Times New Roman" w:eastAsia="Times New Roman" w:cs="Times New Roman"/>
        </w:rPr>
        <w:t>Hudaý pygamberlik taryhynda geçmişde ýerine ýetirilmelidigi barada kesgitlän zatlarynyň ählisi ýerine ýetdi, öz tertibine görä entek geljek zatlaryň ählisi-de ýerine ýetiriler. Hudaýyň pygamberi Daniýel öz ornunda durýar. Ýahýa öz ornunda durýar. Ylhamda Ýahuda taýpasynyň Arslany pygamberligi öwrenýänlere Daniýeliň kitabyny açdy, şeýdip Daniýel öz ornunda durýar. Ol öz şaýatlygyny berýär, ýagny Rebbiň oňa görnüş arkaly açan beýik we örän çynlakaý wakalaryny — biz olaryň ýerine ýetmeginiň hut bosagasynda duranymyz üçin bilmelidigimiz wakalaryny.</w:t>
      </w:r>
    </w:p>
    <w:p>
      <w:pPr>
        <w:pStyle w:val="ArticleScripture"/>
        <w:jc w:val="left"/>
      </w:pPr>
      <w:r>
        <w:rPr>
          <w:rFonts w:ascii="Times New Roman" w:hAnsi="Times New Roman" w:eastAsia="Times New Roman" w:cs="Times New Roman"/>
        </w:rPr>
        <w:t>Taryhda we pygamberlikde Hudaýyň Sözi hakykat bilen ýalanyň arasynda uzak wagtlap dowam eden göreşi şöhlelendirýär. Şol göreş heniz hem dowam edýär. Geçmişde bolan zatlar gaýtadan bolar. “Selected Messages”, 2-nji kitap, 109.</w:t>
      </w:r>
    </w:p>
    <w:p>
      <w:pPr>
        <w:pStyle w:val="ArticleHeading"/>
        <w:jc w:val="left"/>
      </w:pPr>
      <w:r>
        <w:rPr>
          <w:rFonts w:ascii="Arial" w:hAnsi="Arial" w:eastAsia="Arial" w:cs="Arial"/>
        </w:rPr>
        <w:t>Otuz</w:t>
      </w:r>
    </w:p>
    <w:p>
      <w:pPr>
        <w:pStyle w:val="ArticleBody"/>
        <w:jc w:val="left"/>
      </w:pPr>
      <w:r>
        <w:rPr>
          <w:rFonts w:ascii="Times New Roman" w:hAnsi="Times New Roman" w:eastAsia="Times New Roman" w:cs="Times New Roman"/>
        </w:rPr>
        <w:t>Danyel kitabynyň on birinji baby, kyrkynjy aýatynyň habary 1996-njy ýylda açyldy we resmileşdirildi. Otuz ýyl soň, şol bir aýatyň gizlin taryhy indi Gije ýarymky Nalyş habarynyň resmileşdirilmegi bilen baglanyşykly ýagdaýda açylýar; bu habar, Yslamyň düzedilen daşarky çaklamasy bilen Gije ýarymky Nalyşyň düzedilen içerki habarynyň birleşmesinden ybaratdyr. Gije ýarymky Nalyş habary on altynjy aýatyň Ýekşenbe kanunyndan öň yglan edilýär, çünki tymsalda gapy hut şol Ýekşenbe kanunynda ýapylýar.</w:t>
      </w:r>
    </w:p>
    <w:p>
      <w:pPr>
        <w:pStyle w:val="ArticleHeading"/>
        <w:jc w:val="left"/>
      </w:pPr>
      <w:r>
        <w:rPr>
          <w:rFonts w:ascii="Arial" w:hAnsi="Arial" w:eastAsia="Arial" w:cs="Arial"/>
        </w:rPr>
        <w:t>Petr</w:t>
      </w:r>
    </w:p>
    <w:p>
      <w:pPr>
        <w:pStyle w:val="ArticleBody"/>
        <w:jc w:val="left"/>
      </w:pPr>
      <w:r>
        <w:rPr>
          <w:rFonts w:ascii="Times New Roman" w:hAnsi="Times New Roman" w:eastAsia="Times New Roman" w:cs="Times New Roman"/>
        </w:rPr>
        <w:t>Bu, Petrusy ýüz kyrk dört müň adamyň möhürleniş taryhynyň içine ýerleşdirýär. Petrusyň ýokarky otagda wagyz eden bir habary, hem-de ybadathanada wagyz eden bir habary bardy. Ýokarky otagyň habary tymsalyň Ýarygije Gykylygydyr, ybadathananyň habary bolsa üçünji perişdäniň gaty güýçli gykylygydyr. Petrusyň Ýarygije Gykylygy baradaky ýokarky otag habaryny wagyz edip bilmegi üçin, onuň habary öňden düzedilmeli we resmileşdirilmeli boldy. Bu düzediş we resmileşdiriş, Ýahuda taýpasynyň Arslanynyň 2023-nji ýylyň 31-nji dekabryndan bäri kesgitläp gelýän pygamberlik ugurlaryny bir ýere getirmek arkaly amala aşyrylýar.</w:t>
      </w:r>
    </w:p>
    <w:p>
      <w:pPr>
        <w:pStyle w:val="ArticleBody"/>
        <w:jc w:val="left"/>
      </w:pPr>
      <w:r>
        <w:rPr>
          <w:rFonts w:ascii="Times New Roman" w:hAnsi="Times New Roman" w:eastAsia="Times New Roman" w:cs="Times New Roman"/>
        </w:rPr>
        <w:t>Indi ediljek iş, Gijeki Nalyşyň habaryny resmileşdirmekdir. Habaryň resmileşdirilmegi 1831-nji ýylda William Miller we 1996-njy ýylda The Time of the End žurnaly arkaly öňden nusgalanyp görkezildi. 2020-nji ýylyň 18-nji iýulynda ilkinji lapykeçligi döreden habaryň düzedilmegi hem Josiah Litch, hem-de Samuel Snow arkaly nusgalanyp görkezildi. Olaryň hersiniň ýerine ýetiren işi 1840-njy ýylyň 11-nji awgustyndan soňky yzda geleni we ýedinji aý hereketinden soňky yzda geleni yzarlap gelen “netijäni” “sebäp boldy”. 1840-njy ýylda habar dünýäniň her bir mission stansiýasyna ýetirildi, 1844-nji ýylda bolsa Gijeki Nalyşyň habary Birleşen Ştatlaryň gündogar deňiz kenaryna tolkun ýaly süpürilip geçdi. Adamlaryň işi Mukaddes Ruhuň dökülip berilmeginiň “netijesine” “sebäp boldy”. 1840 deňiz bilen şekillendirilen dünýä gitdi, 1844 bolsa ýer bilen şekillendirilen Birleşen Ştatlara gitdi. 1840-nyň nyşany Ylhamyň onunjy babynda Mesihiň ýer bilen deňziň üstünde durmagydy, hut şol babyň özi 1840-dan 1844-e çenli taryhy kesgitleýär hem-de Mesihiň ýer bilen deňziň üstünde durşuny şekillendirýär.</w:t>
      </w:r>
    </w:p>
    <w:p>
      <w:pPr>
        <w:pStyle w:val="ArticleBody"/>
        <w:jc w:val="left"/>
      </w:pPr>
      <w:r>
        <w:rPr>
          <w:rFonts w:ascii="Times New Roman" w:hAnsi="Times New Roman" w:eastAsia="Times New Roman" w:cs="Times New Roman"/>
        </w:rPr>
        <w:t>1840-njy ýylda-da, 1844-nji ýylda-da, pygamberlige edilen düzediş wagty öňe süýşürilen, kämil senä laýyk getirilen düzediş boldy. Olaryň biri Yslam baradaky pygamberlik, beýlekisi bolsa on gyz baradaky tymsalyň pygamberligi boldy. Birisi daşarky, beýlekisi içki häsiýetli boldy. 1844-nji ýyl mukaddes ýer baradaky nädogry düşünjäni hem öz içine alýardy. Mukaddes ýer ýer ýüzümi, ýa-da ol asmandaky mukaddes ýerdi? Bu nädogry düşünje diňe bir mukaddes ýeriň kesgitlemesi bilen çäklenmän, eýsem bir janyň Mesihi Mukaddes ýerden Iň Mukaddes Ýere çenli yzarlap-ýzarlamajakdygy barada synagy hem aňladýardy.</w:t>
      </w:r>
    </w:p>
    <w:p>
      <w:pPr>
        <w:pStyle w:val="ArticleScripture"/>
        <w:jc w:val="left"/>
      </w:pPr>
      <w:r>
        <w:rPr>
          <w:rFonts w:ascii="Times New Roman" w:hAnsi="Times New Roman" w:eastAsia="Times New Roman" w:cs="Times New Roman"/>
        </w:rPr>
        <w:t>“Men Atanyň tagtdan galyp, alawly arabada perde içindäki mukaddesleriň Mukaddesine girip, ol ýerde oturanyny gördüm. Soňra Isa tagtdan galdy, Onuň bilen bile eglenleriň köpüsi hem ýerlerinden galdy. Isa galanyndan soň, Ondan bihabar üýşmeleňe bir şöhläniň hem geçendigini görmedim, we olar doly garaňkylykda galdyryldy. Isa bilen bir wagtda galanlar, Ol tagtdan çykyp, olary biraz öňe alyp gidýänçä, gözlerini Oňa berk dikdiler. Soňra Ol sag elini galdyrdy, we biz Onuň şeýle diýýän mähirli sesini eşitdik: ‘Şu ýerde garaşyň; Men Patyşalygy almak üçin Atamyň ýanyna barýaryn; lybaslaryňyzy tegmilsiz saklaň, az wagtdan Men toýdan dolanyp gelip, sizi Öz ýanyma kabul ederin’. Soňra bulutly bir araba, tigirleri alawly ot kimin bolan, daş-töweregi perişdeler bilen gurşalan halda, Isa duran ýere geldi. Ol arabanyň içine çykdy we Ata oturan Mukaddesleriň Mukaddesine alnyp gidildi. Ol ýerde men Isany, beýik Baş Ruhany hökmünde, Atanyň öňünde durandygyny gördüm. Onuň lybasynyň eteginde jaň we nar, jaň we nar bardy. Isa bilen bile galanlar, öz imanlaryny Mukaddesleriň Mukaddesindäki Oňa gönükdirip, şeýle doga edýärdiler: ‘Atamyz, bize Öz Ruhuňy ber’. Soňra Isa olaryň üstüne Mukaddes Ruhy üflerdi. Şol demiň içinde nur, güýç, we köp söýgi, şatlyk, hem-de parahatlyk bardy.”</w:t>
      </w:r>
    </w:p>
    <w:p>
      <w:pPr>
        <w:pStyle w:val="ArticleScripture"/>
        <w:jc w:val="left"/>
      </w:pPr>
      <w:r>
        <w:rPr>
          <w:rFonts w:ascii="Times New Roman" w:hAnsi="Times New Roman" w:eastAsia="Times New Roman" w:cs="Times New Roman"/>
        </w:rPr>
        <w:t>“Men entek tagtyň öňünde henizem baş egip duran jemagata seretmek üçin yzyma döndüm; olar Isanyň ol ýerden gidendigini bilmeýärdiler. Şeýtan tagtyň ýanynda duran ýaly bolup, Hudaýyň işini dowam etdirmäge synanyşýardy. Men olaryň tagta seredip, şeýle doga edişlerini gördüm: ‘Ata, bize Öz Ruhuňy ber.’ Şondan soň Şeýtan olaryň üstüne mukaddes däl bir täsir üflärdi; onda ýagtylyk we uly güýç bardy, emma süýji söýgi, şatlyk we parahatlyk ýokdy. Şeýtanyň maksady olary aldawda saklamak we Hudaýyň çagalaryny yza çekip aldamakdy.” Early Writings, 55, 56.</w:t>
      </w:r>
    </w:p>
    <w:p>
      <w:pPr>
        <w:pStyle w:val="ArticleBody"/>
        <w:jc w:val="left"/>
      </w:pPr>
      <w:r>
        <w:rPr>
          <w:rFonts w:ascii="Times New Roman" w:hAnsi="Times New Roman" w:eastAsia="Times New Roman" w:cs="Times New Roman"/>
        </w:rPr>
        <w:t>Mukaddes ýer, mukaddes ýeri nädogry düşünmekden dörän ähli düşünişmezlikleri düşündirýän “açar” hökmünde kesgitlenipdi. Ol lapykeçligi düşündirýän “açar”dy. Soňky günlerde bolsa, ybadathana baradaky düşünişmezligi düşündirýän “açar” lapykeçlikdir.</w:t>
      </w:r>
    </w:p>
    <w:p>
      <w:pPr>
        <w:pStyle w:val="ArticleBody"/>
        <w:jc w:val="left"/>
      </w:pPr>
      <w:r>
        <w:rPr>
          <w:rFonts w:ascii="Times New Roman" w:hAnsi="Times New Roman" w:eastAsia="Times New Roman" w:cs="Times New Roman"/>
        </w:rPr>
        <w:t>1844-nji ýylyň 22-nji oktýabryndan bäri “wagt indi ýokdur”, şonuň üçin 2020-nji ýylyň 18-nji iýulyndaky lapykeçligiň ýalňyşy indi düzedilmelidir, emma wagt taýdan däl, çünki wagt indi ýokdur.</w:t>
      </w:r>
    </w:p>
    <w:p>
      <w:pPr>
        <w:pStyle w:val="ArticleScripture"/>
        <w:jc w:val="left"/>
      </w:pPr>
      <w:r>
        <w:rPr>
          <w:rFonts w:ascii="Times New Roman" w:hAnsi="Times New Roman" w:eastAsia="Times New Roman" w:cs="Times New Roman"/>
        </w:rPr>
        <w:t>Deňziň üstünde we ýeriň üstünde duranlygyny gören perişdäm elini göge galdyrdy, hem-de gögi, onuň içindäki zatlary, ýeri, onuň içindäki zatlary, deňzi, onuň içindäki zatlary ýaradan, baky ýaşaýan Zat bilen ant içdi ki, indi wagt bolmaz; emma ýedinji perişdäniň sesiniň günlerinde, ol surnaý çalmaga başlananda, Hudaýyň syry Öz gullary pygamberlere yglan edişi ýaly tamamlanyar. Ylham 10:5–7.</w:t>
      </w:r>
    </w:p>
    <w:p>
      <w:pPr>
        <w:pStyle w:val="ArticleBody"/>
        <w:jc w:val="left"/>
      </w:pPr>
      <w:r>
        <w:rPr>
          <w:rFonts w:ascii="Times New Roman" w:hAnsi="Times New Roman" w:eastAsia="Times New Roman" w:cs="Times New Roman"/>
        </w:rPr>
        <w:t>Düzedilmeli bolan öňünden aýdylşyň ýerleşýän ýeri Tennessi ştatynyň Neşwil şäheridir, we bu ýer üýtgedilip bilinmez, çünki ol Future for America tarapyndan däl, eýsem Ellen Waýt tarapyndan kesgitlenendir, hem-de Pygamberlik Ruhu hiç wagt şowsuzlyga uçramaýar.</w:t>
      </w:r>
    </w:p>
    <w:p>
      <w:pPr>
        <w:pStyle w:val="ArticleScripture"/>
        <w:jc w:val="left"/>
      </w:pPr>
      <w:r>
        <w:rPr>
          <w:rFonts w:ascii="Times New Roman" w:hAnsi="Times New Roman" w:eastAsia="Times New Roman" w:cs="Times New Roman"/>
        </w:rPr>
        <w:t>“Men Naşwilde bolanymda, men halka ýüzlenip gürleýärdim, gijäniň bir mahalynda bolsa göni asmandan inip gelen ägirt uly od topy peýda boldy-da, Naşwilde ornaşdy. Şol topdan oklara meňzeş alawlar çykýardy; öýler ýanyp ýok bolýardy; öýler yrgyldap gaçýardy. Biziň adamlarymyzyň käbiri şol ýerde durdy. ‘Bu edil biziň garaşşymyz ýalydyr,’ diýdiler, ‘biz muňa garaşýardyk.’ Beýlekiler bolsa azap içinde ellerini owkalaşdyryp, Hudaýa rehim-şepagat üçin perýat edýärdiler. ‘Siz muny bilýärdiňiz,’ diýdiler olar, ‘munuň gelýändigini bilýärdiňiz-de, bizi duýdurmak üçin bir agyz hem söz aýtmadyňyz!’ Olar muny hiç haçan aýdyp bermändiklerini ýa-da asla hiç hili duýduryş bermändiklerini oýlap, edil olary parça-parça etmäge taýýar ýaly görünýärdiler.” Golýazma 188, 1905.</w:t>
      </w:r>
    </w:p>
    <w:p>
      <w:pPr>
        <w:pStyle w:val="ArticleBody"/>
        <w:jc w:val="left"/>
      </w:pPr>
      <w:r>
        <w:rPr>
          <w:rFonts w:ascii="Times New Roman" w:hAnsi="Times New Roman" w:eastAsia="Times New Roman" w:cs="Times New Roman"/>
        </w:rPr>
        <w:t>Neşwiliň üstüne düşen ot toplarynyň içki meselesi şudur: ol, Laodikiýaly Ýedinji Günki Adwentizmiň Neşwil duýduryş habaryny bilendigini, emma dymandygyny görkezýär. Bu, pygamberlik taryhynda Ýarygije Gykylygynyň habarynyň “utanjynyň” ýa-da “şatlygynyň” ýüze çykýan nokadydyr. Bu, baýdak bolmaly bolanlaryň beýgeldilip tapawutlandyrylyp başlanýan, şol bir wagtda bolsa dünýädäki gahary gelen we gahar-gazaba münen adamlar tarapyndan, Laodikiýaly Ýedinji Günki Adwentizmiň Neşwil boýunça hiç hili duýduryş bermändigi üçin utandyrylýanlaryň utanja galýan nokadydyr. Şol bir pygamberlik tapawudy Karmel dagynda Ylýas bilen Baalyň pygamberleriniň arasynda hem görkezilipdi, şeýle hem Millerit taryhynyň ikinji perişdesiniň döwründe, protestantlar mürtede öwrülen protestantlara öwrülip, ýalan pygamber hökmünde öz rollaryny ýerine ýetirip başlanda, Rimiň gyzlaryna öwrülende-de görkezilipdi. 1989-njy ýylda syýasy şah hem Reaganyň üsti bilen hut şol zady etdi; diňe, Reagan Rimiň gyzlaryna öwrülmedi, ol Rimiň aşnalary bolan Ahap we Birinji Klowis boldy.</w:t>
      </w:r>
    </w:p>
    <w:p>
      <w:pPr>
        <w:pStyle w:val="ArticleScripture"/>
        <w:jc w:val="left"/>
      </w:pPr>
      <w:r>
        <w:rPr>
          <w:rFonts w:ascii="Times New Roman" w:hAnsi="Times New Roman" w:eastAsia="Times New Roman" w:cs="Times New Roman"/>
        </w:rPr>
        <w:t>“Maňa bir bir görnüş görkezildi. Şenbe gününden öňki gije boldy. Şol görnüş hut şol wagtda görkezildi. Men penjireden daşaryk seretdim, asmandan inen äpet bir ot şary bardy, we ol sütünli binalary gurup ýatan ýerlerine gaçdy; aýratyn-da sütünler maňa görkezildi. We edil şol ot şary binanyň özüne gelip, ony mynjyradýan ýaly boldy; olar onuň şahalanýandygyny, şahalanýandygyny, ulalýandygyny gördüler, soňra bolsa aglamaga, perýat etmäge, ýene-de perýat etmäge we ellerini owkalamaga başladylar; meniň pikirimçe, biziň käbir adamlarymyz şol ýerde durup: ‘Hawa, bu hut biziň garaşan zadymyz; bu hut biziň aýdyp ýören zadymyz; bu hut biziň aýdyp ýören zadymyz’ diýýärdiler. ‘Siz muny bilýärdiňizmi?’ diýip adamlar aýtdylar. ‘Siz muny bilýärdiňiz-de, bize bu barada hiç wagt aýtmadyňyzmy?’ Men olaryň ýüzlerinde şeýle bir jebir-jepa, olaryň keşbinde şeýle bir jebir-jepa bardyr öýtdüm.’” Golýazma 152; 1904.</w:t>
      </w:r>
    </w:p>
    <w:p>
      <w:pPr>
        <w:pStyle w:val="ArticleBody"/>
        <w:jc w:val="left"/>
      </w:pPr>
      <w:r>
        <w:rPr>
          <w:rFonts w:ascii="Times New Roman" w:hAnsi="Times New Roman" w:eastAsia="Times New Roman" w:cs="Times New Roman"/>
        </w:rPr>
        <w:t>2020-nji ýylyň 18-nji iýulyndaky lapykeçlik nyşan hökmünde ýokary galdyrylmalydyr öýdülýän ybadathanany kesgitlemek üçin “açardyr”. Adventistleriň iki toparynyň arasyndaky tapawut Mukaddes Ýazgylaryň pygamberlikleriniň esasy mowzugydyr. Ýeremiýa “masgaralaýanlaryň ýygnagyna” goşulmakdan ýüz öwürdi, hem-de Smirna bilen Filadelfiýa ýygnaklary özlerini ýehudy hasaplaýandyklaryny aýdýan, emma beýle bolmadyk Şeýtanyň sinagogasy bilen garşy goýuldy. Özlerini Adventist diýip ykrar edýän iki toparyň arasyndaky tapawut olaryň Mukaddes Kitaby öwrenmek üçin ulanýan usulyýeti arkaly görkezilýär. Bu, dogry terbiýe bilen White uýamyzyň atlandyryşy ýaly “ýokary bilim diýlip atlandyrylýan” zadyň arasyndaky tapawutdyr.</w:t>
      </w:r>
    </w:p>
    <w:p>
      <w:pPr>
        <w:pStyle w:val="ArticleBody"/>
        <w:jc w:val="left"/>
      </w:pPr>
      <w:r>
        <w:rPr>
          <w:rFonts w:ascii="Times New Roman" w:hAnsi="Times New Roman" w:eastAsia="Times New Roman" w:cs="Times New Roman"/>
        </w:rPr>
        <w:t>Neşwil “Günortanyň Afinasy” hökmünde tanalýar, we Neşwilde Gresiýany aňladýan iň meşhur bina 1897-nji ýylda gadymy grek Parthenonynyň doly göwrümli nusgasy hökmünde gurlan Centennial Parkdaky Parthenondyr. Ol 1796-njy ýylda Tennessäniň ştatlyk derejesine goşulmagynyň ýüz ýyllygyny baýram etmek üçin guruldy we baýramçylykdan soň ýykylyp aýrylmagy göz öňünde tutulýardy. Munuň ýerine, 1903-nji ýylda şol ýer seýlelighana öwrüldi we Parthenon 1920-nji ýyldan 1931-nji ýyla çenli hemişelik görnüşde täzeden guruldy.</w:t>
      </w:r>
    </w:p>
    <w:p>
      <w:pPr>
        <w:pStyle w:val="ArticleBody"/>
        <w:jc w:val="left"/>
      </w:pPr>
      <w:r>
        <w:rPr>
          <w:rFonts w:ascii="Times New Roman" w:hAnsi="Times New Roman" w:eastAsia="Times New Roman" w:cs="Times New Roman"/>
        </w:rPr>
        <w:t>“Parfenon” diýen at grekçe parthénos sözünden gelip çykýar; onuň manysy “päk gyz” ýa-da “ýetginjek gyz” bolup, bu adalga Athenanyň akyl-paýhasyň, strategiýanyň, sungatyň, hünärleriň hem-de siwilizasiýanyň el degmedik, paýhasly we söweşjeň hudaýy hökmünde ýüze çykýan keşbine degişlidir. Ol b.e. öňki 447–432-nji ýyllar aralygynda Afinydaky Akropolda gurlup, heýkeltaraş Fidias tarapyndan ýasalan Athenanyň ägirt uly hrizelefantin (altyn we pil süňki) heýkelini özünde saklaýardy; aslynda ol onuň “öýi” ýa-da ilahi mesgeni bolup hyzmat edýärdi, sebäbi onuň şol ýerde hadir bolandygyna ynanylýardy.</w:t>
      </w:r>
    </w:p>
    <w:p>
      <w:pPr>
        <w:pStyle w:val="ArticleBody"/>
        <w:jc w:val="left"/>
      </w:pPr>
      <w:r>
        <w:rPr>
          <w:rFonts w:ascii="Times New Roman" w:hAnsi="Times New Roman" w:eastAsia="Times New Roman" w:cs="Times New Roman"/>
        </w:rPr>
        <w:t>Günbatar bilim ulgamyň giň gerimli bilime, tankydy barlag-derňewe, raýatlyk taýýarlygyna we erkin sungatlar çarçuwasyna berýän aýratyn ähmiýeti öz düýbüni gadymy grek pelsepesinden we amalyýetinden alýar. Platonyň Akademiýasy, Aristoteliň Lýseýi ýa-da Afinanyň paideýasy bolmadyk bolsa, biziň şu gün bilşimiz ýaly häzirki zaman mekdep bilimi örän başgaça görnüşde bolardy.</w:t>
      </w:r>
    </w:p>
    <w:p>
      <w:pPr>
        <w:pStyle w:val="ArticleBody"/>
        <w:jc w:val="left"/>
      </w:pPr>
      <w:r>
        <w:rPr>
          <w:rFonts w:ascii="Times New Roman" w:hAnsi="Times New Roman" w:eastAsia="Times New Roman" w:cs="Times New Roman"/>
        </w:rPr>
        <w:t>1904-nji ýylda Madison mekdebi Naşwil şäherinden dokuz mil daşlykda esaslandyryldy. Ellen Waýt asyl Madison mekdebiniň (resmi ady bilen Nashville Agricultural and Normal Institute, soňra bolsa Madison College diýlip tanalan) esaslandyryjy dolandyryş geňeşiniň agzasydy. Ol 1904-nji ýylda döredilen gününden başlap, direktorlar geňeşiniň esaslandyryjy agzasy hökmünde hyzmat etdi. Ol takmynan 1914-nji ýyla çenli (1915-nji ýylda aradan çykmazyndan bir ýyl öň) geňeşde galdy.</w:t>
      </w:r>
    </w:p>
    <w:p>
      <w:pPr>
        <w:pStyle w:val="ArticleBody"/>
        <w:jc w:val="left"/>
      </w:pPr>
      <w:r>
        <w:rPr>
          <w:rFonts w:ascii="Times New Roman" w:hAnsi="Times New Roman" w:eastAsia="Times New Roman" w:cs="Times New Roman"/>
        </w:rPr>
        <w:t>Bu onuň haçan-da goşulmaga ýa-da hyzmat etmäge razy bolan ýeke-täk kollej ýa-da institusional geňeşidi. Ol beýleki Adventist guramalaryndaky şeýle resmi wezipeleri bilkastlaýyn çäklendirdi, ýöne Madison üçin, onuň bilim boýunça beren maslahatlaryna laýyk gelýändigi sebäpli (öz-özüni üpjün edýän, hojalyga esaslanýan, missionerlik maksadyna gönükdirilen okuw; Mukaddes Kitaba, el zähmetine we Günortada hem-de onuň aňyrsynda hyzmat etmek üçin amaly taýynlyga aýratyn ähmiýet berýän) kadadan çykma etdi. White uýanyň Naşwil baradaky habarlary 1904 we 1905-nji ýyllarda geldi; hut şol döwürde Madison mekdebi başlanýardy, hem-de Parfenon sergisi hemişelik seýilgähdäki hemişelik desgä öwrülýärdi. Grek bilimi bilen asman bilimine degişli nyşanlaryň ikisiniň hem şol bir gysga wagtyň dowamynda öz başlangyçlaryny alamatlandyrmagy, hut şol bir döwürde Naşwiliň ot toplary baradaky görnüşleriniň berlendigi bilen gabat gelýärdi.</w:t>
      </w:r>
    </w:p>
    <w:p>
      <w:pPr>
        <w:pStyle w:val="ArticleScripture"/>
        <w:jc w:val="left"/>
      </w:pPr>
      <w:r>
        <w:rPr>
          <w:rFonts w:ascii="Times New Roman" w:hAnsi="Times New Roman" w:eastAsia="Times New Roman" w:cs="Times New Roman"/>
        </w:rPr>
        <w:t>“Geçen gece gözlerimin önüne bir sahne serildi. Bunun tamamını açıklamakta kendimi hiçbir zaman serbest hissedemeyebilirim, fakat birazını açıklayacağım.</w:t>
      </w:r>
    </w:p>
    <w:p>
      <w:pPr>
        <w:pStyle w:val="ArticleScripture"/>
        <w:jc w:val="left"/>
      </w:pPr>
      <w:r>
        <w:rPr>
          <w:rFonts w:ascii="Times New Roman" w:hAnsi="Times New Roman" w:eastAsia="Times New Roman" w:cs="Times New Roman"/>
        </w:rPr>
        <w:t>Dünýäniň üstüne örän äpet otly bir şaryň inip, uly jaýlary ýumrandygy maňa görünýärdi. Ol ýerden bu ýere: «Reb geldi! Reb geldi!» diýen nalyş galýardy. Köp adamlar Ony garşylamaga taýyn däldiler, emma az sanlylary: «Rebbe hamd-sena bolsun!» diýýärdiler.</w:t>
      </w:r>
    </w:p>
    <w:p>
      <w:pPr>
        <w:pStyle w:val="ArticleScripture"/>
        <w:jc w:val="left"/>
      </w:pPr>
      <w:r>
        <w:rPr>
          <w:rFonts w:ascii="Times New Roman" w:hAnsi="Times New Roman" w:eastAsia="Times New Roman" w:cs="Times New Roman"/>
        </w:rPr>
        <w:t>«„Näme üçin siz Rebbi wasp edýärsiňiz?“ diýip, olaryň üstüne duýdansyz heläkçilik gelmekte bolanlar soradylar.»</w:t>
      </w:r>
    </w:p>
    <w:p>
      <w:pPr>
        <w:pStyle w:val="ArticleScripture"/>
        <w:jc w:val="left"/>
      </w:pPr>
      <w:r>
        <w:rPr>
          <w:rFonts w:ascii="Times New Roman" w:hAnsi="Times New Roman" w:eastAsia="Times New Roman" w:cs="Times New Roman"/>
        </w:rPr>
        <w:t>“‘Çünki indi gözlədiyimizi görürük.’”</w:t>
      </w:r>
    </w:p>
    <w:p>
      <w:pPr>
        <w:pStyle w:val="ArticleScripture"/>
        <w:jc w:val="left"/>
      </w:pPr>
      <w:r>
        <w:rPr>
          <w:rFonts w:ascii="Times New Roman" w:hAnsi="Times New Roman" w:eastAsia="Times New Roman" w:cs="Times New Roman"/>
        </w:rPr>
        <w:t>“‘Eger siz bu zatlaryň gelýändigine ynanan bolsaňyz, näme üçin bize aýtmadyňyz?’ diýen jogap elhençdi. ‘Biz bu zatlar barada bilmeýärdik. Näme üçin bizi nadanlykda goýduňyz? Siz bizi gaýta-gaýta görüpdiňiz; näme üçin biziň bilen tanyş bolup, geljek höküm barada we heläk bolmazlygymyz üçin Hudaýa gulluk etmelidigimiz barada bize aýtmadyňyz? Indi biz ýitdik!’” Manuscript 102, 1904.</w:t>
      </w:r>
    </w:p>
    <w:p>
      <w:pPr>
        <w:pStyle w:val="ArticleBody"/>
        <w:jc w:val="left"/>
      </w:pPr>
      <w:r>
        <w:rPr>
          <w:rFonts w:ascii="Times New Roman" w:hAnsi="Times New Roman" w:eastAsia="Times New Roman" w:cs="Times New Roman"/>
        </w:rPr>
        <w:t>Neşwil habarlarynyň konteksti geografik taýdan hakyky ýa-da galp terbiýe baradaky ruhy bir çäklendirmä ýerleşdirildi. Ol, bir jany ýa asmanyň, ýa-da ýeriň raýaty bolmaga taýýarlaýan bir terbiýedir. Uýa Waýtyň Neşwil boýunça görnüşlerinde yslama hiç hili salgylanma ýokdur, şeýle bolsa, Neşwiliň üstüne ýanýan ot toplary baradaky görnüşe yslamy baglamaga nähili esas bolup biler? 2020-nji ýylyň Neşwil habaryna girizilen bir düzediş Ýoşiýa Liçiň we Samuel Snouwyň işine nähili laýyk geler? Olaryň düzedişleri, ilkinji çaklamaga getiren şol bir subutnamanyň, düzedilen çaklamany hem esaslandyrýan subutnamadygyna göz ýetirenlerinde edildi.</w:t>
      </w:r>
    </w:p>
    <w:p>
      <w:pPr>
        <w:pStyle w:val="ArticleBody"/>
        <w:jc w:val="left"/>
      </w:pPr>
      <w:r>
        <w:rPr>
          <w:rFonts w:ascii="Times New Roman" w:hAnsi="Times New Roman" w:eastAsia="Times New Roman" w:cs="Times New Roman"/>
        </w:rPr>
        <w:t>Yslamyň subutnamasy Naşwiliň duýduryş habary bilen baglanyşdyrylmazdan has öň berkarar edildi. Yslamyň habary üçünji perişdäniň habaryna gönüden-göni baglydyr. Bu hakykat Mukaddes Kitabyň birnäçe şaýatlygy arkaly görkezilýär. Üçünji perişdäniň duýduryşy demirgazyk patyşasynyň häkimiýetiniň nyşany hakdaky duýduryşy aňladýar, Yslam hakdaky duýduryş bolsa gündogaryň ogullary hakdaky duýduryş hökmünde beýan edilýär.</w:t>
      </w:r>
    </w:p>
    <w:p>
      <w:pPr>
        <w:pStyle w:val="ArticleScripture"/>
        <w:jc w:val="left"/>
      </w:pPr>
      <w:r>
        <w:rPr>
          <w:rFonts w:ascii="Times New Roman" w:hAnsi="Times New Roman" w:eastAsia="Times New Roman" w:cs="Times New Roman"/>
        </w:rPr>
        <w:t>Emma gündogardan we demirgazykdan gelen habarlar ony biynjalyk eder; şonuň üçin ol köp sanlyny ýok etmek we bütinleý gyrmak üçin beýik gazap bilen öňe çykar. Daniel 11:44.</w:t>
      </w:r>
    </w:p>
    <w:p>
      <w:pPr>
        <w:pStyle w:val="ArticleBody"/>
        <w:jc w:val="left"/>
      </w:pPr>
      <w:r>
        <w:rPr>
          <w:rFonts w:ascii="Times New Roman" w:hAnsi="Times New Roman" w:eastAsia="Times New Roman" w:cs="Times New Roman"/>
        </w:rPr>
        <w:t>Üçünji perişde taryha 1844-nji ýylyň 22-nji oktýabrynda, ýedinji surnaý ýaňlanmaga başlanda geldi. Ýedinji surnaý şol bir wagtyň özünde Yslamyň üçünji betbagtçylygydyr hem. 1863-nji ýyldaky pitne ýedinji surnaýyň ýaňlanmagyny 11-nji sentýabra çenli dymdyrdy; şol wagtda üçünji perişde Ylham kitabynyň on sekizinji babynda, Hudaýyň gudratynyň bir degişi bilen Nýu-Ýorkuň beýik binalary ýykylanda, aşak indi.</w:t>
      </w:r>
    </w:p>
    <w:p>
      <w:pPr>
        <w:pStyle w:val="ArticleBody"/>
        <w:jc w:val="left"/>
      </w:pPr>
      <w:r>
        <w:rPr>
          <w:rFonts w:ascii="Times New Roman" w:hAnsi="Times New Roman" w:eastAsia="Times New Roman" w:cs="Times New Roman"/>
        </w:rPr>
        <w:t>9/11 ýüz kyrk dört müňüň möhürlenişiniň ýakyn wagtda çykjak ýekşenbe kanunynda tamamlanýan möhürleme döwrüniň alfa, ýagny başlangyjy boldy.</w:t>
      </w:r>
    </w:p>
    <w:p>
      <w:pPr>
        <w:pStyle w:val="ArticleBody"/>
        <w:jc w:val="left"/>
      </w:pPr>
      <w:r>
        <w:rPr>
          <w:rFonts w:ascii="Times New Roman" w:hAnsi="Times New Roman" w:eastAsia="Times New Roman" w:cs="Times New Roman"/>
        </w:rPr>
        <w:t>9/11 Amerika Birleşen Ştatlarynda haýwanyň şekili boýunça synag döwrüniň alfasy bolup, ol Amerika Birleşen Ştatlarynda haýwanyň şekili boýunça synag döwrüniň omegasynda tamamlanýar; bu bolsa Amerika Birleşen Ştatlarynda haýwanyň nyşany mejbury ýagdaýda güýje girizilende ýüze çykýar.</w:t>
      </w:r>
    </w:p>
    <w:p>
      <w:pPr>
        <w:pStyle w:val="ArticleBody"/>
        <w:jc w:val="left"/>
      </w:pPr>
      <w:r>
        <w:rPr>
          <w:rFonts w:ascii="Times New Roman" w:hAnsi="Times New Roman" w:eastAsia="Times New Roman" w:cs="Times New Roman"/>
        </w:rPr>
        <w:t>9/11 ýer ýüzündäki haýwan, onuň Respublikan we Protestant şahalary hem goşulmak bilen, ýakyn wagtda geljek Ýekşenbe kanuny bilen tamamlanýan dirileriň höküm edilşiniň alfasy, ýagny başlangyjydyr.</w:t>
      </w:r>
    </w:p>
    <w:p>
      <w:pPr>
        <w:pStyle w:val="ArticleBody"/>
        <w:jc w:val="left"/>
      </w:pPr>
      <w:r>
        <w:rPr>
          <w:rFonts w:ascii="Times New Roman" w:hAnsi="Times New Roman" w:eastAsia="Times New Roman" w:cs="Times New Roman"/>
        </w:rPr>
        <w:t>9/11 “Rebbiň taýýarlyk gününiň” alfasy bolup, ol Rebbiň Sabaty günü baradaky synagda tamamlanýar.</w:t>
      </w:r>
    </w:p>
    <w:p>
      <w:pPr>
        <w:pStyle w:val="ArticleBody"/>
        <w:jc w:val="left"/>
      </w:pPr>
      <w:r>
        <w:rPr>
          <w:rFonts w:ascii="Times New Roman" w:hAnsi="Times New Roman" w:eastAsia="Times New Roman" w:cs="Times New Roman"/>
        </w:rPr>
        <w:t>9/11 ybadathananyň üstüne goýulýan omega depedaşy ýerleşdirilende tamamlanýan, düýp daşy bilen aňladylýan ybadathana gurluşynyň alfasy bolup durýar.</w:t>
      </w:r>
    </w:p>
    <w:p>
      <w:pPr>
        <w:pStyle w:val="ArticleBody"/>
        <w:jc w:val="left"/>
      </w:pPr>
      <w:r>
        <w:rPr>
          <w:rFonts w:ascii="Times New Roman" w:hAnsi="Times New Roman" w:eastAsia="Times New Roman" w:cs="Times New Roman"/>
        </w:rPr>
        <w:t>9/11 Birleşen Ştatlarda üçünji belanyň alfasy bolup, ol Ylham on birinji bapdaky ýertitremä çenli dowam edýär; bu hem tizden geljek Ýekşenbe kanunydyr. Şol ýertitremede üçünji bela tiz gelýär. Neşwil ot şarlarynyň taryhy, “Indi biz heläk bolduk” diýip, Laodikiýadaky Adventistleri ýazgarýanlaryň yglanlaryna garamazdan, Ýekşenbe kanunynda synag möhletiniň ýapylmagyndan öň bolup geçýär.</w:t>
      </w:r>
    </w:p>
    <w:p>
      <w:pPr>
        <w:pStyle w:val="ArticleBody"/>
        <w:jc w:val="left"/>
      </w:pPr>
      <w:r>
        <w:rPr>
          <w:rFonts w:ascii="Times New Roman" w:hAnsi="Times New Roman" w:eastAsia="Times New Roman" w:cs="Times New Roman"/>
        </w:rPr>
        <w:t>Ýoel kitaby we onuň Pentikostda ýerine ýetirilmegi, bilimiň artmagyny düşünip bilmeýän bir toparyň düşünýänleri serhoşlykda aýyplamagy bilen, Gijeki Çagyryş habarynyň jedelini orta goýýar. Efraýymyň serhoşlary bilen paýhaslylaryň arasyndaky ýüzbe-ýüz boluşma, Hudaýyň pygamberlik Sözünde ýygy-ýygydan gozgalýan mowzukdyr. Hakykatyň bir bölegi, habaryň iki basgançakly habar bolmagydyr; bu Petrus tarapyndan ýokarky otagda we ondan soň ybadathanada görkezilişi ýaly aýdyňlaşdyrylýar. Bu, hökümiň ilki Hudaýyň öýünden başlanmagy, soňra bolsa Hudaýyň öýüniň daşyndakylara ýetmegi bilen aňladylýar. Höküm işi şeýle hem Ylhamyň on sekizinji babyndaky iki ses arkaly görkezilýär; onda birinji ses 9/11-den Ýekşenbe kanunyna çenli uzalýar, soňra bolsa dördünji aýatyň ikinji sesi Ýekşenbe kanunyny alamatlandyrýar. Soňky ýagşyň hakyky we ýalan pygamberlik habarynyň tapawudy hem Malahiniň synag möhletiniň ýapylmazyndan edil öň gaýdyp gelýändigini kesgitleýän Ylýas arkaly hem suratlandyrylýar.</w:t>
      </w:r>
    </w:p>
    <w:p>
      <w:pPr>
        <w:pStyle w:val="ArticleBody"/>
        <w:jc w:val="left"/>
      </w:pPr>
      <w:r>
        <w:rPr>
          <w:rFonts w:ascii="Times New Roman" w:hAnsi="Times New Roman" w:eastAsia="Times New Roman" w:cs="Times New Roman"/>
        </w:rPr>
        <w:t>Karmel dagyndaky paýhaslylar bilen akmaklaryň nyşanlary “paýhasly Ylýas” we Bagalyň akmak pygamberleri boldy. Ylýas Petrusdyr, Bagalyň pygamberleri bolsa Efraýymyň serhoşlarydyr. Akmak serhoşlar, oduň guýulmagy arkaly, Bagalyň galp pygamberleri hökmünde aýan bolansoň, halk ahyrsoňunda: “Reb, Ol Hudaýdyr” diýip jogap berýär. Laodikiýadaky Ýedinji Gün Adventistleri, Naşwil çaklamasynyň berjaý bolmagynda şeýle hökmünde aýan edilýärler. Şonda Adventizmiň daşyndakylardan akmaklaryň wepasyzlygyna oýanýanlar ynandyrylyşyň astyna getirilýärler, emma olaryň synag möhleti entek ýapylmandyr. Naşwil duýduryş habary bilen şekillendirilen paýhasly we akmak gyzlaryň aýan bolmagynyň mysaly, on gyz baradaky tymsalyň ahyrky kämil berjaý bolmagyndaky bir ýol belgisi bolup durýar.</w:t>
      </w:r>
    </w:p>
    <w:p>
      <w:pPr>
        <w:pStyle w:val="ArticleBody"/>
        <w:jc w:val="left"/>
      </w:pPr>
      <w:r>
        <w:rPr>
          <w:rFonts w:ascii="Times New Roman" w:hAnsi="Times New Roman" w:eastAsia="Times New Roman" w:cs="Times New Roman"/>
        </w:rPr>
        <w:t>2020-nji ýylyň 18-nji iýulyndaky lapykeçlik düzedilmelidigi wajyp bolan habary, şeýle hem Adventizmiň içinde ýagy bolanlar bilen bolmadyklar bilen bagly ýüze çykyşy kesgitleýär. Soňra Neşwile duýduryş berýän ýag habaryna eýe bolmadyklar, ýaga eýe bolanlar bilen garşylyp görkezilýär. Habaryň ýagyna eýe bolan ýa-da bolmadyk iki toparyň bir topary Milleritler taryhynyň ilkinji lapykeçligi arkaly şekillendirilen lapykeçligi başdan geçiren bolsa, beýlekisi beýle tejribä eýe däldir. Milleritler arkaly nusgalaşdyrylan lapykeçlik bolmasa, başa barmadyk hiç bir çaklamada edilmeli düzediş ýokdur. 2020-nji ýyldaky Neşwil baradaky çaklamanyň Yslamy görkezendigi, düzedilmegi gerek bolan başa barmadyk habaryň bir bölegi bilen laýyk gelýär.</w:t>
      </w:r>
    </w:p>
    <w:p>
      <w:pPr>
        <w:pStyle w:val="ArticleBody"/>
        <w:jc w:val="left"/>
      </w:pPr>
      <w:r>
        <w:rPr>
          <w:rFonts w:ascii="Times New Roman" w:hAnsi="Times New Roman" w:eastAsia="Times New Roman" w:cs="Times New Roman"/>
        </w:rPr>
        <w:t>Munuň subutnamalarynyň biri şunda görünýär: Neşwiliň ot toplarynyň gelip ýetýän taryhy diňe bir Milleritleriň ilkinji lapykeçliginiň taryhy bilen, hem-de şondan soň habaryň düzedilişi bilen gabat gelýändigi üçin däl, eýsem 9/11-de üçünji perişdäniň gelmegi bilen başlanýan taryhyň içinde bolup geçýändigi üçindir; bu bolsa üçünji hasrata degişli Yslamyň gelendigini alamatlandyrýar, hem-de şol Yslam pygamberlik taýdan Ylham on birinji bapdaky ýekşenbe kanuny ýer titremesinde ýene-de gelýär. White uýa tarapyndan Yslam we Neşwil duýduryşy barada hiç hili göni salgylanma berilmändigi ýagdaýynda-da, habaryň içinde Yslamy saklap galmak şol taryhyň temasynyň Yslam bolmagyna esaslanýar.</w:t>
      </w:r>
    </w:p>
    <w:p>
      <w:pPr>
        <w:pStyle w:val="ArticleBody"/>
        <w:jc w:val="left"/>
      </w:pPr>
      <w:r>
        <w:rPr>
          <w:rFonts w:ascii="Times New Roman" w:hAnsi="Times New Roman" w:eastAsia="Times New Roman" w:cs="Times New Roman"/>
        </w:rPr>
        <w:t>«Danyýl kitaby» atly tapgyryň ýüz elli üçünji makalasynda biz Bilgamyň we onuň eşeginiň şaýatlygyna laýyklykda, eşek bilen şekillendirilen Yslamyň 11-nji sentýabrdan Ýekşenbe kanunyna çenli bolan taryhda Amerikanyň Birleşen Ştatlary bilen üç esasy özara täsiriniň boljakdygyny kesgitledik. Biz birinjini 11-nji sentýabr, ikinjini bolsa 2022-nji ýylyň 7-nji oktýabry diýip kesgitledik. Biz birinji hüjümiň ruhy şanly ýere, ikinji hüjümiň bolsa Ysraýylyň göni manydaky şanly ýerine edilendigini, üçünji hüjümiň hem Ýekşenbe kanunynyň ýer titremesindäki hüjüm boljakdygyny belläp geçdik. Şeýle-de, Bilgamyň bu pygamberlik derejesindäki taryhynyň hakykatyň möhürini göterýändigini görkezýärdik, çünki birinji we soňky hüjüm ruhy şanly ýere, ortadaky hüjüm bolsa göni manydaky şanly ýere edilýärdi; bu bolsa pitnewüniň nyşanydyr. Indi biz, Gijäniň ýarysyndaky gygyryş habarynyň başlanmagyny alamatlandyrýan dördünji urgynyň Naşwiliň ot toplary ýerine ýetende ruhy şanly ýurtda boljakdygyny görýäris. Bu bolsa Bilgamyň we onuň eşeginiň ikinji urgusynyň goşa häsiýetlidigini, ýagny ikisiniň birinjisiniň göni manydaky, ikinjisiniň bolsa ruhy şanly ýere edilen iki urgudan ybaratdygyny aňladýar.</w:t>
      </w:r>
    </w:p>
    <w:p>
      <w:pPr>
        <w:pStyle w:val="ArticleBody"/>
        <w:jc w:val="left"/>
      </w:pPr>
      <w:r>
        <w:rPr>
          <w:rFonts w:ascii="Times New Roman" w:hAnsi="Times New Roman" w:eastAsia="Times New Roman" w:cs="Times New Roman"/>
        </w:rPr>
        <w:t>Makala Ýahuda taýpasynyň Arslanynyň indi Neşwiliň ot toplary bilen Yslamyň pygamberlik baglanyşygynyň ýene bir şaýady hökmünde açan doly däl bir hakykatyny beýan etdi. Yslamy ot toplary bilen baglanyşdyrmagy goldaýan ýene bir delil mukaddes taryhyň reforma çyzyklarynyň içinde tapylýar. Her bir reforma hereketiniň bütin reforma hereketine siňip gidýän, diňe özüne mahsus aýratyn bir temasy bolýar. Musanyň reforma hereketinde bu saýlanan bir halk bilen äht baglaşmak baradaky tema idi. Mesihiň reforma çyzygynda bolsa tema Mesih hakyndady. Dawudyň reforma çyzygynda tema On Tabşyryk we mukaddes ýerdi. Milleritlerde tema pygamberlik wagtydy, çünki Milleritler “wagtyň habaryny” göterdiler. Üçünji perişdäniň 9/11-de gelmegi bilen ýüz kyrk dört müňüň reforma çyzygynyň temasy üçünji hasranyň Yslamy, gündogaryň çagalary, Mukaddes Kitabyň pygamberligindäki eşek, Ylham kitaby dokuzdaky söweş atlary, gündogar şemaly, çekirtgeler we milletleriň gaharyny getirmek hökmünde kesgitlendi.</w:t>
      </w:r>
    </w:p>
    <w:p>
      <w:pPr>
        <w:pStyle w:val="ArticleBody"/>
        <w:jc w:val="left"/>
      </w:pPr>
      <w:r>
        <w:rPr>
          <w:rFonts w:ascii="Times New Roman" w:hAnsi="Times New Roman" w:eastAsia="Times New Roman" w:cs="Times New Roman"/>
        </w:rPr>
        <w:t>Ylhamyň on birinji babyndaky ýer titreme üçünji belanyň Yslamyň nyşany bolup durýar, şol bir wagtyň özünde-de Ýarygije Gykylygynyň habarynyň tamamlanmagyny aňladýar. Ýarygije Gykylygy Mesihe degişli dabara bilen Iýerusalime girmegi arkaly nusgalandyrylypdy, ol hem eşegi boşatmak bilen başlapdy. Millerçi taryhynda Ýarygije Gykylygynyň başlangyjy Samuel Snowyň Exeter lager ýygnagyna at üstünde gelmegi bolupdy. Ýarygije Gykylygynyň döwrüniň başlangyjy Yslamyň nyşanlary bilen bellenýär. Doly tassyklaýjy şaýatlyklar 2020-nji ýylyň 18-nji iýulynda düzedilen habaryň duýduryş habarynyň bir bölegi hökmünde Yslamy öz içine alýandygyny tassyklamak üçin köpdür. Emma anyk görkezilen sene ýok, ýöne Neşwiliň ot şarlary ahyrky günlerdeki “täze çakyr” baradaky dawany kesgitleýär; şonuň üçin Neşwiliň ot şarlary Yslamy hem öz içine alýar, emma ot şarlarynyň ýadro ýaraglary hökmünde kesgitlenmegi barada näme aýdyp bolar?</w:t>
      </w:r>
    </w:p>
    <w:p>
      <w:pPr>
        <w:pStyle w:val="ArticleBody"/>
        <w:jc w:val="left"/>
      </w:pPr>
      <w:r>
        <w:rPr>
          <w:rFonts w:ascii="Times New Roman" w:hAnsi="Times New Roman" w:eastAsia="Times New Roman" w:cs="Times New Roman"/>
        </w:rPr>
        <w:t>Habarda Yslamyň hüjümdäki garşydaş hökmünde görkezilişi köp sanly şaýatlara esaslanyp saklanyp galmalydyr. Düzedilmegi zerur bolan wagt bellemekdäki ýalňyşlyk 1840-njy ýyl hem-de 1844-nji ýyl bilen nusgalanýar. Wagt indi pygamberlik habarynyň bir bölegi bolmaly däldir, emma sanlar henizem onuň bir bölegi bolup galýar. Mukaddes ýer baradaky düşünmezlik bilen görkezilen ýalňyşlyk hem çözülmelidir, ýöne ol çözülip, düzedilen habara goşulmazdan öň, mukaddes ýer baradaky şol düşünmezlik bilen nusgalanan ýalňyşlyk kesgitlenmelidir. 18-nji iýuldaky Neşwil duýduryşynda şol mukaddes ýer baradaky düşünmezlik nämäni aňladýardy?</w:t>
      </w:r>
    </w:p>
    <w:p>
      <w:pPr>
        <w:pStyle w:val="ArticleBody"/>
        <w:jc w:val="left"/>
      </w:pPr>
      <w:r>
        <w:rPr>
          <w:rFonts w:ascii="Times New Roman" w:hAnsi="Times New Roman" w:eastAsia="Times New Roman" w:cs="Times New Roman"/>
        </w:rPr>
        <w:t>Men bu jogaplaryň 2023-nji ýylyň ahyryndan bäri möhüriniň açylýan nurynda tapylýandygyny öňe sürýärin. Gelip çykyş, Matta we Ylham kitaplarynda on birinji bapdan başlap ýigrimi ikinji bapa çenli uzalýan on bir baplyk üç sany parallel hatar — Hudaýyň ýüz kyrk dört müň bilen baglaşan ähtiniň täzelenmegidir. Biz Onuň rehim-şepagat teklibini, çagyryşyny eşitmedik ýaly hereket edip ret edýärismikän, ýa-da adam güýjümize bil baglap, baş egip: “Onuň buýran ähli zadyny men ýerine ýetirerin” diýip yglan edýärismikän? Ýa-da Mukaddes Ruhuň Öz kanunyny ýüregimize we aňymyza ýazmagyna ýol berýärismikän?</w:t>
      </w:r>
    </w:p>
    <w:p>
      <w:pPr>
        <w:pStyle w:val="ArticleBody"/>
        <w:jc w:val="left"/>
      </w:pPr>
      <w:r>
        <w:rPr>
          <w:rFonts w:ascii="Times New Roman" w:hAnsi="Times New Roman" w:eastAsia="Times New Roman" w:cs="Times New Roman"/>
        </w:rPr>
        <w:t>Jogaplar hem Danyýel kitabynyň on ikinji babyndaky, wagty birinji, ikinji we üçünji perişdeleriň habarlary hökmünde görkezýän üç aýatyň möhüriniň açylmagynda tapylýar. Şol üç aýat hem ýedinji aýatda 2023-nji ýylyň 31-nji dekabryny, on ikinji aýatda 2020-nji ýylyň 18-nji iýulyny, soňra bolsa on birinji aýatda 1989-njy ýyldan başlap ýekşenbe kanunyna çenli we synag möhletiniň ýapylýança bolan döwri belleýär. Şol üç hakykat, şol üç aýatyň içinde, pygamberlik açylanda hemişe bolup geçýän üç esse synag işiniň beýan edilýän Mukaddes Ýazgynyň hut şol böleginde ýerleşýär!</w:t>
      </w:r>
    </w:p>
    <w:p>
      <w:pPr>
        <w:pStyle w:val="ArticleBody"/>
        <w:jc w:val="left"/>
      </w:pPr>
      <w:r>
        <w:rPr>
          <w:rFonts w:ascii="Times New Roman" w:hAnsi="Times New Roman" w:eastAsia="Times New Roman" w:cs="Times New Roman"/>
        </w:rPr>
        <w:t>Mesih diňe bir Danyýel 12-niň üç esse synagyny açyp görkezmän, eýsem şol synaglary hem binýat synagy, onuň yzyndan ybadathana synagy, soňra bolsa litmus synagy hökmünde kesgitledi. Mundan başga-da, Ol binýat synagynyň 2023-nji ýylyň 31-nji dekabrynda başlanandygyny we onuň Millerit hereketiniň binýat synagyna esaslanandygyny, antihristiň daşky görnüşi berkarar edýän nyşan hökmünde görkezilmegi arkaly, kesgitledi.</w:t>
      </w:r>
    </w:p>
    <w:p>
      <w:pPr>
        <w:pStyle w:val="ArticleBody"/>
        <w:jc w:val="left"/>
      </w:pPr>
      <w:r>
        <w:rPr>
          <w:rFonts w:ascii="Times New Roman" w:hAnsi="Times New Roman" w:eastAsia="Times New Roman" w:cs="Times New Roman"/>
        </w:rPr>
        <w:t>Soňra ol ikinji, ýagny ybadathana synagynyň, Daniýeliň onunjy bapdaky ybadathanadaky Mesih baradaky görnüşi arkaly şekillendirilendigini kesgitledi. Şol synag häzirki wagtda dowam edýär. Daniýeliň on ikinji bapdaky 1989-njy ýylyň, 2020-nji ýylyň 18-nji iýulynyň, 2023-nji ýylyň 31-nji dekabrynyň seneleriniň hem-de ýekşenbe kanunynyň açylmagy, Rimiň görnüşini we Mesihiň görnüşini öz içine alýar. Bu iki görnüş hem on ikinji bapdaky açylmanyň tapylýan hut şol bir görnüşinde beýan edilýär. Bu üç bap bir görnüşdir; onunjy bapdaky Mesihiň görnüşi ybadathana synagydyr, on birinji bapdaky antimesihiň görnüşi düýp synagydyr, on ikinji bapdaky ýüz kyrk dört müňüň ýolbellikleri bolsa, köpleriň päklenip, aklanylýandygy we synalýandygy mahalynda akmaklaryň paýhaslylardan aýrylýan üçünji we litmus synagyny aňladýar.</w:t>
      </w:r>
    </w:p>
    <w:p>
      <w:pPr>
        <w:pStyle w:val="ArticleBody"/>
        <w:jc w:val="left"/>
      </w:pPr>
      <w:r>
        <w:rPr>
          <w:rFonts w:ascii="Times New Roman" w:hAnsi="Times New Roman" w:eastAsia="Times New Roman" w:cs="Times New Roman"/>
        </w:rPr>
        <w:t>Ybadathana synagy Levililer 23-nji babyň ýagtylygyny açdy; ol ähti sandygynyň ýagtylygydyr; bu hem ýedinji günüň Sabatynyň alfa ýagtylygy hem-de ýedinji ýylyň Sabatynyň omega ýagtylygydyr. Alfa we omega Sabatlarynyň ýagtylygy tene gelişiň ýagtylygyny kesgitleýär. Şol ýagtylyk, Mesihiň 1844-nji ýylyň 22-nji oktýabrynda başlan işini — häzir bolsa dirileriň höküminde jemleýän işini — ýagny Hudaýyň ynsan tebigatyny Öz üstüne alyp, Ylahylygyň ynsanlyk bilen birleşigini dikeltmek maksady bilen adam bedenine girmegini kesgitleýär.</w:t>
      </w:r>
    </w:p>
    <w:p>
      <w:pPr>
        <w:pStyle w:val="ArticleBody"/>
        <w:jc w:val="left"/>
      </w:pPr>
      <w:r>
        <w:rPr>
          <w:rFonts w:ascii="Times New Roman" w:hAnsi="Times New Roman" w:eastAsia="Times New Roman" w:cs="Times New Roman"/>
        </w:rPr>
        <w:t>Lewiler kitabyň ýigrimi üçünji babyndaky ýagtylyk alfanyň ýazky baýramlaryny omeganyň güýzki baýramlary bilen birleşdirip, 2023-nji ýylyň 31-nji dekabryndan başlap adam synag möhletiniň ýapylýança bolan taryhyň hut özüni emele getirdi. Şol çyzygyň içinde esas goýujy synag 2023-nji ýylyň 31-nji dekabrynda gelýän hökmünde bellenýär, ybadathana synagy bolsa 2025-nji ýylda başlanýan diýlip kesgitlenýär we ol surnaýlar baýramynyň lakmus synagyna çenli dowam edýär. 2023-nji ýylyň iýul aýynda başlanan çöldäki ses hamyrmaýasız çörek baýramy bilen bellenýär; ol üç bölekden ybarat ýolbelgiden bäş gün soň tamamlandy. Ondan soň otuz günlük döwür geldi, onuň yzyndan üç bölekden ybarat bir ýolbelgi, onuň yzyndan hem bäş gün geldi; şeýlelikde bu baky Hoş Habaryň üç ädimini şekillendirdi. Üç bölekden ybarat alfa ýolbelgisiniň yzyndan bäş günüň gelmegi birinji perişde bolup, otuz günüň özi ikinji perişde bolup, üç bölekden ybarat omega ýolbelgisiniň yzyndan bäş günüň gelip Pentikostyň ýekşenbe kanunyna çenli ýetmegi bolsa üçünji perişdedir.</w:t>
      </w:r>
    </w:p>
    <w:p>
      <w:pPr>
        <w:pStyle w:val="ArticleBody"/>
        <w:jc w:val="left"/>
      </w:pPr>
      <w:r>
        <w:rPr>
          <w:rFonts w:ascii="Times New Roman" w:hAnsi="Times New Roman" w:eastAsia="Times New Roman" w:cs="Times New Roman"/>
        </w:rPr>
        <w:t>Mesih hem-de Mukaddesler 23-nji babyň ýagtysyny ybadathanadaky synag wagtynda äht sandygy gurluşygy bilen açdy. Äht sandygyň bir tarapyndaky ýedinji günüň Sabatynyň habary ýa-da perişdesi, hem-de sandygyň beýleki tarapyndaky ýedinji ýylyň Sabatynyň perişdesi sandyga nazar salýan örtüji keruplary aňladýar. Ýüz kyrk dört müňüň möhürleniş taryhynda, şol iki perişdäniň goşa ýagtysy ýedinji günüň Sabatyny we bedenlenme taglymatyny aňladyp, bakylyk dowamynda öwreniljek bir mowzugy beýan edýär.</w:t>
      </w:r>
    </w:p>
    <w:p>
      <w:pPr>
        <w:pStyle w:val="ArticleBody"/>
        <w:jc w:val="left"/>
      </w:pPr>
      <w:r>
        <w:rPr>
          <w:rFonts w:ascii="Times New Roman" w:hAnsi="Times New Roman" w:eastAsia="Times New Roman" w:cs="Times New Roman"/>
        </w:rPr>
        <w:t>Elbetde, eger siz ýedi wagtyň şatlyk ýylynyň, ýagny 1863-nji ýylyň ruhy Azatlyk Jarnamasynyň nyşanydygyny görüp bilmeseňiz, onda William Milleriň alfa we omega pygamberlikleriniň ýedi wagt we iki müň üç ýüz gün bolandygyny-da görmersiňiz. Şol biri-biri bilen baglanyşykly iki wagt pygamberliginiň ähmiýetini görüp bilmezlik, 1798-nji ýylyň ýedi wagta, 1844-nji ýylyň bolsa iki müň üç ýüz güne wekilçilik edýändigini ykrar etmäge böwet bolýar. Şeýle bilimiň ýoklugynda, Levililer kitaby ýigrimi üçüň setir üstüne setir getirilende, onuň ýazky baýramlary beýan edýän ilkinji ýigrimi iki aýaty güýzki baýramlaryň soňky ýigrimi iki aýaty bilen bir ýere goýlanda, şol setiriň 1844 bilen görkezilen ýedinji gün Sabatyndan başlanýandygyny, kyrk dört aýatdan ybarat şol setiri tamamlaýan Sabatyň bolsa 1798 bilen görkezilen ýeriň Sabatydygyny görmek tas mümkin bolmaz.</w:t>
      </w:r>
    </w:p>
    <w:p>
      <w:pPr>
        <w:pStyle w:val="ArticleBody"/>
        <w:jc w:val="left"/>
      </w:pPr>
      <w:r>
        <w:rPr>
          <w:rFonts w:ascii="Times New Roman" w:hAnsi="Times New Roman" w:eastAsia="Times New Roman" w:cs="Times New Roman"/>
        </w:rPr>
        <w:t>Iki Sabadyň arasyndaky baglanyşygy görüp bilmezlik, 1798-nji ýyldaky ýedi wagtyň adamzady, 1844-nji ýyldaky iki müň üç ýüz günüň bolsa Hudaýlygy aňladýandygyny görüp bilmezligi aňladýar. Şeýle çuň körlük bilen, ýedinji günüň Sabadynyň alfa nurunyň we ten alma taglymatynyň omega nurunyň Mesihiň Öz Hudaýlygyny ýykylan adamyň adamzady bilen birleşdirmekdäki işini görkezýändigini tanamak tas mümkin däl ýaly görünýär. Mesihiň Öz Hudaýlygyny biziň adamzadymyz bilen birleşdirmekdäki işi, 1798 bilen 1844-i birleşdirmek işidir, çünki 1798 adam tenini, 1844 bolsa Hudaýlygy aňladýar.</w:t>
      </w:r>
    </w:p>
    <w:p>
      <w:pPr>
        <w:pStyle w:val="ArticleBody"/>
        <w:jc w:val="left"/>
      </w:pPr>
      <w:r>
        <w:rPr>
          <w:rFonts w:ascii="Times New Roman" w:hAnsi="Times New Roman" w:eastAsia="Times New Roman" w:cs="Times New Roman"/>
        </w:rPr>
        <w:t>Adamzat Hudaýyň keşbinde ýaradylýar; onda ýokary we aşaky tebigat bar. Adamyň ýokary tebigaty tene meýilli bolup, günä satylypdyr. Mesih imana getirilen jany imana gelen pursatynda Öz aňyny berýär, çünki öwrülişmek aklanmanyň bolup geçýän ýeridir, aklanmak bolsa dogry edilmekdir. Aşaky tebigat bada-bat halas edilip bilinmez, we aşaky tebigat babatynda hoş habaryň wadasy şudur: Mesihiň gaýdyp gelişinde şöhratlandyrylan bedeni alarys. Ýokary tebigat akyl, aşaky tebigat bolsa ten-dir. Ýokary tebigat, ýedinji surnaý bilen ýubileý surnaýynyň ikisiniň hem ýaňlanyp başlamagy bilen Bagyşlama gününde, 1844-nji ýylyň 22-nji oktýabrynda tamamlanan “ýedi gezek” baradaky pygamberlikdir. Aşaky tebigatyň “ýedi gezegi” 1798-nji ýylda tamamlandy, çünki ol Mesihiň Ikinji Gelişine çenli täzelenip bilinmez.</w:t>
      </w:r>
    </w:p>
    <w:p>
      <w:pPr>
        <w:pStyle w:val="ArticleBody"/>
        <w:jc w:val="left"/>
      </w:pPr>
      <w:r>
        <w:rPr>
          <w:rFonts w:ascii="Times New Roman" w:hAnsi="Times New Roman" w:eastAsia="Times New Roman" w:cs="Times New Roman"/>
        </w:rPr>
        <w:t>1798-nji ýylyň ýedi döwri, 1844-nji ýylyň ýedi döwri we 1844-nji ýylyň iki müň üç ýüz ýyly 1844-nji ýylyň 22-nji oktýabrynda başlanan Mesihiň işini aňladýar. Ol iş Onuň Hudaýlygyny adamzat bilen birleşdirmekden ybaratdy, emma adamzatdan we Hudaýlykdan ybarat bolan ybadathana 1844-nji ýylda birleşdirilmeli bolanda, 1798 goşulmaly däldi, çünki ol milletleriň howlusyny aňladýar.</w:t>
      </w:r>
    </w:p>
    <w:p>
      <w:pPr>
        <w:pStyle w:val="ArticleBody"/>
        <w:jc w:val="left"/>
      </w:pPr>
      <w:r>
        <w:rPr>
          <w:rFonts w:ascii="Times New Roman" w:hAnsi="Times New Roman" w:eastAsia="Times New Roman" w:cs="Times New Roman"/>
        </w:rPr>
        <w:t>Ybadathana synagy ybadathanany ölçeýşi öz içine alýar, we 2023-nji ýylda başlanan möhürden açylma taryhynyň irki döwründe, ýedi gürrüldiniň möhürden açylmagy ilkinji lapykeçlikden beýik lapykeçlige çenli bolan taryhy ýedi gürrüldi arkaly görkezilen taryhyň iň soňky we kämil ýüze çykyşy hökmünde kesgitledi; ylham bolsa, olaryň birinji we ikinji perişdeleriň taryhynyň dowamynda bolup geçen wakalary, şeýle hem öz tertibinde aýan ediljek geljekki wakalary aňladýandygyny aýdýar. Bu kämil ýerine ýetme 2023-nji ýylda gelen ilkinji ylhamlaryň biri bolan hakykatyň çarçuwasynyň içine ýerleşdirildi. Başlangyçdaky lapykeçlik omega lapykeçligini aňladýardy, ortada bolsa habaryň “ýagy” esasynda akyldarlar bilen akmaklaryň aýrylyşan Exeter çadyr ýygnagy bardy.</w:t>
      </w:r>
    </w:p>
    <w:p>
      <w:pPr>
        <w:pStyle w:val="ArticleBody"/>
        <w:jc w:val="left"/>
      </w:pPr>
      <w:r>
        <w:rPr>
          <w:rFonts w:ascii="Times New Roman" w:hAnsi="Times New Roman" w:eastAsia="Times New Roman" w:cs="Times New Roman"/>
        </w:rPr>
        <w:t>Milleritleriň ybadathanasy lapykeçlikden lapykeçlige çenli guruldy; şeýlelik bilen, ýüz kyrk dört müňüň ybadathanasynyň 2020-nji ýylyň 18-nji iýulyndan başlap, tymsalda gapynyň ýapylýan ýakyn geljekdäki ýekşenbe kanunyna çenli gurulýandygyny görkezýär; edil 1844-nji ýylyň 22-nji oktýabrynda bolşy ýaly. Ýedi gök gürrüldisi bilen aňladylýan taryh, Daniel on ikiniň nurunda görkezilýän şol bir taryhdyr. Daniel on ikidäki bir müň iki ýüz togsan günüň nury on birinji aýatda görkezilýän otuz ýyllyk döwür bilen göni baglanyşýar. Şeýle hem ol saýlanan halk bilen baglaşylan ähtiň ilkinji wekiliniň hem-de göni Ysraýylyň ruhy Ysraýyla bolan äht gatnaşyklarynyň üýtgemegini kesgitlemek üçin galdyrylan pygamberiň tapawutlandyrýan otuz ýyly bilen baglanyşyklydyr. Lewiler ýigrimi üçlügiň gurluşynyň ortasyndaky 30 gün, Ybraýymyň Hudaý bilen baglaşan üç esse ähtiniň ilkinji ädiminiň şol bir otuz ýylydyr. On birinji aýatdaky 508-den 538-e çenli bolan otuz ýyl ýüz kyrk dört müňüň ruhanylygynyň nyşanydyr.</w:t>
      </w:r>
    </w:p>
    <w:p>
      <w:pPr>
        <w:pStyle w:val="ArticleBody"/>
        <w:jc w:val="left"/>
      </w:pPr>
      <w:r>
        <w:rPr>
          <w:rFonts w:ascii="Times New Roman" w:hAnsi="Times New Roman" w:eastAsia="Times New Roman" w:cs="Times New Roman"/>
        </w:rPr>
        <w:t>Lewileriň ýigrimi üçünji bapdaky gurluşyndaky otuz gün, Mesihiň ýokary göterilýänçä şägirtlerine ýüzbe-ýüz öwreden kyrk gününiň bir bölegidir. Otuz san, ruhanylaryň otuz ýaşynda gulluga başlaýandyklarynyň nyşanydyr. 508-den 538-e çenli bolan otuz ýyl butparaz Rimiň papalyk Rime geçişini görkezýär, şeýle etmek bilen hem ýüz kyrk dört müňüň Laodikiýa ruhanylygynyň ýüz kyrk dört müňüň Filadelfiýa ruhanylygyna geçişini görkezýär. Bu geçiş üç ädimde amala aşýar: “gündelik”iň aýrylyp taşlanan wagty bolan 508, 533-nji ýylda Ýustinianyň permany, şondan soň bolsa geçiş gutarnykly tamamlananda, 538-nji ýyldaky ýekşenbe kanuny.</w:t>
      </w:r>
    </w:p>
    <w:p>
      <w:pPr>
        <w:pStyle w:val="ArticleBody"/>
        <w:jc w:val="left"/>
      </w:pPr>
      <w:r>
        <w:rPr>
          <w:rFonts w:ascii="Times New Roman" w:hAnsi="Times New Roman" w:eastAsia="Times New Roman" w:cs="Times New Roman"/>
        </w:rPr>
        <w:t>Şol otuz ýyl 1989-njy ýyldan Ýekşenbe kanunyna çenli döwri aňladýar; şol wagtda Hudaýyň möhürlenen Filadelfiýa halky, Onuň ybadathanasy hökmünde, bütin dünýäniň görmegi üçin ýokary galdyrylar. Şonda dünýä Mesih bilen — Öz halky arkaly görkezilýän, Mesih bilen bile göksel ýerlerde oturdylan we şonuň üçin Hudaýyň ybadathanasynda bolan — ýa-da Hudaýyň ybadathanasynda oturyp, özüni Hudaýdygyny görkezýän günä adamy bilen arada höküm çykarar. Ýakyn wagtda geljek Ýekşenbe kanunynda, beýik köplük hem bolan on birinji sagadyň işçileri, düýpli bir synag bilen ýüzbe-ýüz ediler. Ýedinji gün Şenbe Hudaýyň Şenbesimi, ýa-da günüň güni Hudaýyň Şenbesimi?</w:t>
      </w:r>
    </w:p>
    <w:p>
      <w:pPr>
        <w:pStyle w:val="ArticleScripture"/>
        <w:jc w:val="left"/>
      </w:pPr>
      <w:r>
        <w:rPr>
          <w:rFonts w:ascii="Times New Roman" w:hAnsi="Times New Roman" w:eastAsia="Times New Roman" w:cs="Times New Roman"/>
        </w:rPr>
        <w:t>“Soňra onuň öňünde ýene bir sahna geçdi. Oňa ýehudylary, Atasynyň kanunyny hormatlaýandyklaryny aýdyp, Mesihi ret etmäge Şeýtanyň nähili alyp baran işi görkezilipdi. Indi bolsa ol, Mesihi kabul edýäris diýip ykrar edýän mahaly, Hudaýyň kanunyny ret etmek arkaly şoňa meňzeş bir aldawa düşen hristian dünýäsini gördi. Ol ruhanylardan we ýaşululardan çykan joşgunly sesi eşidipdi: ‘Ony ýok ediň!’ ‘Ony haça çekiň, haça çekiň!’ Indi bolsa özlerini hristian diýip atlandyrýan mugallymlardan: ‘Kanuny ýok ediň!’ diýen sesi eşitdi. Ol Sabadyň aýak astyna basylyp, onuň ýerine galp bir dessuryň ornaşdyrylandygyny gördi. Musa ýene haýranlykdan we gorkudan doldy. Mesihä ynanýanlar nädip Onuň Öz mukaddes dagynda Öz sesi bilen aýdan kanunyny ret edip bilerlerdi? Hudaýdan gorkýanlar nädip asmanyňda we ýerde Onuň hökümdarlygynyň binýady bolan kanuny bir gyra goýup bilerlerdi? Musa şatlyk bilen, az sanly bolsa-da, wepaly adamlaryň arasynda Hudaýyň kanunynyň henizem hormatlanyp beýgeldilýändigini gördi. Ol, Hudaýyň kanunyny saklaýanlary ýok etmek üçin ýer ýüzüniň güýçleriniň alyp barjak soňky beýik göreşini gördi. Ol Hudaýyň ýer ýüzünde ýaşaýanlary özleriniň etmişleri üçin jezalandyrmaga turjak wagtyna, Onuň adyndan gorkýanlaryň bolsa Onuň gaharynyň gününde ýapyljakdygyna we gizlenjekdigine öňe nazar saldy. Ol Hudaýyň Öz mukaddes mesgeninden sesini çykaranda, asmanlar bilen ýeriň sandyrar mahaly, Onuň kanunyny saklanlar bilen baglaşýan parahatlyk ähtini eşitdi. Ol Mesihiň şöhratda ikinji gezek gelşini, dogrylaryň ölüsiniň ölümsiz ýaşaýşa direldilişini, diri mukaddesleriň ölümi görmän üýtgedilişini we olaryň şatlyk aýdymlary bilen bilelikde Hudaýyň Şäherine göterilişini gördi.” Ata-babalar we pygamberler, 476.</w:t>
      </w:r>
    </w:p>
    <w:p>
      <w:pPr>
        <w:pStyle w:val="ArticleBody"/>
        <w:jc w:val="left"/>
      </w:pPr>
      <w:r>
        <w:rPr>
          <w:rFonts w:ascii="Times New Roman" w:hAnsi="Times New Roman" w:eastAsia="Times New Roman" w:cs="Times New Roman"/>
        </w:rPr>
        <w:t>Uly mähelle, ýagny başga milletlerden bolanlar we bir sagatlyk işçiler, binýatlaýyn synag bilen synalýarlar; onuň yzyndan derrew ybadathana synagy gelýär. Günä adamy bilen birlikdäki Rimiň ynsan ybadathanasy, imanyňyzy onuň üstünde gurýan gaýa boljakmy ýa-da gum boljakmy? Ýa-da bu, Ylahylyk bilen ynsanlygyň birleşen görnüşi bolan täjessüm ybadathanasymy, Petrusyň “ruhy öý” diýip atlandyrýan bir ýüz kyrk dört müňüň ybadathanasymy? Binýat we ybadathana babatdaky şol synag döwründe yzarlama üçünji ädimiň litmus synagyny amala aşyrar, soňra bolsa ynsan synag möhleti ýapylar.</w:t>
      </w:r>
    </w:p>
    <w:p>
      <w:pPr>
        <w:pStyle w:val="ArticleBody"/>
        <w:jc w:val="left"/>
      </w:pPr>
      <w:r>
        <w:rPr>
          <w:rFonts w:ascii="Times New Roman" w:hAnsi="Times New Roman" w:eastAsia="Times New Roman" w:cs="Times New Roman"/>
        </w:rPr>
        <w:t>Ýahuda taýpasynyň Arslany häzir kyrkynjy aýatyň gizlin taryhyny doldurýar we Kir, Neron hem-de Tramp baradaky üç sany iki ýüz elli ýyllyk pygamberlik arkaly has-da köp ýagtylygy açdy; muny bolsa Naşwiliň düzedilen habaryny yglan etmek işini aýratyn nygtan hut şol wagtda etdi. Neronyň çyzygy Amerikanyň Birleşen Ştatlarynda, soňra bolsa bütin dünýäde haýwanyň keşbiniň ahyrky gezek dikeldilişiniň çarçuwasyny berýär. Kiriň b.e. öňki 457-nji ýyldaky çyzygy Rafýa bilen Paniumyň arasyndaky taryhy, ýagny ýakynda geljek ýekşenbe kanunynda Panium Actium bilen utgaşanda başlanjak Üçünji jahan urşy bilen Ukrain urşunyň arasyndaky taryhy kesgitleýär. Trampyň çyzygy şu ýyl 4-nji iýulda tamamlanýar.</w:t>
      </w:r>
    </w:p>
    <w:p>
      <w:pPr>
        <w:pStyle w:val="ArticleBody"/>
        <w:jc w:val="left"/>
      </w:pPr>
      <w:r>
        <w:rPr>
          <w:rFonts w:ascii="Times New Roman" w:hAnsi="Times New Roman" w:eastAsia="Times New Roman" w:cs="Times New Roman"/>
        </w:rPr>
        <w:t>Nero yzarlamagyň nyşanydyr; Smirna ýygnagy Pergamos ýygnagynda we ylalaşyga gelmekde 250 ýyl soň yzarlama tamamlanýança dowam edýän taryhy görkezýär. Bu hatar şekiliň dikeldilmegini görkezýär, şonuň üçin hem Olaryň ybadathanasynda Mesihiň şekiliniň dikeldilýän taryhy bilen gabat gelýär. “Permana” gündogar bilen günbataryň, paýhaslylar bilen akylsyzlaryň, bugdaý bilen haşal otlaryň hem-de halas bolanlar bilen ýitenleriň arasyndaky bölünişigiň ýapyk gapysy bilen yzarlanýan ilkinji ýekşenbe kanunyna alyp barýan başlangyç nokatdyr. Bu döwri başlaýan “permana” dünýä üçin şol bir synag döwrüni hem başlaýan “permana”dyr. Şonuň üçin “permana” birinjidir hem ahyrydyr. Neronyň on ýedi ýyllyk hatarynyň her bir ýoly “permana” bilen başlanýan ýekşenbe kanuny krizisiniň barha güýçlenýän yzarlamasyny görkezýär; bu bolsa prezidentiň “ýerine ýetiriji buýrugy” görnüşindäki bir zatdyr.</w:t>
      </w:r>
    </w:p>
    <w:p>
      <w:pPr>
        <w:pStyle w:val="ArticleBody"/>
        <w:jc w:val="left"/>
      </w:pPr>
      <w:r>
        <w:rPr>
          <w:rFonts w:ascii="Times New Roman" w:hAnsi="Times New Roman" w:eastAsia="Times New Roman" w:cs="Times New Roman"/>
        </w:rPr>
        <w:t>Kiriň miladydan öňki 457-nji ýyldaky üç permany, ahyrynda üç ýolgörkeziji nokady bolan on ýedi ýyllyk döwri görkezýär; edil Neronyň çyzygy ýaly hem, hem-de Kiriň 1798-nji ýyldan 1844-nji ýyla çenli birinji, ikinji we üçünji perişdeleriň gelmegi bilen tamamlanan beýleki çyzygy ýaly. Kiriň üç basgançagy şulardyr: Rafiýa söweşi, soňra ikinji basgançaga çenli on ýyl, ondan soň bolsa Paniý söweşine çenli ýedi ýyl. Başlangyç hem, ahyr hem söweşlerdir; şonuň üçin olar Alfa bilen Omeganyň möhürini göterýär. On ýyllyk ilkinji döwür 2014-nji ýylda Ukrain söweşi bilen başlanan synag döwrüni aňladýar, ikinji döwür bolsa ýedi ýyl soň Paniý söweşinde tamamlanýar.</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wagtyň habaryny birinji we ikinji perişdeleriň taryhyndaky Milleritlere açdy, hem-de Ol üçünji perişdäniň taryhy bolan ýüz kyrk dört müňüň taryhynda sanlaryň habaryny açýar.</w:t>
      </w:r>
    </w:p>
    <w:p>
      <w:pPr>
        <w:pStyle w:val="ArticleBody"/>
        <w:jc w:val="left"/>
      </w:pPr>
      <w:r>
        <w:rPr>
          <w:rFonts w:ascii="Times New Roman" w:hAnsi="Times New Roman" w:eastAsia="Times New Roman" w:cs="Times New Roman"/>
        </w:rPr>
        <w:t>Makkabeý gozgalaňy arkaly görkezilen 1776-njy ýyldan 1798-nji ýyla çenli bolan ýigrimi iki ýyl ýaly nyşanly pygamberlik taryhlary altynjy patyşalygyň başlangyjynyň sebäbini hem-de bäşinji patyşalygyň tamamlanmagynyň sebäbini görkezýär. Ýigrimi ikinji prezident Grover Kliwlend, yzly-yzyna gelmedik iki möhlet hyzmat eden ýeke-täk iki prezident hökmünde, Donald Trampyň omega prezidenti häsiýetindäki görnüşiniň alfasy boldy. Tramp, öňki prezidentiň möhletiniň dowamynda wezipesi öz üstüne geçen beýleki prezidentler bilen birlikde, özleri üçin ikinji möhleti gazanan prezidentler hem hasaba alnanda, ikinji möhleti gazanan ýigrimi ikinji prezidentdir. Mukaddes Kitabyň pygamberligindäki altynjy patyşalyk Garaşsyzlyk Jarnamasyndan soňky ýigrimi iki ýyldan soň, 1798-nji ýylda başlady. 1798-nji ýyldan 2026-njy ýyla çenli döwür alfa senesinde 22 we omega senesinde 22 arkaly görkezilýär.</w:t>
      </w:r>
    </w:p>
    <w:p>
      <w:pPr>
        <w:pStyle w:val="ArticleBody"/>
        <w:jc w:val="left"/>
      </w:pPr>
      <w:r>
        <w:rPr>
          <w:rFonts w:ascii="Times New Roman" w:hAnsi="Times New Roman" w:eastAsia="Times New Roman" w:cs="Times New Roman"/>
        </w:rPr>
        <w:t>On birinji bapdan başlap, ýigrimi ikinji bapda tamamlanýan on bir baplyk üç hatar bar. Bu on bir baplyk üç hataryň her birinde üç aýat bilen görkezilen takyk orta nokat bar. Gelip çykyş kitaby “sünnetiň” saýlanan halk bilen äht gatnaşyklarynyň nyşany hökmünde haçan berlendigini görkezýär. Bu, saýlanan halka äht halkyny aňladýan bir alamatyň ilkinji gezek berlen pursatydy; Matta kitabynda bolsa, merkezdäki şol üç aýat Mesihiň Öz ýygnagyny onuň üstünde gurjak Gaýasyny görkezýär. Şol aýatlar Simon Barýonanyň adynyň Petrus diýip üýtgedilen wagtyny görkezýär, bu bolsa ýüz kyrk dört müňe deň gelýär. Ylham kitabyndaky şol hataryň ortasy ölümiň ähtini görkezýär, çünki ol papalygy ýediniň içinden bolan sekizinji baş hökmünde görkezýär. Asyrlaryň Islegi kitabyndaky on birinji bap Ýahýa Çokundyryjynyň habaryny, ýigrimi ikinji bap bolsa Ýahýanyň ölümüni görkezýär diýen ýagdaýyň netijeleri barada näme pikir edýärsiňiz?</w:t>
      </w:r>
    </w:p>
    <w:p>
      <w:pPr>
        <w:pStyle w:val="ArticleBody"/>
        <w:jc w:val="left"/>
      </w:pPr>
      <w:r>
        <w:rPr>
          <w:rFonts w:ascii="Times New Roman" w:hAnsi="Times New Roman" w:eastAsia="Times New Roman" w:cs="Times New Roman"/>
        </w:rPr>
        <w:t>Şol baplaryň ortasy sizi 168-nji sahypa eltýär; şol ýerde “Nikodim” diýen at bilen bap başlanýar. On birinji bap “Çümdüriliş” diýlip atlandyrylýar, ýigrimi ikinji bap bolsa “Ýahýanyň Türmä Basylmagy we Ölümi” diýlip atlandyrylýar. On birinji bap, on ýedinji bap we Nikodim ýaly, şeýle hem Ýahýanyň ölümi ýaly, ölüm, jaýlanyş we direlişiň nyşanydyr.</w:t>
      </w:r>
    </w:p>
    <w:p>
      <w:pPr>
        <w:pStyle w:val="ArticleBody"/>
        <w:jc w:val="left"/>
      </w:pPr>
      <w:r>
        <w:rPr>
          <w:rFonts w:ascii="Times New Roman" w:hAnsi="Times New Roman" w:eastAsia="Times New Roman" w:cs="Times New Roman"/>
        </w:rPr>
        <w:t>Biz bu zatlary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Ýigrimi iki belgisi</dc:title>
  <dc:subject>2023-nji ýylyň 31-nji dekabry</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