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Dokuzynjy San</w:t>
      </w:r>
    </w:p>
    <w:p>
      <w:pPr>
        <w:pStyle w:val="ArticleSubtitle"/>
        <w:jc w:val="left"/>
      </w:pPr>
      <w:r>
        <w:rPr>
          <w:rFonts w:ascii="Arial" w:hAnsi="Arial" w:eastAsia="Arial" w:cs="Arial"/>
        </w:rPr>
        <w:t>Işaýanyň soňky pygamberlik beýanaty: Mesihiň aýan bolşy we 144,000-niň pygamberlik wezipesi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Işaýa kitaby, aýratyn-da onuň kyrkdan altmyş altynjy baplara çenli ýerleşýän soňky pygamberlik beýany, häzirki wagtda ynsan synag möhletiniň ahyryna golaýlaşdygymyzça açylyp barýan Isa Mesihiň Ylhamy bilen göni baglanyşykly birnäçe möhüm pygamberlik hakykatlaryny aýratyn nygtaýan beýandir. Şol hakykatlaryň biri Alfa bilen Omegananyň aýan edilmegidir. Mukaddes Kitabyň başga hiç bir kitaby, bir zadyň ahyryny onuň başlangyjy bilen görkezýän Hudaýyň häsiýetiniň şol tarapyna degişli Işaýanyň şaýatlygyna golaý hem gelip bilmez.</w:t>
      </w:r>
    </w:p>
    <w:p>
      <w:pPr>
        <w:pStyle w:val="ArticleScripture"/>
        <w:jc w:val="left"/>
      </w:pPr>
      <w:r>
        <w:rPr>
          <w:rFonts w:ascii="Times New Roman" w:hAnsi="Times New Roman" w:eastAsia="Times New Roman" w:cs="Times New Roman"/>
        </w:rPr>
        <w:t>Muňa kim amal edip, muny ýerine ýetirdi, nesilleri başlangyçdan bäri çagyryp? Men Reb, ilki bolup, soňkularyň bilen hem Men Şolman. Işaýa 41:4.</w:t>
      </w:r>
    </w:p>
    <w:p>
      <w:pPr>
        <w:pStyle w:val="ArticleBody"/>
        <w:jc w:val="left"/>
      </w:pPr>
      <w:r>
        <w:rPr>
          <w:rFonts w:ascii="Times New Roman" w:hAnsi="Times New Roman" w:eastAsia="Times New Roman" w:cs="Times New Roman"/>
        </w:rPr>
        <w:t>Hudaýyň Hudaýdygyny subut edýän zadyň nämedigini Hudaý Işaýa pygamberde aýan edýär.</w:t>
      </w:r>
    </w:p>
    <w:p>
      <w:pPr>
        <w:pStyle w:val="ArticleScripture"/>
        <w:jc w:val="left"/>
      </w:pPr>
      <w:r>
        <w:rPr>
          <w:rFonts w:ascii="Times New Roman" w:hAnsi="Times New Roman" w:eastAsia="Times New Roman" w:cs="Times New Roman"/>
        </w:rPr>
        <w:t>Ysraýylyň Patyşasy, onuň Halasgäri bolan Hökmürowan Reb şeýle diýýär: Men ilkinjidirin, Men ahyrkydyryn; Menden başga Hudaý ýokdur. Maňa meňzäp kim çagyryp biler, muny yglan edip biler we Meniň öňümde tertibe salyp biler, gadymy halky belleli bäri? Goý, geljek zatlary we boljak wakalary olara görkezsinler. Gorkmaň, howsala düşmäň; Men muny şol wagtdan bäri size aýdyp, yglan etmedimmi? Siz Meniň şaýatlarymsyňyz. Menden başga Hudaý barmy? Hawa, başga Hudaý ýokdur; Men başga hiç birini bilemok. Işaýa 44:6–8.</w:t>
      </w:r>
    </w:p>
    <w:p>
      <w:pPr>
        <w:pStyle w:val="ArticleBody"/>
        <w:jc w:val="left"/>
      </w:pPr>
      <w:r>
        <w:rPr>
          <w:rFonts w:ascii="Times New Roman" w:hAnsi="Times New Roman" w:eastAsia="Times New Roman" w:cs="Times New Roman"/>
        </w:rPr>
        <w:t>Işaýanyň soňky pygamberlik beýanaty Isanyň wada beren Teselli Berijisiniň gelmeginiň kämil we ahyrky berjaý bolşuny nygtaýar.</w:t>
      </w:r>
    </w:p>
    <w:p>
      <w:pPr>
        <w:pStyle w:val="ArticleScripture"/>
        <w:jc w:val="left"/>
      </w:pPr>
      <w:r>
        <w:rPr>
          <w:rFonts w:ascii="Times New Roman" w:hAnsi="Times New Roman" w:eastAsia="Times New Roman" w:cs="Times New Roman"/>
        </w:rPr>
        <w:t>Ey, dogrulygy yzarlap gidýänler, Rebbi gözleýänler, maňa gulak asyň: özüňiziň yonulan gaýaňyza we gazylyp alnan çukuryňyza serediň. Ataňyz Ybraýyma we sizi dünýä inderen Sara serediň; çünki Men ony ýeke çagyrdym, ony bereketledim we köpeltdim. Çünki Reb Siony teselli berer; Onuň ähli weýran ýerlerine teselli berer; onuň çöline Erem bagy ýaly, onuň biyabanyny Rebbiň bagy ýaly eder; onuň içinde şatlyk we şadyýanlyk, şükür we owazly nagma tapylar. Işaýa 51:1–3.</w:t>
      </w:r>
    </w:p>
    <w:p>
      <w:pPr>
        <w:pStyle w:val="ArticleBody"/>
        <w:jc w:val="left"/>
      </w:pPr>
      <w:r>
        <w:rPr>
          <w:rFonts w:ascii="Times New Roman" w:hAnsi="Times New Roman" w:eastAsia="Times New Roman" w:cs="Times New Roman"/>
        </w:rPr>
        <w:t>Teselli Beriji 2023-nji ýylyň iýul aýynda geldi. Işaýanyň beýanatynda aýratyn nygtalýan başga bir hakykat hem, ýedi gürrüldiň gizlin, üç basgançakly taryhydyr; bu, ýewreý elipbiýiniň birinji, on üçünji we soňky harplaryndan emele getirilen ýewreý sözi bolan “emeth”-iň gurluşydyr.</w:t>
      </w:r>
    </w:p>
    <w:p>
      <w:pPr>
        <w:pStyle w:val="ArticleScripture"/>
        <w:jc w:val="left"/>
      </w:pPr>
      <w:r>
        <w:rPr>
          <w:rFonts w:ascii="Times New Roman" w:hAnsi="Times New Roman" w:eastAsia="Times New Roman" w:cs="Times New Roman"/>
        </w:rPr>
        <w:t>Şäherden galmagal sesi, ybadathanadan bir ses, duşmanlaryna jezasy ýetirýän Rebbiň sesi. Işaýa 66:6.</w:t>
      </w:r>
    </w:p>
    <w:p>
      <w:pPr>
        <w:pStyle w:val="ArticleBody"/>
        <w:jc w:val="left"/>
      </w:pPr>
      <w:r>
        <w:rPr>
          <w:rFonts w:ascii="Times New Roman" w:hAnsi="Times New Roman" w:eastAsia="Times New Roman" w:cs="Times New Roman"/>
        </w:rPr>
        <w:t>Işaýa kitabynda hödürlenýän başga bir möhüm hakykat, ýekşenbe gününe degişli mejbury berjaý etdirilişi kabul edilendigi üçin, ilki bilen Amerikanyň Birleşen Ştatlarynyň, soňra bolsa dünýäniň üstüne Hudaýyň ýerine ýetiriji hökminiň guraly hökmünde Yslamyň tutýan ornudyr.</w:t>
      </w:r>
    </w:p>
    <w:p>
      <w:pPr>
        <w:pStyle w:val="ArticleScripture"/>
        <w:jc w:val="left"/>
      </w:pPr>
      <w:r>
        <w:rPr>
          <w:rFonts w:ascii="Times New Roman" w:hAnsi="Times New Roman" w:eastAsia="Times New Roman" w:cs="Times New Roman"/>
        </w:rPr>
        <w:t>Ol çykanda, Sen ony ölçeg bilen temmi berersiň; gündogar ýeliniň gününde Ol Öz gazaply şemalyny saklar. Işaýa 27:8.</w:t>
      </w:r>
    </w:p>
    <w:p>
      <w:pPr>
        <w:pStyle w:val="ArticleBody"/>
        <w:jc w:val="left"/>
      </w:pPr>
      <w:r>
        <w:rPr>
          <w:rFonts w:ascii="Times New Roman" w:hAnsi="Times New Roman" w:eastAsia="Times New Roman" w:cs="Times New Roman"/>
        </w:rPr>
        <w:t>Bu hakykatlaryň ählisini Gijeki Gygyryş habarynyň düzüm bölekleri hökmünde toparlara bölmek bolar; ol hem on päk gyzyň mysaly bolup, Atanyň Isaga beren, Isanyň Jebraýle beren, onuň hem Ýohanna beren, Ýohannanyň bolsa ýazyp çykaryp ýygnaklara iberen Isa Mesihiň Ylhamy habarynyň şekilli beýan edilişidir. Biz Işaýanyň soňky rowaýatyny, Ylham kitabynyň on birinji babyndan başlanýan pygamberlik wakalarynyň hataryny goldamak üçin ulanyp geldik, indi bolsa on ikinji baba ýetdik; şol ýerde güneşe geýnen zenanyň Işaýa tarapyndan şeýle berk tassyklanýan nyşanlylyk bilen görkezilýändigini görýäris; ýagny, Mesih bir zadyň ahyryny bir zadyň başlangyjy arkaly suratlandyrýar.</w:t>
      </w:r>
    </w:p>
    <w:p>
      <w:pPr>
        <w:pStyle w:val="ArticleScripture"/>
        <w:jc w:val="left"/>
      </w:pPr>
      <w:r>
        <w:rPr>
          <w:rFonts w:ascii="Times New Roman" w:hAnsi="Times New Roman" w:eastAsia="Times New Roman" w:cs="Times New Roman"/>
        </w:rPr>
        <w:t>Soňra asmanda uly bir alamat göründi: güne geýnen, aýaklarynyň astynda aý bolan, başynda bolsa on iki ýyldyzdan täç geýen bir aýal bardy. Ol göwreli bolup, dogurmak ezabynda aglap, dünýä inermäge sanjy çekýärdi. Soňra asmanda ýene bir alamat göründi; ine, ýedi kellesi, on şahasy bolan, kelleleriniň üstünde bolsa ýedi täji bolan ullakan gyzyl aždarha bardy. Onuň guýrugy asman ýyldyzlarynyň üçden bir bölegini süpürip, olary ýere taşlady. Aždarha dogurmaga taýýar duran aýalyň öňünde durdy, onuň çagasyny dünýä inen dessine ýuwutmak üçin. Aýal bolsa ähli milletleri demir hasa bilen dolandyrmaly bolan bir oglan çagany dünýä indirdi; onuň çagasy bolsa Hudaýa we Onuň tagtyna alnyp gidildi. Ylham 12:1–5.</w:t>
      </w:r>
    </w:p>
    <w:p>
      <w:pPr>
        <w:pStyle w:val="ArticleBody"/>
        <w:jc w:val="left"/>
      </w:pPr>
      <w:r>
        <w:rPr>
          <w:rFonts w:ascii="Times New Roman" w:hAnsi="Times New Roman" w:eastAsia="Times New Roman" w:cs="Times New Roman"/>
        </w:rPr>
        <w:t>Ylhamyň on ikinji bapyndaky aýal taryhyň bütin dowamynda Hudaýyň saýlanan halkynyň nyşanydyr. Gadymy göni manydaky Ysraýylyň on iki taýpasy Hudaýyň äht halky bolan saýlanan halkynyň başlangyjyny aňladýar. On iki taýpa Mesihiň on iki şägirdi saýlan wagtynda, gadymy göni manydaky Ysraýylyň ahyryny öňünden şekillendirýär. Gadymy göni manydaky Ysraýylyň ahyryndaky şol on iki şägirt, şol bir wagtda-da häzirki ruhy Ysraýylyň başlangyjyndaky on iki resuldy. Iki başlangyç şaýat bilen bir ahyrky şaýat birleşip, ýüz kyrk dört müňüň häzirki ruhy Ysraýylyň ahyrydygyny kesgitleýän üç şaýady döredýär.</w:t>
      </w:r>
    </w:p>
    <w:p>
      <w:pPr>
        <w:pStyle w:val="ArticleBody"/>
        <w:jc w:val="left"/>
      </w:pPr>
      <w:r>
        <w:rPr>
          <w:rFonts w:ascii="Times New Roman" w:hAnsi="Times New Roman" w:eastAsia="Times New Roman" w:cs="Times New Roman"/>
        </w:rPr>
        <w:t>Ýüz kyrk dört müň hem doganlary tarapyndan kowlup çykarylan tugdur. Olar Sodom bilen Müsüriň beýik şäheriniň köçesinde ýatan öli, gurak süňkleriň jülgesi bolan tugdur; olar tükeniksiz çukurdan çykan wagşy haýwan tarapyndan öldürilenlerdir. Olar aýalyň başynda geýýän täjiniň daşlary bolan tugdur.</w:t>
      </w:r>
    </w:p>
    <w:p>
      <w:pPr>
        <w:pStyle w:val="ArticleScripture"/>
        <w:jc w:val="left"/>
      </w:pPr>
      <w:r>
        <w:rPr>
          <w:rFonts w:ascii="Times New Roman" w:hAnsi="Times New Roman" w:eastAsia="Times New Roman" w:cs="Times New Roman"/>
        </w:rPr>
        <w:t>Şol gün olaryň Hudaýy Rebbi olary Öz halkynyň sürüsi hökmünde halas eder; çünki olar täjiň daşlary ýaly bolup, Onuň ýurdunyň üstünde baýdak kimin ýokary galdyrylar. Zekerýa 9:16.</w:t>
      </w:r>
    </w:p>
    <w:p>
      <w:pPr>
        <w:pStyle w:val="ArticleBody"/>
        <w:jc w:val="left"/>
      </w:pPr>
      <w:r>
        <w:rPr>
          <w:rFonts w:ascii="Times New Roman" w:hAnsi="Times New Roman" w:eastAsia="Times New Roman" w:cs="Times New Roman"/>
        </w:rPr>
        <w:t>Baýdak, ýagny ýüz kyrk dört müň adam, Mesihe meňzeş daşlardyr.</w:t>
      </w:r>
    </w:p>
    <w:p>
      <w:pPr>
        <w:pStyle w:val="ArticleScripture"/>
        <w:jc w:val="left"/>
      </w:pPr>
      <w:r>
        <w:rPr>
          <w:rFonts w:ascii="Times New Roman" w:hAnsi="Times New Roman" w:eastAsia="Times New Roman" w:cs="Times New Roman"/>
        </w:rPr>
        <w:t>Hemmesi-de şol bir ruhy içgiden içdüler; çünki olar özlerine eýerip gelen şol ruhy Gaýadan içýärdiler; ol Gaýa bolsa Mesihdi. 1 Korintoslylar 10:4.</w:t>
      </w:r>
    </w:p>
    <w:p>
      <w:pPr>
        <w:pStyle w:val="ArticleBody"/>
        <w:jc w:val="left"/>
      </w:pPr>
      <w:r>
        <w:rPr>
          <w:rFonts w:ascii="Times New Roman" w:hAnsi="Times New Roman" w:eastAsia="Times New Roman" w:cs="Times New Roman"/>
        </w:rPr>
        <w:t>Mesih ýüz kyrk dört müňü nyşanlaýar, we Petrus Pawlus bilen ylalaşyp, Mesihi ret edilen “diri daş” diýip atlandyrýar; şeýle hem Petrus Hudaýyň halkynyň hem “diri daşlar”dygyny görkezdi.</w:t>
      </w:r>
    </w:p>
    <w:p>
      <w:pPr>
        <w:pStyle w:val="ArticleScripture"/>
        <w:jc w:val="left"/>
      </w:pPr>
      <w:r>
        <w:rPr>
          <w:rFonts w:ascii="Times New Roman" w:hAnsi="Times New Roman" w:eastAsia="Times New Roman" w:cs="Times New Roman"/>
        </w:rPr>
        <w:t>Oňa gelýänler üçin Ol dirilik daşy kimidir: adamlardan ret edilen, emma Hudaý tarapyndan saýlanan we gymmatlydyr. Siz hem diri daşlar hökmünde ruhy bir öý, mukaddes ruhanylyk bolup bina edilýärsiňiz; şeýlelikde Isa Mesih arkaly Hudaýa makbul bolan ruhy gurbanlyklary hödürlemek üçindir. 1 Petrus 2:4, 5.</w:t>
      </w:r>
    </w:p>
    <w:p>
      <w:pPr>
        <w:pStyle w:val="ArticleBody"/>
        <w:jc w:val="left"/>
      </w:pPr>
      <w:r>
        <w:rPr>
          <w:rFonts w:ascii="Times New Roman" w:hAnsi="Times New Roman" w:eastAsia="Times New Roman" w:cs="Times New Roman"/>
        </w:rPr>
        <w:t>Ýüz kyrk dört müň diňe bir aýalyň täjindäki daşlar bolman, eýsem täjiň özidir.</w:t>
      </w:r>
    </w:p>
    <w:p>
      <w:pPr>
        <w:pStyle w:val="ArticleScripture"/>
        <w:jc w:val="left"/>
      </w:pPr>
      <w:r>
        <w:rPr>
          <w:rFonts w:ascii="Times New Roman" w:hAnsi="Times New Roman" w:eastAsia="Times New Roman" w:cs="Times New Roman"/>
        </w:rPr>
        <w:t>Sionyň hatyrasy üçin men dymmaryn, Iýerusalimiň hatyrasy üçin hem rahat tapmaryn, onuň dogrulygy şöhle kimin ýüze çykýança, gutulyşy bolsa ýanyp duran çyra kimin bolýança. Milletler seniň dogrulygyňy, ähli patyşalar hem seniň şöhratyňy görerler; sen Rebbiň agzy bilen dakyljak täze at bilen atlandyrylar. Şeýle hem sen Rebbiň elinde şöhrat täji, Hudaýyňyň elinde patyşalyk diademasy bolarsyň. Işaýa 62:1–3.</w:t>
      </w:r>
    </w:p>
    <w:p>
      <w:pPr>
        <w:pStyle w:val="ArticleBody"/>
        <w:jc w:val="left"/>
      </w:pPr>
      <w:r>
        <w:rPr>
          <w:rFonts w:ascii="Times New Roman" w:hAnsi="Times New Roman" w:eastAsia="Times New Roman" w:cs="Times New Roman"/>
        </w:rPr>
        <w:t>Mesih ýüz kyrk dört müňi öňünden şekillendirýär. Ol Gaýadyr, olar bolsa “daşlar”. Olar “Rebbiň elinde şöhrat täji”, Mesih bolsa şöhrat täjidir.</w:t>
      </w:r>
    </w:p>
    <w:p>
      <w:pPr>
        <w:pStyle w:val="ArticleScripture"/>
        <w:jc w:val="left"/>
      </w:pPr>
      <w:r>
        <w:rPr>
          <w:rFonts w:ascii="Times New Roman" w:hAnsi="Times New Roman" w:eastAsia="Times New Roman" w:cs="Times New Roman"/>
        </w:rPr>
        <w:t>Şol günde Hökmürowan Reb halkynyň galany üçin şöhrat täji we gözellik diademasy bolar; höküm kürsüsinde oturana höküm ruhy, söweşi derwezä çenli yzyna serpikdirýänlere bolsa güýç bolar. Işaýa 28:5, 6.</w:t>
      </w:r>
    </w:p>
    <w:p>
      <w:pPr>
        <w:pStyle w:val="ArticleBody"/>
        <w:jc w:val="left"/>
      </w:pPr>
      <w:r>
        <w:rPr>
          <w:rFonts w:ascii="Times New Roman" w:hAnsi="Times New Roman" w:eastAsia="Times New Roman" w:cs="Times New Roman"/>
        </w:rPr>
        <w:t>On iki sanynyň başlangyç we ahyrzaman nukdaýnazaryndan garalanda, zenan gadymy Ysraýyldan Sina dagynda başlanan saýlanan äht halkyny, ýüz kyrk dört müňüň taryhyna çenli aňladýar. Olar Mesih arkaly öňden şekillendirildi, we Onuň dogluşy 2020-nji ýylyň 18-nji iýulynda öldürilen köçesinden gury süňkleriň ölümden direlişini öňden şekillendirdi. Ezekiel otuz ýediniň juda gysga we anyk görkezýän, şol iki pygamberi ýaşaýşa getirýän iki ädimli prosesi ilkinji gezek Adamyň ýaradylyşynda «ilkinji gezek agzalýar».</w:t>
      </w:r>
    </w:p>
    <w:p>
      <w:pPr>
        <w:pStyle w:val="ArticleBody"/>
        <w:jc w:val="left"/>
      </w:pPr>
      <w:r>
        <w:rPr>
          <w:rFonts w:ascii="Times New Roman" w:hAnsi="Times New Roman" w:eastAsia="Times New Roman" w:cs="Times New Roman"/>
        </w:rPr>
        <w:t>Adam iki ädimde ýaradyldy. Ilki ol şekillendirildi, soňra bolsa Mesih Ýezekieldäki dört ýelden gelen demi gury süňkleri direldişi ýaly, onuň içine ýaşaýyş demisini üfledi. Adam doly kämillige ýeten adam hökmünde ýaradyldy, emma muňa garamazdan, onuň ýaradylyşy onuň dogluşy boldy. Ýüz kyrk dört müň ölüm jülgesinden geçýän köçede öli ýatan üç ýarym nyşanly günden soň dogulýar. Ýüz kyrk dört müň “demir hasa bilen höküm sürmeli bolan erkek çagany” dogran aýal tarapyndan dogulýar. Taryhyň ähli dowamynda ýygnagyň nyşany hökmünde Ylhamyň on ikinji bapyndaky aýal Danyýeliň ikinji bapyndaky “dag” bilen şol bir nyşany aňladýar.</w:t>
      </w:r>
    </w:p>
    <w:p>
      <w:pPr>
        <w:pStyle w:val="ArticleScripture"/>
        <w:jc w:val="left"/>
      </w:pPr>
      <w:r>
        <w:rPr>
          <w:rFonts w:ascii="Times New Roman" w:hAnsi="Times New Roman" w:eastAsia="Times New Roman" w:cs="Times New Roman"/>
        </w:rPr>
        <w:t>“Ylham möhürlenen kitapdyr, emma şol bir wagtyň özünde açylan kitapdyr. Onda bu dünýäniň taryhynyň soňky günlerinde bolup geçmeli ajaýyp wakalar beýan edilýär. Bu kitabyň taglymatlary anykdyr, syrly we düşünip bolmajak däldir. Onda Danyýel kitabyndaky ýaly şol bir pygamberlik ugry dowam etdirilýär. Hudaý käbir pygamberlikleri gaýtadan aýdypdyr, şeýlelik bilen olara möhüm ähmiýet berilmelidigini görkezýär. Reb uly ähmiýeti bolmadyk zatlary gaýtalamaýar.” Manuscript Releases, 9-njy tom, 8.</w:t>
      </w:r>
    </w:p>
    <w:p>
      <w:pPr>
        <w:pStyle w:val="ArticleBody"/>
        <w:jc w:val="left"/>
      </w:pPr>
      <w:r>
        <w:rPr>
          <w:rFonts w:ascii="Times New Roman" w:hAnsi="Times New Roman" w:eastAsia="Times New Roman" w:cs="Times New Roman"/>
        </w:rPr>
        <w:t>Daniel kitabynda duş gelinýän şol bir pygamberlik ugry Ylham kitabynda-da dowam etdirilýär. Danieliň dagdan adam eli degmän kesilip alnan daşy Petiriň: “ruhy öý, mukaddes ruhanylyk hökmünde gurulýan” “janly daşlarydyr”; Danieliň daşy şol bir wagtda ýüz kyrk dört müňi hem aňladýar. Dag bolsa taryhyň dowamynda Hudaýyň ýygnagydyr.</w:t>
      </w:r>
    </w:p>
    <w:p>
      <w:pPr>
        <w:pStyle w:val="ArticleScripture"/>
        <w:jc w:val="left"/>
      </w:pPr>
      <w:r>
        <w:rPr>
          <w:rFonts w:ascii="Times New Roman" w:hAnsi="Times New Roman" w:eastAsia="Times New Roman" w:cs="Times New Roman"/>
        </w:rPr>
        <w:t>Bu patyşalaryň döwründe asmanlaryň Hudaýy hiç haçan ýykylmajak bir şalygy gurar; ol şalyk başga bir halka berilmez, eýsem bu şalyklaryň hemmesini döwüp ýok eder, özi bolsa ebedilik durar. Sen daşyň adamyň eli degmezden dagdan kesilip alnandygyny we onuň demri, bürünji, palçygy, kümşi hem-de altyny döwüp-parça edendigini gördüň ahyryn; beýik Hudaý patyşa mundan beýläk näme boljakdygyny aýan etdi; düýş hakykatdyr, onuň beýany bolsa şeksizdir. Daniel 2:44, 45.</w:t>
      </w:r>
    </w:p>
    <w:p>
      <w:pPr>
        <w:pStyle w:val="ArticleBody"/>
        <w:jc w:val="left"/>
      </w:pPr>
      <w:r>
        <w:rPr>
          <w:rFonts w:ascii="Times New Roman" w:hAnsi="Times New Roman" w:eastAsia="Times New Roman" w:cs="Times New Roman"/>
        </w:rPr>
        <w:t>Ýüz kyrk dört müňüň Ýarygije Gygyryşy habary hem ahyrky ýagmyr hökmünde şekillendirilýär, we hut ahyrky ýagmyryň wagtynda Hudaý Daniýeliň daşynda görkezilen patyşalygy “berkarar edýär”.</w:t>
      </w:r>
    </w:p>
    <w:p>
      <w:pPr>
        <w:pStyle w:val="ArticleScripture"/>
        <w:jc w:val="left"/>
      </w:pPr>
      <w:r>
        <w:rPr>
          <w:rFonts w:ascii="Times New Roman" w:hAnsi="Times New Roman" w:eastAsia="Times New Roman" w:cs="Times New Roman"/>
        </w:rPr>
        <w:t>Soňky ýagyş päk bolanlaryň üstüne gelýär — şonda olaryň hemmesi ony öňküsi ýaly kabul eder.</w:t>
      </w:r>
    </w:p>
    <w:p>
      <w:pPr>
        <w:pStyle w:val="ArticleScripture"/>
        <w:jc w:val="left"/>
      </w:pPr>
      <w:r>
        <w:rPr>
          <w:rFonts w:ascii="Times New Roman" w:hAnsi="Times New Roman" w:eastAsia="Times New Roman" w:cs="Times New Roman"/>
        </w:rPr>
        <w:t>“Dört melek ellerini bıraktığında, Mesih kendi krallığını kuracaktır. Son yağmuru, ancak ellerinden gelen her şeyi yapmakta olanlar alırlar. Mesih bize yardım ederdi. Herkes, Tanrı’nın lütfuyla, İsa’nın kanı aracılığıyla galip gelebilirdi. Bütün gök bu işle ilgilenmektedir. Melekler de ilgilenmektedir.” Spalding and Magan, 3.</w:t>
      </w:r>
    </w:p>
    <w:p>
      <w:pPr>
        <w:pStyle w:val="ArticleBody"/>
        <w:jc w:val="left"/>
      </w:pPr>
      <w:r>
        <w:rPr>
          <w:rFonts w:ascii="Times New Roman" w:hAnsi="Times New Roman" w:eastAsia="Times New Roman" w:cs="Times New Roman"/>
        </w:rPr>
        <w:t>Yslamyň dört ýeli ýekşenbe kanuny wagtynda boşadylýar, soňra bolsa Mesih Öz patyşalygyny gurýar. Bu, Daniel kitabyň ikinji babyndaky ruhy patyşalyklaryň günlerinde bolup geçýär. Nebukadnesaryň düýşündäki soňky dört ruhy patyşalyk, ilkinji dört göni manydaky patyşalyk arkaly nusgalandyrylypdy. Göni manydaky Wawilon, Mäd-Persiýa, Gresiýa we Rim ruhy Wawilony, Mäd-Persiýany, Gresiýany we Rimi aňladýar.</w:t>
      </w:r>
    </w:p>
    <w:p>
      <w:pPr>
        <w:pStyle w:val="ArticleBody"/>
        <w:jc w:val="left"/>
      </w:pPr>
      <w:r>
        <w:rPr>
          <w:rFonts w:ascii="Times New Roman" w:hAnsi="Times New Roman" w:eastAsia="Times New Roman" w:cs="Times New Roman"/>
        </w:rPr>
        <w:t>Ruhy Wawilon, 1798-nji ýylda ölüm getirýän ýara alan altyn kellädir; bu Nebukadnesaryň “ýedi wagt” üçin wagtlaýyn häkimiýetden aýrylmagy bilen öňden nyşan edilipdi. Aždarha, haýwan we ýalan pygamberden ybarat üç taraplaýyn birleşik, ýediden bolan sekizinji patyşalygy emele getirende, ol ikinji bapdaky Nebukadnesaryň heýkelinde görkezilen ähli ruhy patyşalyklardan düzüler. Papalyk öli halynda hem, direldilen halynda hem, şekiliň dört ruhy patyşalygynyň başynda we ahyrynda duran ruhy altyn kellädir. Amerikanyň Birleşen Ştatlary, şol dört patyşalygyň ikinjisi hökmünde, ruhy Midiýa-Parsystan hökmünde görkezilýär. Birleşen Milletler Guramasy, şol dört patyşalygyň üçünjisi hökmünde, ruhy Gresiýa hökmünde görkezilýär we olaryň hemmesi bilelikde, ýediden bolan sekizinji patyşalygy berkarar etmek üçin, ажdarhanyň, haýwanyň we ýalan pygamberiň üç taraplaýyn birleşigini emele getirýär. Papalyk antikristdir we Mesihi galplaşdyrmaga çalyşýar. Şu nukdaýnazardan, soňky dört ruhy patyşalygyň arasynda papalyk birinjidir hem soňkydyr.</w:t>
      </w:r>
    </w:p>
    <w:p>
      <w:pPr>
        <w:pStyle w:val="ArticleBody"/>
        <w:jc w:val="left"/>
      </w:pPr>
      <w:r>
        <w:rPr>
          <w:rFonts w:ascii="Times New Roman" w:hAnsi="Times New Roman" w:eastAsia="Times New Roman" w:cs="Times New Roman"/>
        </w:rPr>
        <w:t>Dagdan kesilip alnan daş bütin ýeri doldurýan bir patyşalyga öwrülýär, we ol “şu patyşalaryň günlerinde” nyşan hökmünde dikilýär, çünki şekiliň ähli ruhy patyşalyklary “soňky günlerde” işjeň ýagdaýda wekilçilik edilýär. Mesihiň patyşalygynyň dikeldilmegi bolan nyşanyň galdyrylmagy, Yslamyň dört şemaly boşadylan mahaly we soňky ýagmyr Ýekşenbe kanuny wagtynda ölçegsiz derejede guýlan wagty bolup geçýär.</w:t>
      </w:r>
    </w:p>
    <w:p>
      <w:pPr>
        <w:pStyle w:val="ArticleBody"/>
        <w:jc w:val="left"/>
      </w:pPr>
      <w:r>
        <w:rPr>
          <w:rFonts w:ascii="Times New Roman" w:hAnsi="Times New Roman" w:eastAsia="Times New Roman" w:cs="Times New Roman"/>
        </w:rPr>
        <w:t>Dagdan kesilip alnan daş, “demiri, bürünji, palçygy, kümşi we altyny” aňladýan ýeriň ähli ruhy patyşalyklaryny bölek-bölek eder. Ýüz kyrk dört müň, Ylhamyň on ikinji babynda “erkek çaga” diýlip atlandyrylýan Mesihi aňladýar; onuň dünýä inmegi ýüz kyrk dört müňüň dünýä inmeginiň nyşany boldy. “Erkek çaga” “ähli milletleri demir hasa bilen dolandyrmaly.” Şol hasa bilen ol milletleri döwüp-parçalar.</w:t>
      </w:r>
    </w:p>
    <w:p>
      <w:pPr>
        <w:pStyle w:val="ArticleScripture"/>
        <w:jc w:val="left"/>
      </w:pPr>
      <w:r>
        <w:rPr>
          <w:rFonts w:ascii="Times New Roman" w:hAnsi="Times New Roman" w:eastAsia="Times New Roman" w:cs="Times New Roman"/>
        </w:rPr>
        <w:t>Men hökümi yglan ederin: Reb maňa şeýle diýdi: Sen Meniň Oglumsyň; bu gün Men seni dünýä indirdim. Menden dile, Men saňa milletleri miras, ýeriň iň çetki künjeklerini emlägiň edip bererin. Sen olary demir hasa bilen döwersiň; küýzegäriň gap-gaçlaryny owran ýaly, olary parça-parça edersiň. Zebur 2:7–9.</w:t>
      </w:r>
    </w:p>
    <w:p>
      <w:pPr>
        <w:pStyle w:val="ArticleBody"/>
        <w:jc w:val="left"/>
      </w:pPr>
      <w:r>
        <w:rPr>
          <w:rFonts w:ascii="Times New Roman" w:hAnsi="Times New Roman" w:eastAsia="Times New Roman" w:cs="Times New Roman"/>
        </w:rPr>
        <w:t>Hudaýyň Ogly Atadan doguldy. Köp adamlar bu hakykaty alyp, ony özleriniň heläkçiligine öwrüp, ýoýýarlar. “Doglan” diýmek dünýä inmek diýmekdir, emma biz Mesihiň barlykda bolmadyk hiç bir wagtynyň hiç haçan bolmandygyny bilýäris.</w:t>
      </w:r>
    </w:p>
    <w:p>
      <w:pPr>
        <w:pStyle w:val="ArticleScripture"/>
        <w:jc w:val="left"/>
      </w:pPr>
      <w:r>
        <w:rPr>
          <w:rFonts w:ascii="Times New Roman" w:hAnsi="Times New Roman" w:eastAsia="Times New Roman" w:cs="Times New Roman"/>
        </w:rPr>
        <w:t>“‘Indi Ruh açykça şeýle diýýär: soňky döwürlerde käbirleri imandan ýüz öwrerler, aldawjy ruhlara we jynlaryň taglymatlaryna gulak asyp; ikiýüzlülik bilen ýalan sözlärler; wyždanlary gyzgyn demir bilen daglanan bolar.’ Mürtedeleşme işiniň soňky ösüşlerinden öň imanda bulaşyklyk bolar. Hudaýyň syry baradaky düşünjeler aýdyň we anyk bolmaz. Bir hakykat beýleki biriniň yzyndan bozular. ‘We jedelsiz, takwalygyň syry uludyr: Hudaý teninde aýan edildi, Ruhda aklandy, perişdeler tarapyndan görüldi, başga milletlere wagyz edildi, dünýäde oňa iman edildi, şöhrata göterildi.’ Mesihiň öňden bar bolşuny inkär edýänler köpdür, şonuň üçin-de onuň ylahylygyny inkär edýärler; olar Ony şahsy Halasgär hökmünde kabul etmeýärler. Bu Mesihi bütinleý inkär etmekdir. Ol Hudaýyň ýeke-dogan Ogludy, başlangyçdan bäri Ata bilen birdi. Älemler Onuň arkaly ýaradyldy.” Signs of the Times, 1894-nji ýylyň 28-nji maýy.</w:t>
      </w:r>
    </w:p>
    <w:p>
      <w:pPr>
        <w:pStyle w:val="ArticleBody"/>
        <w:jc w:val="left"/>
      </w:pPr>
      <w:r>
        <w:rPr>
          <w:rFonts w:ascii="Times New Roman" w:hAnsi="Times New Roman" w:eastAsia="Times New Roman" w:cs="Times New Roman"/>
        </w:rPr>
        <w:t>Mesih Atanyň “doglan” Ogludy hökmünde atlandyrylanda, bu Mesih bilen baglanyşykly bir hakykaty görkezýär; eger bu hakykat adam ata-eneliginiň nusgasyna zor bilen salynsa, ol ýitirilýär. Biz Hudaýa özümiziň ynsan düşünjämizden ugur alyp baha berip bilmeris. Biz diňe Hudanyň Öz-Özüne nähili baha berýändigini bize aýan edişi boýunça Oňa baha berip bileris.</w:t>
      </w:r>
    </w:p>
    <w:p>
      <w:pPr>
        <w:pStyle w:val="ArticleScripture"/>
        <w:jc w:val="left"/>
      </w:pPr>
      <w:r>
        <w:rPr>
          <w:rFonts w:ascii="Times New Roman" w:hAnsi="Times New Roman" w:eastAsia="Times New Roman" w:cs="Times New Roman"/>
        </w:rPr>
        <w:t>Goý, goý, zalym öz ýoluny, hem-de adalatsyz adam öz pikirlerini taşlasyn; goý, ol Rebbe dolansyn, şonda Ol oňa rehim eder; goý, ol biziň Hudaýymyza dolansyn, çünki Ol bol-elin bagyşlar. Çünki Meniň pikirlerim siziň pikirleriňiz däldir, siziň ýollaryňyz hem Meniň ýollarym däldir, diýýär Reb. Çünki asmanlar ýerden nähili ýokary bolsa, Meniň ýollarym hem siziň ýollaryňyzdan şonuň ýaly ýokarydyr, Meniň pikirlerim hem siziň pikirleriňizden ýokarydyr. Işaýa 55:7–9.</w:t>
      </w:r>
    </w:p>
    <w:p>
      <w:pPr>
        <w:pStyle w:val="ArticleBody"/>
        <w:jc w:val="left"/>
      </w:pPr>
      <w:r>
        <w:rPr>
          <w:rFonts w:ascii="Times New Roman" w:hAnsi="Times New Roman" w:eastAsia="Times New Roman" w:cs="Times New Roman"/>
        </w:rPr>
        <w:t>“Doglan” diýen sözi, Atanyň Mesihi dünýä inderen bir wagty bolupdy diýip kesgitlemek üçin zorlap üýtgetmek, “azdyryjy ruhlara we jynlaryň taglymatlaryna gulak asmak” bolýar. Häzirki barlagymyzyň maksady üçin, men diňe Ylham kitaby on ikinji bapdaky zenanyň, milletleriň üstünden demir hasa bilen höküm sürmeli “erkek çagasy” dünýä indirmelidigini görkezýärin. Ýüz kyrk dört müň hem milletleriň üstünden demir hasa bilen höküm sürer.</w:t>
      </w:r>
    </w:p>
    <w:p>
      <w:pPr>
        <w:pStyle w:val="ArticleBody"/>
        <w:jc w:val="left"/>
      </w:pPr>
      <w:r>
        <w:rPr>
          <w:rFonts w:ascii="Times New Roman" w:hAnsi="Times New Roman" w:eastAsia="Times New Roman" w:cs="Times New Roman"/>
        </w:rPr>
        <w:t>Týatira döwri ybadathanasy, papalygyň ölüme getirýän ýarasy Ýekşenbe güni baradaky kanun arkaly sagaldylanda, gaýdyp gelýär. Şol taryhda Hudaýyň halkyna berlen wada şudur: ýeňenler “demir hasa” bilen “milletleriň” üstünden höküm sürerler.</w:t>
      </w:r>
    </w:p>
    <w:p>
      <w:pPr>
        <w:pStyle w:val="ArticleScripture"/>
        <w:jc w:val="left"/>
      </w:pPr>
      <w:r>
        <w:rPr>
          <w:rFonts w:ascii="Times New Roman" w:hAnsi="Times New Roman" w:eastAsia="Times New Roman" w:cs="Times New Roman"/>
        </w:rPr>
        <w:t>Ýeňiji bolup, işleri­mi ahyra çenli ýerine ýetirýän kişä milletleriň üstünden häkimiýet bererin. Olary demir hasa bilen dolandyrar; küýzegäriň gap-gaçlary döwlüp-owranşy ýaly olar owranarlar; edil Meniň Atamdan kabul edişim ýaly. Ylham 2:26, 27.</w:t>
      </w:r>
    </w:p>
    <w:p>
      <w:pPr>
        <w:pStyle w:val="ArticleBody"/>
        <w:jc w:val="left"/>
      </w:pPr>
      <w:r>
        <w:rPr>
          <w:rFonts w:ascii="Times New Roman" w:hAnsi="Times New Roman" w:eastAsia="Times New Roman" w:cs="Times New Roman"/>
        </w:rPr>
        <w:t>Týatira ýygnagynyň soňky ýüze çykyşynda bolan Hudaýyň halky ýüz kyrk dört müňdir. Başlangyçda aýal Mesihi dogurdy, ahyrynda bolsa Guzynyň yzyna eýerýän ýüz kyrk dört müňi dogurýar.</w:t>
      </w:r>
    </w:p>
    <w:p>
      <w:pPr>
        <w:pStyle w:val="ArticleScripture"/>
        <w:jc w:val="left"/>
      </w:pPr>
      <w:r>
        <w:rPr>
          <w:rFonts w:ascii="Times New Roman" w:hAnsi="Times New Roman" w:eastAsia="Times New Roman" w:cs="Times New Roman"/>
        </w:rPr>
        <w:t>Olar tagtyň öňünde, dört jandaryň hem-de ýaşulularyň öňünde edil täze aýdym ýalyny aýdýardylar; ýer ýüzünden satyn alnyp gutarylan ýüz kyrk dört müňden başga hiç kim şol aýdymy öwrenip bilmedi. Bular aýallar bilen özlerini hapalamadyk bolanlardyr; çünki olar päkdirler. Bular Guzynyň nirä gitse, onuň yzyna düşýänlerdir. Bular Hudaýa we Guza ilkinji miweler bolmak üçin adamlaryň arasyndan satyn alnyp gutarylanlardyr. Ylham 14:3, 4.</w:t>
      </w:r>
    </w:p>
    <w:p>
      <w:pPr>
        <w:pStyle w:val="ArticleBody"/>
        <w:jc w:val="left"/>
      </w:pPr>
      <w:r>
        <w:rPr>
          <w:rFonts w:ascii="Times New Roman" w:hAnsi="Times New Roman" w:eastAsia="Times New Roman" w:cs="Times New Roman"/>
        </w:rPr>
        <w:t>Mesih “ilkinji” bolup doguldy, ýüz kyrk dört müň bolsa Guzyny yzarlap barýarlar, şonuň üçin olar “soňky” bolup dogulýarlar. Mesih “Hudaýa alnyp gidildi”, edil Ylham kitabynyň on birinji babyndaky iki şaýat ýaly. Onuň iki çagasy hem Ata göterilýär.</w:t>
      </w:r>
    </w:p>
    <w:p>
      <w:pPr>
        <w:pStyle w:val="ArticleScripture"/>
        <w:jc w:val="left"/>
      </w:pPr>
      <w:r>
        <w:rPr>
          <w:rFonts w:ascii="Times New Roman" w:hAnsi="Times New Roman" w:eastAsia="Times New Roman" w:cs="Times New Roman"/>
        </w:rPr>
        <w:t>Ol ogul dogurdy; ol ähli milletleri demir hasa bilen dolandyrmalydy; onuň çagasy bolsa Hudaýa we Onuň tagtyna alnyp gidildi. Ylham 2:5.</w:t>
      </w:r>
    </w:p>
    <w:p>
      <w:pPr>
        <w:pStyle w:val="ArticleBody"/>
        <w:jc w:val="left"/>
      </w:pPr>
      <w:r>
        <w:rPr>
          <w:rFonts w:ascii="Times New Roman" w:hAnsi="Times New Roman" w:eastAsia="Times New Roman" w:cs="Times New Roman"/>
        </w:rPr>
        <w:t>Mesih, Goşunlaryň Rebbi hökmünde, şol bir wagtda «Ýakubyň paýydyr»; Ysraýyl bolsa «Onuň mirasynyň taýagydyr»; şeýle hem Ysraýyl Onuň «söweş baltasy» we «uruş ýaraglarydyr»; Ol bolsa onuň arkaly «halklary döwüp-paramparça edýär».</w:t>
      </w:r>
    </w:p>
    <w:p>
      <w:pPr>
        <w:pStyle w:val="ArticleScripture"/>
        <w:jc w:val="left"/>
      </w:pPr>
      <w:r>
        <w:rPr>
          <w:rFonts w:ascii="Times New Roman" w:hAnsi="Times New Roman" w:eastAsia="Times New Roman" w:cs="Times New Roman"/>
        </w:rPr>
        <w:t>Ýakubyň paýy olar ýaly däldir; çünki ähli zatlaryň Ýaradany şoldur; Ysraýyl bolsa Onuň mirasynyň taýagydyr; Onuň ady Hökmürowan Rebdir. Sen Meniň söweş paltaň we uruş ýaraglarymsyň; çünki Seniň bilen milletleri döwüp-paramparça ederin, Seniň bilen patyşalyklary heläk ederin. Ýermeýa 51:19, 20.</w:t>
      </w:r>
    </w:p>
    <w:p>
      <w:pPr>
        <w:pStyle w:val="ArticleBody"/>
        <w:jc w:val="left"/>
      </w:pPr>
      <w:r>
        <w:rPr>
          <w:rFonts w:ascii="Times New Roman" w:hAnsi="Times New Roman" w:eastAsia="Times New Roman" w:cs="Times New Roman"/>
        </w:rPr>
        <w:t>Mesih hem-de ýüz kyrk dört müň bilen bilelikde demir hasa bilen halklaryň üstünden höküm sürýär we olary bölek-bölek edýär. Mesih «Ýakubyň paýydyr», emma Onuň halky hem şeýledir.</w:t>
      </w:r>
    </w:p>
    <w:p>
      <w:pPr>
        <w:pStyle w:val="ArticleScripture"/>
        <w:jc w:val="left"/>
      </w:pPr>
      <w:r>
        <w:rPr>
          <w:rFonts w:ascii="Times New Roman" w:hAnsi="Times New Roman" w:eastAsia="Times New Roman" w:cs="Times New Roman"/>
        </w:rPr>
        <w:t>Çünki Rebbiň paýy Öz halkydyr; Ýakup Onuň mirasynyň nesibesidir. Kanun taglymaty 32:9.</w:t>
      </w:r>
    </w:p>
    <w:p>
      <w:pPr>
        <w:pStyle w:val="ArticleBody"/>
        <w:jc w:val="left"/>
      </w:pPr>
      <w:r>
        <w:rPr>
          <w:rFonts w:ascii="Times New Roman" w:hAnsi="Times New Roman" w:eastAsia="Times New Roman" w:cs="Times New Roman"/>
        </w:rPr>
        <w:t>Dagdan kesilip alnan daş, Hudaýyň ýygnagyny aňladyp, Onuň ýer ýüzüni Öz şöhraty bilen doldurýan ýygnagynyň ahyrky ýüze çykyşydyr; olar heýkeliň aýaklaryna urup, şol patyşalyklary “tomusky harman meýdanlarynyň samanyna” öwürmek üçin Hudaýyň söweş palasy hökmünde ulanylýarlar. Şol patyşalyklar ýel bilen sovrulyp ýok edilýär.</w:t>
      </w:r>
    </w:p>
    <w:p>
      <w:pPr>
        <w:pStyle w:val="ArticleScripture"/>
        <w:jc w:val="left"/>
      </w:pPr>
      <w:r>
        <w:rPr>
          <w:rFonts w:ascii="Times New Roman" w:hAnsi="Times New Roman" w:eastAsia="Times New Roman" w:cs="Times New Roman"/>
        </w:rPr>
        <w:t>Soň demir, toýun, bürünç, kümüş we altyn bilelikde döwlüp-öwredildi-de, tomusky harman meýdanlarynyň samany kimin boldy; ýel olary alyp gitdi, şeýlelikde olar üçin hiç bir ýer tapylmady; heýkeli uran daş bolsa uly bir dag boldy we bütin ýer ýüzüni doldurdy. Daniel 2:35.</w:t>
      </w:r>
    </w:p>
    <w:p>
      <w:pPr>
        <w:pStyle w:val="ArticleBody"/>
        <w:jc w:val="left"/>
      </w:pPr>
      <w:r>
        <w:rPr>
          <w:rFonts w:ascii="Times New Roman" w:hAnsi="Times New Roman" w:eastAsia="Times New Roman" w:cs="Times New Roman"/>
        </w:rPr>
        <w:t>Aýalyň nyşanyny göge galdyrylan baýdak bilen baglanyşykly mazmunda ýerleşdirmek zerur boldy, çünki Ylham kitabynyň on ikinji baby Mesih bilen Şeýtanyň arasynda gökde başlanan söweşiň başlangyjyny kesgitleýär; şeýle etmek bilen hem, ol Mesih bilen Şeýtanyň arasyndaky beýik jedeliň soňuny görkezýän gökdäki söweşi kesgitleýär. Ylham kitabynyň on ikinji we on üçünji baplary beýik jedeliň ahyrky söweşini suratlandyrýar, we muny Şeýtanyň wekillerini hem-de ýüz kyrk dört müňi göklerde söweş alyp barýan ýagdaýda görkezmek arkaly edýär.</w:t>
      </w:r>
    </w:p>
    <w:p>
      <w:pPr>
        <w:pStyle w:val="ArticleBody"/>
        <w:jc w:val="left"/>
      </w:pPr>
      <w:r>
        <w:rPr>
          <w:rFonts w:ascii="Times New Roman" w:hAnsi="Times New Roman" w:eastAsia="Times New Roman" w:cs="Times New Roman"/>
        </w:rPr>
        <w:t>Indiki makalada, başda başlanan gökdäki uruş tarapyndan öňden şekillendirilen “ahyryzaman”daky gökdäki urşy beýan etmäge dowam ederis.</w:t>
      </w:r>
    </w:p>
    <w:p>
      <w:pPr>
        <w:pStyle w:val="ArticleScripture"/>
        <w:jc w:val="left"/>
      </w:pPr>
      <w:r>
        <w:rPr>
          <w:rFonts w:ascii="Times New Roman" w:hAnsi="Times New Roman" w:eastAsia="Times New Roman" w:cs="Times New Roman"/>
        </w:rPr>
        <w:t>Soňra men ýerden çykyp gelýän başga bir haýwany gördüm; onuň guzujaga meňzeş iki şahasy bardy, ýöne ol aždarha kimin gepleýärdi. Ol öz öňünde ilkinji haýwanyň ähli ygtyýaryny ulanýardy hem-de ýeri we onuň içinde ýaşaýanlary ölüm howply ýarasy bejerilen ilkinji haýwana sežde etdirmäge mejbur edýärdi. Ol beýik gudratlar görkezýärdi, şeýlelikde adamlaryň gözüniň alnynda gökden ýere ot hem inderýärdi. Şeýle hem ol haýwanyň öňünde etmäge ygtyýary bolan şol gudratlarynyň üsti bilen ýerde ýaşaýanlary azdyrýardy we ýerde ýaşaýanlara gylyç bilen ýaralanan, emma diri galan haýwanyň şekilini ýasamagy aýdýardy. Oňa haýwanyň şekiline jan bermäge ygtyýar berildi, şeýlelikde haýwanyň şekili geplemelidi we haýwanyň şekiline sežde etmejekleriň ählisiniň öldürilmegine sebäp bolmalydy. Şeýle hem ol hemmeleriň — kiçiniň-de, ulusynyň-da, baýyň-da, garybyň-da, azadyň-da, guluň-da — sag ellerine ýa-da maňlaýlaryna bir nyşan almagyny gazanýardy; şol nyşan ýa-da haýwanyň ady, ýa-da onuň adynyň sany bolmadyk hiç kim satyn alyp-da, satyp-da bilmezdi. Ine, hikmet şundadyr. Düşünjesi bolan haýwanyň sanyny hasaplasyn; çünki ol ynsanyň sanydyr; onuň sany bolsa alty ýüz altmyş altydyr. Ylham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Dokuzynjy San</dc:title>
  <dc:subject>Işaýanyň soňky pygamberlik beýanaty: Mesihiň aýan bolşy we 144,000-niň pygamberlik wezipesi</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