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Ylhamy — On Birinji San</w:t>
      </w:r>
    </w:p>
    <w:p>
      <w:pPr>
        <w:pStyle w:val="ArticleSubtitle"/>
        <w:jc w:val="left"/>
      </w:pPr>
      <w:r>
        <w:rPr>
          <w:rFonts w:ascii="Arial" w:hAnsi="Arial" w:eastAsia="Arial" w:cs="Arial"/>
        </w:rPr>
        <w:t>Haýwanyň Şekili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Soňra gökde başga bir ajaýyp alamat göründi; ine, ýedi başy, on şahy bolan, başlarynyň üstünde ýedi täji bar bolan uly gyzyl aždarha peýda boldy. Onuň guýrugy gökdäki ýyldyzlaryň üçden bir bölegini süýräp alyp, olary ýere oklady; aždarha bolsa dogurmaga taýýar bolan aýalyň öňünde durdy, onuň çagasyny dünýä inen dessine ýuwutmak üçin. Aýal bir ogul çaga dünýä indirdi; ol ähli milletleri demir hasa bilen dolandyrmalydy. Onuň çagasy Hudaýa we Onuň tagtyna alnyp gidildi. Aýal çöle gaçdy; ol ýerde onuň üçin Hudaý tarapyndan taýýarlanan bir ýer bardy, ol ýerde ony bir müň iki ýüz altmyş gün dowamynda iýmitlendirmelidiler. Soňra gökde söweş boldy: Mikhail we onuň perişdeleri aždarha garşy söweşdiler; aždarha hem öz perişdeleri bilen söweşdi, ýöne ýeňip bilmedi, indi gökde olar üçin ýer hem tapylmady. Şonda şol uly aždarha — tutuş dünýäni azdyrýan, Iblis we Şeýtan diýlip atlandyrylýan gadymy ýylan — ýere zyňyldy; onuň bilen bilelikde perişdeleri hem zyňyldy. Men gökde gaty belent bir sesiň şeýle diýýändigini eşitdim: «Indi gutulyş, gudrat, Hudaýymyzyň şalygy we Onuň Mesihiniň häkimiýeti geldi. Çünki doganlarymyzyň günäkärleýjisi ýykyp taşlandy; ol olary Hudaýymyzyň öňünde gije-gündiz günäkärleýärdi. Olar ony Guzynyň gany arkaly we öz şaýatlyklarynyň sözi arkaly ýeňdiler; olar ölüm derejesine çenli öz janlaryny söýmediler. Şonuň üçin, eý, gökler we olaryň içinde ýaşaýanlar, şatlan! Emma ýeriň we deňziň ýaşaýjylaryna waý! Çünki iblis uly gazap bilen siziň ýanyňyza indi, sebäbi onuň öz wagtynyň az galandygyny bilýär». Aždarha özüniň ýere zyňylandygyny görende, ogul çagany dünýä indiren aýaly yzarlady. Emma aýala uly bürgüdiň iki ganaty berildi, ol ýylanyň öňünden öz ýerine — çöle uçup barsyn diýip; ol ýerde ol bir wagt, wagtlar we ýarym wagt dowamynda iýmitlendirilýär. Ýylan bolsa aýaly suw joşmasy bilen alyp gitmek üçin, onuň yzyndan agzyndan derýa ýaly suw akytdy. Emma ýer aýala kömek etdi: ýer öz agzyny açdy-da, aždarhanyň agzyndan akydan joşmany ýuwutdy. Şonda aždarha aýala garşy gazaplandy-da, onuň nesliniň galanlaryna garşy söweş etmäge gitdi; olar Hudaýyň buýruklaryny saklaýan we Isa Mesihiň şaýatlygyna eýe bolanlardyr. Ylham 12:1–17.</w:t>
      </w:r>
    </w:p>
    <w:p>
      <w:pPr>
        <w:pStyle w:val="ArticleBody"/>
        <w:jc w:val="left"/>
      </w:pPr>
      <w:r>
        <w:rPr>
          <w:rFonts w:ascii="Times New Roman" w:hAnsi="Times New Roman" w:eastAsia="Times New Roman" w:cs="Times New Roman"/>
        </w:rPr>
        <w:t>Mesih bilen Şeýtanyň arasyndaky uly garşylygyň ilkinji söweşi üçünji asmanda Lýusiferiň pitnesi bilen başlandy, we şol ilkinji söweş birinji asmandaky iň soňky söweşiň nyşanydyr. Ýene söweş bar; çünki müňýyllygyň ahyrynda Şeýtan gysga wagtlyk boşadylar we Iýerusalime garşy hüjüme geçer, emma şol söweşde ýeňiş gazanmagyň hiç bir mümkinçiligi ýokdur. Başlangyçda, açyk merhemet wagtynda amala aşyrylan üçünji asmandaky söweş, ahyrda birinji asmandaky söweşi aňladýar.</w:t>
      </w:r>
    </w:p>
    <w:p>
      <w:pPr>
        <w:pStyle w:val="ArticleBody"/>
        <w:jc w:val="left"/>
      </w:pPr>
      <w:r>
        <w:rPr>
          <w:rFonts w:ascii="Times New Roman" w:hAnsi="Times New Roman" w:eastAsia="Times New Roman" w:cs="Times New Roman"/>
        </w:rPr>
        <w:t>Çaga göwreli bolan “aýal” taryhyň dowamynda Hudaýyň ybadathanasyny aňladýar, hem-de Mesihiň taryhynda ol erkek çagany, Isa Mesihi, dogurmagyň öňüsyrasynda bolupdy. Ahyrky günlerde bolsa, ol ekizleri dünýä inderýär. Ýekşenbe kanunynyň edil öňüsyrasynda ol Ylham 7-de agzalýan ýüz kyrk dört müňi dünýä inderýär, we Ýekşenbe kanunynda ol Ylham 7-de agzalýan beýik mähelläni dünýä indirmegiň doğum azabyna başlaýar. Onuň ekizleri birmeňzeş däldir, emma olar ekizdir, we ilkinji doglan Ylýasdyr, kiçi ogul bolsa Musadyr.</w:t>
      </w:r>
    </w:p>
    <w:p>
      <w:pPr>
        <w:pStyle w:val="ArticleBody"/>
        <w:jc w:val="left"/>
      </w:pPr>
      <w:r>
        <w:rPr>
          <w:rFonts w:ascii="Times New Roman" w:hAnsi="Times New Roman" w:eastAsia="Times New Roman" w:cs="Times New Roman"/>
        </w:rPr>
        <w:t>Ruhy Ysraýylyň başlangyjynda butparaz Rimiň aždarhasy erkek çagajyk Isany ýuwutmaga garaşýardy, häzirki zaman Rimiň aždarhasy bolsa indi ýüz kyrk dört müňüň erkek çagajygyny ýuwutmaga garaşýar. Butparaz Rim ilkinji mesihi ýygnagyny yzarlany ýaly, häzirki zaman Rim hem ýekşenbe kanuny krizisiniň dowamynda şol yzarlanmagy gaýtalar. Ilkinji mesihi ýygnagynda aýal on iki ýüz altmyş göni ýylyň dowamynda çöle gaçdy, ýekşenbe kanuny krizisiniň yzarlanmagy bolsa Ylham kitaby on üçünji bap, bäşinji aýatdaky kyrk iki aý bilen nyşanlanýar. Çölde Hudaýyň halky üçin olar iýmitlendirilýän we eklenilýän taýýarlanan bir ýer bar.</w:t>
      </w:r>
    </w:p>
    <w:p>
      <w:pPr>
        <w:pStyle w:val="ArticleBody"/>
        <w:jc w:val="left"/>
      </w:pPr>
      <w:r>
        <w:rPr>
          <w:rFonts w:ascii="Times New Roman" w:hAnsi="Times New Roman" w:eastAsia="Times New Roman" w:cs="Times New Roman"/>
        </w:rPr>
        <w:t>Ylham kitabyň sekizinji babynda, on üçünji aýatda, soňky üç surnaý üç betbagtçylyk hökmünde kesgitlenýär. Ylham kitabyndaky betbagtçylyklar, ýekşenbe kanunlaryny kabul edýän güýçlere garşy Yslamyň surnaý höküm-jazalaryny aňladýar. On ikinji bapda şekillendirilýän söweşde Yslamyň roly şeýle diýilende kesgitlenýär: “Eý, ýerde we deňizde ýaşaýanlar, size betbagtçylyk! Çünki iblis ýanyňyza uly gazap bilen indi; sebäbi onuň wagtlarynyň az galandygyny bilýär.” Izebeliň mürt eden äri Ahabyň üsti bilen amala aşyrýan yzarlamasy “ýer” janawaryna we “deňiz” janawaryna gönükdirilýär.</w:t>
      </w:r>
    </w:p>
    <w:p>
      <w:pPr>
        <w:pStyle w:val="ArticleBody"/>
        <w:jc w:val="left"/>
      </w:pPr>
      <w:r>
        <w:rPr>
          <w:rFonts w:ascii="Times New Roman" w:hAnsi="Times New Roman" w:eastAsia="Times New Roman" w:cs="Times New Roman"/>
        </w:rPr>
        <w:t>Ylham 18-nji babyndaky kuwwatly perişdäniň hereketi, her bir reforma hereketi ýaly, hökme alyp barýan we ony öz içine alýan dört esasy ýolbelgisine eýedir. Birinji perişdäniň hereketi üçin şol dört ýolbelgi 1840-njy ýylyň 11-nji awgusty, 1843-nji ýylyň ýazyndaky ilkinji lapykeçlik, 1844-nji ýylda 12-nji awgustdan 17-njä çenli Ýarygije Gykylygynyň habarynyň gelmegi we 1844-nji ýylyň 22-nji oktýabrynda hökmiň açylmagy boldy. Şol dört ýolbelginiň her biri “wagt” atly şol bir umumy mowzuga eýedi. 1840-njy ýylyň 11-nji awgusty Ylham kitabynyň dokuzynjy baby, on bäşinji aýatdaky wagt pygamberliginiň amala aşmagy boldy. 1843-nji ýyldaky ilkinji lapykeçlik wagtyň başa barmadyk çaklamasyny aňladýardy. Ýarygije Gykylygynyň habary ozal başa barmadyk wagt çaklamasynyň düzedilmegi boldy, 1844-nji ýylyň 22-nji oktýabry bolsa Ýarygije Gykylygynyň habarynda öňünden aýdylan wagtyň amala aşmagy boldy.</w:t>
      </w:r>
    </w:p>
    <w:p>
      <w:pPr>
        <w:pStyle w:val="ArticleBody"/>
        <w:jc w:val="left"/>
      </w:pPr>
      <w:r>
        <w:rPr>
          <w:rFonts w:ascii="Times New Roman" w:hAnsi="Times New Roman" w:eastAsia="Times New Roman" w:cs="Times New Roman"/>
        </w:rPr>
        <w:t>Üçünji perişdäniň hereketinde hem şol bir dört bellik bar, çünki olar her bir özgertme hatarynda bar; hem-de her bir özgertme hatarynyň şol dört belliginin ählisi ýaly, her bir bellik şol bir pygamberlik temasyna eýedir. Üçünji hasratyň Yslamy, ýüz kyrk dört müňüň hereketindäki dört belligiň temasydyr. 2001-nji ýylyň 11-nji sentýabrynda üçünji hasratyň Yslamy goýberildi, soňra bolsa saklanyp tutuldy. 2020-nji ýylyň 18-nji iýulyndaky amala aşmadyk çaklama Tennessi ştatynyň Neşwil şäherine garşy yslam hüjümini görkezdi hem-de üçünji hasratyň Yslamyny aňlatdy. Ylhamyň on birinji babyndaky köçede ýatan gury süňkleri oýarýan habar, Gijäniň ýarysyndaky çagyryş habarynyň kämil we soňky berjaý boluşydyr, hem-de ol Neşwil çaklamasynyň (wagt bölegi bolmazdan) düzedilişini aňladýar. Ol dördünji bellikde, ýagny ýekşenbe kanunynda, berjaý bolar; şol ýerde üçünji hasratyň Yslamy tizden geljek ýekşenbe kanunynyň mejbury ýerine ýetirilmegi sebäpli Amerikanyň Birleşen Ştatlaryna urar.</w:t>
      </w:r>
    </w:p>
    <w:p>
      <w:pPr>
        <w:pStyle w:val="ArticleBody"/>
        <w:jc w:val="left"/>
      </w:pPr>
      <w:r>
        <w:rPr>
          <w:rFonts w:ascii="Times New Roman" w:hAnsi="Times New Roman" w:eastAsia="Times New Roman" w:cs="Times New Roman"/>
        </w:rPr>
        <w:t>Bu hakykat, üçünji perişdäniň gudratly hereketiniň ýakynlaşýan höküm hakdaky duýduryşdygy baradaky hakykat bilen bilelikde ykrar edilende, üçünji betbagtlyk bilen şekillendirilen ysnyslamy höküm “ýer” bilen “deňiz” üstüne getirilen “betbagtlyk” hökmünde aňsatlyk bilen düşünilip bilner.</w:t>
      </w:r>
    </w:p>
    <w:p>
      <w:pPr>
        <w:pStyle w:val="ArticleBody"/>
        <w:jc w:val="left"/>
      </w:pPr>
      <w:r>
        <w:rPr>
          <w:rFonts w:ascii="Times New Roman" w:hAnsi="Times New Roman" w:eastAsia="Times New Roman" w:cs="Times New Roman"/>
        </w:rPr>
        <w:t>Dirilaryň höküm işi 2001-nji ýylyň 11-nji sentýabrynda başlandy, we şol pursatdan başlap, ýakyn wagtda çykjak ýekşenbe kanunyna çenli, haýwanyň keşbiniň emele getirilmegi baradaky synag Amerikanyň Birleşen Ştatlarynda bolup geçýär. Ýekşenbe kanunyndan başlap, Mikaýyl ýerinden turýança we adamzat üçin synag möhleti ýapylýança, soňra dünýäniň galan bölegi haýwanyň keşbiniň emele getirilmegi arkaly synag ediler. Amerikanyň Birleşen Ştatlaryndaky Ýedinji Gün Adwentistleri synag edilýärmi, ýa-da ýekşenbe kanunyndan soň bütin dünýä synag edilýärmi, tapawudy ýok, bu synag biziň ebedi ykbalymyzyň kesgitlenjek synagy hökmünde kesgitlenýär. Şeýle hem ol, ýekşenbe kanunyndaky synag möhleti ýapylmazdan öň, geçmeli bolýan synagymyzdyr. Ilki Amerikanyň Birleşen Ştatlarynda, soň bolsa dünýäde ýüze çykýan haýwanyň keşbi baradaky synagyň pygamberlik hadysasyna dogry düşünmek örän möhümdir.</w:t>
      </w:r>
    </w:p>
    <w:p>
      <w:pPr>
        <w:pStyle w:val="ArticleScripture"/>
        <w:jc w:val="left"/>
      </w:pPr>
      <w:r>
        <w:rPr>
          <w:rFonts w:ascii="Times New Roman" w:hAnsi="Times New Roman" w:eastAsia="Times New Roman" w:cs="Times New Roman"/>
        </w:rPr>
        <w:t>“Dini azatlygyň ýurdy bolan Amerika wyždany zorlamakda we adamlary galp sabada hormat goýmağa mejbur etmekde Papalyk bilen birleşende, dünýä ýüzündäki her bir ýurduň halky onuň göreldesine eýermäge ugrukdyrylar.” Testimonies, 6-njy jilt, 18.</w:t>
      </w:r>
    </w:p>
    <w:p>
      <w:pPr>
        <w:pStyle w:val="ArticleBody"/>
        <w:jc w:val="left"/>
      </w:pPr>
      <w:r>
        <w:rPr>
          <w:rFonts w:ascii="Times New Roman" w:hAnsi="Times New Roman" w:eastAsia="Times New Roman" w:cs="Times New Roman"/>
        </w:rPr>
        <w:t>Nyşanlar düşünilende, soňra şu haýwana degişli iki yzygiderli, emma birmeňzeş şekil synaglaryna ýüzlenýän Ylhamyň on üçünji babyndaky parça aňsatlyk bilen tanalyp bilner. Bu dürli sebäpler boýunça möhümdir. Şol sebäpleriň biri hem, Lýusiferiň üçünji asmandaky ilkinji söweşde ulanan bozulan habarlanyşygy, Şeýtanyň şol bozulan habarlanyşygynyň birinji asmandaky soňky söweşde ýene-de nähili ýüze çykjakdygyny görkezýändigidir.</w:t>
      </w:r>
    </w:p>
    <w:p>
      <w:pPr>
        <w:pStyle w:val="ArticleBody"/>
        <w:jc w:val="left"/>
      </w:pPr>
      <w:r>
        <w:rPr>
          <w:rFonts w:ascii="Times New Roman" w:hAnsi="Times New Roman" w:eastAsia="Times New Roman" w:cs="Times New Roman"/>
        </w:rPr>
        <w:t>Ýekşenbe güni baradaky kanun bilen başlanýan birinji asmandaky söweş, bütin dünýä üçin janawaryň keşbiniň synag döwri dowamynda amala aşyrylýar. 2001-nji ýylyň 11-nji sentýabryndan bäri, Amerikanyň Birleşen Ştatlarynda janawaryň keşbiniň synag döwri bolup geçýär. Bu iki synag döwrüni yzygiderli, ýagny ilki Amerikanyň Birleşen Ştatlary, soňra bolsa dünýä hökmünde tanaýan bolsak, onda Ylham kitabynyň on ikinji babyndaky söweşde beýan edilen hakykatlary 2001-nji ýylyň taryhyna, Ýekşenbe güni baradaky kanuna çenli, gaýtadan goşup bileris. Mysal hökmünde, gipnoz diýlip kesgitlenýän Lusiferiň zaýalanan aragatnaşyklary, Ylham kitabynyň on ikinji babyndaky birinji asmandaky söweş wagtynda aždaha güýji tarapyndan häzirki zaman ulanylyşynda işe giriziler. Şol taryhdaky aždahanyň ulanýan gipnozy, Izeveliň bidgatçylar diýip kesgitlän adamlaryny öldürmek maksady bilendir.</w:t>
      </w:r>
    </w:p>
    <w:p>
      <w:pPr>
        <w:pStyle w:val="ArticleBody"/>
        <w:jc w:val="left"/>
      </w:pPr>
      <w:r>
        <w:rPr>
          <w:rFonts w:ascii="Times New Roman" w:hAnsi="Times New Roman" w:eastAsia="Times New Roman" w:cs="Times New Roman"/>
        </w:rPr>
        <w:t>2001-nji ýylyň taryhynda, Ýekşenbe kanunyna çenli, iki şaýat Sodom we Müsüriň köçesinde öldürildi. Ylham kitaby 11-nji babyň ilkinji amala aşmasynda, Sodom we Müsür arkaly görkezilen millet Fransiýady. Fransiýa pygamberlik milletidir; ol, Medler-Parslar imperiýasy ýaly, gadymy Ysraýylyň bölünen patyşalyklary ýaly, şeýle hem Ýahuda we Benýamin arkaly görkezilen Ýahudanyň iki taýpasy ýaly, iki güýji öz içine alýar. Iki şahly bolan ähli milletler nyşanlaýyn taýdan Amerikanyň Birleşen Ştatlarynyň iki şahly milletini görkezýär.</w:t>
      </w:r>
    </w:p>
    <w:p>
      <w:pPr>
        <w:pStyle w:val="ArticleBody"/>
        <w:jc w:val="left"/>
      </w:pPr>
      <w:r>
        <w:rPr>
          <w:rFonts w:ascii="Times New Roman" w:hAnsi="Times New Roman" w:eastAsia="Times New Roman" w:cs="Times New Roman"/>
        </w:rPr>
        <w:t>Sodom şäheri we Müsür milleti Respublikanlygyň (Müsür) we Protestantizmiň (Sodom) iki şahyny aňladýar. 2020-nji ýylda iki şah öldürildi: Respublikanlygyň şahy we Protestantizmiň şahy. Soňra dünýä ýüzüniň internet ulgamy arkaly, globalist aždarha güýçleriniň ulanan gipnozy, edil birinji asmanyň ýakynlaşýan urşunda ulanylyşy ýaly, şol bir usul bilen ulanyldy. Bütindünýä internet torunyň öndürýän habaryny dolandyrmak arkaly, 2020-nji ýylyň saýlawy globalizmiň pelsepesine laýyk gelýän netijäni emele getirmek üçin ylmy taýdan manipulirlendi. Bu, diňe haýwanyň keşbiniň synagynyň ilki bilen Amerikanyň Birleşen Ştatlarynda, soňra bolsa dünýäde amala aşyrylýandygyna düşünmegiň zerurdygynyň bir mysalydyr.</w:t>
      </w:r>
    </w:p>
    <w:p>
      <w:pPr>
        <w:pStyle w:val="ArticleScripture"/>
        <w:jc w:val="left"/>
      </w:pPr>
      <w:r>
        <w:rPr>
          <w:rFonts w:ascii="Times New Roman" w:hAnsi="Times New Roman" w:eastAsia="Times New Roman" w:cs="Times New Roman"/>
        </w:rPr>
        <w:t>Reb maňa haýwanyň keşbiniň synag möhleti gutarmanka hökman dörediljekdigini aýdyň görkezdi; çünki ol Hudaýyň halky üçin beýik synag bolar, olaryň ebedi ykbaly hem şonuň arkaly kesgitlener. Seniň garaýşyň şeýle bir gapma-garşylyklaryň bulaşyk garyndysydyr welin, onuň bilen örän az adam aldanar.</w:t>
      </w:r>
    </w:p>
    <w:p>
      <w:pPr>
        <w:pStyle w:val="ArticleScripture"/>
        <w:jc w:val="left"/>
      </w:pPr>
      <w:r>
        <w:rPr>
          <w:rFonts w:ascii="Times New Roman" w:hAnsi="Times New Roman" w:eastAsia="Times New Roman" w:cs="Times New Roman"/>
        </w:rPr>
        <w:t>“Ylham 13-de bu mesele aç-açan beýan edilýär; [Ylham 13:11–17 sitata getirildi].”</w:t>
      </w:r>
    </w:p>
    <w:p>
      <w:pPr>
        <w:pStyle w:val="ArticleScripture"/>
        <w:jc w:val="left"/>
      </w:pPr>
      <w:r>
        <w:rPr>
          <w:rFonts w:ascii="Times New Roman" w:hAnsi="Times New Roman" w:eastAsia="Times New Roman" w:cs="Times New Roman"/>
        </w:rPr>
        <w:t>“Bu, Hudaýyň halkynyň möhürlenmezinden öň geçmeli synagydyr. Onuň kanunyny berjaý etmek hem-de galp sabbata boýun bolmakdan ýüz öwürmek arkaly Hudaýa wepalylygyny subut edenleriň hemmesi Reb Hudaý Ýehowanyň baýdagynyň astynda durarlar we diri Hudaýyň möhürini alarlar. Asmany gözbaşly hakykatdan ýüz döndürip, ýekşenbe sabbatyny kabul edenler bolsa, haýwanyň belgisini alarlar.” Manuscript Releases, 15-nji tom, 15.</w:t>
      </w:r>
    </w:p>
    <w:p>
      <w:pPr>
        <w:pStyle w:val="ArticleBody"/>
        <w:jc w:val="left"/>
      </w:pPr>
      <w:r>
        <w:rPr>
          <w:rFonts w:ascii="Times New Roman" w:hAnsi="Times New Roman" w:eastAsia="Times New Roman" w:cs="Times New Roman"/>
        </w:rPr>
        <w:t>Ýedinji gün adventistleri üçin synag möhleti ýekşenbe kanunynyň güýje girizilmegi bilen tamamlanar. Amerikanyň Birleşen Ştatlarynyň göreldesine eýerýän ýurtlar hem, Amerikanyň Birleşen Ştatlary ýaly, öz synag möhletlerini tamamlarlar.</w:t>
      </w:r>
    </w:p>
    <w:p>
      <w:pPr>
        <w:pStyle w:val="ArticleScripture"/>
        <w:jc w:val="left"/>
      </w:pPr>
      <w:r>
        <w:rPr>
          <w:rFonts w:ascii="Times New Roman" w:hAnsi="Times New Roman" w:eastAsia="Times New Roman" w:cs="Times New Roman"/>
        </w:rPr>
        <w:t>“Daşary ýurtlar Amerikanyň Birleşen Ştatlarynyň göreldesine eýererler. Ol öňe baştutanlyk etse-de, şonda-da şol bir krizis dünýäniň ähli künjeklerindäki halkymyzyň başyna geler.” Testimonies, 6-njy tom, 395.</w:t>
      </w:r>
    </w:p>
    <w:p>
      <w:pPr>
        <w:pStyle w:val="ArticleBody"/>
        <w:jc w:val="left"/>
      </w:pPr>
      <w:r>
        <w:rPr>
          <w:rFonts w:ascii="Times New Roman" w:hAnsi="Times New Roman" w:eastAsia="Times New Roman" w:cs="Times New Roman"/>
        </w:rPr>
        <w:t>Soňky wakalar çalt bolup geçýär.</w:t>
      </w:r>
    </w:p>
    <w:p>
      <w:pPr>
        <w:pStyle w:val="ArticleScripture"/>
        <w:jc w:val="left"/>
      </w:pPr>
      <w:r>
        <w:rPr>
          <w:rFonts w:ascii="Times New Roman" w:hAnsi="Times New Roman" w:eastAsia="Times New Roman" w:cs="Times New Roman"/>
        </w:rPr>
        <w:t>“Ýamanlygyň güýçleri öz güýçlerini birleşdirip, berkleşdirýärler. Olar iň soňky beýik krizis üçin güýçlenýärler. Dünýämizde ýakyn wagtda uly özgerişler bolup geçer, we iň soňky hereketler çalt bolar.” Testimonies, 9-njy tom, 11.</w:t>
      </w:r>
    </w:p>
    <w:p>
      <w:pPr>
        <w:pStyle w:val="ArticleBody"/>
        <w:jc w:val="left"/>
      </w:pPr>
      <w:r>
        <w:rPr>
          <w:rFonts w:ascii="Times New Roman" w:hAnsi="Times New Roman" w:eastAsia="Times New Roman" w:cs="Times New Roman"/>
        </w:rPr>
        <w:t>Haýwanyň keşbiniň synagyna düşünmek üçin pygamberlik bilen baglanyşykly tehnik häsiýetli ulanylyşy belli bir derejede bilmek zerurdyr. Ilki bilen, haýwanyň belligi bilen haýwanyň keşbi iki dürli nyşandyr.</w:t>
      </w:r>
    </w:p>
    <w:p>
      <w:pPr>
        <w:pStyle w:val="ArticleScripture"/>
        <w:jc w:val="left"/>
      </w:pPr>
      <w:r>
        <w:rPr>
          <w:rFonts w:ascii="Times New Roman" w:hAnsi="Times New Roman" w:eastAsia="Times New Roman" w:cs="Times New Roman"/>
        </w:rPr>
        <w:t>“‘Haýwana şekil’ olaryň taglymatlaryny mejbury kabul etdirmek üçin protestant ybadathanalary raýat häkimiýetiniň kömegini gözlänlerinde kemala getiriljek ýüz öwren protestantizmiň şol görnüşini aňladýar. ‘Haýwanyň nyşany’ bolsa heniz kesgitlenmeli bolup galýar.” The Great Controversy, 445.</w:t>
      </w:r>
    </w:p>
    <w:p>
      <w:pPr>
        <w:pStyle w:val="ArticleBody"/>
        <w:jc w:val="left"/>
      </w:pPr>
      <w:r>
        <w:rPr>
          <w:rFonts w:ascii="Times New Roman" w:hAnsi="Times New Roman" w:eastAsia="Times New Roman" w:cs="Times New Roman"/>
        </w:rPr>
        <w:t>Ýyrtyjynyň nyşany ýekşenbe gününi berjaý etmekdir, we ýyrtyjynyň keşbi öz dini taglymatlaryny mejbury kabul etdirmek üçin raýat häkimiýetini ulanýan ybadathana bolup durýar.</w:t>
      </w:r>
    </w:p>
    <w:p>
      <w:pPr>
        <w:pStyle w:val="ArticleScripture"/>
        <w:jc w:val="left"/>
      </w:pPr>
      <w:r>
        <w:rPr>
          <w:rFonts w:ascii="Times New Roman" w:hAnsi="Times New Roman" w:eastAsia="Times New Roman" w:cs="Times New Roman"/>
        </w:rPr>
        <w:t>Protestant ybadathanalarynyň tarapyndan ýekşenbe gününi berjaý etmegiň mejbury edilmegi papalygyň, ýagny haýwanyň ybadatynyň mejbury edilmegidir. Dördünji tabşyrygyň talaplaryna düşünip, hakyky Sabadyň ýerine galp sabady berjaý etmegi saýlaýanlar, muny diňe şol emr edýän güýje tagzym etmek bilen edýärler. Emma hut dini borjy dünýäwi häkimiýet arkaly mejbury etmek hereketiniň özünde ybadathanalar özleri haýwana bir şekil emele getirerler; şonuň üçin Amerikanyň Birleşen Ştatlarynda ýekşenbe gününi berjaý etmegiň mejbury edilmegi haýwana we onuň şekiline ybadat etmegiň mejbury edilmegi bolar. Uly Göreş, 448, 449.</w:t>
      </w:r>
    </w:p>
    <w:p>
      <w:pPr>
        <w:pStyle w:val="ArticleBody"/>
        <w:jc w:val="left"/>
      </w:pPr>
      <w:r>
        <w:rPr>
          <w:rFonts w:ascii="Times New Roman" w:hAnsi="Times New Roman" w:eastAsia="Times New Roman" w:cs="Times New Roman"/>
        </w:rPr>
        <w:t>Haýwanyň keşbi ybadathana bilen döwletiň birleşigini, şol gatnaşyklarda bolsa ybadathananyň agalyk etmegini aňladýar. Izebeliň Ahabyň üstünden höküm sürşi ýaly, Hirodiýa hem Hirodyň üstünden höküm sürdi. Haýwanyň belligi ýekşenbe güni tutmakdyr. Haýwanyň keşbi belli bir wagtyň dowamynda kemala gelýär. Haýwanyň belligi bolsa wagt içindäki belli bir pursaty aňladýar. Haýwanyň keşbi kem-kemden ösdürilýär, emma diňe döwleti öz dini taglymatlaryny kanunlaşdyrmaga mejbur etmäge güýji ýetende doly kämilligine ýetýär. Synag keşbiň “emele gelşi” bilen baglanyşyklydyr.</w:t>
      </w:r>
    </w:p>
    <w:p>
      <w:pPr>
        <w:pStyle w:val="ArticleScripture"/>
        <w:jc w:val="left"/>
      </w:pPr>
      <w:r>
        <w:rPr>
          <w:rFonts w:ascii="Times New Roman" w:hAnsi="Times New Roman" w:eastAsia="Times New Roman" w:cs="Times New Roman"/>
        </w:rPr>
        <w:t>“Ýöne «haýwana degişli şekil» näme? we ol nähili emele getirilmeli? Şekil iki şahlı haýwan tarapyndan ýasalýar we ol haýwana degişli bir şekildir. Ol şeýle hem haýwanyň şekili diýlip atlandyrylýar. Onda şekiliň nähili bolandygyny we onuň nähili emele getirilmelidigini bilmek üçin, biz haýwanyň öz häsiýetlerini — papalygy — öwrenmelidiris.</w:t>
      </w:r>
    </w:p>
    <w:p>
      <w:pPr>
        <w:pStyle w:val="ArticleScripture"/>
        <w:jc w:val="left"/>
      </w:pPr>
      <w:r>
        <w:rPr>
          <w:rFonts w:ascii="Times New Roman" w:hAnsi="Times New Roman" w:eastAsia="Times New Roman" w:cs="Times New Roman"/>
        </w:rPr>
        <w:t>“Irki döwürdäki ybadathana Hoş Habaryň ýönekeýliginden ýüz öwrüp, butparaz däp-dessurlary we adatlary kabul etmek arkaly zaýalananda, ol Hudaýyň Ruhuny we güýjüni ýitirdi; halkyň wyždanlaryna gözegçilik etmek üçin bolsa, dünýewi häkimiýetiň goldawyny gözledi. Netijede papalyk emele geldi — döwletiň güýjüne gözegçilik edýän we ony öz maksatlyklaryny ilerletmek, aýratyn-da ‘bidgatçylygy’ jezalandyrmak üçin peýdalanýan bir ybadathana. Amerikanyň Birleşen Ştatlarynyň haýwanyň keşbini döretmegi üçin, dini häkimiýet raýat hökümetine şeýlebir gözegçilik etmeli welin, döwletiň ygtyýary-da ybadathana tarapyndan öz maksatlaryny amala aşyrmak üçin peýdalanylar.” The Great Controversy, 443.</w:t>
      </w:r>
    </w:p>
    <w:p>
      <w:pPr>
        <w:pStyle w:val="ArticleBody"/>
        <w:jc w:val="left"/>
      </w:pPr>
      <w:r>
        <w:rPr>
          <w:rFonts w:ascii="Times New Roman" w:hAnsi="Times New Roman" w:eastAsia="Times New Roman" w:cs="Times New Roman"/>
        </w:rPr>
        <w:t>Haýwanyň şekili bilen haýwanyň nyşanynyň arasyndaky tapawut, umuman alanyňda, adventistleriň däp bolan düşünjesidir. Adventizmiň bu meselede, köplenç, ýoluny ýitirýän ýeri Ylhamyň on üçünji babyndadyr. Olar nädipdir birhili, Ýekşenbe kanunyndan soň Birleşen Ştatlaryň dünýäni haýwana bir şekil gurmaga mejbur edýän işini, Birleşen Ştatlaryň içinde haýwanyň şekiliniň gurulmagy bilen garyşdyrýarlar. Bular pygamberlik taýdan iki dürli döwürdir.</w:t>
      </w:r>
    </w:p>
    <w:p>
      <w:pPr>
        <w:pStyle w:val="ArticleBody"/>
        <w:jc w:val="left"/>
      </w:pPr>
      <w:r>
        <w:rPr>
          <w:rFonts w:ascii="Times New Roman" w:hAnsi="Times New Roman" w:eastAsia="Times New Roman" w:cs="Times New Roman"/>
        </w:rPr>
        <w:t>Mesih köp adam bilen baglaşygy bir hepde üçin tassyklamak maksady bilen geldi, we hepdäniň ortasynda Ol haça çüýlendi. Şeýlelikde, şol hepde wagşy haýwanyň şekiliniň emele gelýän iki wagt döwrüni nyşanlaýar. Mesihiň hepdäsi biri-birine meňzeş iki döwre bölünipdi, bu bolsa Mesihiň şekilini aňladýar. Ahyrky günlerdäki iki synag döwri bolsa antimesihiň şekilini aňladýar.</w:t>
      </w:r>
    </w:p>
    <w:p>
      <w:pPr>
        <w:pStyle w:val="ArticleBody"/>
        <w:jc w:val="left"/>
      </w:pPr>
      <w:r>
        <w:rPr>
          <w:rFonts w:ascii="Times New Roman" w:hAnsi="Times New Roman" w:eastAsia="Times New Roman" w:cs="Times New Roman"/>
        </w:rPr>
        <w:t>Müň iki ýüz altmyş günüň ilkinji döwründe Mesih Öz şahadatyny berdi, soňra bolsa haçda öldi. Ondan soň şägirtleriň şahadat eden, Mihailyň Stepan daşlanylanda ýerinden turşuna çenli dowam eden, edil şonuň ýaly müň iki ýüz altmyş günlük döwür boldy. Haç ýekşenbe kanunynyň nyşanydyr. Haýwanyň keşbiniň emele getirilmegi bilen bagly synagyň iki döwri, ilkinji döwri Mesih tarapyndan nyşanlanan ýüz kyrk dört müň bilen baglanyşykda kesgitleýär, we şol döwür haç bilen nyşanlanan ýekşenbe kanunynda tamamlanýar. Mesihiň döwründe şägirtleriň işi bilen görkezilen soňky şol birmeňzeş synag döwri bolsa beýik köpçülige gönükdirilýär, we ol, Stepan daşlananda däl-de, eýsem Daniel 12:1-de beýan edilişi ýaly, adamzat synag möhletiniň ýapylmagynda Mihail ýerinden turanda tamamlanýar.</w:t>
      </w:r>
    </w:p>
    <w:p>
      <w:pPr>
        <w:pStyle w:val="ArticleBody"/>
        <w:jc w:val="left"/>
      </w:pPr>
      <w:r>
        <w:rPr>
          <w:rFonts w:ascii="Times New Roman" w:hAnsi="Times New Roman" w:eastAsia="Times New Roman" w:cs="Times New Roman"/>
        </w:rPr>
        <w:t>Käbirleri Ylham kitabynyň on üçünji bap, on birinji aýatyndan başlap wakalaryň hakyky yzygiderliligini görüp bilmeýärler; munuň sebäbi, köplenç bilkastlaýyn boýun almak islemeýän ýaly görünýän bir ýagdaýdyr: ýagny Amerikanyň Birleşen Ştatlary aždaha ýaly gepleýän mahaly, bu Amerikanyň Birleşen Ştatlarynda wagşy haýwanyň keşbiniň doly kemala gelendigini aňladýar. Amerikanyň Birleşen Ştatlarynyň ýekşenbe kanunyny kabul edip bilmegi üçin, Amerikanyň Birleşen Ştatlarynda wagşy haýwanyň keşbi ýekşenbe kanunyndan öň emele gelmelidir. Eger bu pikire düşünmeýän bolsaňyz, ýaňy agzalan “Beýik Göreş” kitabyndan öňki birnäçe parçany gaýtadan okaň.</w:t>
      </w:r>
    </w:p>
    <w:p>
      <w:pPr>
        <w:pStyle w:val="ArticleBody"/>
        <w:jc w:val="left"/>
      </w:pPr>
      <w:r>
        <w:rPr>
          <w:rFonts w:ascii="Times New Roman" w:hAnsi="Times New Roman" w:eastAsia="Times New Roman" w:cs="Times New Roman"/>
        </w:rPr>
        <w:t>On üçünji babyň on birinji aýatynda Amerikanyň Birleşen Ştatlary aždarha ýaly sözlände, bu Amerikanyň Birleşen Ştatlaryndaky imandan dänmiş ýygnaklaryň ugrukdyrmagy bilen kanun çykaryjy we kazyýet häkimiýetleriniň ýekşenbe baradaky kanuny kabul etmekdäki hereketini aňladýar. Ýekşenbe kanuny baradaky perman Amerikanyň Birleşen Ştatlarynyň agzyndan çykýar.</w:t>
      </w:r>
    </w:p>
    <w:p>
      <w:pPr>
        <w:pStyle w:val="ArticleScripture"/>
        <w:jc w:val="left"/>
      </w:pPr>
      <w:r>
        <w:rPr>
          <w:rFonts w:ascii="Times New Roman" w:hAnsi="Times New Roman" w:eastAsia="Times New Roman" w:cs="Times New Roman"/>
        </w:rPr>
        <w:t>“Men iki şahly wagşy haýwanyň agzynyň aždarhanyň agzy ýaly bolandygyny, onuň güýjüniň kellesindedigini we buýrugyň onuň agzyndan çykjakdygyny gördüm.” Spalding and Magan, 1.</w:t>
      </w:r>
    </w:p>
    <w:p>
      <w:pPr>
        <w:pStyle w:val="ArticleBody"/>
        <w:jc w:val="left"/>
      </w:pPr>
      <w:r>
        <w:rPr>
          <w:rFonts w:ascii="Times New Roman" w:hAnsi="Times New Roman" w:eastAsia="Times New Roman" w:cs="Times New Roman"/>
        </w:rPr>
        <w:t>Meni hemişe haýran galdyrýan zat, Adventizmiň iki şahly ýer ýyrtyjysy aždaha ýaly gepleýän mahaly, munuň diňe Amerikanyň Birleşen Ştatlarynda ýekşenbe kanunynyň bellenýändigini däl-de, eýsem papalyk deňiz ýyrtyjysynyň şekiliniň doly kemala gelendiginiň hem görkezilýändigini tanamakda kynçylyk çekmegidir. Amerikanyň Birleşen Ştatlarynyň ýekşenbe kanunyny kabul etmegi üçin, döwlet bilen ybadathananyň birleşmesi ilki bilen doly kemala gelen bolmalydyr. Amerikanyň Birleşen Ştatlarynyň mürtede öwrülen ybadathanalary diňe duşenbe güni bir ýere jemlenip, sişenbe güni Kongrese baryp, çarşenbe gününe çenli ýekşenbe baradaky kanunçylygyň kabul edilmegini isleýändiklerini aýdýan däldirler. Ybadathana bilen döwletiň arasynda bolup geçýän birleşme prosesi, Danieliň 3-nji babyndaky altyn şekiliň “emele getirilişi” ýaly, ýyrtyjynyň şekiliniň “emele getirilişi” hökmünde görkezilýär; ony gurmak üçin biraz wagt gerek bolar. Ýyrtyjynyň şekili papalygyň Garaňky Asyrlarda millionlarça şehidi öldürmek üçin ulanan ulgamydyr, we ýekşenbe kanunynyň ýerine ýetirilmegi üçin zerur bolan jemgyýetçilik gurşawyny hem-de hukuk taýdan zerur presedenti döretmek üçin durmuş, syýasy, dini we ykdysady ösüşler gerek bolýar. Şol ösüşler ýyrtyjynyň şekiliniň synagyny aňladýar; şol synag arkaly “ebedi ykbalymyz çözüler,” we ol “möhürlenmezimizden öň” geçmeli bolýan synagy aňladýar.</w:t>
      </w:r>
    </w:p>
    <w:p>
      <w:pPr>
        <w:pStyle w:val="ArticleScripture"/>
        <w:jc w:val="left"/>
      </w:pPr>
      <w:r>
        <w:rPr>
          <w:rFonts w:ascii="Times New Roman" w:hAnsi="Times New Roman" w:eastAsia="Times New Roman" w:cs="Times New Roman"/>
        </w:rPr>
        <w:t>“Reb maňa haýwanyň keşbiniň synag möhleti ýapylmazdan öň emele getiriljekdigini açyk görkezdi; çünki ol Hudaýyň halky üçin beýik synag bolar, olaryň ebedi ykbaly şonuň arkaly kesgitlener.... Bu Hudaýyň halkynyň möhürlenmezden öň geçmeli bolan synagydyr.” Manuscript Releases, 15-nji jilt, 15.</w:t>
      </w:r>
    </w:p>
    <w:p>
      <w:pPr>
        <w:pStyle w:val="ArticleBody"/>
        <w:jc w:val="left"/>
      </w:pPr>
      <w:r>
        <w:rPr>
          <w:rFonts w:ascii="Times New Roman" w:hAnsi="Times New Roman" w:eastAsia="Times New Roman" w:cs="Times New Roman"/>
        </w:rPr>
        <w:t>Ýekşenbe güni baradaky kanun gijäniň ýarysyndaky krizisdir; ol on gyzyň tymsalynyň ahyrky we kämil berjaý edilişini tapýar. Şol gijäniň ýarysyndaky krizisde biziň paýhasly Filadelfiýaly gyzlardygymyz ýa-da akylsyz Laodikýaly gyzlardygymyz aýan ediler. Akylsyzlar haýwanyň nyşanyny alýarlar, paýhaslylar bolsa Hudaýyň möhürini alýarlar. Haçan-da kimdir biri Ýedinji gün Adventistler ybadathanasyna goşulan bolsa, agza bolmazdan ozal taglymat hakykatlarynyň sanawyna razylyk berendir; şonuň üçin hem her bir Ýedinji gün Adventisti Sabat baradaky hakykatyň nury bilen tanyşdyrylandyr.</w:t>
      </w:r>
    </w:p>
    <w:p>
      <w:pPr>
        <w:pStyle w:val="ArticleScripture"/>
        <w:jc w:val="left"/>
      </w:pPr>
      <w:r>
        <w:rPr>
          <w:rFonts w:ascii="Times New Roman" w:hAnsi="Times New Roman" w:eastAsia="Times New Roman" w:cs="Times New Roman"/>
        </w:rPr>
        <w:t>“Eger hakykatyň nury size beýan edilip, dördünji tabşyrygyň Sabatyny açyp görkezse, şeýle hem ýekşenbe gününi berjaý etmäge Hudaýyň Sözüniň içinde hiç hili esas ýokdugyny görkezip berse, emma siz şonda-da galp sabata ýapyşyp, Hudaýyň ‘meniň mukaddes günüm’ diýip atlandyrýan Sabatyny mukaddes saklamakdan ýüz öwürseňiz, onda siz haýwanyň nyşanyny kabul edýärsiňiz. Bu haçan bolup geçýär? — Haçan-da sizden ýekşenbe güni işiňizi bes edip, Hudaýa ybadat etmegiňizi buýurýan karara boýun egseňiz, şol bir wagtda-da Mukaddes Kitapda ýekşenbe gününiň adaty iş güni däldigini görkezýän birje sözüň hem ýokdugyny bilýän bolsaňyz, siz haýwanyň nyşanyny kabul etmäge razylyk berýärsiňiz we Hudaýyň möhürini ret edýärsiňiz. Eger biz bu nyşany maňlaýlarymyzda ýa-da ellerimizde kabul etsek, onda boýun egmeýänleriň garşysyna yglan edilen hökümler biziň üstümize hem inmelidir. Emma diri Hudaýyň möhüri Rebbiň Sabatyny wyždanlylyk bilen berjaý edýänleriň üstüne goýulýar.” Review and Herald, 27-nji aprel, 1911.</w:t>
      </w:r>
    </w:p>
    <w:p>
      <w:pPr>
        <w:pStyle w:val="ArticleBody"/>
        <w:jc w:val="left"/>
      </w:pPr>
      <w:r>
        <w:rPr>
          <w:rFonts w:ascii="Times New Roman" w:hAnsi="Times New Roman" w:eastAsia="Times New Roman" w:cs="Times New Roman"/>
        </w:rPr>
        <w:t>Amerikanyň Birleşen Ştatlarynda haýwanyň keşbiniň emele gelşi pygamberlik taýdan 2001-nji ýylyň 11-nji sentýabrynda başlandy. Bu hakykaty tassyklaýan birnäçe pygamberlik şaýatlary bar. Şol wagtdan başlap, ýakynda güýje girjek ýekşenbe kanunyna çenli, Ýedinji Günüň Adwentistleri haýwanyň keşbi synagyndan geçýändiklerine ýa-da ondan şowsuz çykýandyklaryna görä, özleriniň ebedi ykballaryny kesgitleýärler. Men şeýle diýip nygtardym: Ýedinji Günüň Adwentistleriniň juda az bölegi hatda haýwanyň keşbiniň synagdygyny hem bilýär. Şeýle synag bolup bilýändigini bilýänler, bar bolsa-da, örän azdyr; has möhümi bolsa, olar bu synagdan geçmek üçin näme talap edilýändigini bilmeýärler. Bize diňe eýe bolan nurumyzyň esasynda däl, eýsem bilimiň artmagyna düşünmek üçin yhlas bilen çalşan bolsak, eýe bolup biljek nurumyzyň esasynda hem höküm edilýär. Şonuň üçin Laodikiýanyň körlügi alty müň ýyllyk günä döwründäki iň beýik körlükdir.</w:t>
      </w:r>
    </w:p>
    <w:p>
      <w:pPr>
        <w:pStyle w:val="ArticleScripture"/>
        <w:jc w:val="left"/>
      </w:pPr>
      <w:r>
        <w:rPr>
          <w:rFonts w:ascii="Times New Roman" w:hAnsi="Times New Roman" w:eastAsia="Times New Roman" w:cs="Times New Roman"/>
        </w:rPr>
        <w:t>Halkym bilim ýetmezçiligi sebäpli heläk boldy; çünki sen bilimi ret etdiň, Men hem seni ret ederin, şeýdip sen Maňa ruhany bolmarsyň; Hudaýyňyň kanunyny unudandygyň üçin, Men hem seniň çagalaryňy unudaryn. Hoşeýa 4:6.</w:t>
      </w:r>
    </w:p>
    <w:p>
      <w:pPr>
        <w:pStyle w:val="ArticleBody"/>
        <w:jc w:val="left"/>
      </w:pPr>
      <w:r>
        <w:rPr>
          <w:rFonts w:ascii="Times New Roman" w:hAnsi="Times New Roman" w:eastAsia="Times New Roman" w:cs="Times New Roman"/>
        </w:rPr>
        <w:t>Haýwanyň şekiliniň emele gelşiniň synagy ýakynda çykjak ýekşenbe güni baradaky kanun bilen tamamlanýar, we eger biz şol synagdan geçmedik bolsak, ýag almakdan ýüz öwren beýleki ähli akylsyz Laodikýäniň gyzlary bilen bilelikde, haýwanyň nyşanyny alarys. Men bu ýerde haýwanyň şekiliniň synagynyň 2001-nji ýylyň 11-nji sentýabrynda başlanyp, ýekşenbe güni baradaky kanun bilen tamamlanýandygyna näme üçin düşünýändigimi goramak üçin däl. Men diňe Amerikanyň Birleşen Ştatlarynyň, Ylham kitaby on üçünji bapda görkezilişi ýaly, ýekşenbe güni baradaky kanuny kabul edenden soňky ornuna düşünmek üçin zerur bolan pygamberlik logikasyny görkezýärin. On birinji aýatda ol aždaha ýaly gepleýär, we şol pursatdan başlap “ol” sözüni yzarlamak möhümdir. Amerikanyň Birleşen Ştatlarynyň şondan soň dünýäni gurmaga mejbur edýän haýwanyň şekili, Amerikanyň Birleşen Ştatlaryndaky haýwanyň şekili däldir, çünki ol eýýäm geçmişde galandyr.</w:t>
      </w:r>
    </w:p>
    <w:p>
      <w:pPr>
        <w:pStyle w:val="ArticleScripture"/>
        <w:jc w:val="left"/>
      </w:pPr>
      <w:r>
        <w:rPr>
          <w:rFonts w:ascii="Times New Roman" w:hAnsi="Times New Roman" w:eastAsia="Times New Roman" w:cs="Times New Roman"/>
        </w:rPr>
        <w:t>Soňra men ýerden çykyp gelýän başga bir haýwany gördüm; onuň guzujyk ýaly iki şahy bardy, emma ol aagondarha ýaly gepleýärdi. Ol birinji haýwanyň öňünde onuň ähli ygtyýaryny ulanýar we ölümli ýarasy sagaldylan şol birinji haýwana ýeri hem onda ýaşaýanlary sežde etdirdi. Şeýle-de ol beýik gudratlary edýärdi, hatda adamlaryň gözüniň alnynda asmandan ýere ot indirdi. Ol haýwanyň öňünde etmäge ygtyýary bolan şol gudratlar arkaly ýerde ýaşaýanlary aldady; ol ýerde ýaşaýanlara, gylyç ýarasyny alan, emma diri galan haýwana bir şekil ýasamalydyklaryny aýdýardy. Şeýle-de oňa haýwanyň şekiline jan bermäge ygtyýar berildi, şonuň bilen haýwanyň şekili hem geplemeli, hem-de haýwanyň şekiline sežde etmejekleriň barynyň öldürilmegini gazanmaly boldy. Ol hemmelere — kiçä hem uluga, baýa hem garyba, erkin adama hem gula — sag ellerine ýa-da maňlaýlaryna bir belgi almagy mejbur etdi; şeýlelikde, diňe şol belgisi, ýa-da haýwanyň ady, ýa-da onuň adynyň sany bolan adam satyn alyp ýa-da satyp bilerdi. Ylham 13:11–17.</w:t>
      </w:r>
    </w:p>
    <w:p>
      <w:pPr>
        <w:pStyle w:val="ArticleBody"/>
        <w:jc w:val="left"/>
      </w:pPr>
      <w:r>
        <w:rPr>
          <w:rFonts w:ascii="Times New Roman" w:hAnsi="Times New Roman" w:eastAsia="Times New Roman" w:cs="Times New Roman"/>
        </w:rPr>
        <w:t>Şol ýedi aýatda “ol” sözi sekiz gezek duş gelýär. “Ol” sözi her gezek ulanylanda, ol ilkinji “ola”, ýagny Amerikanyň Birleşen Ştatlarynda ýekşenbe kanuny bilen baglanyşykly “aždarha ýaly gepleýäne” gaýdyp barýar. Amerikanyň Birleşen Ştatlarynda Adventistleriň, Amerikanyň Birleşen Ştatlary aždarha ýaly geplände, geçiren ýa-da geçip bilmedik haýwan keşbiniň synagy soňra dünýäniň beýleki milletlerindäki Adventistler üçin, şeýle hem heniz Babilde bolan Hudaýyň beýleki çagalary üçin hem gaýtalanýar. Ylham on üçdäki Amerikanyň Birleşen Ştatlary baradaky seljermämizi indiki makalada dowam etdireris, emma size şu wagt bu hakykata näme üçin garap çykýandygymyzy ýatlatmaga rugsat ediň.</w:t>
      </w:r>
    </w:p>
    <w:p>
      <w:pPr>
        <w:pStyle w:val="ArticleBody"/>
        <w:jc w:val="left"/>
      </w:pPr>
      <w:r>
        <w:rPr>
          <w:rFonts w:ascii="Times New Roman" w:hAnsi="Times New Roman" w:eastAsia="Times New Roman" w:cs="Times New Roman"/>
        </w:rPr>
        <w:t>Üçünji asmanda Lusifer bilen başlan uruş, Ýekşenbe kanuny döwründe birinji asmanda başlan urşuň nusgasydyr. Aždahanyň bozulan habarlaşmalary iki söweşde-de görkezilýär. Şeýtanyň bozulan habarlaşmalarynyň häzirki zaman görnüşi, ýakyn wagtda geljek Ýekşenbe kanunyndan soňky taryhda ýer ýüzüniň duçar bolýan gipnotik transyny aňladýar. Ol azgynlyk, dünýä boýunça toruň “maglumat super magistraly” diýlip atlandyrylýanyň näme boljakdygyny dolandyrmagy arkaly amala aşyrylýar. “Maglumat super magistralynyň” şol dürli ugurlary jemgyýetçilik, ykdysady, dini, diýlip atlandyrylýan ylym, güýmenje we has-da möhümi habar beriş serişdeleriniň ugrudyr.</w:t>
      </w:r>
    </w:p>
    <w:p>
      <w:pPr>
        <w:pStyle w:val="ArticleBody"/>
        <w:jc w:val="left"/>
      </w:pPr>
      <w:r>
        <w:rPr>
          <w:rFonts w:ascii="Times New Roman" w:hAnsi="Times New Roman" w:eastAsia="Times New Roman" w:cs="Times New Roman"/>
        </w:rPr>
        <w:t>“Maglumat super şosse” diýilýän zadyň şeýtany hipnotiki aragatnaşyklaryň häzirki zamandaky ýüze çykyşy bolandygyny, şeýle hem üçünji asmandaky perişdeleriň söweşinde Şeýtan tarapyndan ulanylan inçe hipnozyň hem şonuň bilen baglanyşyklydygyny hakykat hökmünde ykrar edenimizden soň, “maglumat super şossesiniň” ýekşenbe kanunyndan soň bolup geçýän we dünýä üçin niýetlenen haýwanyň keşbiniň “soňky” synagynyň bir bölegidigini kesgitläp bileris. Şonda Amerikanyň Birleşen Ştatlary üçin haýwanyň keşbiniň “birinji” synagynyň hem soňkusy bilen birmeňzeş bozulan şeýtany aragatnaşyklara eýe bolmalydygyny aňsatlyk bilen tanamak mümkin bolar. Ýekşenbe kanunyndan synag möhletiniň ýapylşyna çenli “maglumat super şossesini” bozmakda Şeýtanyň işiniň şaýatlygy 2020-nji ýylda ýer ýüzüniň haýwanynyň üstündäki respublikançylygyň iki şahynyň we hakyky protestantçylygyň galyndysynyň nädip öldürilendigine degişli subutnamany berýär. Bu iş, Ylham kitaby on birinji bapda Ýahýanyň “köçe” diýip atlandyrýan “maglumat super şossesi” arkaly amala aşyryldy.</w:t>
      </w:r>
    </w:p>
    <w:p>
      <w:pPr>
        <w:pStyle w:val="ArticleBody"/>
        <w:jc w:val="left"/>
      </w:pPr>
      <w:r>
        <w:rPr>
          <w:rFonts w:ascii="Times New Roman" w:hAnsi="Times New Roman" w:eastAsia="Times New Roman" w:cs="Times New Roman"/>
        </w:rPr>
        <w:t>Bu pygamberlik hakykatlarynyň açylmagy, synag möhleti gutarmanka we ýüz kyrk dört müň möhürlenmezden öň emele geljekdigi zenan pygamber tarapyndan aýdyň görkezilen haýwanyň şekili synagyndan geçmegi niýet edýänler tarapyndan düşünilmegi zerur bolan zatlaryň bir bölegidir.</w:t>
      </w:r>
    </w:p>
    <w:p>
      <w:pPr>
        <w:pStyle w:val="ArticleScripture"/>
        <w:jc w:val="left"/>
      </w:pPr>
      <w:r>
        <w:rPr>
          <w:rFonts w:ascii="Times New Roman" w:hAnsi="Times New Roman" w:eastAsia="Times New Roman" w:cs="Times New Roman"/>
        </w:rPr>
        <w:t>“Permana çykarylyp, möhür basylanda, olaryň häsiýeti ebedilik arassa we tegmilsiz galar.” Testimonies, 5-nji jilt,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Ylhamy — On Birinji San</dc:title>
  <dc:subject>Haýwanyň Şekili</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