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Isa Mesihiň Ylhamy — On sekizinji sayı</w:t>
      </w:r>
    </w:p>
    <w:p>
      <w:pPr>
        <w:pStyle w:val="ArticleSubtitle"/>
        <w:jc w:val="left"/>
      </w:pPr>
      <w:r>
        <w:rPr>
          <w:rFonts w:ascii="Arial" w:hAnsi="Arial" w:eastAsia="Arial" w:cs="Arial"/>
        </w:rPr>
        <w:t>Atalaryň günäleri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2023-11-19</w:t>
      </w:r>
    </w:p>
    <w:p>
      <w:pPr>
        <w:pStyle w:val="ArticleBody"/>
        <w:jc w:val="left"/>
      </w:pPr>
      <w:r>
        <w:rPr>
          <w:rFonts w:ascii="Times New Roman" w:hAnsi="Times New Roman" w:eastAsia="Times New Roman" w:cs="Times New Roman"/>
        </w:rPr>
        <w:t>1856-njy ýylda ozal Filadelfiýa häsiýetli Millerit Adventizmi Jeýms we Ellen Waýt tarapyndan Laodikýa hökmünde kesgitlenildi. Şondan soň Jeýms Waýt Review and Herald arkaly bu herekete Laodikýa habaryny wagyz edip başlady. Şol neşirde, şol ýylyň özünde, Levililer kitabyňyň ýigrimi altynjy babyndaky “ýedi wagt” barada artdyrylan nur hem Waýtlaryň öz ilkinji ogluna onuň adyny dakyp goýjak derejede belent sarpa goýan Hiram Edson tarapyndan ýazylan sekiz makalalyk toplum arkaly hödürlendi. Bu toplum geljekde tamamlanyljakdygy baradaky wada bilen tamamlandy, emma ol gaýtadan hiç haçan ýüze çykmady. Birinji perişdäniň hereketiniň Filadelfiýadan Laodikýa geçiş nokadynda, bu hereket Levililer kitabyňyň ýigrimi altynjy babyndaky “ýedi wagt” meselesinde büdredi; bu bolsa Hudaýyň perişdeleriniň William Milleri tanamaga we yglan etmäge ýolbaşçylyk eden iň ilkinji “wagt pygamberligi”ni aňladýardy.</w:t>
      </w:r>
    </w:p>
    <w:p>
      <w:pPr>
        <w:pStyle w:val="ArticleBody"/>
        <w:jc w:val="left"/>
      </w:pPr>
      <w:r>
        <w:rPr>
          <w:rFonts w:ascii="Times New Roman" w:hAnsi="Times New Roman" w:eastAsia="Times New Roman" w:cs="Times New Roman"/>
        </w:rPr>
        <w:t>“Ýedi wagt” Millerit ybadathanasynyň binýadynyň baş burç daşy boldy. Mukaddes binýadyň her bir pygamberlik arkaly berlen şekillendirişi Mesihiň şekillendirişidir, çünki Mesihden başga hiç bir binýat goýlup bilinmez.</w:t>
      </w:r>
    </w:p>
    <w:p>
      <w:pPr>
        <w:pStyle w:val="ArticleScripture"/>
        <w:jc w:val="left"/>
      </w:pPr>
      <w:r>
        <w:rPr>
          <w:rFonts w:ascii="Times New Roman" w:hAnsi="Times New Roman" w:eastAsia="Times New Roman" w:cs="Times New Roman"/>
        </w:rPr>
        <w:t>Hiç kimse, goýlan binýatdan başga binýat goýup bilmez; ol hem Isa Mesihdir. 1 Korintoslylar 3:11.</w:t>
      </w:r>
    </w:p>
    <w:p>
      <w:pPr>
        <w:pStyle w:val="ArticleBody"/>
        <w:jc w:val="left"/>
      </w:pPr>
      <w:r>
        <w:rPr>
          <w:rFonts w:ascii="Times New Roman" w:hAnsi="Times New Roman" w:eastAsia="Times New Roman" w:cs="Times New Roman"/>
        </w:rPr>
        <w:t>Mesih diňe bir binýat bolman, eýsem gurluşykçylaryň ret eden we soňra päsgel bolup büdredilen binýat daşydyr. Ol ahyrsoňunda burçuň baş daşy bolýan daşdyr. Millerit taryhynda “ýedi wagt” şol burç daşyň nyşanydy.</w:t>
      </w:r>
    </w:p>
    <w:p>
      <w:pPr>
        <w:pStyle w:val="ArticleBody"/>
        <w:jc w:val="left"/>
      </w:pPr>
      <w:r>
        <w:rPr>
          <w:rFonts w:ascii="Times New Roman" w:hAnsi="Times New Roman" w:eastAsia="Times New Roman" w:cs="Times New Roman"/>
        </w:rPr>
        <w:t>Mesih ähti köp adam bilen bir hepde üçin tassyklady. Hiram Edsonyň tamamlanmadyk sekiz makalasynda kesgitlän Ysraýylyň demirgazyk patyşalygyna garşy bolan “ýedi wagt” pygamberliginiň gurluşy, Danyýel kitabynyň dokuzynjy bap, ýigrimi ýedinji aýatynyň ýerine ýetmesinde Mesihiň ähti tassyklan pygamberlik hepdesiniň hut şol bir gurluşyny gaýtadan görkezdi. Mesihiň Ysraýyly ýygnan hepdesi bilen Mesihiň Ysraýyly dargadan hepdesiniň gurluşy birmeňzeşdir. Gadymy Ysraýylyň dargadylmagy iki müň bäş ýüz ýigrimi ýyl boldy, ruhy Ysraýylyň ýygnalmagy bolsa iki müň bäş ýüz ýigrimi gün boldy. Ol ähti tassyklamak üçin Ysraýyly ýygnady, hem-de Öz ähtiniň dawasy sebäpli Ysraýyly dargatdy. “Ýedi wagt”-y Millerit ybadathanasynyň binýat daşy hökmünde kesgitlemek, Mesihi binýat daşy hökmünde kesgitlemek bilen doly sazlaşykdadyr. Şol daşy ret etmek, Mesihi ret etmekdir.</w:t>
      </w:r>
    </w:p>
    <w:p>
      <w:pPr>
        <w:pStyle w:val="ArticleBody"/>
        <w:jc w:val="left"/>
      </w:pPr>
      <w:r>
        <w:rPr>
          <w:rFonts w:ascii="Times New Roman" w:hAnsi="Times New Roman" w:eastAsia="Times New Roman" w:cs="Times New Roman"/>
        </w:rPr>
        <w:t>Mesih 1856-njy ýylda, mesihiýet taryhynda ilkinji gezek, Laodikiýanyň gapysynda kakyp duranda, gurluşykçylaryň bir gyra süýşürmekçi bolan büdrer daşynyň üstüne bilimiň artmagyny döretmäge çalyşýardy. Ýedi ýyl soň, ýa-da başgaça aýdylanda, iki müň bäş ýüz ýigrimi simwolik günden soň, Laodikiyaly Adventizm gapyny ýapdy. Gynansak-da, Adventizm bilimiň artmagyny görmegi ret etdi. Büdräp geçýän daşyň — görmeýän daşyňdyr, emma ol şonda-da şol ýerde durandyr.</w:t>
      </w:r>
    </w:p>
    <w:p>
      <w:pPr>
        <w:pStyle w:val="ArticleScripture"/>
        <w:jc w:val="left"/>
      </w:pPr>
      <w:r>
        <w:rPr>
          <w:rFonts w:ascii="Times New Roman" w:hAnsi="Times New Roman" w:eastAsia="Times New Roman" w:cs="Times New Roman"/>
        </w:rPr>
        <w:t>Halkym bilim ýetmezçiligi sebäpli heläk boldy; sen bilimi ret edeniň üçin, Men hem seni ret ederin, maňa ruhany bolmazsyň; öz Hudaýyňyň kanunyny unudandygyň üçin, Men hem seniň çagalaryňy unudaryn. Hoşeýa 4:6.</w:t>
      </w:r>
    </w:p>
    <w:p>
      <w:pPr>
        <w:pStyle w:val="ArticleBody"/>
        <w:jc w:val="left"/>
      </w:pPr>
      <w:r>
        <w:rPr>
          <w:rFonts w:ascii="Times New Roman" w:hAnsi="Times New Roman" w:eastAsia="Times New Roman" w:cs="Times New Roman"/>
        </w:rPr>
        <w:t>Ýahuda günorta patyşalygynyň garşysyna aýdylan “ýedi wagt” näleti miladydan öňki 677-nji ýylda başlap, Danyýel kitabynyň sekizinji bap, on dördünji aýatyndaky iki müň üç ýüz ýyl bilen bilelikde 1844-nji ýylyň 22-nji oktýabrynda tamamlandy. “Ýedi wagt” Adwent hereketiniň “binýady we merkezi sütüni” diýlip kesgitlenen şol pygamberligiň hut bir bölegidir. Adwentizmiň binýady we merkezi sütüni başga birnäçe pygamberlikler bilen hut şol bir wagtda berjaý boldy. “Ýedi wagt”, iki müň üç ýüz gün, Malaky üçünji bap, Danyýel ýedinji bap, on üçünji aýat we Matta ýigrimi bäşinji bapdaky on gyz baradaky tymsal — bularyň hemmesi 1844-nji ýylyň 22-nji oktýabrynda berjaý boldy. 1844-nji ýylyň 22-nji oktýabry senesi Adwent hereketiniň binýat senesidir, we şol sene bilen baglanyşyklylykda diňe bir buýruk kesgitlenipdi.</w:t>
      </w:r>
    </w:p>
    <w:p>
      <w:pPr>
        <w:pStyle w:val="ArticleScripture"/>
        <w:jc w:val="left"/>
      </w:pPr>
      <w:r>
        <w:rPr>
          <w:rFonts w:ascii="Times New Roman" w:hAnsi="Times New Roman" w:eastAsia="Times New Roman" w:cs="Times New Roman"/>
        </w:rPr>
        <w:t>Soňra meniň deňziň hem-de ýeriň üstünde duran halde gören perişdäm elini göge galdyrdy, gögi we onuň içindäkileri, ýeri we onuň içindäkileri, deňzi we onuň içindäkileri ýaradan, ebedibaky ýaşaýan Hudaýyň ady bilen ant içdi: indi wagt bolmaz. Ylham 10:5, 6.</w:t>
      </w:r>
    </w:p>
    <w:p>
      <w:pPr>
        <w:pStyle w:val="ArticleBody"/>
        <w:jc w:val="left"/>
      </w:pPr>
      <w:r>
        <w:rPr>
          <w:rFonts w:ascii="Times New Roman" w:hAnsi="Times New Roman" w:eastAsia="Times New Roman" w:cs="Times New Roman"/>
        </w:rPr>
        <w:t>Waýhiň aýal dogany Ylham kitabynda onunjy bapda ýer bilen deňziň üstünde duran perişdäni Isa Mesih diýip kesgitleýär.</w:t>
      </w:r>
    </w:p>
    <w:p>
      <w:pPr>
        <w:pStyle w:val="ArticleScripture"/>
        <w:jc w:val="left"/>
      </w:pPr>
      <w:r>
        <w:rPr>
          <w:rFonts w:ascii="Times New Roman" w:hAnsi="Times New Roman" w:eastAsia="Times New Roman" w:cs="Times New Roman"/>
        </w:rPr>
        <w:t>Ýahýany öwredýän gudratly perişde Isa Mesihiň Özi bolup, Ondan pes şahsyýet däldi. Onuň sag aýagyny deňziň, çep aýagyny bolsa gury ýeriň üstünde goýmagy, Şeýtan bilen uly göreşiň jemleýji sahnalarynda Onuň ýerine ýetirýän paýyny görkezýär. Bu ýagdaý Onuň ähli ýer ýüzüniň üstünden iň ýokary güýjüni we häkimiýetini aňladýar. “The Seventh-day Adventist Bible Commentary”, 7-nji tom, 971.</w:t>
      </w:r>
    </w:p>
    <w:p>
      <w:pPr>
        <w:pStyle w:val="ArticleBody"/>
        <w:jc w:val="left"/>
      </w:pPr>
      <w:r>
        <w:rPr>
          <w:rFonts w:ascii="Times New Roman" w:hAnsi="Times New Roman" w:eastAsia="Times New Roman" w:cs="Times New Roman"/>
        </w:rPr>
        <w:t>Mesih deňziň we ýeriň üstünde durmak ornuny eýeläp, Öz ýokary iň ýokary ygtyýaryny görkezdi. Soňra Ol elini ýokary galdyryp, “wagt mundan beýläk bolmaz” diýip buýruk berdi. Mesih Milleritler bilen äht baglaşýardy we Olara, edil Ybraýym bilen äht baglaşanda oňa bereni ýaly, bir buýruk berdi. Ol Ybraýyma erkek çagalary sünnet etmegi buýurdy. Musa döwrüniň taryhynda saýlanan halk bilen äht baglaşanda bolsa, Ol köp buýruk berdi; şol buýruklaryň arasynda diňe ruhanylaryň sandykça el degirip biljekdigi baradaky görkezme hem bardy. Ol 1844-nji ýylyň 22-nji oktýabrynda elini ýokary galdyryp ant içdi we pygamberlik wagtynyň mundan beýläk Mukaddes Kitabyň pygamberliklerine goşulmajakdygyny aýtdy. Isa asmana perişdeler buludy içinde göterilende, “wagtlar we möwsümler” meselesine degişli gürrüň edipdi; bu bolsa iki şaýadyň nyşan hökmünde ýokary göterilişiniň görnüşi bolupdy. Şonda Onuň beren buýrugy “wagtlar we möwsümler” barada bolupdy.</w:t>
      </w:r>
    </w:p>
    <w:p>
      <w:pPr>
        <w:pStyle w:val="ArticleScripture"/>
        <w:jc w:val="left"/>
      </w:pPr>
      <w:r>
        <w:rPr>
          <w:rFonts w:ascii="Times New Roman" w:hAnsi="Times New Roman" w:eastAsia="Times New Roman" w:cs="Times New Roman"/>
        </w:rPr>
        <w:t>Şonuň üçin olar bir ýere ýygnananlarynda, Ondan sorap şeýle diýdiler: «Ýa Reb, şu wagtda patyşalygy Israýyla gaýtadan dikeldersiňmi?» Ol bolsa olara şeýle diýdi: «Atanyň Öz ygtyýaryna goýlan wagtlary ýa-da möwsümleri bilmek size degişli däldir. Emma Mukaddes Ruh siziň üstüňize inenden soň, siz güýç alarsyňyz; we Ierusalimde, tutuş Ýahudada, Samariýada hem-de ýer ýüzüniň iň ujuna çenli Maňa şaýatlar bolarsyňyz.» Resullaryň Işleri 1:6–8.</w:t>
      </w:r>
    </w:p>
    <w:p>
      <w:pPr>
        <w:pStyle w:val="ArticleBody"/>
        <w:jc w:val="left"/>
      </w:pPr>
      <w:r>
        <w:rPr>
          <w:rFonts w:ascii="Times New Roman" w:hAnsi="Times New Roman" w:eastAsia="Times New Roman" w:cs="Times New Roman"/>
        </w:rPr>
        <w:t>Isa Süleýman arkaly geplemek bilen “wagtlaryň we möwsümleriň” bardygyny tassyk edenligi üçin, ol hiç hili wagtlaryň we möwsümleriň ýokdugyny aýtmady.</w:t>
      </w:r>
    </w:p>
    <w:p>
      <w:pPr>
        <w:pStyle w:val="ArticleScripture"/>
        <w:jc w:val="left"/>
      </w:pPr>
      <w:r>
        <w:rPr>
          <w:rFonts w:ascii="Times New Roman" w:hAnsi="Times New Roman" w:eastAsia="Times New Roman" w:cs="Times New Roman"/>
        </w:rPr>
        <w:t>Her bir zadyň öz wagty, asmanyň astyndaky her bir maksadyň hem öz sagady bardyr: Wagyzçy 3:1.</w:t>
      </w:r>
    </w:p>
    <w:p>
      <w:pPr>
        <w:pStyle w:val="ArticleBody"/>
        <w:jc w:val="left"/>
      </w:pPr>
      <w:r>
        <w:rPr>
          <w:rFonts w:ascii="Times New Roman" w:hAnsi="Times New Roman" w:eastAsia="Times New Roman" w:cs="Times New Roman"/>
        </w:rPr>
        <w:t>Mukaddes Kitap ýazgylarynyň içinde Palmoniniň — «Gudratly Sanagçy»nyň — güwänamasy bolan «wagtlar we möwsümler» bar, emma 1844-nji ýylyň 22-nji oktýabryndan bäri Hudaýyň halkyna wagt bilen baglanyşdyrylan pygamberlik habaryny indi hiç haçan beýan etmezlik buýruldy. Isanyň asmana göterilmeziniň öňüsyrasynda şägirtlere beren nesihaty, Ylham kitabyň on birinji babynda Onuň päklenen halkynyň baýdak hökmünde ýokary göterilmeginiň öňündäki taryhy aňladýar we ol 1844-nji ýylyň 22-nji oktýabrynda beren buýrugy bilen laýyk gelýär. Adventizmiň düýp goýujy senesinde Mesih wagta esaslanýan pygamberlik habarlarynyň indi bolmaly däldigini buýurdy, we Ylham kitabynyň on birinji babyndaky iki şaýadyň ýokary göterilmegini nusgalandyran Öz asmana göterilişinde Ol şol buýrugy gaýtalady.</w:t>
      </w:r>
    </w:p>
    <w:p>
      <w:pPr>
        <w:pStyle w:val="ArticleScripture"/>
        <w:jc w:val="left"/>
      </w:pPr>
      <w:r>
        <w:rPr>
          <w:rFonts w:ascii="Times New Roman" w:hAnsi="Times New Roman" w:eastAsia="Times New Roman" w:cs="Times New Roman"/>
        </w:rPr>
        <w:t>“Rebbimiziň gelerligi babatda ýa-da Onuň aýratyn ähmiýetli başga haýsydyr bir wada-sözünüň ýerine ýetjek wagtyny kesgitlemäge synanyşýan islendik adamdan ähli dogan-garyndaşlarymyz we uýalarymyz ägä bolsunlar. ‘Atanyň Öz ygtyýarynda goýýan wagtlaryny ýa-da döwürlerini bilmek size degişli däldir.’ Ýalan mugallymlar Hudaýyň işi üçin örän yhlasly ýaly bolup görünip bilerler we öz nazaryýetlerini dünýäniň hem-de ybadathananyň öňünde goýmak üçin serişdelerini sarp edip bilerler; emma olar hakykaty ýalňyşlyk bilen garyşdyrýandyklary sebäpli, olaryň habary aldaw habar bolup, janlary ýalan ýollara alyp barar. Olar ýaman adamlar bolandyklary üçin däl-de, eýsem ýalanlygyň mugallymlary bolandyklary we ýalanlyga hakykatyň möhürini basmaga çalyşýandyklary üçin, garşy alnyp, garşylanmalydyrlar.” Testimonies to Ministers, 55.</w:t>
      </w:r>
    </w:p>
    <w:p>
      <w:pPr>
        <w:pStyle w:val="ArticleBody"/>
        <w:jc w:val="left"/>
      </w:pPr>
      <w:r>
        <w:rPr>
          <w:rFonts w:ascii="Times New Roman" w:hAnsi="Times New Roman" w:eastAsia="Times New Roman" w:cs="Times New Roman"/>
        </w:rPr>
        <w:t>Uayt uýamyz Isanyň diňe Ikinji Gelşini däl, eýsem aýratyn ähmiýetli islendik bir zady kesgitleýän wagt baradaky habary hiç haçan almanjakdygymyzy aýdyň beýan etdi. Millerçi hereketiň esasy temasyny emele getiren wagt pygamberligi 1844-nji ýylyň 22-nji oktýabrynda tamamlandy, we şol düýpli sene bilen bagly ýeke-täk buýruk wagtyň indi hiç haçan Hudaýyň habaryny wagyz etmekde ulanylmazlygydy.</w:t>
      </w:r>
    </w:p>
    <w:p>
      <w:pPr>
        <w:pStyle w:val="ArticleBody"/>
        <w:jc w:val="left"/>
      </w:pPr>
      <w:r>
        <w:rPr>
          <w:rFonts w:ascii="Times New Roman" w:hAnsi="Times New Roman" w:eastAsia="Times New Roman" w:cs="Times New Roman"/>
        </w:rPr>
        <w:t>Birinji perişdäniň hereketiniň başlangyjynda, Filadelfiýadan Laodikeýa geçişiniň hut özi bolan pursatda, Millerit hereketiniň düýpli hakykaty üstüne artdyrylan nur berildi. Ýedi ýyl soň, ýa-da iki müň bäş ýüz ýigrimi simwoliki gün soň, ýa-da bir “çöl” soň, 1863-nji ýylda, “ýedi gezek” baradaky düýp daşy gurluşykçylar tarapyndan bir gyra goýuldy.</w:t>
      </w:r>
    </w:p>
    <w:p>
      <w:pPr>
        <w:pStyle w:val="ArticleBody"/>
        <w:jc w:val="left"/>
      </w:pPr>
      <w:r>
        <w:rPr>
          <w:rFonts w:ascii="Times New Roman" w:hAnsi="Times New Roman" w:eastAsia="Times New Roman" w:cs="Times New Roman"/>
        </w:rPr>
        <w:t>Üçünji perişdäniň jemleýji hereketinde, Laodikýa döwründen Filadelfiýa geçişiň hut öz pursatynda, atalaryň günäleriniň boýun alynmagyny öz içine alýan bir synag berilýär. Atalar üçin binýadyň synagy “ýedi wagt” bolup, ol olaryň düýp daşydy. Jemleýji hereket, atalarynyň özleriniň düýp daşyny äsgermezlik edişleri ýaly, binýat goýlan sene bilen baglanyşykly ýeke-täk buýrugy äsgermezlik edermikä?</w:t>
      </w:r>
    </w:p>
    <w:p>
      <w:pPr>
        <w:pStyle w:val="ArticleBody"/>
        <w:jc w:val="left"/>
      </w:pPr>
      <w:r>
        <w:rPr>
          <w:rFonts w:ascii="Times New Roman" w:hAnsi="Times New Roman" w:eastAsia="Times New Roman" w:cs="Times New Roman"/>
        </w:rPr>
        <w:t>Hawa. Olar hut şonuň özüni etdiler. Olar atalarynyň günälerini gaýtaladylar.</w:t>
      </w:r>
    </w:p>
    <w:p>
      <w:pPr>
        <w:pStyle w:val="ArticleBody"/>
        <w:jc w:val="left"/>
      </w:pPr>
      <w:r>
        <w:rPr>
          <w:rFonts w:ascii="Times New Roman" w:hAnsi="Times New Roman" w:eastAsia="Times New Roman" w:cs="Times New Roman"/>
        </w:rPr>
        <w:t>Olaryň atalary düýpli senede günä etmediler, çünki beýleki zatlaryň arasynda olar şol düýpli senede heniz Filadelfiýaly edipdiler. Olaryň atalary özleriniň düýpli synagyndan, Laodikýa öwrülip, “ýedi gezek” taglymatyny onuň artýan nury bilen bilelikde ret edenlerinde geçip bilmediler.</w:t>
      </w:r>
    </w:p>
    <w:p>
      <w:pPr>
        <w:pStyle w:val="ArticleBody"/>
        <w:jc w:val="left"/>
      </w:pPr>
      <w:r>
        <w:rPr>
          <w:rFonts w:ascii="Times New Roman" w:hAnsi="Times New Roman" w:eastAsia="Times New Roman" w:cs="Times New Roman"/>
        </w:rPr>
        <w:t>Olaryň 1863-nji ýyldaky düýpli şowsuzlygynyň öňüsyrasynda, Mesihiň olaryň Laodikiýaly ýürekleriniň gapysyny kakyp duran ýedi ýyly bolup geçdi. Ýedi ýyl “ýedi wagt”yň hem-de “çölüň” nyşanydyr. 1856-dan 1863-e çenli bolan “çölden” soň, olar özleriniň düýpli synagyndan şowsuz çykdylar.</w:t>
      </w:r>
    </w:p>
    <w:p>
      <w:pPr>
        <w:pStyle w:val="ArticleBody"/>
        <w:jc w:val="left"/>
      </w:pPr>
      <w:r>
        <w:rPr>
          <w:rFonts w:ascii="Times New Roman" w:hAnsi="Times New Roman" w:eastAsia="Times New Roman" w:cs="Times New Roman"/>
        </w:rPr>
        <w:t>Üçünji perişanlygyň ilkinji lapykeçliginde Hudaýyň halky günä etdi, çünki olar esas goýujy sene bilen gönüden-göni baglanyşykly bolan ýeke-täk tabşyrygy ret etdiler. Olar, has gowusyny bilýändiklerine garamazdan, pygamberlik habaryna wagt baradaky çaklamany goşmagy saýlap aldylar. Şeýle etmek bilen olar Musanyň günäsini gaýtaladylar: ogluny sünnet etmegi äsgermezlik etmegi we Uzanyň, özüne etmegi gadagan edilendigini bilip durka, sandyga el degirmegi bilen eden günäsini gaýtaladylar. Üçünji perişdäniň hereketi özleriniň dogry däldigini bilýän zadyny etdi! Eger kimdir biri şol hakykaty ört-basdyr etmek islese, onda boýag gapynyň galan bölegini hem ulansyn, Musanyň we Uzanyň ikisiniň hem günä edendigini hem-de Hudaýyň erkine garşy pitne ýüze çykaryp, ähli özgertme çyzyklarynyň iň soňkusynyň—ähli özgertme çyzyklarynyň öňe tarap görkezip gelen özgertme çyzygynyň—ilkinji lapykeçligini nyşanlandyrandyklary baradaky hakykaty hem örtmek üçin. Özgertme çyzyklaryndaky ilkinji lapykeçligiň mysallary Alfa bilen Omeganyň goluny göterýär, we ondaky ýazgy Hudaýyň halkynyň peýdasy üçindir, hatda Hudaýyň halky ondan peýda almakdan ýüz öwürse-de.</w:t>
      </w:r>
    </w:p>
    <w:p>
      <w:pPr>
        <w:pStyle w:val="ArticleBody"/>
        <w:jc w:val="left"/>
      </w:pPr>
      <w:r>
        <w:rPr>
          <w:rFonts w:ascii="Times New Roman" w:hAnsi="Times New Roman" w:eastAsia="Times New Roman" w:cs="Times New Roman"/>
        </w:rPr>
        <w:t>Birinji perişdäniň hereketine, “ýedi wagt” nury bilen bilelikde Laodikýa habaryny kabul etmek üçin, “ýedi wagt” çölüniň nyşany bolan ýedi ýyllyk döwür berildi. “Ýedi wagt” näleti Rebbiň agzyndan tüýkürilip çykarylmak näletidir. 1863-nji ýylda olar “näleti” öz içine alan bir iş bolan Ýerihony täzeden gurmak işini gaýtaladylar. 1856-njy ýyldan 1863-nji ýyla çenli bolan ýedi ýyl, gadymy Ysraýylyň atalarynyň olaryň üstüne “ýedi wagt” näletini getiren günäli gozgalaňynyň kiçijik bir beýanydyr. Häzirki zaman Ysraýyly 1863-nji ýylda atalarynyň günälerini gaýtalady.</w:t>
      </w:r>
    </w:p>
    <w:p>
      <w:pPr>
        <w:pStyle w:val="ArticleBody"/>
        <w:jc w:val="left"/>
      </w:pPr>
      <w:r>
        <w:rPr>
          <w:rFonts w:ascii="Times New Roman" w:hAnsi="Times New Roman" w:eastAsia="Times New Roman" w:cs="Times New Roman"/>
        </w:rPr>
        <w:t>Üçünji perişdäniň hereketi, edil Musa bilen Uzza ýaly, ilkinji göwnüçökgünligiň synagyndan geçip bilmedi. Şonda olar üç ýarym günlük bir “çöl” döwründe köçelerde öldürildiler. Indi bolsa Teselli Berijiniň sesi arkaly bedenler görnüşine getirilýärler. Teselli Berijiniň sesi çölde çykyan “ses” arkaly berilýär, we olar indi wagt bellemek synagy bilen däl-de, “ýedi wagt” synagy bilen ýüzbe-ýüz edilýärler. Olar wagt bellemek synagyndan eýýäm geçip bilmediler.</w:t>
      </w:r>
    </w:p>
    <w:p>
      <w:pPr>
        <w:pStyle w:val="ArticleBody"/>
        <w:jc w:val="left"/>
      </w:pPr>
      <w:r>
        <w:rPr>
          <w:rFonts w:ascii="Times New Roman" w:hAnsi="Times New Roman" w:eastAsia="Times New Roman" w:cs="Times New Roman"/>
        </w:rPr>
        <w:t>Olar “ýedi wagt” hakykatdan-da dogry hakykatmy diýen taýdan synalyp durulan däldirler, çünki olar mundan ozal “ýedi wagty” dogry pygamberlik hökmünde kabul edýändiklerine şaýatlyk edipdiler. Olar iki müň bäş ýüz ýigrimi ýylyň dargadylyş pygamberligine ynanýandyklaryny ykrar etdiler. Emma olar “ýedi wagt” barada täze synagçy nuryň bardygyny bilmän bilerler. Olar 1856-njy ýylda atalarynyň duran ýerinde durýarlar. Täze nur şudur: Ylham on birinji bapdaky üç ýarym gün diňe bir Fransuz rewolýusiýasyny görkezmek bilen çäklenmän, eýsem indi häzirki hakykatyň hem bir hakykatydyr.</w:t>
      </w:r>
    </w:p>
    <w:p>
      <w:pPr>
        <w:pStyle w:val="ArticleBody"/>
        <w:jc w:val="left"/>
      </w:pPr>
      <w:r>
        <w:rPr>
          <w:rFonts w:ascii="Times New Roman" w:hAnsi="Times New Roman" w:eastAsia="Times New Roman" w:cs="Times New Roman"/>
        </w:rPr>
        <w:t>Ýedi gürrüldiniň gizlin taryhynyň açylmagy we ýedinji möhüriň açylmagy hakykatdan-da Isa Mesihiň Ylhamynyň indi açylyp başlanandygyny görkezýän iki şaýatmy? Eger şeýle bolsa, onda tutuş Ylham kitabynyň ahyrky günler hakynda söz açýandygy hakykatdan-da dogrumy? Eger bu dogry bolsa, onda üç ýarym gün bakyrlaryň tymsalyndaky garaşmak wagtyny aňladýarmy? Eger şeýle bolsa, onda “ýedi gezek” diýen derman hakykatdan-da 2020-nji ýylyň 18-nji iýulyndaky Neşwil çaklamasyna gatnaşanlar tarapyndan ýerine ýetirilmeli buýrugy aňladýarmy?</w:t>
      </w:r>
    </w:p>
    <w:p>
      <w:pPr>
        <w:pStyle w:val="ArticleBody"/>
        <w:jc w:val="left"/>
      </w:pPr>
      <w:r>
        <w:rPr>
          <w:rFonts w:ascii="Times New Roman" w:hAnsi="Times New Roman" w:eastAsia="Times New Roman" w:cs="Times New Roman"/>
        </w:rPr>
        <w:t>Wah! Ine, seniň üçin bir synag! Oýanýan we özleriniň eglenmek döwründedigine düşünýänler, hakykatdan-da üç ýarym günüň ahyrynda öz günälerine hem-de atalarynyň günälerine toba etmelimi? Wagty pygamberlik çaklamasynda ulanmazlyk baradaky buýrugy äsgermezlik etmek hakykatdan-da günä boldumy?</w:t>
      </w:r>
    </w:p>
    <w:p>
      <w:pPr>
        <w:pStyle w:val="ArticleBody"/>
        <w:jc w:val="left"/>
      </w:pPr>
      <w:r>
        <w:rPr>
          <w:rFonts w:ascii="Times New Roman" w:hAnsi="Times New Roman" w:eastAsia="Times New Roman" w:cs="Times New Roman"/>
        </w:rPr>
        <w:t>Neşwiliň başa barmadyk öňünden aýdylyşynyň nähilidir bir usul bilen Hudaýyň niýetlenen maksady bolandygyny öňe sürenler we şondan soň hem şol talaby goldamaga synanyşanlar üçin, Hudaýyň pygamberliklerinde wagt ulanylmagynyň günäsinden başga-da, men ýene bir syny goşaryn. Neşwiliň ýalan öňünden aýdylyşy bilen bolup geçen zat diňe bir 1844-nji ýylda Mesihiň buýrugyna garşy çykmagyň ýüze çykyşy bolman, eýsem Adventizmiň daşyndakylara Pygamberlik Ruhunda duş gelýän öňünden aýdylyşlaryň nädogrudygyny habar beren bir hereket boldy. Bu Pygamberlik Ruhunyň ýazgylaryna getirilen masgaraçylykdy. Ol dünýädäkiler üçin Ellen Waýtyň ýazgylarynyň Jozef Smitiň ýa-da Nostradamusyň ýazgylary ýaly derejede ähmiýetlidigine subutnama berýär. Ellen Waýtyň gymmatly sözleri biziň gozgalaňymyzyň haram sözleri bilen bozuldy. Bu diňe bir Hudaýyň Sözi bolan Mesihe garşy gozgalaň bolman, şol bir wagtda Pygamberlik Ruhuna garşy hem gozgalaňdy. Ýahýa Patmos diýlip atlandyrylýan adada yzarlanýardy; munuň sebäbi onuň öz ynsan pikirini Mukaddes Kitabyň we Pygamberlik Ruhunyň üstünde goýandygy däl-de, eýsem şol iki şaýada boýun bolandygy üçindi.</w:t>
      </w:r>
    </w:p>
    <w:p>
      <w:pPr>
        <w:pStyle w:val="ArticleScripture"/>
        <w:jc w:val="left"/>
      </w:pPr>
      <w:r>
        <w:rPr>
          <w:rFonts w:ascii="Times New Roman" w:hAnsi="Times New Roman" w:eastAsia="Times New Roman" w:cs="Times New Roman"/>
        </w:rPr>
        <w:t>Men, Ýahýa, siziň hem doganyňyz, hem muşakgatda, hem Isa Mesihiň patyşalygynda we sabyrlylygynda ýoldaşyňyz bolup, Hudaýyň Sözi we Isa Mesihiň şaýatlygy sebäpli Patmos diýilýän adada idim. Ylham 1:9.</w:t>
      </w:r>
    </w:p>
    <w:p>
      <w:pPr>
        <w:pStyle w:val="ArticleBody"/>
        <w:jc w:val="left"/>
      </w:pPr>
      <w:r>
        <w:rPr>
          <w:rFonts w:ascii="Times New Roman" w:hAnsi="Times New Roman" w:eastAsia="Times New Roman" w:cs="Times New Roman"/>
        </w:rPr>
        <w:t>Ilkinji lapykeçligimizde atamyz Musaňa degişli günäleri gaýtaladyk, we muny boýun almalydyrys. Biz muny boýun almalydyrys, çünki biz häzir 1856-njy ýylda durus. Häzir “ýedi wagt” barada täze ýagtylyk bar, edil şol wagtda bolşy ýaly. Häzir biz Laodikýadan Filadelfiýa geçiş döwründediris, edil başlangyç hereketiň 1856-njy ýylda Filadelfiýadan Laodikýa geçiş döwründe bolşy ýaly. 1856-njy ýylda atalarymyz “ýedi wagt” baradaky bilimiň artmagynyň neşir edilmegini togtatdylar. Biz şol ýagtylygyň neşir edilmegini togtadyp bilmezligimiz mümkin, emma ýüreklerimiziň gapylaryny bu ýagtylyga garşy ýapyp bileris. Biz, asyl Ýedinji gün Adventist gurluşykçylary ýaly, daşyň hakykatdan hem şol ýerde däldigini çak edip, onuň üstünden büdremegimizi dowam etdirip bileris. Biziň meselämiz şudur: kellälerimizi çäge gömüp oturmak üçin bir asyrdan gowrak wagtymyz ýok, çünki hökümler eýýäm başlap barýar.</w:t>
      </w:r>
    </w:p>
    <w:p>
      <w:pPr>
        <w:pStyle w:val="ArticleBody"/>
        <w:jc w:val="left"/>
      </w:pPr>
      <w:r>
        <w:rPr>
          <w:rFonts w:ascii="Times New Roman" w:hAnsi="Times New Roman" w:eastAsia="Times New Roman" w:cs="Times New Roman"/>
        </w:rPr>
        <w:t>Ählumyň ahyrynyň bir zadyň başlangyjy bilen şekillendirilýändigi prinsipine görä, eger Alfa bilen Omega bize öwretmäge rugsat bersek, onda Neşwiliň öňünden aýdylyşynyň atalarymyz arkaly nusgalanandygyny aňsatlyk bilen görüp bileris. Bu hakykaty kabul edenimizde, öňünden aýdylyşdan bäri başa barmadyk şol öňünden aýdymy aklamak üçin adamyň logikasynyň haýsydyr bir görnüşini döretmäge gönükdirilen her bir synanyşygyň injir ýapragyndan başga zat bolmandygy hakykaty bilen ýüzbe-ýüz bolarys. Şonda biz duşmanyň ýurdunda bolan döwrümizde Hudaýyň biziň bilen ýörmändigini göreris. Ol şol ýerde bolupdy, ýöne diňe ýürekleriň gapylaryny kakyp, girmek üçin ýol gözlän manyda bolupdy. Eger adamyň logikasynyň injir ýapragy aýrylsa, onda biz Neşwil baradaky öňünden aýdymy aklamak üçin ulanan inkärimiziň, ýa-da kemçilikli ynsan logikasynyň, Mesihe garşy ýörändigimiziň subutnamasydygyny hem görüp bileris.</w:t>
      </w:r>
    </w:p>
    <w:p>
      <w:pPr>
        <w:pStyle w:val="ArticleBody"/>
        <w:jc w:val="left"/>
      </w:pPr>
      <w:r>
        <w:rPr>
          <w:rFonts w:ascii="Times New Roman" w:hAnsi="Times New Roman" w:eastAsia="Times New Roman" w:cs="Times New Roman"/>
        </w:rPr>
        <w:t>1856-njy ýylda Filadelfiýa Adventizmi Laodikeýa öwrüldi, muny olar özleri-de bilýärdiler. Reb muny pygamber zenanyň we onuň äri arkaly aýdylan sözler bilen tassyklady. Laodikeýaly şol ýürekleriň gapylarynyň öňünde durup, Mesih olaryň ýanyna girip, olar bilen bile saçak başyna geçmegi teklip etdi. Onuň naharlanmak üçin getirýän iýmiti “ýedi wagt” taglymatynyň binýat daşy bolupdy. Olar muny ret etdiler.</w:t>
      </w:r>
    </w:p>
    <w:p>
      <w:pPr>
        <w:pStyle w:val="ArticleBody"/>
        <w:jc w:val="left"/>
      </w:pPr>
      <w:r>
        <w:rPr>
          <w:rFonts w:ascii="Times New Roman" w:hAnsi="Times New Roman" w:eastAsia="Times New Roman" w:cs="Times New Roman"/>
        </w:rPr>
        <w:t>2023-nji ýylda soňky hereket indi Laodikeýadan Filadelfiýa geçýär, çünki sekizinji ybadathana ýedi ybadathananyňkydyr. Reb Alpha we Omega muny Öziniň “hakykat” sözi arkaly tassyklady. Mesih indi ýaňy-ýakynda ölen gury süňkleriň gapysynda durup, olaryň ýanyna girip, olar bilen naharlanmagy teklip edýär, we Olaryň bilen paýlaşmak isleýän nahary, 1856-njy ýylda olaryň atalary bilen paýlaşmaga synanyşan naharynyň edil özüdür. Bu diňe 1856-njy ýylda olaryň atalary üçin bolşy ýaly, “ýedi wagt” taglymatynyň ýönekeý esaslary däldir. Ýok, bu “ýedi wagt”yň ajy dermanydyr, we bu derman köplenç ýuwutmaga kyn bolan pesgöwünlilik görnüşini talap edýär.</w:t>
      </w:r>
    </w:p>
    <w:p>
      <w:pPr>
        <w:pStyle w:val="ArticleScripture"/>
        <w:jc w:val="left"/>
      </w:pPr>
      <w:r>
        <w:rPr>
          <w:rFonts w:ascii="Times New Roman" w:hAnsi="Times New Roman" w:eastAsia="Times New Roman" w:cs="Times New Roman"/>
        </w:rPr>
        <w:t>Rebbiň sözi ýene-de maňa gelip, şeýle diýdi: «Eý, ynsan ogly, Tir hökümdaryna aýt: Hökmürowan Reb şeýle diýýär: ýüregiň ulaldy, sen bolsa: “Men hudaýdyryn, deňizleriň arasynda Hudaýyň tagtynda otyryn” diýdiň. Emma sen Hudaý däl-de, ynsansyň, ýüregiňi Hudaýyň ýüregi ýaly eden bolsaň-da. Ine, sen Danyýeldan-da paýhaslysyň; senden hiç bir syr gizlenip bilinmez». Ezekiel 28:1–3.</w:t>
      </w:r>
    </w:p>
    <w:p>
      <w:pPr>
        <w:pStyle w:val="ArticleBody"/>
        <w:jc w:val="left"/>
      </w:pPr>
      <w:r>
        <w:rPr>
          <w:rFonts w:ascii="Times New Roman" w:hAnsi="Times New Roman" w:eastAsia="Times New Roman" w:cs="Times New Roman"/>
        </w:rPr>
        <w:t>Belki, Naşwil baradaky pygamberligiň ýerine ýetmegine gatnaşan bizler Danyýelden has akyldarlydyrys?</w:t>
      </w:r>
    </w:p>
    <w:p>
      <w:pPr>
        <w:pStyle w:val="ArticleScripture"/>
        <w:jc w:val="left"/>
      </w:pPr>
      <w:r>
        <w:rPr>
          <w:rFonts w:ascii="Times New Roman" w:hAnsi="Times New Roman" w:eastAsia="Times New Roman" w:cs="Times New Roman"/>
        </w:rPr>
        <w:t>Onuň patyşalygynyň birinji ýylynda men, Daniýel, kitaplardan, Rebbiň sözüniň Ýermeýa pygambere gelip, Iýerusalimiň weýrançylyklary üstünde ýetmiş ýylyň tamamlanjakdygyny aýdýan ýyllaryň sanyna düşündim. Men doga-dilegler, oraza, jübi geýip we kül içinde Reb Hudaýy gözlemek üçin ýüregimi Oňa gönükdirdim. Men Reb, öz Hudaýyma doga edip, günämi boýun alyp, şeýle diýdim: «Eý Reb, Seni söýýänlere we buýruklaryňy berjaý edýänlere ähtiňi we merhemetiňi saklaýan beýik hem gorkuly Hudaý! Biz günä etdik, etmiş etdik, erbetlik etdik, gozgalaň turuzdyk, hatda Seniň görkezmeleriňden we hökümleriňden ýüz dönderdik. Şeýle hem, Seniň adyň bilen patyşalarymyza, beglerimize, atalarymyza we ýurduň ähli halkyna sözlän hyzmatkärleriň — pygamberleriň sözüne gulak asmadyk. Eý Reb, dogrulyk Saňa degişlidir, emma bu gün bolşy ýaly, ýüzümiziň utanjy bize degişlidir: Ýahuda adamlaryna, Iýerusalimiň ýaşaýjylaryna we Saňa garşy eden dönükligi sebäpli Seniň kowup goýberen ähli ýurtlaryň içinde ýakynda bolanlara-da, uzakda bolanlara-da, ähli Ysraýyla. Eý Reb, ýüzümiziň utanjy bize, patyşalarymyza, beglerimize we atalarymyza degişlidir, çünki biz Saňa garşy günä etdik. Rehim-şepagatlar we bagyşlamalar Reb, Hudaýymyza degişlidir, hernäçe biz Oňa garşy gozgalaň turuzan bolsak-da. Şeýle hem, hyzmatkärleri bolan pygamberleriň üsti bilen öňümizde goýan kanunlarynda ýöremek üçin Reb, Hudaýymyzyň sesine boýun egmedik. Hawa, ähli Ysraýyl Seniň kanunyňy bozdy, ýüz öwrüp, Seniň sesiňe boýun egmez ýaly boldy. Şonuň üçin Hudaýyň hyzmatkäri Musa kanunynda ýazylan nälet hem ant bize döküldi, çünki biz Oňa garşy günä etdik. Şeýlelikde, Ol biziň üstümize we bize höküm eden kazylarymyzyň üstüne uly betbagtçylyk getirmek bilen bize garşy we bize garşy aýdyp geçen sözlerini berkitdi; çünki tutuş asmanyň astynda Iýerusalime edilen ýaly zat edilmedi.</w:t>
      </w:r>
    </w:p>
    <w:p>
      <w:pPr>
        <w:pStyle w:val="ArticleScripture"/>
        <w:jc w:val="left"/>
      </w:pPr>
      <w:r>
        <w:rPr>
          <w:rFonts w:ascii="Times New Roman" w:hAnsi="Times New Roman" w:eastAsia="Times New Roman" w:cs="Times New Roman"/>
        </w:rPr>
        <w:t>Musa kanunynda ýazylyşy ýaly, bu betbagtçylygyň bary biziň başymyza geldi; emma biz Reb Hudaýymyzyň öňünde doga-dileg etmedik, şeýdip biz öz günälerimizden ýüz dönderip, Seniň hakykatyňa düşüneli diýmedik. Şonuň üçin Reb şol betbagtçylyga gözegçilik edip, ony biziň başymyza getirdi; çünki Reb Hudaýymyz edýän ähli işlerinde adyldyr; emma biz Onuň sesine gulak asmadyk. Indi bolsa, eý Reb Hudaýymyz, Öz halkyňy Müsür ýurdunyň içinden güýçli gol bilen çykaryp, şu güne çenli bolşy ýaly, Özüňe at-şöhrat gazanan Sen, biz günä etdik, biz ýamanlyk etdik. Eý Reb, ähli adalatly işleriňe laýyklykda, Senden haýyş edýärin, gazabyň bilen gaharyň Öz şäheriň Ýerusalimden, Öz mukaddes dagyňdan sowulsyn; çünki biziň günälerimiz we atalarymyzyň etmişleri sebäpli, Ýerusalim bilen Seniň halkyň töweregimizdäkileriň ählisine masgara boldy. Indi bolsa, eý Hudaýymyz, guluňyň dogasyny we ýalbaryşlaryny eşit, hem Rebbiň hatyrasyna weýran bolan mukaddes ýeriňe Öz ýüzüňi nur saçdyr. Eý Hudaýym, gulagyňy egip eşit; gözleriňi açyp, biziň weýrançylyklarymyzy we Seniň adyň bilen atlandyrylýan şäheri gör; çünki biz ýalbaryşlarymyzy Öz öňüňe öz dogrulyklarymyz sebäpli däl-de, eýsem Seniň beýik rehimdarlyklaryň sebäpli getirýäris. Eý Reb, eşit; eý Reb, bagyşla; eý Reb, gulak as-da ýerine ýetir; gijikdirme, Özüň hatyrasyna, eý Hudaýym; çünki Seniň şäheriň we Seniň halkyň Seniň adyň bilen atlandyrylýar. Men heniz sözläp, doga edip, öz günämi we halkym Ysraýylyň günäsini boýun alyp, Hudaýymyň mukaddes dagy üçin Reb Hudaýymyň öňünde ýalbaryşymy getirip durkam; hawa, men heniz dogada sözläp durkam, başdaky görnüşde gören şol adam Jebraýyl tiz uçup gelip, agşamky sadaka wagtynda maňa degdi. Ol maňa düşündirdi, meniň bilen gepleşdi-de şeýle diýdi: Eý Daniýel, men indi saňa paýhas we düşünje bermek üçin geldim. Daniýel 9:2–22.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Isa Mesihiň Ylhamy — On sekizinji sayı</dc:title>
  <dc:subject>Atalaryň günäleri</dc:subject>
  <dc:creator>Jeff Pippenger</dc:creator>
  <cp:keywords/>
  <dc:description>Generated by ArticleDigger from revelation\18_revelation.json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