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چالیسویں آیت کی پوشیدہ تاریخ - نمبر چونتیس</w:t>
      </w:r>
    </w:p>
    <w:p>
      <w:pPr>
        <w:pStyle w:val="ArticleSubtitle"/>
        <w:jc w:val="right"/>
        <w:bidi w:val="1"/>
      </w:pPr>
      <w:r>
        <w:rPr>
          <w:rFonts w:ascii="Segoe UI" w:hAnsi="Segoe UI" w:eastAsia="Segoe UI" w:cs="Segoe UI"/>
          <w:rtl w:val="1"/>
        </w:rPr>
        <w:t>حزقی ایل نمبر پندرہ</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2026-10-28</w:t>
      </w:r>
    </w:p>
    <w:p>
      <w:pPr>
        <w:pStyle w:val="ArticleHeading"/>
        <w:jc w:val="right"/>
        <w:bidi w:val="1"/>
      </w:pPr>
      <w:r>
        <w:rPr>
          <w:rFonts w:ascii="Segoe UI" w:hAnsi="Segoe UI" w:eastAsia="Segoe UI" w:cs="Segoe UI"/>
          <w:rtl w:val="1"/>
        </w:rPr>
        <w:t>پانچ پوشیدہ مہینے</w:t>
      </w:r>
    </w:p>
    <w:p>
      <w:pPr>
        <w:pStyle w:val="ArticleBody"/>
        <w:jc w:val="right"/>
        <w:bidi w:val="1"/>
      </w:pPr>
      <w:r>
        <w:rPr>
          <w:rFonts w:ascii="Segoe UI" w:hAnsi="Segoe UI" w:eastAsia="Segoe UI" w:cs="Segoe UI"/>
          <w:rtl w:val="1"/>
        </w:rPr>
        <w:t>جوسیاہ لِچ نے 1838 میں دسویں آیت میں پیش کردہ اسلام کے پیغام کو پندرھویں آیت میں بیان کردہ وقت کے ساتھ مربوط کرکے پیش کیا۔ اُس وقت نبوت کے بعض پہلو لِچ کی نگاہ سے پوشیدہ تھے۔ یکم اگست 1840 تک لِچ نے ایک زیادہ مفصل بیان شائع کر دیا تھا، جس کی بنیاد اُن باتوں پر تھی جو 1838 کے بعد “پانچ مہینوں” کے پیغام میں سے اُن پر منکشف ہوئی تھیں۔ 1838 میں مکاشفہ کے نویں باب کے “پانچ مہینوں” کے پیغام کا ایک حصہ لِچ سے پوشیدہ تھا۔ پانچ مہینوں کی نبوت کے پوشیدہ حصے پر لگی مُہر 1840 سے پہلے لِچ کے لیے کھول دی گئی تھی، اور اِس مُہر کے کھلنے کے نتیجے میں 1840 سے 1844 تک خدا کی قدرت کا ظہور ہوا۔</w:t>
      </w:r>
    </w:p>
    <w:p>
      <w:pPr>
        <w:pStyle w:val="ArticleBody"/>
        <w:jc w:val="right"/>
        <w:bidi w:val="1"/>
      </w:pPr>
      <w:r>
        <w:rPr>
          <w:rFonts w:ascii="Segoe UI" w:hAnsi="Segoe UI" w:eastAsia="Segoe UI" w:cs="Segoe UI"/>
          <w:rtl w:val="1"/>
        </w:rPr>
        <w:t>پانچویں آیت میں مذکور پانچ مہینے 2026ء تک پوشیدہ رہے۔ جب الیشبع پانچ مہینے تک پوشیدہ رہنے کے بعد باہر آئیں تو مریم اُن سے آ ملیں۔ مریم پوشیدہ رہنے کے ان پانچ مہینوں کو دس کنواریوں کی تمثیل سے مربوط کرتی ہیں، کیونکہ الیشبع کے برعکس، مریم ایک حاملہ کنواری تھیں، جبکہ الیشبع ایک ایسی حاملہ عورت تھیں جو بچے جننے کی عمر سے گزر چکی تھیں۔ دونوں ولادتیں اپنے اپنے لحاظ سے معجزانہ تھیں، لیکن مریم کنواری تھیں۔ تمام انبیا دنیا کے خاتمے کے بارے میں کلام کرتے ہیں، اور آخری ایام میں مریم جن کنواریوں کی نمائندگی کرتی ہیں، وہ پانچ عقل مند کنواریاں ہیں جو تیسرے فرشتے کی فلدلفیائی تحریک کی تشکیل کرتی ہیں اور جن کی تعداد ایک لاکھ چوالیس ہزار ہے۔ الیشبع کے پانچ مہینے پوشیدہ رہنے کے بعد، چھٹے مہینے میں الیشبع اور مریم کی ملاقات ہوتی ہے۔ پانچویں آیت میں مذکور پانچ مہینے 2026ء تک پوشیدہ رہے۔</w:t>
      </w:r>
    </w:p>
    <w:p>
      <w:pPr>
        <w:pStyle w:val="ArticleBody"/>
        <w:jc w:val="right"/>
        <w:bidi w:val="1"/>
      </w:pPr>
      <w:r>
        <w:rPr>
          <w:rFonts w:ascii="Segoe UI" w:hAnsi="Segoe UI" w:eastAsia="Segoe UI" w:cs="Segoe UI"/>
          <w:rtl w:val="1"/>
        </w:rPr>
        <w:t>جب یوحنا کی پیدائش ہوئی تو مریم ناصرت واپس لوٹ گئیں، اور زکریاہ کی گویائی بحال ہو گئی۔ مریم الیشبع کے ساتھ اتوار کے قانون کے وقت دروازہ بند ہونے تک رہیں، جب نبوت کلام کرتی ہے۔ زکریاہ وہ الفا سنگِ میل ہیں جنہیں گونگا کر دیا جاتا ہے، اور وہ اومیگا سنگِ میل بھی ہیں جو اپنے بیٹے کی پیدائش کے وقت بولتے ہیں۔ زکریاہ ابتدا میں بھی ہیں اور انتہا میں بھی، اور پہلے اور تیسرے، دونوں فرشتوں کی نمائندگی کرتے ہیں۔ الیشبع دوسرے فرشتے کا پیغام ہیں، اور مریم نصف شب کی پکار کا وہ پیغام ہیں جو پوشیدہ رہنے کے پانچ مہینوں کے اختتام پر الیشبع سے آ ملتا ہے۔</w:t>
      </w:r>
    </w:p>
    <w:p>
      <w:pPr>
        <w:pStyle w:val="ArticleBody"/>
        <w:jc w:val="right"/>
        <w:bidi w:val="1"/>
      </w:pPr>
      <w:r>
        <w:rPr>
          <w:rFonts w:ascii="Segoe UI" w:hAnsi="Segoe UI" w:eastAsia="Segoe UI" w:cs="Segoe UI"/>
          <w:rtl w:val="1"/>
        </w:rPr>
        <w:t>نوح کا آٹھ افراد پر مشتمل خاندان پانچ ماہ تک کشتی میں پوشیدہ رہا، اور پھر کشتی کوہِ اراراط پر ٹھہر گئی۔ نصف شب کی پکار ایکسیٹر میں دوسرے فرشتے کے ساتھ شامل ہوئی اور دس کنواریوں کی تمثیل کی تکمیل میں ۲۲ اکتوبر ۱۸۴۴ کو دروازہ بند ہونے تک جاری رہی۔ مریم ایکسیٹر میں الیشبع سے جا ملیں اور یوحنا کی پیدائش تک اُن کے ساتھ رہیں۔</w:t>
      </w:r>
    </w:p>
    <w:p>
      <w:pPr>
        <w:pStyle w:val="ArticleBody"/>
        <w:jc w:val="right"/>
        <w:bidi w:val="1"/>
      </w:pPr>
      <w:r>
        <w:rPr>
          <w:rFonts w:ascii="Segoe UI" w:hAnsi="Segoe UI" w:eastAsia="Segoe UI" w:cs="Segoe UI"/>
          <w:rtl w:val="1"/>
        </w:rPr>
        <w:t>1838 میں لِچ سے جو پیغام پوشیدہ رکھا گیا تھا، وہ “پانچ مہینوں” کا پیغام تھا۔ پانچ مہینوں کے پوشیدہ رکھے جانے کی نمائندگی کشتی میں موجود آٹھ افراد کرتے ہیں؛ یہ الیشبع کا اپنے حمل کے پہلے پانچ مہینوں کے دوران پوشیدہ رہنا ہے۔ 1838 میں خداوند ہی پانچ مہینوں پر اپنا ہاتھ رکھے ہوئے تھا، یہاں تک کہ اُس نے پانچ مہینوں سے اپنا ہاتھ ہٹا لیا، جس سے لِچ کو وہ تاریخ اُس کے پورا ہونے سے دس دن پہلے شائع کرنے کا موقع ملا۔ جب آخری ایام میں پانچ مہینوں کے پیغام کی مہر کھولی جاتی ہے، جیسا کہ اب اسے پیش کیا جا رہا ہے، تو آپ ایکسیٹر کے خیمہ جاتی اجتماع کے اُن چھ دنوں پر پہنچ جاتے ہیں جو 12 سے 17 اگست 1844 تک تھے، اور جن کے بعد 22 اکتوبر 1844 کے بند دروازے تک چھیاسٹھ دن تھے۔ یہ مدت بہتر دنوں پر مشتمل تھی، لیکن جب ان دنوں کو ایک نبوتی خط پر رکھا جائے اور پھر راہ کے نشانات کو الگ الگ کیا جائے، تو دیکھا جا سکتا ہے کہ محاصرے کی علامت، جس کی نمائندگی ایکسیٹر کا خیمہ جاتی اجتماع کرتا تھا، چھ دنوں پر مشتمل تھی، جن کے بعد بند دروازے تک چھیاسٹھ دن تھے۔ نبوتی اعتبار سے اس مدت کی نمائندگی 6 6 6 کی صورت میں ہوتی ہے۔</w:t>
      </w:r>
    </w:p>
    <w:p>
      <w:pPr>
        <w:pStyle w:val="ArticleBody"/>
        <w:jc w:val="right"/>
        <w:bidi w:val="1"/>
      </w:pPr>
      <w:r>
        <w:rPr>
          <w:rFonts w:ascii="Segoe UI" w:hAnsi="Segoe UI" w:eastAsia="Segoe UI" w:cs="Segoe UI"/>
          <w:rtl w:val="1"/>
        </w:rPr>
        <w:t>محاصرے کی جس تاریخ کی نمائندگی ایکسیٹر سے 22 اکتوبر تک کا عرصہ کرتا ہے، اُس کی نمائندگی قائن کی چھٹی پشت کا لمک کرتا ہے۔ پانچ مہینوں کی پیش گوئی کی مہر کھلنے کے فوراً بعد دروازہ بند ہو جاتا ہے۔ یہ بتدریج بند ہوتا ہے، لیکن ایڈونٹ ازم کے لیے یہ تدریجی عمل 9/11 سے شروع ہوا اور محاصرے پر اختتام پذیر ہوتا ہے۔ جب محاصرہ آ پہنچے گا تو آپ یا تو قائن کی نسل کے لمک کا کردار ظاہر کریں گے یا سیت کی نسل کے لمک کا۔ قائن کی نسل کے لمک کے لیے اُس تاریخ کا عدد 6 6 6 ہے، جبکہ سیت کی نسل کے لمک اور فتح مند کلیسیا کے لیے یہ عدد 7 7 7 ہے۔</w:t>
      </w:r>
    </w:p>
    <w:p>
      <w:pPr>
        <w:pStyle w:val="ArticleBody"/>
        <w:jc w:val="right"/>
        <w:bidi w:val="1"/>
      </w:pPr>
      <w:r>
        <w:rPr>
          <w:rFonts w:ascii="Segoe UI" w:hAnsi="Segoe UI" w:eastAsia="Segoe UI" w:cs="Segoe UI"/>
          <w:rtl w:val="1"/>
        </w:rPr>
        <w:t>اُن دو کرداروں کا ظہور، جن کی نمائندگی دو لمک اور 666 یا 777 کرتے ہیں، اُن واقعات سے شروع ہوتا ہے جو ایڈونٹ ازم کو عوام کی توجہ کا مرکز بنا دیتے ہیں، جب یہ سوال اٹھایا جاتا ہے کہ ایڈونٹسٹ نیش وِل کے آتشیں گولوں سے متعلق تنبیہ کے بارے میں خاموش کیوں رہے۔ شدت اختیار کرتا ہوا یہ تنازع عنقریب آنے والے اتوار کے قانون کے بند دروازے سے پیشتر ایک بصری مظاہرے کی صورت اختیار کر لیتا ہے، جس کی تمثیل ڈھلوان راستے پر چڑھ کر کشتی میں داخل ہونے والے جانوروں میں پیش کی گئی تھی۔ بتدریج شدت اختیار کرتی ہوئی اس بصری تنبیہ کی تمثیل کوہِ کرمل پر ایلیاہ کے تجربے اور 1844ء کی ملرائٹ تحریک میں بھی پیش کی گئی تھی۔</w:t>
      </w:r>
    </w:p>
    <w:p>
      <w:pPr>
        <w:pStyle w:val="ArticleHeading"/>
        <w:jc w:val="right"/>
        <w:bidi w:val="1"/>
      </w:pPr>
      <w:r>
        <w:rPr>
          <w:rFonts w:ascii="Segoe UI" w:hAnsi="Segoe UI" w:eastAsia="Segoe UI" w:cs="Segoe UI"/>
          <w:rtl w:val="1"/>
        </w:rPr>
        <w:t>محاصرے کی نبوتی ساخت</w:t>
      </w:r>
    </w:p>
    <w:p>
      <w:pPr>
        <w:pStyle w:val="ArticleBody"/>
        <w:jc w:val="right"/>
        <w:bidi w:val="1"/>
      </w:pPr>
      <w:r>
        <w:rPr>
          <w:rFonts w:ascii="Segoe UI" w:hAnsi="Segoe UI" w:eastAsia="Segoe UI" w:cs="Segoe UI"/>
          <w:rtl w:val="1"/>
        </w:rPr>
        <w:t>شہر کی تباہی پر ختم ہونے والے محاصرے کا نبوتی خاکہ ایک ایسے عرصے کی نمائندگی کرتا ہے جو ایک علامت سے شروع ہوتا ہے اور ایک علامت پر ختم ہوتا ہے۔ یہ ایک زمانی عرصے اور ایک مخصوص وقت کی نمائندگی کرتا ہے۔ شبیہ کی تشکیل کے عرصے کو مختلف طریقوں سے ظاہر کیا گیا ہے۔ الہامی گواہی میں اس نوعیت کا ہر نبوتی خاکہ حیوان کی شبیہ سے متعلق آزمائش کے اُس عرصے کی تمثیل پیش کرتا ہے جو حیوان کے نشان پر منتج ہوتا ہے۔</w:t>
      </w:r>
    </w:p>
    <w:p>
      <w:pPr>
        <w:pStyle w:val="ArticleScripture"/>
        <w:jc w:val="right"/>
        <w:bidi w:val="1"/>
      </w:pPr>
      <w:r>
        <w:rPr>
          <w:rFonts w:ascii="Segoe UI" w:hAnsi="Segoe UI" w:eastAsia="Segoe UI" w:cs="Segoe UI"/>
          <w:rtl w:val="1"/>
        </w:rPr>
        <w:t>“’حیوان کی مورت‘ مرتد پروٹسٹنٹ مسیحیت کی اُس صورت کی نمائندگی کرتی ہے جو اُس وقت تشکیل پائے گی جب پروٹسٹنٹ کلیسیائیں اپنے مسلّمہ عقائد کے نفاذ کے لیے ریاستی اقتدار کی مدد طلب کریں گی۔ ’حیوان کے نشان‘ کا مفہوم متعین کرنا ابھی باقی ہے۔” عظیم کشمکش، 445۔</w:t>
      </w:r>
    </w:p>
    <w:p>
      <w:pPr>
        <w:pStyle w:val="ArticleBody"/>
        <w:jc w:val="right"/>
        <w:bidi w:val="1"/>
      </w:pPr>
      <w:r>
        <w:rPr>
          <w:rFonts w:ascii="Segoe UI" w:hAnsi="Segoe UI" w:eastAsia="Segoe UI" w:cs="Segoe UI"/>
          <w:rtl w:val="1"/>
        </w:rPr>
        <w:t>یہ زمانی عرصہ حیوان کے لیے اور اُسی کی صورت پر بنائی جانے والی شبیہ کی تشکیل کی نمائندگی کرتا ہے؛ حیوان کا نشان اُس وقت نافذ کیا جاتا ہے جب تشکیل پانے والی یہ شبیہ اُس مقام تک پہنچ جاتی ہے جہاں وہ بول کر اتوار کے قانون کو وجود میں لا سکتی ہے۔ روم کے اختیار کے نشان کی تمثیلی نمائندگی نبوکدنضر نے اُس وقت کی جب یروشلیم کو تباہ کیا گیا۔ خواہ بابل ہو یا روم، محاصرے کی ساخت آخری ایام میں شمال کے بادشاہ کو نمایاں کرتی ہے۔ اورخان کا 1333ء سے 1337ء تک کا محاصرہ اور 27 جولائی 1449ء سے 1453ء میں قسطنطنیہ کے محاصرے تک کے چار سال نہ صرف 11 اگست 1840ء سے 22 اکتوبر 1844ء تک کے عرصے کی تمثیل ہیں، بلکہ یہ محاصرے بائبل کی نبوت میں بادِ مشرق کی اولاد کی حیثیت سے اسلام کے کردار کو بھی نمایاں کرتے ہیں۔ شمال کے بادشاہ (بابل یا روم) اور بادِ مشرق کا موضوع دانی ایل 11:45 میں مذکور “مشرق اور شمال سے آنے والی خبریں” ہے۔</w:t>
      </w:r>
    </w:p>
    <w:p>
      <w:pPr>
        <w:pStyle w:val="ArticleScripture"/>
        <w:jc w:val="right"/>
        <w:bidi w:val="1"/>
      </w:pPr>
      <w:r>
        <w:rPr>
          <w:rFonts w:ascii="Segoe UI" w:hAnsi="Segoe UI" w:eastAsia="Segoe UI" w:cs="Segoe UI"/>
          <w:rtl w:val="1"/>
        </w:rPr>
        <w:t>لیکن مشرق اور شمال سے آنے والی خبریں اُسے پریشان کریں گی: اِس لیے وہ شدید غضب کے ساتھ نکلے گا تاکہ بہتوں کو ہلاک کرے اور بالکل نیست و نابود کر دے۔ دانی ایل 11:44۔</w:t>
      </w:r>
    </w:p>
    <w:p>
      <w:pPr>
        <w:pStyle w:val="ArticleBody"/>
        <w:jc w:val="right"/>
        <w:bidi w:val="1"/>
      </w:pPr>
      <w:r>
        <w:rPr>
          <w:rFonts w:ascii="Segoe UI" w:hAnsi="Segoe UI" w:eastAsia="Segoe UI" w:cs="Segoe UI"/>
          <w:rtl w:val="1"/>
        </w:rPr>
        <w:t>27 جولائی 1449ء سے 1453ء میں قسطنطنیہ کے محاصرے تک کے چار سال نہ صرف ایک چار سالہ مدت کی نشان دہی کرتے ہیں، بلکہ 1448ء میں جان پالایولوگوس کی وفات کو اس کے ساتھ ملانے سے یہی مدت پانچ سال کی صورت میں بھی ظاہر ہوتی ہے۔</w:t>
      </w:r>
    </w:p>
    <w:p>
      <w:pPr>
        <w:pStyle w:val="ArticleBody"/>
        <w:jc w:val="right"/>
        <w:bidi w:val="1"/>
      </w:pPr>
      <w:r>
        <w:rPr>
          <w:rFonts w:ascii="Segoe UI" w:hAnsi="Segoe UI" w:eastAsia="Segoe UI" w:cs="Segoe UI"/>
          <w:rtl w:val="1"/>
        </w:rPr>
        <w:t>اس ساخت کی عکاسی یروشلم کی دونوں تباہیوں میں بھی ہوتی ہے اور نوح کے طوفان میں بھی۔ یہ مصر میں پہلی عیدِ فسح میں بھی موجود ہے، جب لازم تھا کہ ہلاک کرنے والا فرشتہ اُس دروازے پر خون کا نشان دیکھے جو فرعون اور اُس کے لشکر کو سمندر میں لے گیا، یہاں تک کہ مشرقی ہواؤں کو چھوڑ دیا گیا اور پانی نے سرزمینِ موعود میں داخلے کا دروازہ بند کر دیا۔ یہی ساخت پرگامس کی کلیسیا کی الفا تاریخ میں 313 سے لے کر 321 میں اتوار کے پہلے قانون تک موجود ہے، اور پرگامس کی اومیگا تاریخ میں بھی 533 میں جسٹینین کے فرمان سے لے کر 538 کے اتوار کے قانون تک موجود ہے۔ پرگامس کے معاملے میں یہ نشان یا تو ایک حکم نامہ ہے یا ایک فرمان، لیکن دونوں ہی ایک ایسے دور کا آغاز کرتے ہیں جو اتوار کے قانون پر منتج ہوتا ہے۔</w:t>
      </w:r>
    </w:p>
    <w:p>
      <w:pPr>
        <w:pStyle w:val="ArticleBody"/>
        <w:jc w:val="right"/>
        <w:bidi w:val="1"/>
      </w:pPr>
      <w:r>
        <w:rPr>
          <w:rFonts w:ascii="Segoe UI" w:hAnsi="Segoe UI" w:eastAsia="Segoe UI" w:cs="Segoe UI"/>
          <w:rtl w:val="1"/>
        </w:rPr>
        <w:t>حزقی ایل کے محاصرۂ یروشلیم اور اس کی تباہی کا زمانی ڈھانچا 587 قبل مسیح سے 586 قبل مسیح تک تھا: مدت کے شمولی شمار کے لحاظ سے دو سال اور غیر شمولی شمار کے لحاظ سے ڈیڑھ سال۔ نبوت میں محاصرے کا ایک اور ڈھانچا پانیوم کی مہم کے دو سالہ عرصے سے بھی ظاہر ہوتا ہے، جس میں 200 قبل مسیح کی جنگِ پانیوم اور 198 قبل مسیح کا محاصرۂ صیدا شامل تھے۔ حزقی ایل کی بیوی کی وفات، لمک کی وفات، جان پالایولوگوس کی وفات اور جنگِ پانیوم کے ساتھ مطابقت رکھتی ہے۔</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چالیسویں آیت کی پوشیدہ تاریخ - نمبر چونتیس</dc:title>
  <dc:subject>حزقی ایل نمبر پندرہ</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