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O‘ttizinchi</w:t>
      </w:r>
    </w:p>
    <w:p>
      <w:pPr>
        <w:pStyle w:val="ArticleSubtitle"/>
        <w:jc w:val="left"/>
      </w:pPr>
      <w:r>
        <w:rPr>
          <w:rFonts w:ascii="Arial" w:hAnsi="Arial" w:eastAsia="Arial" w:cs="Arial"/>
        </w:rPr>
        <w:t>Amerika Qoʻshma Shtatlarining bashoratli oʻtishi: Oltinchi shohlikdan uch tomonlama ittifoqqa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Qo‘shma Shtatlar yaqin orada joriy etiladigan yakshanba qonunini majburan tatbiq etganida, u Muqaddas Kitob bashoratidagi oltinchi saltanat bo‘lishdan to‘xtaydi va Zamonaviy Rimning uch tomonlama ittifoqining uchdan bir qismiga aylanadi. Yakshanba qonunini ijro ettiradigan prezident oxirgi prezident bo‘ladi va u Respublika partiyasidan bo‘lgan prezident bo‘ladi. Bu ikki guvoh asosida tasdiqlanadi.</w:t>
      </w:r>
    </w:p>
    <w:p>
      <w:pPr>
        <w:pStyle w:val="ArticleBody"/>
        <w:jc w:val="left"/>
      </w:pPr>
      <w:r>
        <w:rPr>
          <w:rFonts w:ascii="Times New Roman" w:hAnsi="Times New Roman" w:eastAsia="Times New Roman" w:cs="Times New Roman"/>
        </w:rPr>
        <w:t>Birinchi Respublikachi prezident bo‘lgan Abraham Lincoln 1863-yilda Ozodlik Proklamatsiyasini “so‘zladi”, bu esa yer hayvoni bashoratli tarixidagi so‘zlashning o‘rta yo‘l-belogisi edi. Lincoln 1863-yilda Ozodlik Proklamatsiyasini “so‘zlaganida”, u birinchi Respublikachi prezident edi; shu tariqa u oxirgi Respublikachi prezidentning timsoli bo‘ladi. Abraham Lincoln yer hayvonining birinchi davrining oxirgi yo‘l-belogisini, shuningdek yer hayvonining ikkinchi davrining birinchi yo‘l-belogisini ifodalaydi. Iso doimo oxirni boshlanish orqali tasvirlaydi. Ikki davrning oxirgisining yakunida yer hayvoni ajdarho kabi so‘zlaganida, Lincoln timsol qilganidek, prezident Respublikachi prezident bo‘ladi.</w:t>
      </w:r>
    </w:p>
    <w:p>
      <w:pPr>
        <w:pStyle w:val="ArticleBody"/>
        <w:jc w:val="left"/>
      </w:pPr>
      <w:r>
        <w:rPr>
          <w:rFonts w:ascii="Times New Roman" w:hAnsi="Times New Roman" w:eastAsia="Times New Roman" w:cs="Times New Roman"/>
        </w:rPr>
        <w:t>Oxirgi prezidentning respublikachi prezident bo‘lishiga oid ikkinchi guvohlik 1989 yilda, oxirzamon davrida Ronald Reagan bilan boshlangan davrdir. 1989 yildan yaqin orada keladigan yakshanba qonunigacha bo‘lgan bashoratli davr, 508 yildan 538 yilgacha bo‘lgan tarixda papalik Rimining taxtni egallashi uchun tayyorgarlik ko‘rilgan bashoratli davr orqali ifodalangan. 538 yilda masih dushmaniga hokimiyat berilishi uchun bo‘lgan o‘sha bashoratli tayyorgarlik davri Masihning o‘ttiz yillik tayyorgarligi, ya’ni Uning tug‘ilishidan to suvga cho‘mdirilishigacha bo‘lgan davr bilan timsollangan.</w:t>
      </w:r>
    </w:p>
    <w:p>
      <w:pPr>
        <w:pStyle w:val="ArticleBody"/>
        <w:jc w:val="left"/>
      </w:pPr>
      <w:r>
        <w:rPr>
          <w:rFonts w:ascii="Times New Roman" w:hAnsi="Times New Roman" w:eastAsia="Times New Roman" w:cs="Times New Roman"/>
        </w:rPr>
        <w:t>Dajjolning Masihning o‘ttiz yillik tayyorgarligini qalbakilashtirgan o‘ttiz yillik tayyorgarlik davri bo‘lgan. Masih uchun ham, Dajjol uchun ham o‘ttiz yillik tayyorgarlik davri yaqinda keladigan yakshanba qonunida halokatli yaraning shifo topishi uchun tayyorgarlik davriga ikki guvohlikni taqdim etadi. O‘sha tayyorgarlik davri 1989 yilda, oxirzamon vaqtida boshlangan; xuddi Masihning tayyorgarlik davri U tug‘ilganida boshlanganidek, bu esa Uning bashoratli tarixida oxirzamon vaqtini belgilagan.</w:t>
      </w:r>
    </w:p>
    <w:p>
      <w:pPr>
        <w:pStyle w:val="ArticleBody"/>
        <w:jc w:val="left"/>
      </w:pPr>
      <w:r>
        <w:rPr>
          <w:rFonts w:ascii="Times New Roman" w:hAnsi="Times New Roman" w:eastAsia="Times New Roman" w:cs="Times New Roman"/>
        </w:rPr>
        <w:t>So‘nggi prezidentdan oldin, Doniyor o‘n birinchi bobning ikkinchi oyati, globalistlar saltanatini “qo‘zg‘atadigan” boy prezidentgacha yetib boradigan oltita prezident bo‘lishini o‘rgatadi. O‘sha oltita prezidentning birinchisi respublikachi Ronald Reygan edi. Ronald Reygan va Abraham Linkoln ikki guvohni taqdim etadi. 1863-yildagi isyonning yo‘l belgisi va 1989-yildan boshlanuvchi prezidentlar qatori Amerika Qo‘shma Shtatlarining so‘nggi prezidentining xususiyatlarini aniq ko‘rsatib beradi.</w:t>
      </w:r>
    </w:p>
    <w:p>
      <w:pPr>
        <w:pStyle w:val="ArticleBody"/>
        <w:jc w:val="left"/>
      </w:pPr>
      <w:r>
        <w:rPr>
          <w:rFonts w:ascii="Times New Roman" w:hAnsi="Times New Roman" w:eastAsia="Times New Roman" w:cs="Times New Roman"/>
        </w:rPr>
        <w:t>Ronald Reygan birinchisining ramzidir va shu sababdan oxirgisini tasvirlab beradi. Reygan sobiq ommaviy axborot vositalari yulduzi, Respublikachi bo‘lish uchun o‘zgargan sobiq Demokrat edi. U ingliz tilidan provokatsion tarzda foydalanishi bilan tanilgan edi. U hazil-mutoyiba tuyg‘usi bilan tanilgan edi. U o‘zini Protestant deb e’tirof etgan bo‘lsa-da, Muqaddas Kitob bashoratidagi daxriyga qarshi Masih bilan ittifoq tuzganida, «Protestant» so‘zining ma’nosini aslida tushunmaganini namoyon etdi.</w:t>
      </w:r>
    </w:p>
    <w:p>
      <w:pPr>
        <w:pStyle w:val="ArticleBody"/>
        <w:jc w:val="left"/>
      </w:pPr>
      <w:r>
        <w:rPr>
          <w:rFonts w:ascii="Times New Roman" w:hAnsi="Times New Roman" w:eastAsia="Times New Roman" w:cs="Times New Roman"/>
        </w:rPr>
        <w:t>U Amerikaga xayrixoh edi va siyosiy jihatdan qo‘rqmas edi. Undan oldin zamonaviy siyosatning o‘sha davridagi eng samarasiz prezident kelgan edi, va uning salafi radikal islom talablariga bo‘yin eggan edi. Ehtimol, u aytgan va amalga oshirgani uchun unga munosib ravishda e’tirof beriladigan eng muhim gap shunday bo‘lgan edi: “Janob Gorbachev, bu devorni buzib tashlang.”</w:t>
      </w:r>
    </w:p>
    <w:p>
      <w:pPr>
        <w:pStyle w:val="ArticleBody"/>
        <w:jc w:val="left"/>
      </w:pPr>
      <w:r>
        <w:rPr>
          <w:rFonts w:ascii="Times New Roman" w:hAnsi="Times New Roman" w:eastAsia="Times New Roman" w:cs="Times New Roman"/>
        </w:rPr>
        <w:t>Donald Trump oxirgisining ramzidir, va shu bois birinchisi orqali tasvirlangan. Trump sobiq media yulduzi, Respublikachiga aylangan sobiq demokrat edi. U ingliz tilidan provokatsion tarzda foydalanishi bilan tanilgan. U hazil-mutoyiba tuyg‘usi bilan tanilgan. U o‘zini protestant deb e’tirof etadi, biroq u “protestant” so‘zining ma’nosini aslida tushunmasligini namoyon etgan, va u tez orada keladigan Yakshanba qonuni paytida Muqaddas Kitob bashoratidagi daxriyga qarshi Masih bilan ittifoq tuzadi.</w:t>
      </w:r>
    </w:p>
    <w:p>
      <w:pPr>
        <w:pStyle w:val="ArticleBody"/>
        <w:jc w:val="left"/>
      </w:pPr>
      <w:r>
        <w:rPr>
          <w:rFonts w:ascii="Times New Roman" w:hAnsi="Times New Roman" w:eastAsia="Times New Roman" w:cs="Times New Roman"/>
        </w:rPr>
        <w:t>U Amerikaparast bo‘lib, siyosiy jihatdan qo‘rqmasdir. Undan oldin zamonaviy siyosat davridagi eng samarasiz prezident kelgan edi, va u 2024 yilda qayta saylanganda, zamonaviy siyosat davridagi yangi eng samarasiz prezident yana undan oldin kelgan bo‘ladi. Har ikkala holatda ham, uning o‘tmishdoshlari radikal islom talablariga bo‘yin eggani bilan tanilgan. Shubhasiz, u aytgan eng muhim gap va u amalga oshirgani uchun e’tirof etiladigan narsa: “Devorni quring.”</w:t>
      </w:r>
    </w:p>
    <w:p>
      <w:pPr>
        <w:pStyle w:val="ArticleBody"/>
        <w:jc w:val="left"/>
      </w:pPr>
      <w:r>
        <w:rPr>
          <w:rFonts w:ascii="Times New Roman" w:hAnsi="Times New Roman" w:eastAsia="Times New Roman" w:cs="Times New Roman"/>
        </w:rPr>
        <w:t>Bu bilan Jimmy Carter, Barack Hussein Obama va Joe Biden o‘z prezidentlik davrida nihoyatda samarali bo‘lmagan, deb da’vo qilinmayapti; faqat shuki, ularning samaradorligi har birlari asrash va himoya qilishga qasam ichgan aynan o‘sha hujjat — Amerika Qo‘shma Shtatlari Konstitutsiyasida mustahkamlab qo‘yilgan tamoyillarni yemirish yo‘lida qilgan ishlari asosiga qurilgan edi; bunga qo‘shimcha ravishda, Carter Islomga Reagan saylovigacha garovdagilarni ushlab turishga yo‘l qo‘ygani, Obama Islom olami bo‘ylab uzr so‘rash safarini amalga oshirgani va radikal Islomning bosh bankiga naqd pul ko‘rinishida kamida bir milliard dollar bergani, hamda Bidenning Islomni qo‘llab-quvvatlash borasidagi qaydlari sanab tugatib bo‘lmas darajada uzun ekani ham bor.</w:t>
      </w:r>
    </w:p>
    <w:p>
      <w:pPr>
        <w:pStyle w:val="ArticleBody"/>
        <w:jc w:val="left"/>
      </w:pPr>
      <w:r>
        <w:rPr>
          <w:rFonts w:ascii="Times New Roman" w:hAnsi="Times New Roman" w:eastAsia="Times New Roman" w:cs="Times New Roman"/>
        </w:rPr>
        <w:t>Ronald Reagan “temir parda” deb ataladigan ramziy devorni qulatish ishini amalga oshirdi, va 1989-yil 11-noyabrda Berlin devori o‘sha ruhiy zabt etishni tom ma’nodagi belgi bilan qayd etish uchun quladi. Trump Jamoat bilan Davlat o‘rtasidagi ajralishning ramziy devorini qulatadi, va uchinchi Voy o‘sha voqeaga tom ma’nodagi bir belgi taqdim etadi. O‘sha voqea uchinchi Voyning Islomining kelishi bilan boshlangan bir yuz qirq to‘rt ming kishining muhrlanishi davrini yakunlaydi; u esa muhrlanish davrining ruhiy ishi boshlanganini aniqlash uchun tom ma’nodagi bir belgi taqdim etgan edi. 2023-yil 7-oktabr bir yuz qirq to‘rt ming kishining muhrlanish vaqtining uchta tom ma’nodagi tarixiy belgisi orasidagi o‘rta nuqtani taqdim etdi.</w:t>
      </w:r>
    </w:p>
    <w:p>
      <w:pPr>
        <w:pStyle w:val="ArticleBody"/>
        <w:jc w:val="left"/>
      </w:pPr>
      <w:r>
        <w:rPr>
          <w:rFonts w:ascii="Times New Roman" w:hAnsi="Times New Roman" w:eastAsia="Times New Roman" w:cs="Times New Roman"/>
        </w:rPr>
        <w:t>Muhrlash tarixining o‘rtasida Ronald Reygandan keyingi oltinchi prezident timsoliy-siyosiy jihatdan tubsizlik qa’ridan chiqqan maxluq tomonidan o‘ldirildi. Muhrlash vaqtining boshida tubsizlik qa’ridan chiqqan maxluq — Islom bo‘lib, u Muhammadni, ya’ni soxta payg‘ambarning timsolini ifodalaydi. Muhrlash vaqtining oxirida tubsizlik qa’ridan chiqqan maxluq — o‘limli yarasi o‘sha paytda tuzaladigan katoliklikning dengiz maxluqidir. Muhrlash vaqtining o‘rtasida tubsizlik qa’ridan ko‘tariladigan maxluq esa — ateizmning maxluqi, ajdahodir. Tubsizlik qa’ridan chiqqan ajdaho maxluq muhrlash vaqtining o‘rtasida Vahiy kitobining o‘n birinchi bobida tilga olingan ikki guvohni o‘ldiradi.</w:t>
      </w:r>
    </w:p>
    <w:p>
      <w:pPr>
        <w:pStyle w:val="ArticleBody"/>
        <w:jc w:val="left"/>
      </w:pPr>
      <w:r>
        <w:rPr>
          <w:rFonts w:ascii="Times New Roman" w:hAnsi="Times New Roman" w:eastAsia="Times New Roman" w:cs="Times New Roman"/>
        </w:rPr>
        <w:t>AQSh Fuqarolar urushi davridagi qullik tarafdori bo‘lgan Demokratik ajdaho fraksiyasi tom ma’noda birinchi Respublika partiyasidan bo‘lgan prezidentni o‘ldirdi. Fuqarolar urushi rasman 1865-yil 9-aprelda yakunlandi, Linkoln esa bir hafta o‘tib, 15-kuni vafot etdi, garchi u bundan bir kun oldin otib tashlangan bo‘lsa-da. Urush yettinchi kun — Shabbat kuni tugadi, va Linkoln ham yettinchi kun — Shabbat kuni vafot etdi.</w:t>
      </w:r>
    </w:p>
    <w:p>
      <w:pPr>
        <w:pStyle w:val="ArticleBody"/>
        <w:jc w:val="left"/>
      </w:pPr>
      <w:r>
        <w:rPr>
          <w:rFonts w:ascii="Times New Roman" w:hAnsi="Times New Roman" w:eastAsia="Times New Roman" w:cs="Times New Roman"/>
        </w:rPr>
        <w:t>Boy va qudratli prezidentga qarshi uyg‘otilgan (qo‘zg‘atilgan) globalistlar 2020-yil 3-noyabrda siyosiy suiqasdni amalga oshirdilar. Tubsiz chohdan chiqqan o‘sha maxluq, birinchi respublikachi prezidentning haqiqiy o‘limida timsollanganidek, so‘nggi respublikachi prezidentni ramziy ma’noda o‘ldirgan ajdarho maxluqni ifoda etardi. Xudoning Kalomi shuni ayon qiladiki, dunyo uning o‘limi ustidan shodlanganidan keyin, u oyoqqa turadi. Hozir 2024-yil, va Tramp unga qarshi safarbar etilayotgan barcha huquqiy ta’qiblar, yolg‘onlar, targ‘ibot va pullarga qaramay, qayta tirilgani ayon bo‘lib turibdi.</w:t>
      </w:r>
    </w:p>
    <w:p>
      <w:pPr>
        <w:pStyle w:val="ArticleBody"/>
        <w:jc w:val="left"/>
      </w:pPr>
      <w:r>
        <w:rPr>
          <w:rFonts w:ascii="Times New Roman" w:hAnsi="Times New Roman" w:eastAsia="Times New Roman" w:cs="Times New Roman"/>
        </w:rPr>
        <w:t>Qoʻshma Shtatlarda namoyon boʻladigan va shu tariqa dunyodagi oʻsha nizoni oldindan koʻrsatadigan qarama-qarshilikda, yuqoridan yogʻadigan kechgi yomgʻir orqali ifodalangan Xudoning qudrati pastga tushayotgan paytda, pastdan keladigan shaytoniy bir qudrat yuqoriga koʻtariladi.</w:t>
      </w:r>
    </w:p>
    <w:p>
      <w:pPr>
        <w:pStyle w:val="ArticleBody"/>
        <w:jc w:val="left"/>
      </w:pPr>
      <w:r>
        <w:rPr>
          <w:rFonts w:ascii="Times New Roman" w:hAnsi="Times New Roman" w:eastAsia="Times New Roman" w:cs="Times New Roman"/>
        </w:rPr>
        <w:t>2001-yil 11-sentyabr tarixidan boshlab, Amerika Qo‘shma Shtatlarida tez orada keladigan Yakshanba qonunigacha bo‘lgan tarixda, uchinchi Voyning Islomiyati tutunsiz tubsiz chohdan tutun kabi chiqdi; bu esa o‘sha tarixning boshida yonayotgan binolarning tutunini ifodalaydi. 2016-yilda globalistlarning kommunistik “woke”-izmi ikki guvohni o‘ldirish uchun ko‘tarildi. So‘ng, tez orada keladigan Yakshanba qonuni paytida, yettitadan bo‘lgan sakkizinchi mahluqqa aylanadigan papalik, o‘zining o‘limli yarasi tuzalgach, yerning taxtiga ko‘tariladi.</w:t>
      </w:r>
    </w:p>
    <w:p>
      <w:pPr>
        <w:pStyle w:val="ArticleBody"/>
        <w:jc w:val="left"/>
      </w:pPr>
      <w:r>
        <w:rPr>
          <w:rFonts w:ascii="Times New Roman" w:hAnsi="Times New Roman" w:eastAsia="Times New Roman" w:cs="Times New Roman"/>
        </w:rPr>
        <w:t>Yuqoridan kelayotgan qudrat sifatida keyingi yomg‘ir yog‘ayotgan davrda, pastdan keladigan qudratni ifodalaydigan mahluqlar bashoratli bir “Haqiqat”ni ifodalaydi. Tutun kabi ko‘tarilishi lozim bo‘lgan birinchisi — uchinchi Voyning Islomidir; bu Vahiy kitobining o‘n sakkizinchi bobidagi birinchi ovoz yangraydigan vaqtda sodir bo‘ladi, va u keyingi yomg‘ir “o‘lchana” boshlagan paytda ko‘tariladi. Ko‘tariladigan oxirgi mahluq esa papalikdir; bu Vahiy kitobining o‘n sakkizinchi bobidagi ikkinchi ovoz yangraydigan vaqtda sodir bo‘ladi, va u keyingi yomg‘ir o‘lchovsiz yog‘dirilayotgan paytda ko‘tariladi.</w:t>
      </w:r>
    </w:p>
    <w:p>
      <w:pPr>
        <w:pStyle w:val="ArticleBody"/>
        <w:jc w:val="left"/>
      </w:pPr>
      <w:r>
        <w:rPr>
          <w:rFonts w:ascii="Times New Roman" w:hAnsi="Times New Roman" w:eastAsia="Times New Roman" w:cs="Times New Roman"/>
        </w:rPr>
        <w:t>Birinchisi oxirgisining timsolidir, va o‘rtada ko‘tariladigan hayvon 2020-yilda ikki guvohni o‘ldirgan ateistik globalizm hayvonidir. Guvohlardan biri protestant shoxi, ikkinchisi esa respublikachi shoxi edi. Ateizm hayvoni bilan bog‘liq isyon va anarxiya ibroniy alifbosining o‘n uchinchi harfi bilan ifodalanadi, va tubsiz chuqurlikdan chiqqan o‘sha hayvon tubsiz chuqurlikdan chiqqan birinchi va oxirgi hayvonlar orasida paydo bo‘ldi; bu esa, hatto u yuqoridan kelayotgan samoviy qudrat davrida pastdan kelayotgan shaytoniy kuchni aniqlovchi haqiqat bo‘lsa ham, ibroniycha “haqiqat” so‘zining ta’rifini hosil qiladi.</w:t>
      </w:r>
    </w:p>
    <w:p>
      <w:pPr>
        <w:pStyle w:val="ArticleBody"/>
        <w:jc w:val="left"/>
      </w:pPr>
      <w:r>
        <w:rPr>
          <w:rFonts w:ascii="Times New Roman" w:hAnsi="Times New Roman" w:eastAsia="Times New Roman" w:cs="Times New Roman"/>
        </w:rPr>
        <w:t>Ikki guvoh o‘ldirilganidan uch yarim kun o‘tgach, “o‘rta ovoz” yangray boshladi. Bu “cho‘lda nido qiluvchining ovozi” edi. O‘sha ovoz Ahd Xabarchisi uchun yo‘l tayyorlovchi xabarchining ovozining “nihoyasi” va erkaklar hamda ayollarni Karmel tog‘iga chorlaydigan Ilyos ovozining boshlanishi edi.</w:t>
      </w:r>
    </w:p>
    <w:p>
      <w:pPr>
        <w:pStyle w:val="ArticleScripture"/>
        <w:jc w:val="left"/>
      </w:pPr>
      <w:r>
        <w:rPr>
          <w:rFonts w:ascii="Times New Roman" w:hAnsi="Times New Roman" w:eastAsia="Times New Roman" w:cs="Times New Roman"/>
        </w:rPr>
        <w:t>“Birodarlar va opa-singillar, qaniydi, sizlarni bu davrning muhimligiga, hozir yuz berayotgan voqealarning ahamiyatiga uyg‘otadigan biror narsa ayta olsam. Men sizlarning e’tiboringizni hozir diniy erkinlikni cheklash yo‘lida qilinayotgan tajovuzkor harakatlarga qarataman. Xudoning muqaddaslangan yodgorligi yiqitib tashlangan, va uning o‘rnida hech qanday muqaddaslikka ega bo‘lmagan soxta shanba dunyo oldida turibdi. Zulmat kuchlari pastdan unsurlarni qo‘zg‘atayotgan bir paytda, osmonning Rabbiy Xudosi favqulodda holatga javoban O‘zining tirik vositalarini osmon qonunini ulug‘lash uchun uyg‘otib, yuqoridan qudrat yubormoqda. Endi, ayni hozir, xorijiy mamlakatlarda ishlash vaqti biznikidir. Amerika, diniy erkinlik mamlakati, vijdonni majburlashda va odamlarni soxta shanbani hurmat qilishga majbur etishda papalik bilan birlashar ekan, yer yuzidagi har bir mamlakatning xalqlari uning o‘rnagiga ergashishga yetaklanadi. Xalqimiz o‘z qo‘lidan kelgan barcha ishni, ixtiyoridagi imkoniyatlar bilan, ogohlantirish xabarini yoyish uchun qilishga hali yarmigacha ham uyg‘ongan emas.”</w:t>
      </w:r>
    </w:p>
    <w:p>
      <w:pPr>
        <w:pStyle w:val="ArticleScripture"/>
        <w:jc w:val="left"/>
      </w:pPr>
      <w:r>
        <w:rPr>
          <w:rFonts w:ascii="Times New Roman" w:hAnsi="Times New Roman" w:eastAsia="Times New Roman" w:cs="Times New Roman"/>
        </w:rPr>
        <w:t>“Osmonning Egasi bo‘lgan Rabbiy Xudo, itoatsizlik va gunoh uchun O‘z hukmlarini dunyo ustiga yuborishdan avval, ogohlantirishni berish uchun O‘z soqchilarini yuboradi. Xabar yanada aniqroq e’lon qilinmaguncha, U sinov muddatini yopmaydi. Xudoning qonuni ulug‘lanishi kerak; uning talablari o‘zining haqiqiy, muqaddas xususiyatida taqdim etilishi lozim, toki xalq haqiqat tarafida yoki unga qarshi qaror qilishga keltirilsin. Biroq ish solihlikda qisqartiriladi. Masihning solihligi haqidagi xabar, Rabbiyga yo‘l tayyorlash uchun, yerning bir chekkasidan boshqasigacha jaranglashi kerak. Uchinchi farishtaning ishini yakunlaydigan narsa — mana shu Xudoning ulug‘vorligidir.” Testimonies, 6-jild, 18, 19.</w:t>
      </w:r>
    </w:p>
    <w:p>
      <w:pPr>
        <w:pStyle w:val="ArticleBody"/>
        <w:jc w:val="left"/>
      </w:pPr>
      <w:r>
        <w:rPr>
          <w:rFonts w:ascii="Times New Roman" w:hAnsi="Times New Roman" w:eastAsia="Times New Roman" w:cs="Times New Roman"/>
        </w:rPr>
        <w:t>2023-yil iyul oyining oxirida boshlangan xabar endi “aniq ravishda e’lon qilmoqda”, “ogohlantirish”ni berib, “bu vaqtning muhimligi, hozir sodir bo‘layotgan voqealarning ahamiyati”ni ko‘rsatmoqda. U “zulmat kuchlari”ni aniq ko‘rsatib bermoqda; ular “quyidan turib unsurlarni qo‘zg‘atmoqda”, va “samoviy Rabbiy Xudo” 2001-yil 11-sentabrda “yuqoridan qudrat yuborish”ni boshlaganini bildiradi. U “yerning bir chekkasidan ikkinchi chekkasigacha” “Masihning solihligi haqidagi xabar”ni “jaranglatmoqda”. “Bu vaqtning muhimligi”ga “uyg‘onish” uchun eng oliy fursatdir, chunki Xudo endi “itoatsizlik va gunoh uchun O‘z hukmlarini dunyo ustiga yuborish”ni boshlamoqchidir.</w:t>
      </w:r>
    </w:p>
    <w:p>
      <w:pPr>
        <w:pStyle w:val="ArticleBody"/>
        <w:jc w:val="left"/>
      </w:pPr>
      <w:r>
        <w:rPr>
          <w:rFonts w:ascii="Times New Roman" w:hAnsi="Times New Roman" w:eastAsia="Times New Roman" w:cs="Times New Roman"/>
        </w:rPr>
        <w:t>Qirqinchi oyatda 1989 yil oxirzamon sifatida ifodalangan bashoratlar qatori, Doniyor 11-bobning qirqinchi oyatida 1798 yil oxirzamon sifatida ifodalangan bashoratning ichki qatorining tashqi tarixini ta’kidlaydi. Oyatda 1989 yildan boshlanadigan bashoratli tarix papalik Rimining o‘limli yarasining sog‘ayishidagi uch bosqichli jarayonni aniqlab beradi. 1989 yildan to bu yara yaqinda keladigan Yakshanba qonuni bilan sog‘aytirilguniga qadar bo‘lgan davr muayyan bir bashoratli davrni ifodalaydi. Doniyor 11-bobning ikkinchi oyati ikkinchi bir qatorni qo‘shadi, 1989 yilda Ronald Reygandan boshlab Amerika Qo‘shma Shtatlari prezidentlarining bashoratli rolini aniqlab beradi. Yakshanba qonuniga olib boradigan bashoratli vaqt davri, papalik birinchi marta taxtga o‘tirib, o‘sha yilning o‘zida Yakshanba qonunini chiqargan 508 yildan 538 yilgacha amalga oshirilgan o‘ttiz yillik tayyorgarlikda ikkinchi bir guvohga ega.</w:t>
      </w:r>
    </w:p>
    <w:p>
      <w:pPr>
        <w:pStyle w:val="ArticleBody"/>
        <w:jc w:val="left"/>
      </w:pPr>
      <w:r>
        <w:rPr>
          <w:rFonts w:ascii="Times New Roman" w:hAnsi="Times New Roman" w:eastAsia="Times New Roman" w:cs="Times New Roman"/>
        </w:rPr>
        <w:t>Masih o‘ttiz yoshida suvga cho‘mdirildi va uch yarim yillik xizmatini boshladi. Papalik Masihning shaytoniy qalbakilashtirmasidir, va 508 yildan 538 yilgacha bo‘lgan o‘ttiz yil Masihning Uning suvga cho‘mdirilishiga olib kelgan dastlabki o‘ttiz yilining qalbaki nusxasidir. Uning uch yarim yillik xizmati papalik dunyoga hayot xizmati bo‘lgan Masih xizmatining qalbaki nusxasi sifatida o‘lim xizmatini taqdim etgan uch yarim bashoratli yil bilan qalbakilashtirildi.</w:t>
      </w:r>
    </w:p>
    <w:p>
      <w:pPr>
        <w:pStyle w:val="ArticleBody"/>
        <w:jc w:val="left"/>
      </w:pPr>
      <w:r>
        <w:rPr>
          <w:rFonts w:ascii="Times New Roman" w:hAnsi="Times New Roman" w:eastAsia="Times New Roman" w:cs="Times New Roman"/>
        </w:rPr>
        <w:t>O‘z xizmatining oxirida U vafot etdi, yettinchi kuni qabrda orom oldi, so‘ngra esa tiriltirildi. 1798-yilda, papalikning shaytoniy xizmatining uch yarim bashoratli yili oxirida, papalik o‘limli yarasini oldi, so‘ngra u yetmish ramziy yil davomida unutilgan bo‘lib qoldi, to u yettilikdan bo‘lgan sakkizinchi sifatida tiriltirilgunicha. Masih haftaning birinchi kunida tiriltirildi, ammo ketma-ketlik jihatidan birinchi kun “sakkizinchi” kundir, va u Masih yaratgan “yetti” kundandir. Sakkiz soni “tirilish”ni ifodalaydi, va papalik tiriltiriladi, chunki u Muqaddas Kitob bashorati shohliklari orasida o‘limli yara olgan deb aniqlangan yagona shohlikdir.</w:t>
      </w:r>
    </w:p>
    <w:p>
      <w:pPr>
        <w:pStyle w:val="ArticleBody"/>
        <w:jc w:val="left"/>
      </w:pPr>
      <w:r>
        <w:rPr>
          <w:rFonts w:ascii="Times New Roman" w:hAnsi="Times New Roman" w:eastAsia="Times New Roman" w:cs="Times New Roman"/>
        </w:rPr>
        <w:t>Pavlus qadimgi Isroilni Qizil dengiz orqali olib o‘tganida, suvga cho‘mish o‘sha hodisada ramziy tarzda ifodalanganini ko‘rsatadi.</w:t>
      </w:r>
    </w:p>
    <w:p>
      <w:pPr>
        <w:pStyle w:val="ArticleScripture"/>
        <w:jc w:val="left"/>
      </w:pPr>
      <w:r>
        <w:rPr>
          <w:rFonts w:ascii="Times New Roman" w:hAnsi="Times New Roman" w:eastAsia="Times New Roman" w:cs="Times New Roman"/>
        </w:rPr>
        <w:t>Bundan tashqari, ey birodarlar, shuni bilmay qolishingizni istamaymanki, ota-bobolarimizning hammasi bulut ostida edilar va hammasi dengizdan o‘tib ketdilar; hammasi bulutda va dengizda Musoga nisbat berilib cho‘mdirildilar. 1 Korinfliklarga 10:1, 2.</w:t>
      </w:r>
    </w:p>
    <w:p>
      <w:pPr>
        <w:pStyle w:val="ArticleBody"/>
        <w:jc w:val="left"/>
      </w:pPr>
      <w:r>
        <w:rPr>
          <w:rFonts w:ascii="Times New Roman" w:hAnsi="Times New Roman" w:eastAsia="Times New Roman" w:cs="Times New Roman"/>
        </w:rPr>
        <w:t>Ma’naviy Isroil uchun suvga cho‘mish marosimi jismoniy Isroil uchun sunnat marosimining o‘rnini egalladi, va sunnat sakkizinchi kuni amalga oshirilishi kerak edi. Shunday ekan, Masih yettining ichidan bo‘lgan sakkizinchi kunda tiriltirildi; papalik ham yettining ichidan bo‘lgan sakkizinchi sifatida tiriltirilganda, bu Masih chizig‘iga shaytoniy paralleldir. Papalikning taxtga o‘tqazilishiga tayyorgarlik ko‘rgan o‘ttiz yil, Masihning suvga cho‘mishi, xizmati va o‘limiga tayyorgarlik ko‘rgan hayotidagi o‘ttiz yil bilan timsollangan edi. Bu ikkala chiziq ham Muqaddas Kitob bashoratidagi oltinchi shohlikning o‘limiga olib boradigan bir davrni ko‘rsatadi. Har ikkala chiziq ham yer maxluqining oxirgi davrini ifodalaydi. Masih chizig‘ida Uning tug‘ilishi o‘sha tarix uchun “oxirzamon”ni belgilagan edi.</w:t>
      </w:r>
    </w:p>
    <w:p>
      <w:pPr>
        <w:pStyle w:val="ArticleBody"/>
        <w:jc w:val="left"/>
      </w:pPr>
      <w:r>
        <w:rPr>
          <w:rFonts w:ascii="Times New Roman" w:hAnsi="Times New Roman" w:eastAsia="Times New Roman" w:cs="Times New Roman"/>
        </w:rPr>
        <w:t>Shunday qilib, bizda to‘rtta chiziq bor. Qirqinchi oyatdagi 1989-yildagi oxirzamon vaqtidan qirq birinchi oyatdagi Yakshanba qonunigacha. Ikkinchi oyatdagi prezidentlarning taqdim etilishi hamda Masih va dajjol uchun bo‘lgan o‘ttiz yillik tayyorgarlik. Masihning o‘ttiz yili Uning chizig‘idagi “oxirzamon vaqti”da boshlangan bo‘lib, bu Uning tug‘ilishi bilan belgilangan edi. 1798-yildagi oxirzamon vaqti haqiqiy Isroilning haqiqiy Bobil ichidagi yetmish yillik asirligining tugashi bilan timsollashtirilgan edi. Shuning uchun Daniel 11-bobning ikkinchi oyati Doro bilan boshlanadi, chunki Doro Bobilning qulashida hukmronlik qila boshlagan edi. 1989-yil qirqinchi oyatdagi oxirzamon vaqti, Daniel 11-bobning ikkinchi oyati ham oxirzamon vaqti, va Masihning o‘ttiz yillik tayyorgarligi “oxirzamon vaqti”da boshlangan. Ushbu to‘rtta chiziqning uchtasida “oxirzamon vaqti” boshlang‘ich yo‘l-belgi sifatida osonlik bilan belgilab qo‘yilgan.</w:t>
      </w:r>
    </w:p>
    <w:p>
      <w:pPr>
        <w:pStyle w:val="ArticleBody"/>
        <w:jc w:val="left"/>
      </w:pPr>
      <w:r>
        <w:rPr>
          <w:rFonts w:ascii="Times New Roman" w:hAnsi="Times New Roman" w:eastAsia="Times New Roman" w:cs="Times New Roman"/>
        </w:rPr>
        <w:t>Birinchi farishtaning harakati va uchinchi farishtaning harakatidagi ikki yuz yigirma yillik ikki chiziq, ikki yuz yigirmani insoniyat bilan ilohiyat o‘rtasidagi bog‘liqlikning ramzi sifatida aniqlaydi. 1776 yilda boshlangan ikki yuz yigirma yillik ramziy bog‘liqlikning boshlanishi 1996 yilga olib keldi.</w:t>
      </w:r>
    </w:p>
    <w:p>
      <w:pPr>
        <w:pStyle w:val="ArticleBody"/>
        <w:jc w:val="left"/>
      </w:pPr>
      <w:r>
        <w:rPr>
          <w:rFonts w:ascii="Times New Roman" w:hAnsi="Times New Roman" w:eastAsia="Times New Roman" w:cs="Times New Roman"/>
        </w:rPr>
        <w:t>O‘sha davr Millerchilar tarixidagi 1611-yildan 1831-yilgacha bo‘lgan ikki yuz yigirma yil orqali timsollangan edi. 1776-yildagi Mustaqillik Deklaratsiyasidan 1798-yilgacha, ya’ni yer hayvoni Muqaddas Kitob bashoratining oltinchi shohligi sifatida taxtni egallagan paytgacha bo‘lgan davr, 1996-yilda yakunlangan ikki yuz yigirma yil ichidagi uchta belgi nuqtasining dastlabki ikkitasini ifodalaydi.</w:t>
      </w:r>
    </w:p>
    <w:p>
      <w:pPr>
        <w:pStyle w:val="ArticleBody"/>
        <w:jc w:val="left"/>
      </w:pPr>
      <w:r>
        <w:rPr>
          <w:rFonts w:ascii="Times New Roman" w:hAnsi="Times New Roman" w:eastAsia="Times New Roman" w:cs="Times New Roman"/>
        </w:rPr>
        <w:t>1776 yildan 1798 yilgacha bo‘lgan davr Muqaddas Kitob bashoratidagi oltinchi shohlikning quvvatga ega bo‘lishiga olib boradigan davrni ifodalaydi, va shu bois Masih hamda dajjolning o‘ttiz yillik tayyorgarlik davriga muvofiq keladi. Yer hayvoni quvvatga ega bo‘lishidan oldingi davr, yettidan bo‘lgan sakkizinchi hayvon bo‘lmish uch karra ittifoqning quvvatga ega bo‘lishidan oldingi davrni ifodalaydi. Yettidan bo‘lgan sakkizinchi hayvon papalikning dunyo ustidan hukmronlik qilishining ikkinchi va oxirgi zohir bo‘lishidir. Papalikning dunyo ustidan hukmronlik qilishining birinchi zohir bo‘lishida o‘ttiz yillik tayyorgarlik davri bo‘lgan.</w:t>
      </w:r>
    </w:p>
    <w:p>
      <w:pPr>
        <w:pStyle w:val="ArticleBody"/>
        <w:jc w:val="left"/>
      </w:pPr>
      <w:r>
        <w:rPr>
          <w:rFonts w:ascii="Times New Roman" w:hAnsi="Times New Roman" w:eastAsia="Times New Roman" w:cs="Times New Roman"/>
        </w:rPr>
        <w:t>Qatorma-qator, 1989-yildan yakshanba qonunigacha bo‘lgan tarix; 538-yilga olib borgan o‘ttiz yillik tarix; Masihning suvga cho‘mdirilishiga olib borgan o‘ttiz yillik tarix; Ronald Reygandan boshlab yakshanba qonunigacha davom etadigan Doniyor o‘n birinchi bobining ikkinchi oyati tarixi; hamda 1776-yildan 1798-yilgacha bo‘lgan tarix — bularning barchasi oxirgi kunlardagi ayni bir tarixni ifodalaydi. Bu haqiqat borasida ravshan bo‘lish nihoyatda muhimdir, chunki 1776-yildan 1798-yilgacha boshlanadigan tarix barcha chiziqlarni birlashtirib, ularni ravshanlikka olib keladigan chiziqdir.</w:t>
      </w:r>
    </w:p>
    <w:p>
      <w:pPr>
        <w:pStyle w:val="ArticleBody"/>
        <w:jc w:val="left"/>
      </w:pPr>
      <w:r>
        <w:rPr>
          <w:rFonts w:ascii="Times New Roman" w:hAnsi="Times New Roman" w:eastAsia="Times New Roman" w:cs="Times New Roman"/>
        </w:rPr>
        <w:t>Vahiy kitobining o‘n uchinchi bobidagi yer hayvonining yakunlovchi tarixini tashkil etuvchi o‘sha bashoratli tarix chizig‘ida, haqiqiy protestantizm shoxi bilan ifodalangan Xudoning xalqiga taalluqli ichki bir chiziq ham, respublikachilik shoxi bilan ifodalangan tashqi bir chiziq ham mavjud. Har ikkala shoxda ham bashorat murojaat qiladigan ikki tomonlama kurash va tortishuv bor. Biz 1989-yildan yakshanba qonunigacha bo‘lgan tarixda namoyon bo‘ladigan ajdarho, hayvon, soxta payg‘ambar va Islomning bashoratli unsurlarini aniqlab kelmoqdamiz.</w:t>
      </w:r>
    </w:p>
    <w:p>
      <w:pPr>
        <w:pStyle w:val="ArticleBody"/>
        <w:jc w:val="left"/>
      </w:pPr>
      <w:r>
        <w:rPr>
          <w:rFonts w:ascii="Times New Roman" w:hAnsi="Times New Roman" w:eastAsia="Times New Roman" w:cs="Times New Roman"/>
        </w:rPr>
        <w:t>Ajdahoning bashoratli xususiyati shundan iboratki, u yolg‘onning otasi, u qotildir va xuddi osmonda bo‘lgani kabi, yer yuzidagi maxfiy fitnalarning boshlig‘idir. Uning dini spiritizmdir. U bugun “lawfare” deb ataladigan narsaning chempioni; u nopok vakil, birodarlarimizning ayblovchisidir; xuddi samoviy sudda Ayubning itoati va imoni ustida bahslashganida bo‘lgani kabi, Musoning jasadi ustida bahslashganida bo‘lgani kabi, va bundan tashqari Zakariyo kitobining uchinchi bobida Yoshuaning ustidagi iflos kiyimlarni yechib tashlash borasida Masihning ishi ustida bahslashganidek. U saltanatlar ustidan hukmronlik qiluvchi zotdir va o‘zini Xudo sifatida yuksaltiruvchi ham o‘shadir.</w:t>
      </w:r>
    </w:p>
    <w:p>
      <w:pPr>
        <w:pStyle w:val="ArticleBody"/>
        <w:jc w:val="left"/>
      </w:pPr>
      <w:r>
        <w:rPr>
          <w:rFonts w:ascii="Times New Roman" w:hAnsi="Times New Roman" w:eastAsia="Times New Roman" w:cs="Times New Roman"/>
        </w:rPr>
        <w:t>Mahluqning dini katolitsizmdir, va u an’ana hamda urf-odatlar orqali dunyoni aldaydigan o‘sha ayoldir; u o‘z izdoshlarini bular Xudoning Kalomidan ham ustun turib itoat etilishi kerak, deb ishontiradi. U dunyoni o‘z sehrgarliklari orqali aldaydi; Vahiy kitobining o‘n sakkizinchi bob, yigirma uchinchi oyatida bu yunoncha pharmakeia so‘zi bo‘lib, “dori-darmonlar” degan ma’noni anglatadi. U yer yuzining shohlari bilan zino qiladigan o‘shadir. U o‘lgan, ammo yana tirik bo‘lgan Zotning soxtasidir. U unutilib, so‘ng yana eslanadigan o‘shadir, va u yettidan bo‘lgan sakkizinchisidir. U Amerika Qo‘shma Shtatlari ham suratini yasaydigan, ham suratiga yasaydigan o‘sha mahluqdir.</w:t>
      </w:r>
    </w:p>
    <w:p>
      <w:pPr>
        <w:pStyle w:val="ArticleBody"/>
        <w:jc w:val="left"/>
      </w:pPr>
      <w:r>
        <w:rPr>
          <w:rFonts w:ascii="Times New Roman" w:hAnsi="Times New Roman" w:eastAsia="Times New Roman" w:cs="Times New Roman"/>
        </w:rPr>
        <w:t>Soxta payg‘ambar — bu murtad protestantizm bo‘lib, u Xudoning Kalomi inkor etadigan narsa bo‘lishni da’vo qiladi; va Xudoning Kalomini inkor etgani uchun, Xudoning Kalomi ta’minlaydigan qudratdan mahrumdir. Xudoning Kalomining qudratisiz, o‘zini hanuz mag‘rurona Xudoning xalqi deb da’vo qiladigan bir jamoat yoki xalq, mantiqan, Xudoning ishini bajo keltirayotganini ko‘rsatish uchun fuqaroviy hokimiyatga tayanishga majbur bo‘ladi. Murtad protestantizm — Yezabel va Hirodiya uchun aldovchi raqsni taqdim etadigan Baal va Ashtarot payg‘ambarlaridir, va ular Hirodiyaning qizi Salomedir.</w:t>
      </w:r>
    </w:p>
    <w:p>
      <w:pPr>
        <w:pStyle w:val="ArticleBody"/>
        <w:jc w:val="left"/>
      </w:pPr>
      <w:r>
        <w:rPr>
          <w:rFonts w:ascii="Times New Roman" w:hAnsi="Times New Roman" w:eastAsia="Times New Roman" w:cs="Times New Roman"/>
        </w:rPr>
        <w:t>Bu uch kuch uch tomonlama ittifoqqa birlashadi, ammo aslida ular bir-biridan nafratlanadilar. Ularning o‘zaro ziddiyatda ekanliklarini tushunmasdan turib, o‘n shohning (Birlashgan Millatlar Tashkiloti) qanday qilib o‘z shohligini papalikka berishga rozi bo‘lishi, va ayni bobning o‘zida uning etini yeb, uni olovda kuydirishi mumkinligini tushunish imkonsizdir. Bu kuchlar o‘rtasidagi ziddiyat Xudoning bashorat talabalari­ga o‘rgatilishi lozim.</w:t>
      </w:r>
    </w:p>
    <w:p>
      <w:pPr>
        <w:pStyle w:val="ArticleBody"/>
        <w:jc w:val="left"/>
      </w:pPr>
      <w:r>
        <w:rPr>
          <w:rFonts w:ascii="Times New Roman" w:hAnsi="Times New Roman" w:eastAsia="Times New Roman" w:cs="Times New Roman"/>
        </w:rPr>
        <w:t>Islom — yettinchi karnaydir, va uchinchi vay sifatida u Xudo zamonaviy Bobil ustidan hukm chiqarish uchun qo‘llaydigan hukm vositasidir; xuddi birinchi to‘rt karnay g‘arbiy butparast Rim ustidan hukm olib kelganidek hamda beshinchi va oltinchi karnay papalik Rimiga va sharqiy butparast Rimga hukm olib kelganidek.</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«Alohida ahamiyat kasb etgan ushbu davrlarda, Xudoning suruvining qo‘riqchilari xalqqa ruhiy kuchlar bahs-munozara ichida ekanini o‘rgatishlari lozim. Diniy olamda hozir mavjud bo‘lgan bunday kuchli hissiy keskinlikni insonlar yaratmayapti. Shaytonning ruhiy sinagogasidan chiqqan bir qudrat dunyoning diniy unsurlariga ta’sir singdirib, odamlarni qat’iy harakatga qo‘zg‘atmoqda, ya’ni Shayton qo‘lga kiritgan ustunliklarni ilgari surish uchun diniy olamni Xudoning kalomini o‘z yo‘lboshchisi va ta’limotning yagona poydevori qilganlarga qarshi qat’iy urushga boshlamoqda. Shaytonning mohirona sa’y-harakatlari endi u ishlata oladigan har bir tamoyilni va har bir kuchni safarbar etishga qaratilganki, Yahovaning qonunining, ayniqsa osmonlaru yerni Yaratuvchi kim ekanini belgilab beradigan to‘rtinchi amrning majburiy da’volariga qarshi turilsin.»</w:t>
      </w:r>
    </w:p>
    <w:p>
      <w:pPr>
        <w:pStyle w:val="ArticleScripture"/>
        <w:jc w:val="left"/>
      </w:pPr>
      <w:r>
        <w:rPr>
          <w:rFonts w:ascii="Times New Roman" w:hAnsi="Times New Roman" w:eastAsia="Times New Roman" w:cs="Times New Roman"/>
        </w:rPr>
        <w:t>“Gunoh odami zamonlar va qonunlarni o‘zgartirishni o‘yladi; ammo u buni qildimi? Mana shu buyuk masaladir. Rim va uning gunoh kosasidan ichgan barcha jamoatlar, zamonlar va qonunlarni o‘zgartirishni o‘ylab, o‘zlarini Xudodan yuqori ko‘tardilar va Xudoning buyuk yodgorligi bo‘lgan yettinchi kun Shabbatini yiqitib tashladilar. Shabbat olti kunda dunyoni yaratishda Xudoning qudratini va yettinchi kuni Uning dam olganini ifodalab turishi kerak edi. ‘Shuning uchun U Shabbat kunini barakali qildi va uni muqaddas deb bildi’, chunki o‘sha kunda U Xudo yaratgan va yasagan barcha ishlaridan dam olgan edi. Buyuk aldovchining mohirona faoliyatining maqsadi Xudoning o‘rnini egallash bo‘lib kelgan. Zamonlar va qonunlarni o‘zgartirishga bo‘lgan urinishlarida u Xudoga qarshi va Undan yuqori bir hokimiyatni saqlab turish uchun ish olib bormoqda.”</w:t>
      </w:r>
    </w:p>
    <w:p>
      <w:pPr>
        <w:pStyle w:val="ArticleScripture"/>
        <w:jc w:val="left"/>
      </w:pPr>
      <w:r>
        <w:rPr>
          <w:rFonts w:ascii="Times New Roman" w:hAnsi="Times New Roman" w:eastAsia="Times New Roman" w:cs="Times New Roman"/>
        </w:rPr>
        <w:t>“Mana buyuk masala. Mana bir-biriga qarshi turgan ikki buyuk qudrat,—Xudoning Shahzodasi, Iso Masih; va zulmat shahzodasi, Shayton. Mana oshkora to‘qnashuv kelmoqda. Dunyoda faqat ikki toifa bor, va har bir inson shu ikki bayroqdan birining ostida saf tortadi,—zulmat shahzodasining bayrog‘i ostidami, yoki Iso Masihning bayrog‘i ostidami.</w:t>
      </w:r>
    </w:p>
    <w:p>
      <w:pPr>
        <w:pStyle w:val="ArticleScripture"/>
        <w:jc w:val="left"/>
      </w:pPr>
      <w:r>
        <w:rPr>
          <w:rFonts w:ascii="Times New Roman" w:hAnsi="Times New Roman" w:eastAsia="Times New Roman" w:cs="Times New Roman"/>
        </w:rPr>
        <w:t>“Xudo O‘zining sodiq va haqiqiy farzandlarini O‘z Ruhi bilan ilhomlantiradi. Muqaddas Ruh Xudoning vakilidir va Rabbimizning ombori uchun sodiq hamda haqiqiylarni bog‘lam-bog‘lam qilib birlashtirishda dunyomizda qudratli ish yurituvchi vosita bo‘ladi. Shayton ham bug‘doy orasidan o‘zining begona o‘tlarini bog‘lam-bog‘lam qilib yig‘ishda nihoyatda shiddatli faoliyat bilan ish ko‘rmoqda.</w:t>
      </w:r>
    </w:p>
    <w:p>
      <w:pPr>
        <w:pStyle w:val="ArticleScripture"/>
        <w:jc w:val="left"/>
      </w:pPr>
      <w:r>
        <w:rPr>
          <w:rFonts w:ascii="Times New Roman" w:hAnsi="Times New Roman" w:eastAsia="Times New Roman" w:cs="Times New Roman"/>
        </w:rPr>
        <w:t>“Masih uchun bo‘lgan har bir haqiqiy elchining ta’limoti hozir nihoyatda tantanavor va jiddiy masaladir. Biz shunday bir kurashda qatnashmoqdamizki, u butun abadiyat uchun yakuniy qaror chiqarilmaguncha hech qachon tugamaydi. Iso alayhissalomning har bir shogirdi shuni eslasinki, bizning ‘kurashimiz tana va qonga qarshi emas, balki hokimliklarga qarshi, qudratlarga qarshi, bu dunyo zulmatining hukmdorlariga qarshi, samoviy joylardagi ruhiy yovuzlik kuchlariga qarshidir.’ Ey, bu to‘qnashuvga abadiy manfaatlar bog‘liq, va bu masalaga yuzaki ish ham, arzon tajriba ham javob bo‘la olmaydi. ‘Egamiz taqvodorlarni vasvasadan qutqarishni ham, nohaqlarni esa jazolanish uchun hukm kunigacha saqlab qo‘yishni ham biladi.... Holbuki, qudrat va kuchda ulardan ulug‘roq bo‘lgan farishtalar ular haqida Egamiz oldida haqoratli ayblov keltirmaydilar.’”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O‘ttizinchi</dc:title>
  <dc:subject>Amerika Qoʻshma Shtatlarining bashoratli oʻtishi: Oltinchi shohlikdan uch tomonlama ittifoqqa</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