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to‘qqizinchi</w:t>
      </w:r>
    </w:p>
    <w:p>
      <w:pPr>
        <w:pStyle w:val="ArticleSubtitle"/>
        <w:jc w:val="left"/>
      </w:pPr>
      <w:r>
        <w:rPr>
          <w:rFonts w:ascii="Arial" w:hAnsi="Arial" w:eastAsia="Arial" w:cs="Arial"/>
        </w:rPr>
        <w:t>Daniel 11:40 ning Zamonaviy Siyosiy Realliklar bilan Payg‘ambarlik Uyg‘unligi: Oxirgi Prezident Sirining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Biz Doniyor kitobining o‘n birinchi bobi qirqinchi oyatining ayni bobning birinchi va ikkinchi oyatlari bilan muvofiqligini ko‘rib chiqmoqdamiz. Birinchi oyat oxirzamonni 1989-yilda belgilaydi, qirqinchi oyat ham 1989-yilda oxirzamonni belgilaydi; bunda Sovet Ittifoqining qulashini 1989-yil 9-noyabrda Berlin devorining buzib tashlanishi ifodalaydi.</w:t>
      </w:r>
    </w:p>
    <w:p>
      <w:pPr>
        <w:pStyle w:val="ArticleBody"/>
        <w:jc w:val="left"/>
      </w:pPr>
      <w:r>
        <w:rPr>
          <w:rFonts w:ascii="Times New Roman" w:hAnsi="Times New Roman" w:eastAsia="Times New Roman" w:cs="Times New Roman"/>
        </w:rPr>
        <w:t>Ikkinchi oyat 1989-yildan keyingi Amerika Qo‘shma Shtatlarining oltinchi prezidentini barcha prezidentlar ichida eng boyi sifatida ko‘rsatadi va shu tariqa Donald Trampni aniq belgilaydi. Shu bilan u Tramp uchinchi oyatdagi Iskandar Zulqarnaynning Yunon imperiyasi bo‘lgan butun Gretsiyani “qo‘zg‘atib yuborishi”ni aniqlaydi. Uchinchi va to‘rtinchi oyatlardagi yunon saltanati Doniyor kitobining o‘n birinchi bobida butunjahon saltanatining ramzidir.</w:t>
      </w:r>
    </w:p>
    <w:p>
      <w:pPr>
        <w:pStyle w:val="ArticleBody"/>
        <w:jc w:val="left"/>
      </w:pPr>
      <w:r>
        <w:rPr>
          <w:rFonts w:ascii="Times New Roman" w:hAnsi="Times New Roman" w:eastAsia="Times New Roman" w:cs="Times New Roman"/>
        </w:rPr>
        <w:t>William Miller “tarix va bashorat bir-biriga muvofiq keladi” degan iborani yaratgan edi, va Donald Trampning tarixi u nafaqat Amerika Qo‘shma Shtatlarining oxirgi sakkiz prezidentining eng boyi bo‘lganini, balki Amerika Qo‘shma Shtatlarining globalistlari va butun dunyo globalistlari Donald Trampni shunday mantiqsiz bir nafrat bilan yomon ko‘rishlarini, ko‘plar esa uni telbalik deb ta’riflashlarini inkor etib bo‘lmas dalillar bilan ko‘rsatadi.</w:t>
      </w:r>
    </w:p>
    <w:p>
      <w:pPr>
        <w:pStyle w:val="ArticleBody"/>
        <w:jc w:val="left"/>
      </w:pPr>
      <w:r>
        <w:rPr>
          <w:rFonts w:ascii="Times New Roman" w:hAnsi="Times New Roman" w:eastAsia="Times New Roman" w:cs="Times New Roman"/>
        </w:rPr>
        <w:t>1989-yildan boshlangan so‘nggi sakkiz prezidentning birinchisi turli jihatlar bilan Trampning aniq timsoli bo‘ldi; shu tariqa, ikkinchi oyatdagi oltinchi prezident oxir-oqibat sakkizinchi va so‘nggi prezident bo‘lishini tasdiqladi. Sakkizlik qatoridagi birinchi shaxs sifatida Reygan sakkizinchi va so‘nggisining timsoli bo‘lar edi, chunki Iso har doim bir narsaning oxirini o‘sha narsaning boshi orqali ko‘rsatadi.</w:t>
      </w:r>
    </w:p>
    <w:p>
      <w:pPr>
        <w:pStyle w:val="ArticleBody"/>
        <w:jc w:val="left"/>
      </w:pPr>
      <w:r>
        <w:rPr>
          <w:rFonts w:ascii="Times New Roman" w:hAnsi="Times New Roman" w:eastAsia="Times New Roman" w:cs="Times New Roman"/>
        </w:rPr>
        <w:t>1989-yilda zamonning oxirida prezident bo‘lgan Ronald Reyganning guvohligi, payg‘ambarlik ma’nosida sakkiz prezidentning oxirgisi bo‘ladigan prezidentni ifodalaydi. Reygandan keyin yetti prezident bo‘lishi kerak edi, chunki Muqaddas Kitob bashoratidagi oltinchi shohlik sifatida Qo‘shma Shtatlar yaqin orada chiqadigan Yakshanba qonuni bilan barham topadi, va o‘sha Yakshanba qonuniga olib boruvchi jarayonda Qo‘shma Shtatlar hayvonning suratini yaratadi, o‘sha hayvon esa yetti hayvondan bo‘lgan sakkizinchisidir. 1989-yilda zamonning oxirida Reygan birinchi prezident edi, oxirgisi esa yettidan bo‘lgan sakkizinchisi bo‘ladi.</w:t>
      </w:r>
    </w:p>
    <w:p>
      <w:pPr>
        <w:pStyle w:val="ArticleBody"/>
        <w:jc w:val="left"/>
      </w:pPr>
      <w:r>
        <w:rPr>
          <w:rFonts w:ascii="Times New Roman" w:hAnsi="Times New Roman" w:eastAsia="Times New Roman" w:cs="Times New Roman"/>
        </w:rPr>
        <w:t>Reagan 1987-yil 12-iyun kuni Germaniyaning G‘arbiy Berlin shahrida, Berlin devori yaqinidagi Brandenburg darvozasi oldida so‘zlagan nutqi davomida, Sovet Ittifoqi Kommunistik partiyasi Bosh kotibi Mixail Gorbachyovga murojaat qilib shunday dedi: “Bosh kotib Gorbachyov, agar siz tinchlik istasangiz, agar siz Sovet Ittifoqi va Sharqiy Yevropa uchun farovonlik istasangiz, agar siz erkinlashtirishni istasangiz: Bu darvozaga keling! Janob Gorbachyov, bu darvozani oching! Janob Gorbachyov, bu devorni yiqiting!” So‘nggi sakkiz prezident ichida birinchisining eng mashhur ushbu iborasi ikki yil o‘tib, 1989-yil 9-noyabrda, devorning qulatilishi bilan uning amalga oshganini ko‘rsatdi.</w:t>
      </w:r>
    </w:p>
    <w:p>
      <w:pPr>
        <w:pStyle w:val="ArticleBody"/>
        <w:jc w:val="left"/>
      </w:pPr>
      <w:r>
        <w:rPr>
          <w:rFonts w:ascii="Times New Roman" w:hAnsi="Times New Roman" w:eastAsia="Times New Roman" w:cs="Times New Roman"/>
        </w:rPr>
        <w:t>Shu tariqa bilan, Reyganning devorni qulatishga bergan urg‘usi, sakkizinchi prezidentga ishora qildi; u oltinchi prezident bo‘lish uchun saylov kampaniyasini olib borar ekan, o‘z kampaniyasini “devorni qurish” va’dasi asosiga qurgan edi. Oxirgi sakkiz prezidentning birinchisi devorni qulatishga chaqirdi, va Berlin devori 1989-yilda, oxirzamon vaqtida qulatildi. Yaqinda keladigan yakshanba qonuni paytida Jamoat bilan Davlat o‘rtasidagi ajratish “devori” 1989-yildagi boshlanish bilan ifodalanganidek qulatiladi. O‘sha davrning o‘rtasida globalistlarni qo‘zg‘atadigan oltinchi prezident ular istamaydigan bir devorni qurishga urinadi, va u yana yettitadan bo‘lgan sakkizinchi prezident bo‘lganida, yana bir “devor” qulaydi.</w:t>
      </w:r>
    </w:p>
    <w:p>
      <w:pPr>
        <w:pStyle w:val="ArticleBody"/>
        <w:jc w:val="left"/>
      </w:pPr>
      <w:r>
        <w:rPr>
          <w:rFonts w:ascii="Times New Roman" w:hAnsi="Times New Roman" w:eastAsia="Times New Roman" w:cs="Times New Roman"/>
        </w:rPr>
        <w:t>Sakkiz prezidentning birinchisi zamonning oxirini belgilagan bir devorning qulatilishi bilan ajralib turadi; bu Daniel kitobining o‘n birinchi bobi qirqinchi oyatda tasvirlangan. Sakkiz prezidentning oxirgisi esa bir yuz qirq to‘rt mingning muhrlanish vaqtining tugashini belgilovchi bir “devor”ning qulatilishi bilan ajralib turadi; bu Daniel kitobining o‘n birinchi bobi qirq birinchi oyatda tasvirlangan.</w:t>
      </w:r>
    </w:p>
    <w:p>
      <w:pPr>
        <w:pStyle w:val="ArticleBody"/>
        <w:jc w:val="left"/>
      </w:pPr>
      <w:r>
        <w:rPr>
          <w:rFonts w:ascii="Times New Roman" w:hAnsi="Times New Roman" w:eastAsia="Times New Roman" w:cs="Times New Roman"/>
        </w:rPr>
        <w:t>Prezident Reygan ilgari demokrat bo‘lib, keyin respublikachiga aylangan, avvalgi ommaviy axborot vositalari yulduzi, ravshan notiqligi bilan tanilgan, chuqur hazil tuyg‘usiga ega, fiskal jihatdan konservativ va Vashington, Kolumbiya okrugidagi siyosiy establišmentga qarshi kampaniya olib borgan bir inson edi. Shunga qaramay, Reygan millat poytaxtida ildiz otgan establišmentga (“botqoqqa”) qarshi o‘zining ilk kampaniyasidagi ritorikasiga qaramasdan, oxir-oqibat o‘sha davrgacha bo‘lgan boshqa har qanday zamonaviy prezidentga nisbatan o‘z kabinet lavozimlariga tasdiqlangan globalist siyosatchilarning yanada yuqori foizini tayinladi. U hatto globalistik tarixga chuqur kirib boradigan oilaviy ildizlarga ega bo‘lgan birinchi Jorj Bushni o‘zining vitse-prezidenti etib tanlashgacha bordi.</w:t>
      </w:r>
    </w:p>
    <w:p>
      <w:pPr>
        <w:pStyle w:val="ArticleBody"/>
        <w:jc w:val="left"/>
      </w:pPr>
      <w:r>
        <w:rPr>
          <w:rFonts w:ascii="Times New Roman" w:hAnsi="Times New Roman" w:eastAsia="Times New Roman" w:cs="Times New Roman"/>
        </w:rPr>
        <w:t>Tramp “botqoqlik” deb atagan establishmentni tozalash shiori bilan saylovoldi tashviqotini olib bordi, biroq u yaqin hamkorlik uchun tanlagan kishilar haqidagi qaydi uning eng katta zaifligini ko‘rsatadi. O‘sha kishilarning deyarli barchasi Tramp shu qadar qat’iy qarshi chiqqan “botqoqlik”ning vakillari edi. Tramp ham, Reygan kabi, avval demokrat bo‘lib keyin respublikachiga aylangan, sobiq media yulduzi, notiqligi bilan tanilgan, teran hazil-mutoyiba tuyg‘usiga ega va fiskal konservator edi.</w:t>
      </w:r>
    </w:p>
    <w:p>
      <w:pPr>
        <w:pStyle w:val="ArticleBody"/>
        <w:jc w:val="left"/>
      </w:pPr>
      <w:r>
        <w:rPr>
          <w:rFonts w:ascii="Times New Roman" w:hAnsi="Times New Roman" w:eastAsia="Times New Roman" w:cs="Times New Roman"/>
        </w:rPr>
        <w:t>Amerika Qo‘shma Shtatlarining oxirgi prezidenti papalikning surati (mahluqning surati) Amerika Qo‘shma Shtatlarida bunyod etiladigan paytdagi prezident bo‘ladi. Shunday ekan, 1989-yildan buyon bo‘lgan sakkizinchi va oxirgi prezident ajdaho qudratiga qarshi urush bilan bog‘liq bo‘ladi; chunki aynan ajdaho bilan bo‘lgan uzoq, cho‘zilgan urush jarayonida papalik dastlab 538-yilda bir ajdaho qudrati tomonidan taxtga o‘tqazilgan, so‘ng 1798-yilda o‘sha ajdaho qudratining o‘zi tomonidan taxtdan tushirilgan, va yana o‘zlarining yettinchi shohligini papalikka berishga rozi bo‘lgan o‘n shoh orqali ifodalangan ajdaho qudrati tomonidan yana taxtga o‘tqaziladi; shundan keyin esa ular olov bilan uni kuydirib, go‘shtini yeb, yordam beruvchi hech kim bo‘lmagan holda u o‘z nihoyasiga yetayotganida papalik mahluqini taxtdan tushiradilar.</w:t>
      </w:r>
    </w:p>
    <w:p>
      <w:pPr>
        <w:pStyle w:val="ArticleBody"/>
        <w:jc w:val="left"/>
      </w:pPr>
      <w:r>
        <w:rPr>
          <w:rFonts w:ascii="Times New Roman" w:hAnsi="Times New Roman" w:eastAsia="Times New Roman" w:cs="Times New Roman"/>
        </w:rPr>
        <w:t>Sakkizinchi bo‘ladigan prezident, ya’ni yettitadan biri bo‘lgan kishi, ajdarho qudratiga qarshi urush bilan ham bog‘liq bo‘ladigan prezident bo‘ladi. Bu urush oltinchi va eng boy prezident butun globalistik ajdarho qudratlarini qo‘zg‘atganida aniqlanadi. 1989-yildan boshlab sanaladigan so‘nggi sakkiz prezidentdan ikkitasi vafot etgan, shuning uchun ajdarho qudratiga qarshi urushga aloqador bo‘lishi mumkin bo‘lgan oltita ehtimoliy prezident qoladi.</w:t>
      </w:r>
    </w:p>
    <w:p>
      <w:pPr>
        <w:pStyle w:val="ArticleBody"/>
        <w:jc w:val="left"/>
      </w:pPr>
      <w:r>
        <w:rPr>
          <w:rFonts w:ascii="Times New Roman" w:hAnsi="Times New Roman" w:eastAsia="Times New Roman" w:cs="Times New Roman"/>
        </w:rPr>
        <w:t>O‘sha oltita ehtimoldan to‘rttasi ochiqdan-ochiq ajdar quvvati bilan ta’minlangan globalistlardir. Oltidan biri, otasi kabi, o‘zini Respublikachi deb e’lon qiladi, biroq u faqat nomigagina Respublikachi bo‘lib, otasi kabi globalist ajdar quvvatining vakilidir. Tirik oltita prezident ichida faqat bittasi aniq ravishda globalist emas, va u globalistlarni qo‘zg‘atadigan prezidentdir. U so‘nggi sakkiz prezident orasida papalik timsolining unsurini bajo keltirishi mumkin bo‘lgan yagona shaxsdir, ya’ni ajdar quvvatiga qarshi urush bilan bog‘liq bo‘lish nuqtai nazaridan.</w:t>
      </w:r>
    </w:p>
    <w:p>
      <w:pPr>
        <w:pStyle w:val="ArticleBody"/>
        <w:jc w:val="left"/>
      </w:pPr>
      <w:r>
        <w:rPr>
          <w:rFonts w:ascii="Times New Roman" w:hAnsi="Times New Roman" w:eastAsia="Times New Roman" w:cs="Times New Roman"/>
        </w:rPr>
        <w:t>Birinchi respublikachi prezident aynan shu haqiqatga taalluqli bo‘lgan, AQSh Fuqarolar urushi haqida bir Muqaddas Yozuv oyatini mashhur tarzda iqtibos qilgan edi.</w:t>
      </w:r>
    </w:p>
    <w:p>
      <w:pPr>
        <w:pStyle w:val="ArticleScripture"/>
        <w:jc w:val="left"/>
      </w:pPr>
      <w:r>
        <w:rPr>
          <w:rFonts w:ascii="Times New Roman" w:hAnsi="Times New Roman" w:eastAsia="Times New Roman" w:cs="Times New Roman"/>
        </w:rPr>
        <w:t>Iso ularning fikrlarini bilib, ularga dedi: O‘ziga qarshi bo‘linib ketgan har qanday shohlik xarob bo‘lur; va o‘ziga qarshi bo‘linib ketgan har qanday shahar yoki uy tura olmas. Agar shayton shaytonni quvib chiqarsa, u o‘ziga qarshi bo‘lingan bo‘lur; unda uning shohligi qanday turib qolur? Agar Men jinlarni Beelzebub orqali quvib chiqarsam, sizlarning farzandlaringiz ularni kim orqali quvib chiqarurlar? Shuning uchun ular sizlarga hakam bo‘lurlar. Ammo agar Men jinlarni Xudoning Ruhi bilan quvib chiqarsam, demak Xudoning Shohligi sizlarga yetib kelgan. Matto 12:25–28.</w:t>
      </w:r>
    </w:p>
    <w:p>
      <w:pPr>
        <w:pStyle w:val="ArticleBody"/>
        <w:jc w:val="left"/>
      </w:pPr>
      <w:r>
        <w:rPr>
          <w:rFonts w:ascii="Times New Roman" w:hAnsi="Times New Roman" w:eastAsia="Times New Roman" w:cs="Times New Roman"/>
        </w:rPr>
        <w:t>Gretsiya mulkini qoʻzgʻatgan eng boy prezidentga qarshi ajdahoning urushi faqat Donald Tramp bilan globalistlar oʻrtasida boʻlishi mumkin, chunki yashab turgan boshqa besh ehtimoliy prezidentning barchasi Amerikaga qarshi globalistlardir. Linkoln avvalgi oyatlarni qullik tarafdori va qullikka qarshi ikki lagerga boʻlingan millat masalasiga tatbiq etib keltirganida, u qullik tarafdori demokratlarga ham, qullikka qarshi respublikachilarga ham murojaat qilayotgan edi; va shu tariqa, u soʻnggi kunlardagi globalist demokratlar bilan oxirgi respublikachi prezident oʻrtasidagi urushga murojaat qilayotgan edi; bu prezident uni ifodalaydigan va boshqaradigan MAGA-izm harakati bilan ushbu urushni qoʻzgʻatadi.</w:t>
      </w:r>
    </w:p>
    <w:p>
      <w:pPr>
        <w:pStyle w:val="ArticleBody"/>
        <w:jc w:val="left"/>
      </w:pPr>
      <w:r>
        <w:rPr>
          <w:rFonts w:ascii="Times New Roman" w:hAnsi="Times New Roman" w:eastAsia="Times New Roman" w:cs="Times New Roman"/>
        </w:rPr>
        <w:t>Birinchi Respublikachi prezident sifatida Linkoln oxirgi Respublikachi prezidentning timsolidir. Oxirgi prezident 1989-yildagi oxirzamon davrida hokimiyatda bo‘lgan Respublikachi prezident orqali ham ifodalanadi. Bu ikki guvoh timsol qilayotgan prezidentning Respublikachi ekanini ko‘rsatadi. 1989-yildagi oxirzamon davrida bo‘lgan Respublikachi prezident shunchaki bir Respublikachi emas edi, balki u so‘nggi sakkiz prezidentning birinchisi edi. Oxirgi prezident, shuningdek, birinchi prezident va birinchi Oliy Bosh Qo‘mondon bo‘lgan Jorj Vashington orqali ham timsollangan bo‘ladi.</w:t>
      </w:r>
    </w:p>
    <w:p>
      <w:pPr>
        <w:pStyle w:val="ArticleBody"/>
        <w:jc w:val="left"/>
      </w:pPr>
      <w:r>
        <w:rPr>
          <w:rFonts w:ascii="Times New Roman" w:hAnsi="Times New Roman" w:eastAsia="Times New Roman" w:cs="Times New Roman"/>
        </w:rPr>
        <w:t>Vashington, o‘z navbatida, 1776 bilan ifodalangan davr ichidagi birinchi prezident tomonidan timsollangan edi; va o‘sha birinchi prezident (Peyton Randolph) yetti kishi bilan ifodalangan sakkiz davr davomida xizmat qilgan yetti kishidan biri edi. Randolph sakkizning birinchisi edi va shu bois sakkizning birinchisi bo‘lgan Reyganni ifodalagan; hamda u yettidan bo‘lgan sakkizinchisi edi. Demak, Randolph Vashingtonni (birinchi prezident), Linkolnni (birinchi respublikachi prezident), Reyganni (so‘nggi sakkizlikning birinchi prezidenti) va 1989 yildan keyingi sakkizinchi prezidentni ifodalagan bo‘lib, u bashoriy zaruratga ko‘ra yettidan bo‘lgan sakkizinchi bo‘lishi kerak edi.</w:t>
      </w:r>
    </w:p>
    <w:p>
      <w:pPr>
        <w:pStyle w:val="ArticleBody"/>
        <w:jc w:val="left"/>
      </w:pPr>
      <w:r>
        <w:rPr>
          <w:rFonts w:ascii="Times New Roman" w:hAnsi="Times New Roman" w:eastAsia="Times New Roman" w:cs="Times New Roman"/>
        </w:rPr>
        <w:t>Vashington, shuningdek, 1789 yil bilan ifodalangan tarixda prezident bo‘lgan va Randolph kabi yettitasidan bo‘lgan sakkizinchi bo‘lgan John Hancock tomonidan ham timsollangan bo‘lar edi. Randolph Vashingtonga timsol bo‘lgan edi; shuning uchun Hancock Randolph bilan yettitasidan bo‘lgan sakkizinchi sifatida moslashganda, Hancock 1989 yildan keyingi sakkizinchi prezidentni ifodalaydi; u esa, bashoratning zarurati bois, yettitasidan bo‘lgan sakkizinchi bo‘lar edi.</w:t>
      </w:r>
    </w:p>
    <w:p>
      <w:pPr>
        <w:pStyle w:val="ArticleBody"/>
        <w:jc w:val="left"/>
      </w:pPr>
      <w:r>
        <w:rPr>
          <w:rFonts w:ascii="Times New Roman" w:hAnsi="Times New Roman" w:eastAsia="Times New Roman" w:cs="Times New Roman"/>
        </w:rPr>
        <w:t>Randolph, Hancock, Washington, Lincoln va Reaganlarning barchasi oxirgi prezidentning timsolidir. O‘sha guvohlarning ikkitasi oxirgi prezident Respublikachi bo‘lishini tasdiqlaydi. Ikkitasi esa oxirgi prezident sakkizinchi bo‘lishini, ya’ni yettidan ekanini tasdiqlaydi. 1989-yildagi oxirzamon davridan keyingi sakkiz prezident ichidagi tirik bo‘lgan besh prezident shuni ko‘rsatadiki, ajdarho qudrati bilan urushga kirishishda faqat Trump bunday siyosiy mafkuraga egadir.</w:t>
      </w:r>
    </w:p>
    <w:p>
      <w:pPr>
        <w:pStyle w:val="ArticleBody"/>
        <w:jc w:val="left"/>
      </w:pPr>
      <w:r>
        <w:rPr>
          <w:rFonts w:ascii="Times New Roman" w:hAnsi="Times New Roman" w:eastAsia="Times New Roman" w:cs="Times New Roman"/>
        </w:rPr>
        <w:t>Linkolndan oldin demokrat Jeyms Byukenen prezident bo‘lgan edi; xolis tarixchilar uni Amerikaning o‘sha ilk tarixidagi eng samarasiz prezident sifatida e’tirof etadilar, va aynan uning samarasiz rahbarligi mohiyatan AQSh Fuqarolar urushini yuzaga keltirdi. Linkoln qasamyod qilib lavozimga kirishishidan oldin janubiy shtatlar allaqachon ittifoqdan ajralib chiqa boshlagan edilar, va Linkolnning inauguratsiyasidan atigi bir oy o‘tib ilk o‘qlar otildi. Byukenen urushni yuzaga keltirgan harakatlarni boshlab qo‘ydi, va Linkoln esa o‘zi hal etishga majbur bo‘lgan ana shu urush bilan yuzma-yuz qoldi.</w:t>
      </w:r>
    </w:p>
    <w:p>
      <w:pPr>
        <w:pStyle w:val="ArticleBody"/>
        <w:jc w:val="left"/>
      </w:pPr>
      <w:r>
        <w:rPr>
          <w:rFonts w:ascii="Times New Roman" w:hAnsi="Times New Roman" w:eastAsia="Times New Roman" w:cs="Times New Roman"/>
        </w:rPr>
        <w:t>Reagandan oldin zamonaviy davrning eng samarasiz prezidenti keldi. Demokrat bo‘lgan Karter Eronda joylashgan radikal islomga to‘g‘ri tarzda munosabat bildira olmagani sababli Qo‘shma Shtatlarni sharmanda qildi.</w:t>
      </w:r>
    </w:p>
    <w:p>
      <w:pPr>
        <w:pStyle w:val="ArticleBody"/>
        <w:jc w:val="left"/>
      </w:pPr>
      <w:r>
        <w:rPr>
          <w:rFonts w:ascii="Times New Roman" w:hAnsi="Times New Roman" w:eastAsia="Times New Roman" w:cs="Times New Roman"/>
        </w:rPr>
        <w:t>Trampdan oldin demokrat Obama kelgan edi; u madaniy, siyosiy va iqtisodiy jihatdan bo‘linishlarni ataylab boshlab bergan bo‘lib, o‘sha vaqtdan beri ular faqat kuchayib bordi. Uning samarasiz rahbarligi ham Buchanan, ham Carter orqali timsollangan edi, biroq u boshchilik qilgan tarixiy davrda Asosiy Oqim OAV allaqachon Adolf Gitlerning Reyx Xalqni Ma’rifatlantirish va Targ‘ibot Vazirligiga parallellikda o‘zini namoyon eta boshlagan edi. Obamaning Amerika Qo‘shma Shtatlarining ijtimoiy, siyosiy, moliyaviy va diniy institutlariga qilgan hujumlari, ko‘rishni istamaganlar uchun, yashirib qo‘yildi va uning Konstitutsiyani himoya qilishga qasamyod qilgan shaxs sifatidagi samarasizligi puxta tarzda niqoblandi. Obama Eronda joylashgan radikal islomga to‘g‘ri munosabat bildira olmasligi bilan Amerika Qo‘shma Shtatlarini sharmanda qildi.</w:t>
      </w:r>
    </w:p>
    <w:p>
      <w:pPr>
        <w:pStyle w:val="ArticleBody"/>
        <w:jc w:val="left"/>
      </w:pPr>
      <w:r>
        <w:rPr>
          <w:rFonts w:ascii="Times New Roman" w:hAnsi="Times New Roman" w:eastAsia="Times New Roman" w:cs="Times New Roman"/>
        </w:rPr>
        <w:t>Tramp 2024-yilda qayta saylanganida, u 1989-yildagi Reagandan buyon sakkizinchi prezident sifatida yana bir bor globallashuv tarafdori, ajdarho kuchi bilan quvvatlangan demokrat tomonidan oldindan kelgan bo‘ladi; bu demokrat endilikda tarixdagi eng samarasiz prezident sifatida tojni qo‘lga olgan bo‘lib, Eron hududida joylashgan radikal islomga munosabat bildirishga urinishida Qo‘shma Shtatlarni qayta-qayta sharmanda qilgan, holbuki zamonaviy Asosiy Oqim OAV (Reyxning Jamoatchilikni Ma’rifatlantirish va Targ‘ibot Vazirligi timsolida) yana bir bor ana shu ravshan haqiqatni ko‘mishga urinmoqda.</w:t>
      </w:r>
    </w:p>
    <w:p>
      <w:pPr>
        <w:pStyle w:val="ArticleBody"/>
        <w:jc w:val="left"/>
      </w:pPr>
      <w:r>
        <w:rPr>
          <w:rFonts w:ascii="Times New Roman" w:hAnsi="Times New Roman" w:eastAsia="Times New Roman" w:cs="Times New Roman"/>
        </w:rPr>
        <w:t>Reygan lavozimga kirishganida, Eronda joylashgan radikal islom bilan bog‘liq hal etilmagan inqiroz Demokratik partiyadan bo‘lgan prezident tomonidan hal etilmagan holda qoldirilgan edi. Reygan darhol Eron timsolida namoyon bo‘ladigan Qo‘shma Shtatlar va radikal islom o‘rtasidagi taranglik yo‘nalishini teskari tomonga burish uchun choralar ko‘rdi. Tramp lavozimga kirishganida, yana Eronda joylashgan radikal islom bilan bog‘liq hal etilmagan inqiroz nafaqat hal etilmagan holda qoldirilgan, balki Demokratik partiyadan bo‘lgan prezident tomonidan moliyalashtirilgan ham edi. Tramp darhol Eron timsolida namoyon bo‘ladigan Qo‘shma Shtatlar va radikal islom o‘rtasidagi taranglik yo‘nalishini teskari tomonga burish uchun choralar ko‘rdi. Hozirgi Demokratik partiyadan bo‘lgan prezident Tramp erishgan barcha taraqqiyotni bekor qildi, va endi butun dunyo Baydenning samarasiz rahbarligi tufayli uchinchi jahon urushiga tortib kiritilmoqda.</w:t>
      </w:r>
    </w:p>
    <w:p>
      <w:pPr>
        <w:pStyle w:val="ArticleBody"/>
        <w:jc w:val="left"/>
      </w:pPr>
      <w:r>
        <w:rPr>
          <w:rFonts w:ascii="Times New Roman" w:hAnsi="Times New Roman" w:eastAsia="Times New Roman" w:cs="Times New Roman"/>
        </w:rPr>
        <w:t>Bu nafaqat Karterning samarasizligi va Obamaning Islomni ilgari surishi bilan ifodalangan Islom bilan bog‘liq ishni, balki Respublikachi prezident hal etishi lozim bo‘lgan urushni boshlab berishdagi Buchanan ishini ham bajaradi.</w:t>
      </w:r>
    </w:p>
    <w:p>
      <w:pPr>
        <w:pStyle w:val="ArticleBody"/>
        <w:jc w:val="left"/>
      </w:pPr>
      <w:r>
        <w:rPr>
          <w:rFonts w:ascii="Times New Roman" w:hAnsi="Times New Roman" w:eastAsia="Times New Roman" w:cs="Times New Roman"/>
        </w:rPr>
        <w:t>Birinchi Respublikachi prezident bilan bo‘lganidek, Tramp ham 2020 yilgi saylovda globalist ajdaho kuchlari tomonidan siyosiy jihatdan o‘ldirildi. U ko‘chada o‘lik deb hisoblangan paytda, Vahiy kitobining o‘n birinchi bobida bashorat qilinganidek, yer hayvonining globalistlari va butun dunyoning globalistlari tantana qila boshladilar.</w:t>
      </w:r>
    </w:p>
    <w:p>
      <w:pPr>
        <w:pStyle w:val="ArticleScripture"/>
        <w:jc w:val="left"/>
      </w:pPr>
      <w:r>
        <w:rPr>
          <w:rFonts w:ascii="Times New Roman" w:hAnsi="Times New Roman" w:eastAsia="Times New Roman" w:cs="Times New Roman"/>
        </w:rPr>
        <w:t>Va ular o‘z shahodatlarini tugatganlarida, tubsiz chohdan chiqadigan mahluq ularga qarshi urush qiladi, ularni yengadi va o‘ldiradi. Va ularning jasadlari buyuk shaharning ko‘chasida yotadi; bu shahar ruhiy ma’noda Sado‘m va Misr deb ataladi, o‘sha yerda Rabbimiz ham xochga mixlangan edi. Va xalqlar, urug‘lar, tillar va millatlardan bo‘lganlar ularning jasadlarini uch yarim kun davomida ko‘radilar va ularning jasadlarini qabrlarga qo‘yilishiga yo‘l qo‘ymaydilar. Va yer yuzida yashovchilar ular ustidan shodlanadilar, xursandchilik qiladilar va bir-birlariga sovg‘alar yuboradilar; chunki bu ikki payg‘ambar yer yuzida yashovchilarni azoblagan edilar. Va uch yarim kundan keyin Xudodan bo‘lgan hayot Ruhi ularga kirdi, va ular oyoqqa turdilar; va ularni ko‘rganlarning ustiga buyuk qo‘rquv tushdi. Vahiy 11:7–11.</w:t>
      </w:r>
    </w:p>
    <w:p>
      <w:pPr>
        <w:pStyle w:val="ArticleBody"/>
        <w:jc w:val="left"/>
      </w:pPr>
      <w:r>
        <w:rPr>
          <w:rFonts w:ascii="Times New Roman" w:hAnsi="Times New Roman" w:eastAsia="Times New Roman" w:cs="Times New Roman"/>
        </w:rPr>
        <w:t>Biz endi 2024-yilga yetib keldik; bu vaqtda Tramp oyoqqa turibdi, 2021-yil 6-yanvardan beri shodlanib, bayram qilib kelgan ajdaho dunyosi esa endi “buyuk qo‘rquv”ga duch kelmoqda. Asosiy oqim ommaviy axborot vositalari (MSM) vahimaga tushgan. Ularning o‘z tashviqot nuqtalari shuni namoyon eta boshladiki, eski rok-n-roll qo‘shig‘ida aytilganidek, “ular podshoh qilib saylagan o‘sha holdan toygan qariya” o‘zlarining ovoz berish mashinalari Baydenni marradan oshirib yuborishiga imkon beradigan darajada Trampning ko‘rsatkichlariga yetarlicha yaqin tura olish qobiliyatiga ega emas. Asosiy oqim ommaviy axborot vositalari bugun ham xuddi Gitler davridagi Reyxning Xalqni Ma’rifatlantirish va Targ‘ibot Vazirligi qanchalik targ‘ibot mashinasi bo‘lgan bo‘lsa, shunchalik targ‘ibot mashinasiga aylangan.</w:t>
      </w:r>
    </w:p>
    <w:p>
      <w:pPr>
        <w:pStyle w:val="ArticleBody"/>
        <w:jc w:val="left"/>
      </w:pPr>
      <w:r>
        <w:rPr>
          <w:rFonts w:ascii="Times New Roman" w:hAnsi="Times New Roman" w:eastAsia="Times New Roman" w:cs="Times New Roman"/>
        </w:rPr>
        <w:t>Bu haqiqat buning boshqacha bo‘lishining har qanday matematik ehtimolidan tashqarida ekanligi qayta-qayta isbotlangan. Har safar yangi globalistik targ‘ibot mavzusi keng jamoatchilik orasiga kiritilganda, ajdarning targ‘ibot mashinasi tomonidan boshqariladigan turli aloqa yo‘nalishlari aynan bir xil iboralarni so‘zma-so‘z qo‘llab, u yoki bu voqea yoxud masalani tasvirlashi qayta-qayta hujjatlashtirilgan.</w:t>
      </w:r>
    </w:p>
    <w:p>
      <w:pPr>
        <w:pStyle w:val="ArticleBody"/>
        <w:jc w:val="left"/>
      </w:pPr>
      <w:r>
        <w:rPr>
          <w:rFonts w:ascii="Times New Roman" w:hAnsi="Times New Roman" w:eastAsia="Times New Roman" w:cs="Times New Roman"/>
        </w:rPr>
        <w:t>Agar sizlardan birortangiz “telefon” yoki ba’zan “xitoycha pichirlash” deb ataladigan eski bolalar o‘yinidan xabardor bo‘lsangiz, bilasizki, odamlar doira bo‘lib o‘tirganlarida va o‘yin davomida birinchi kishi navbatdagining qulog‘iga pichirlab aytganda, so‘ng o‘sha pichirlash doira bo‘ylab takrorlanib borganda, doira bo‘ylab tarqalgan dastlabki pichirlash, muqarrar ravishda, birinchi pichirlash ifodalagan narsadan boshqacha bir narsaga aylanadi. Shunga qaramay, Mainstream Media o‘z tarafdorlaridan bu mamlakatdagi va butun dunyodagi har bir jurnalist qandaydir tarzda aynan bir xil so‘zlar va iboralarni tanlab, ajdahoning biror mavzu yoki voqea yuzasidagi pozitsiyasini tushuntirishiga ishonishni kutadi. Yuzlab o‘zini go‘yoki jurnalist deb atovchilar ayni bir voqeaga qaradilar va nafaqat ayni bir xulosaga keldilar, balki voqeani tasvirlash uchun mutlaqo bir xil so‘zlar va iboralarni tanladilar.</w:t>
      </w:r>
    </w:p>
    <w:p>
      <w:pPr>
        <w:pStyle w:val="ArticleBody"/>
        <w:jc w:val="left"/>
      </w:pPr>
      <w:r>
        <w:rPr>
          <w:rFonts w:ascii="Times New Roman" w:hAnsi="Times New Roman" w:eastAsia="Times New Roman" w:cs="Times New Roman"/>
        </w:rPr>
        <w:t>Biz hozir ko‘rib chiqayotgan narsa globalistlarning targ‘ibot mashinasiga qilingan hujum emas, balki hozir sayyora Yerda kechayotgan ruhiy urushning bashoratli bir xususiyatini shunchaki aniqlab ko‘rsatishdir. Masih davrida yahudiylar oxir-oqibat, o‘zlarining Masihini rad etgan holda, Qaysarni o‘z shohlari sifatida ommaviy ravishda tanladilar. O‘sha bahsli davrda oliy ruhoniy Masihni o‘ldirish uchun shaytoniy va nuqsonli mulohazaga asoslangan, biroq ayni paytda to‘g‘ri bo‘lgan bir dalilni ilgari surdi.</w:t>
      </w:r>
    </w:p>
    <w:p>
      <w:pPr>
        <w:pStyle w:val="ArticleScripture"/>
        <w:jc w:val="left"/>
      </w:pPr>
      <w:r>
        <w:rPr>
          <w:rFonts w:ascii="Times New Roman" w:hAnsi="Times New Roman" w:eastAsia="Times New Roman" w:cs="Times New Roman"/>
        </w:rPr>
        <w:t>Ularning ichidan o‘sha yil bosh ruhoniy bo‘lgan Qayafa ismli biri ularga dedi: “Sizlar mutlaqo hech narsani bilmaysizlar. Biz uchun bir odam xalq uchun o‘lishi va butun millat halok bo‘lmasligi ma’qul ekanini ham mulohaza qilmaysizlar”. U buni o‘zidan aytmadi; balki o‘sha yil bosh ruhoniy bo‘lgani uchun Iso o‘sha millat uchun o‘lishini bashorat qildi; va faqat o‘sha millat uchun emas, balki tarqalib ketgan Xudoning farzandlarini ham bir qilib jamlash uchun. Yuhanno 11:49–52.</w:t>
      </w:r>
    </w:p>
    <w:p>
      <w:pPr>
        <w:pStyle w:val="ArticleBody"/>
        <w:jc w:val="left"/>
      </w:pPr>
      <w:r>
        <w:rPr>
          <w:rFonts w:ascii="Times New Roman" w:hAnsi="Times New Roman" w:eastAsia="Times New Roman" w:cs="Times New Roman"/>
        </w:rPr>
        <w:t>Qayafa Masihga hujum qilish uchun bir mantiq to‘qib chiqayotgan edi va shu bilan birga u aslida to‘g‘ri bir bashoratni aytayotgan edi. U Masih insoniyatning qurbonligi bo‘lishi kerakligiga ishonmas edi; u shunchaki Uni o‘ldirmoqchi edi. Endi ajdaho hokimiyatining Asosiy Oqim OAVsi Tramp bilan bog‘liq holda shunga o‘xshash ishni amalga oshirmoqda. Ular aholi orasiga qo‘rquvni singdirishga urinmoqdalar: go‘yoki agar Tramp qayta saylansa, u Adolf Gitler kabi diktatorga aylanar emish. Demokratlar qullik tarafdori bo‘lgan partiyadir va ular natsistlar partiyasining xususiyatlariga, jumladan nafaqat nemischa, balki butun dunyo miqyosidagi targ‘ibot mashinasiga ham egadirlar; biroq ular Tramp saylansa, demokratiya ag‘dariladi va Tramp Adolf Gitler kabi diktator bo‘ladi, deb da’vo qilmoqdalar.</w:t>
      </w:r>
    </w:p>
    <w:p>
      <w:pPr>
        <w:pStyle w:val="ArticleBody"/>
        <w:jc w:val="left"/>
      </w:pPr>
      <w:r>
        <w:rPr>
          <w:rFonts w:ascii="Times New Roman" w:hAnsi="Times New Roman" w:eastAsia="Times New Roman" w:cs="Times New Roman"/>
        </w:rPr>
        <w:t>Aynan shuni Xudoning Kalomi Qo‘shma Shtatlarning so‘nggi prezidenti haqida ayon qiladi; biroq Asosiy OAV, ajdaho ilhomlantirgan Kayafa kabi, o‘zlarining gap-so‘zlari bashoratli ekanini va ular haqiqatan ham amalga oshishini tushunmaydilar.</w:t>
      </w:r>
    </w:p>
    <w:p>
      <w:pPr>
        <w:pStyle w:val="ArticleScripture"/>
        <w:jc w:val="left"/>
      </w:pPr>
      <w:r>
        <w:rPr>
          <w:rFonts w:ascii="Times New Roman" w:hAnsi="Times New Roman" w:eastAsia="Times New Roman" w:cs="Times New Roman"/>
        </w:rPr>
        <w:t>“Yurtimiz xavf ostidadir. Shunday bir vaqt yaqinlashmoqdaki, uning qonun chiqaruvchilari Protestantizm tamoyillaridan shu qadar yuz o‘giradilarki, Rim apostaziyasiga homiylik ko‘rsatadilar. Xudo ular uchun shunchalik mo‘‘jizakor tarzda ish olib borgan, ularni papachilikning ezuvchi bo‘yinturug‘ini uloqtirib tashlash uchun quvvatlantirgan xalq, milliy bir harakat orqali Rimning buzilgan e’tiqodiga kuch bag‘ishlaydi va shu tariqa yana shafqatsizlik hamda istibdodga otilib chiqish uchun faqat bir turtkini kutib turgan zolimlikni uyg‘otadi. Biz allaqachon tez qadamlar bilan shu davrga yaqinlashmoqdamiz.” The Spirit of Prophecy, 4-jild, 410-bet.</w:t>
      </w:r>
    </w:p>
    <w:p>
      <w:pPr>
        <w:pStyle w:val="ArticleBody"/>
        <w:jc w:val="left"/>
      </w:pPr>
      <w:r>
        <w:rPr>
          <w:rFonts w:ascii="Times New Roman" w:hAnsi="Times New Roman" w:eastAsia="Times New Roman" w:cs="Times New Roman"/>
        </w:rPr>
        <w:t>Men Qo‘shma Shtatlardagi demokratlarning buzilgan unsurlarini, aslida globalist bo‘lgan o‘zini respublikachi deb ko‘rsatuvchilarni va dunyoning progressiv globalistlarini tilga olayotganimda, o‘quvchi menda Respublika partiyasiga yoki Donald Trampga nisbatan qandaydir siyosiy xayrixohlik bor, degan fikrga kelishi mumkinligini bilaman. Bu ishning haqiqiy holatidan yiroqdir; yakuniy prezident, xuddi Asosiy Oqim OAV bashorat qilayotganidek, diktatorga aylanishi kerak, garchi ular aslida nima bashorat qilayotganlarini Qayafa bilganidan ortiq bilmasalar ham. Biz shunchaki Hizqiyolning g‘ildiraklar ichidagi g‘ildiraklari orqali ifodalangan “insoniy voqealarning murakkab o‘zaro ta’siri” bilan bog‘liq bashoratli dinamikani aniqlab bermoqdamiz.</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to‘qqizinchi</dc:title>
  <dc:subject>Daniel 11:40 ning Zamonaviy Siyosiy Realliklar bilan Payg‘ambarlik Uyg‘unligi: Oxirgi Prezident Sirining Ochilishi</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