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to‘qson beshinchi qism</w:t>
      </w:r>
    </w:p>
    <w:p>
      <w:pPr>
        <w:pStyle w:val="ArticleSubtitle"/>
        <w:jc w:val="left"/>
      </w:pPr>
      <w:r>
        <w:rPr>
          <w:rFonts w:ascii="Arial" w:hAnsi="Arial" w:eastAsia="Arial" w:cs="Arial"/>
        </w:rPr>
        <w:t>Yakshanba Qonuniga Olib Boruvchi Yo‘l: Trampning Roli va Doniyor 11 dagi Bashoratning Rivojlanishi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Qirqinchi oyatning yashirin tarixi 1989-yildagi oxirzamon davridan boshlab, yettinchi prezident bo‘lgan Bayden prezidentlikni o‘g‘irlagan 2020-yilgacha bo‘lgan olti prezident qatorini o‘z ichiga oladi. 2020-yil yashirin tarixning boshlanishini belgilaydi; u o‘sha nuqtadan “Iskandar Zulqarnayn”gacha davom etadi, bu esa Muqaddas Kitob bashoratidagi yettinchi shohlik yaqinlashib kelayotgan yakshanba qonuni paytida o‘rnatilishini ifodalaydi. O‘sha o‘n shoh darhol o‘zlarining yettinchi shohligini yettitasidan bo‘lgan sakkizinchi shohlikka — papalik hokimiyatiga — berishga rozi bo‘ladilar. Bu yashirin tarix yettinchi prezident bilan boshlanib, yettinchi shohlik bilan tugaydi.</w:t>
      </w:r>
    </w:p>
    <w:p>
      <w:pPr>
        <w:pStyle w:val="ArticleBody"/>
        <w:jc w:val="left"/>
      </w:pPr>
      <w:r>
        <w:rPr>
          <w:rFonts w:ascii="Times New Roman" w:hAnsi="Times New Roman" w:eastAsia="Times New Roman" w:cs="Times New Roman"/>
        </w:rPr>
        <w:t>Tarix shuni ko‘rsatadiki, Gretsiyani qo‘zg‘atuvchi boy shohni ifodalovchi Kserksdan to Iskandar Zulqarnayngacha bo‘lgan oraliqda sakkizta Fors shohi bo‘lgan; demak, ikkinchi oyatning oxiri bilan uchinchi oyat orasidagi yashirin tarix hayvonning suratining sinov vaqtini sakkiz soni orqali ifodalaydi. Amerika Qo‘shma Shtatlarida hayvonning surati yakshanba qonuni ijro etilganda to‘la qaror topadi, va o‘sha paytda yettinchi, so‘ngra sakkizinchi shohliklar keladi. Sakkizta Fors shohi Iskandar Zulqarnayn bilan nihoyasiga yetadi; shunday ekan, sakkiz soni yakshanba qonuni bilan yakunlanadigan hayvonning surati sinov vaqtini belgilaydi.</w:t>
      </w:r>
    </w:p>
    <w:p>
      <w:pPr>
        <w:pStyle w:val="ArticleBody"/>
        <w:jc w:val="left"/>
      </w:pPr>
      <w:r>
        <w:rPr>
          <w:rFonts w:ascii="Times New Roman" w:hAnsi="Times New Roman" w:eastAsia="Times New Roman" w:cs="Times New Roman"/>
        </w:rPr>
        <w:t>O‘ninchi oyatdan o‘n beshinchi oyatgacha bo‘lgan matn bizga xabar beradiki, mahluq surati sinov vaqti Makkabiylar tarixi orqali ifodalangan uchta yo‘lbelgisining uchinchisi bo‘lgan va bu uchinchi yo‘lbelgi miloddan avvalgi 161-yildan boshlanib, miloddan avvalgi 158-yilda tugagan bir davr edi. Bu davr miloddan avvalgi 167-yildagi birinchi yo‘lbelgidan keyin kelgan bo‘lib, u “norozilik bildirmoq” ma’nosini anglatadigan nomga ega bo‘lgan Modiyn shahrida Makkabiylar qo‘zg‘olonining boshlanishini ko‘rsatgan. Miloddan avvalgi 164-yil Modiyn’dagi o‘sha norozilikdan keyin kelib, ikkinchi ma’badning ikkinchi bag‘ishlanishini ko‘rsatgan. Miloddan avvalgi 164-yil 1989-yildan beri Regandan keyingi sakkizinchi prezident bo‘lib, yettitadan bo‘lgan Donald Trampning ikkinchi inauguratsiyasini ko‘rsatadi. Uning 2025-yil 20-yanvardagi inauguratsiyasi miloddan avvalgi 164-yil orqali ifodalangan edi, shuningdek, sakkizinchining yettitadan ekaniga doir ikki ishorani o‘z ichiga olgan shaytoniy mo‘jizani yuzaga keltirgan qayta bag‘ishlash marosimi ham shunday ifodalangan edi.</w:t>
      </w:r>
    </w:p>
    <w:p>
      <w:pPr>
        <w:pStyle w:val="ArticleBody"/>
        <w:jc w:val="left"/>
      </w:pPr>
      <w:r>
        <w:rPr>
          <w:rFonts w:ascii="Times New Roman" w:hAnsi="Times New Roman" w:eastAsia="Times New Roman" w:cs="Times New Roman"/>
        </w:rPr>
        <w:t>Shunday ekan, sakkizta Fors shohi yahudiylarning Rim bilan miloddan avvalgi 161-yildan miloddan avvalgi 158-yilgacha bo‘lgan ittifoqi tarixini ifodalaydi va shu tariqa 2025-yilda Trampning inauguratsiyasidan keyin keladigan hayvon suratining sinov vaqti uchun ikkinchi guvohlikni taqdim etadi. Ikkinchi oyat davom etib, 2020-yildagi o‘g‘irlangan saylovga boradi; u yerda esa sakkizta Fors shohining tarixiy guvohligi tatbiq etilmaguncha yakun topadi, va ular o‘z tatbiqini Trampning ikkinchi inauguratsiyasidan keyin topadilar. Sakkizta Fors shohi ikkinchi va uchinchi oyat orasidagi tarixga qo‘yilgach, Baydenning inauguratsiyasidan Trampning ikkinchi inauguratsiyasigacha bo‘lgan yana bir yashirin davr hanuz mavjud bo‘lib qoladi.</w:t>
      </w:r>
    </w:p>
    <w:p>
      <w:pPr>
        <w:pStyle w:val="ArticleBody"/>
        <w:jc w:val="left"/>
      </w:pPr>
      <w:r>
        <w:rPr>
          <w:rFonts w:ascii="Times New Roman" w:hAnsi="Times New Roman" w:eastAsia="Times New Roman" w:cs="Times New Roman"/>
        </w:rPr>
        <w:t>O‘sha yashirin tarix Vahiy kitobining o‘n birinchi bobida aniqlab berilgan bo‘lib, unda ateizm maxluqi 2020 yilda ikki guvohni o‘ldiradi. So‘ngra uch yarim ramziy kundan keyin, ikki guvohni tiriltirish uchun Mixoil pastga tushadi. “Tirilgan” Tramp 2022 yil 15 noyabrda prezidentlik uchun uchinchi kampaniyasini boshladi, va tirilgan “cho‘ldagi ovoz” 2023 yil iyul oyining oxirida bir yuz qirq to‘rt mingni chaqira boshladi.</w:t>
      </w:r>
    </w:p>
    <w:p>
      <w:pPr>
        <w:pStyle w:val="ArticleBody"/>
        <w:jc w:val="left"/>
      </w:pPr>
      <w:r>
        <w:rPr>
          <w:rFonts w:ascii="Times New Roman" w:hAnsi="Times New Roman" w:eastAsia="Times New Roman" w:cs="Times New Roman"/>
        </w:rPr>
        <w:t>Doniyor kitobining o‘n birinchi bobidagi o‘ninchi, o‘n birinchi va o‘n ikkinchi oyatlar 2014-yilda boshlangan Ukraina urushini ko‘rsatadi; bu urush Rossiyaning g‘alabasi bilan yakunlanadi, so‘ngra esa 1989-yilda Sovet Ittifoqining qulashida timsol qilinganidek, hozirgi Rossiya konfederatsiyasining qulashi yuz beradi.</w:t>
      </w:r>
    </w:p>
    <w:p>
      <w:pPr>
        <w:pStyle w:val="ArticleBody"/>
        <w:jc w:val="left"/>
      </w:pPr>
      <w:r>
        <w:rPr>
          <w:rFonts w:ascii="Times New Roman" w:hAnsi="Times New Roman" w:eastAsia="Times New Roman" w:cs="Times New Roman"/>
        </w:rPr>
        <w:t>O‘n uchinchi oyatdan o‘n beshinchi oyatgacha bo‘lgan oyatlar bashoratning uch yo‘nalishini aniqlab beradi. Tirning fohishasi yashiringan joyidan chiqqan paytda boshlanadigan papalikning shifo topishi yo‘nalishi o‘n to‘rtinchi oyat orqali timsollanadi, va uning tarixiy bajo bo‘lishi miloddan avvalgi 200-yilga to‘g‘ri keladi; o‘sha paytda butparast Rim “sening xalqingning talonchilari” sifatida bashoratli tarixga kirib keldi; ular o‘zlarini yuksaltiradilar, ammo yiqiladilar.</w:t>
      </w:r>
    </w:p>
    <w:p>
      <w:pPr>
        <w:pStyle w:val="ArticleBody"/>
        <w:jc w:val="left"/>
      </w:pPr>
      <w:r>
        <w:rPr>
          <w:rFonts w:ascii="Times New Roman" w:hAnsi="Times New Roman" w:eastAsia="Times New Roman" w:cs="Times New Roman"/>
        </w:rPr>
        <w:t>Ushbu uch oyatda murtad Respublikachilikning bashoratli chizig‘i Trampning sakkizinchi, ya’ni yettidan bo‘lgan prezident sifatidagi rolini timsollovchi Antiox III ning tarixi orqali ifodalanadi. Oyatlar, shuningdek, Makkabiylar tarixi orqali ifodalangan murtad Protestantizmning bashoratli chizig‘ini ham aniqlab beradi.</w:t>
      </w:r>
    </w:p>
    <w:p>
      <w:pPr>
        <w:pStyle w:val="ArticleBody"/>
        <w:jc w:val="left"/>
      </w:pPr>
      <w:r>
        <w:rPr>
          <w:rFonts w:ascii="Times New Roman" w:hAnsi="Times New Roman" w:eastAsia="Times New Roman" w:cs="Times New Roman"/>
        </w:rPr>
        <w:t>Millerchilar harakatining Filadelfiya harakati sifatida boshlangan va bir yuz qirq to‘rt mingning Filadelfiya harakati sifatida yakun topadigan haqiqiy protestant shoxining bashoratli chizig‘i, qirqinchi oyatning yashirin tarixiga ham qo‘yilishi kerak. Vahiy kitobining o‘ninchi bobidagi yetti momaqaldiroq ham Millerchilarning Filadelfiya harakati, ham bir yuz qirq to‘rt mingning timsolidir. Bashoratning muhrlanishi va bashoratning muhrdan ochilishi Masih tomonidan amalga oshiriladi, va U buni qilganida, O‘zini Yahudo qabilasining Arsloni sifatida namoyon etadi. O‘ninchi bobda, Opa Uayt “Iso Masihning O‘zidan kam bo‘lmagan Zot” deb aytgan farishta, “baland ovoz bilan, xuddi arslon o‘kirgandek qichqirdi; va u qichqirganda, yetti momaqaldiroq o‘z ovozlarini chiqardi.”</w:t>
      </w:r>
    </w:p>
    <w:p>
      <w:pPr>
        <w:pStyle w:val="ArticleBody"/>
        <w:jc w:val="left"/>
      </w:pPr>
      <w:r>
        <w:rPr>
          <w:rFonts w:ascii="Times New Roman" w:hAnsi="Times New Roman" w:eastAsia="Times New Roman" w:cs="Times New Roman"/>
        </w:rPr>
        <w:t>Masih, Yahudo qabilasining Arsloni sifatida, taxminan milodiy 100-yillar atrofida yetti momaqaldiroqni bashoratli tarixga joylashtirdi va U darhol uni muhrlab qo‘ydi, chunki “yetti momaqaldiroq o‘z ovozlarini yangratganida”, Yuhanno “yozmoqchi bo‘ldi; va” u “osmondan bir ovozni eshitdi,” unda shunday deyilgan edi: “yetti momaqaldiroq aytgan narsalarni muhrlab qo‘y, ularni yozma.”</w:t>
      </w:r>
    </w:p>
    <w:p>
      <w:pPr>
        <w:pStyle w:val="ArticleBody"/>
        <w:jc w:val="left"/>
      </w:pPr>
      <w:r>
        <w:rPr>
          <w:rFonts w:ascii="Times New Roman" w:hAnsi="Times New Roman" w:eastAsia="Times New Roman" w:cs="Times New Roman"/>
        </w:rPr>
        <w:t>Qirqinchi oyatning yashirin tarixi endi Yahudo qabilasining Arsloni tomonidan muhrdan yechilmoqda, va o‘sha tarixda haqiqiy protestant shoxining nasabi yetti momaqaldiroq orqali ifodalanadi. Sahrodagi ovoz 2023-yil iyul oyida nido qila boshlaganida, Yahudo qabilasining Arsloni “Yetti Momaqaldiroq” nimani anglatishini ochib beruvchi yana bir vahiy muhrini yechdi.</w:t>
      </w:r>
    </w:p>
    <w:p>
      <w:pPr>
        <w:pStyle w:val="ArticleBody"/>
        <w:jc w:val="left"/>
      </w:pPr>
      <w:r>
        <w:rPr>
          <w:rFonts w:ascii="Times New Roman" w:hAnsi="Times New Roman" w:eastAsia="Times New Roman" w:cs="Times New Roman"/>
        </w:rPr>
        <w:t>Yetti momaqaldiroq 2020-yil 18-iyuldan — yuz qirq to‘rt mingning harakati ko‘chalarda o‘ldirilgan vaqtdan — to yaqinda keladigan Yakshanba qonunigacha bo‘lgan tarixni ifodalaydi. Yetti momaqaldiroqning chizig‘i o‘sha tarixda sodir bo‘ladigan “voqealar”ni aniqlab beradi. Birinchi ko‘ngilsizlikdan so‘ng Yarim tun faryodi xabari keladi, undan keyin esa Yakshanba qonuni keladi. Opa Uayt yetti momaqaldiroqni yo birinchi va ikkinchi farishtalarning tarixi sifatida, yo kelajakdagi voqealar sifatida belgilaganida, har ikkala tasvirda ham u ularning “voqealar”ni ifodalashini ko‘rsatgan.</w:t>
      </w:r>
    </w:p>
    <w:p>
      <w:pPr>
        <w:pStyle w:val="ArticleBody"/>
        <w:jc w:val="left"/>
      </w:pPr>
      <w:r>
        <w:rPr>
          <w:rFonts w:ascii="Times New Roman" w:hAnsi="Times New Roman" w:eastAsia="Times New Roman" w:cs="Times New Roman"/>
        </w:rPr>
        <w:t>“Yarim tun faryodi” xabari “voqea” bo‘lmagan bir narsadek tuyulishi mumkin, biroq Millerchilar tarixida 1844-yil 12-avgustdan 17-avgustgacha bo‘lib o‘tgan Exeter lager yig‘ini bir “voqea” edi va bu voqea bilan bog‘liq bir necha tafsilotlar mavjud edi. Shunga qaramay, lager yig‘iniga “Yarim tun faryodi” xabarining kirib kelishi Matto yigirma beshinchi bobdagi o‘n qiz haqidagi masalning ham bajo bo‘lishi edi. Exeter lager yig‘inining “voqea”si yetti momaqaldiroqning bajo bo‘lishi edi, ammo o‘n qiz haqidagi masal bu voqealarga emas, balki qizlarning “tajribasi”ga murojaat qiladi,</w:t>
      </w:r>
    </w:p>
    <w:p>
      <w:pPr>
        <w:pStyle w:val="ArticleScripture"/>
        <w:jc w:val="left"/>
      </w:pPr>
      <w:r>
        <w:rPr>
          <w:rFonts w:ascii="Times New Roman" w:hAnsi="Times New Roman" w:eastAsia="Times New Roman" w:cs="Times New Roman"/>
        </w:rPr>
        <w:t>“Matto 25-bobdagi o‘n bokira haqidagi masal ham Adventist xalqining tajribasini tasvirlaydi.” Buyuk Kurash, 393.</w:t>
      </w:r>
    </w:p>
    <w:p>
      <w:pPr>
        <w:pStyle w:val="ArticleBody"/>
        <w:jc w:val="left"/>
      </w:pPr>
      <w:r>
        <w:rPr>
          <w:rFonts w:ascii="Times New Roman" w:hAnsi="Times New Roman" w:eastAsia="Times New Roman" w:cs="Times New Roman"/>
        </w:rPr>
        <w:t>Yetti momaqaldiroq birinchi va uchinchi farishtalarning harakati bilan bog‘liq parallel tarixni qanday ko‘rsatsa, o‘nta bokira haqidagi masal ham xuddi shunday bu ikki parallel tarixni ko‘rsatadi.</w:t>
      </w:r>
    </w:p>
    <w:p>
      <w:pPr>
        <w:pStyle w:val="ArticleScripture"/>
        <w:jc w:val="left"/>
      </w:pPr>
      <w:r>
        <w:rPr>
          <w:rFonts w:ascii="Times New Roman" w:hAnsi="Times New Roman" w:eastAsia="Times New Roman" w:cs="Times New Roman"/>
        </w:rPr>
        <w:t>“Menga ko‘pincha o‘nta bokira qiz haqidagi masalga ishora qiladilar; ulardan beshtasi dono, beshtasi esa nodon edi. Bu masal har bir jihatigacha bajo keltirilgan va bajo keltiriladi, chunki u aynan shu zamonga alohida tatbiqqa ega bo‘lib, uchinchi farishtaning xabari kabi, bajo keltirilgan va zamon oxirigacha hozirgi haqiqat bo‘lib qoladi.” Review and Herald, 1890-yil 19-avgust.</w:t>
      </w:r>
    </w:p>
    <w:p>
      <w:pPr>
        <w:pStyle w:val="ArticleBody"/>
        <w:jc w:val="left"/>
      </w:pPr>
      <w:r>
        <w:rPr>
          <w:rFonts w:ascii="Times New Roman" w:hAnsi="Times New Roman" w:eastAsia="Times New Roman" w:cs="Times New Roman"/>
        </w:rPr>
        <w:t>Yetti momaqaldiroqning ramzi parallel tarixlarning “voqealari”ni ifodalaydi, o‘n bokira esa ana shu ikki parallel tarixdagi dono va nodon bokiralarning “tajribasi”ni ifodalaydi. 1856-yilgacha bo‘lgan Milleritlar tajribasi Filadelfiya tajribasi edi, bir yuz qirq to‘rt minglik harakatning tajribasi esa 2023-yil iyulidan ko‘p o‘tmaygacha Laodikiya tajribasi edi. Har ikkala tarixda ham dono va nodon bokiralar Yarim Tun Faryodi xabarining kelishida namoyon bo‘ladi, chunki aynan o‘shanda kimda tayyorgarlik moyi borligi ayon bo‘ladi.</w:t>
      </w:r>
    </w:p>
    <w:p>
      <w:pPr>
        <w:pStyle w:val="ArticleScripture"/>
        <w:jc w:val="left"/>
      </w:pPr>
      <w:r>
        <w:rPr>
          <w:rFonts w:ascii="Times New Roman" w:hAnsi="Times New Roman" w:eastAsia="Times New Roman" w:cs="Times New Roman"/>
        </w:rPr>
        <w:t>“Ahmoq bokira qizlar tomonidan ifodalangan Jamoatning holati, shuningdek, Laodikiyalik holat deb ham ataladi.” Review and Herald, 1890-yil 19-avgust.</w:t>
      </w:r>
    </w:p>
    <w:p>
      <w:pPr>
        <w:pStyle w:val="ArticleBody"/>
        <w:jc w:val="left"/>
      </w:pPr>
      <w:r>
        <w:rPr>
          <w:rFonts w:ascii="Times New Roman" w:hAnsi="Times New Roman" w:eastAsia="Times New Roman" w:cs="Times New Roman"/>
        </w:rPr>
        <w:t>2023-yil iyul oyining oxirida tushib kelgan bosh farishta Mikoilning qo‘lida bo‘lgan xabarni yeyishni rad etganlar Laodikiya holatida qoladilar, kichik kitobchani olib uni yeganlar esa Filadelfiya holatiga o‘tadilar. Laodikiya holati Masih tashqarisida turgan, ammo kirishga intilayotgan bir xalqni yoki shaxsni anglatadi, Filadelfiya holati esa Ilohiylik bilan insoniyatning birikishi sifatida ifodalanadi. Yettita momaqaldiroq 2020-yil 18-iyulda boshlanib Yakshanba qonunida yakun topadigan, qirqinchi oyatning yashirin tarixiga joylashtirilgan haqiqiy protestant shox chizig‘ining “voqealari”ni aniqlab beradi.</w:t>
      </w:r>
    </w:p>
    <w:p>
      <w:pPr>
        <w:pStyle w:val="ArticleBody"/>
        <w:jc w:val="left"/>
      </w:pPr>
      <w:r>
        <w:rPr>
          <w:rFonts w:ascii="Times New Roman" w:hAnsi="Times New Roman" w:eastAsia="Times New Roman" w:cs="Times New Roman"/>
        </w:rPr>
        <w:t>O‘n qiz haqidagi masal aynan o‘sha davr mobaynida yuz qirq to‘rt ming orasida bo‘lishga chaqirilganlarning “tajribasi”ni belgilab beradi. 2020-yil 18-iyuldan yakshanba qonunigacha bo‘lgan davrda yuz qirq to‘rt mingning tarixini belgilab beradigan “voqealar” hamda o‘sha tarix davomida ikki toifaning “tajribasi”, o‘zaro parallel bo‘lgan shu ikki tarixda topshirilgan bo‘lgan va topshirilgan ishning aniqlab berilishi bilan birga kechadi. Bu ish Vahiy kitobining o‘n to‘rtinchi bobidagi farishtalar orqali ifodalanadi, Millerchilar ishi birinchi va ikkinchi farishtalar orqali ifodalangan edi, yuz qirq to‘rt mingning ishi esa uchinchi farishta orqali ifodalanadi.</w:t>
      </w:r>
    </w:p>
    <w:p>
      <w:pPr>
        <w:pStyle w:val="ArticleScripture"/>
        <w:jc w:val="left"/>
      </w:pPr>
      <w:r>
        <w:rPr>
          <w:rFonts w:ascii="Times New Roman" w:hAnsi="Times New Roman" w:eastAsia="Times New Roman" w:cs="Times New Roman"/>
        </w:rPr>
        <w:t>“Men tajriba orttirish uchun qimmatli imkoniyatlarga ega bo‘lganman. Men birinchi, ikkinchi va uchinchi farishtalarning xabarlari ichida tajribaga ega bo‘lganman. Farishtalar osmonning qoq o‘rtasida uchib borayotgan, dunyoga ogohlantirish xabarini e’lon qilayotgan va bu yer tarixining so‘nggi kunlarida yashayotgan xalqqa bevosita taalluqli bo‘lgan sifatida tasvirlangan. Hech kim bu farishtalarning ovozini eshitmaydi, chunki ular osmon koinoti bilan hamohang holda mehnat qilayotgan Xudoning xalqini ifodalovchi ramzdir. Xudoning Ruhi tomonidan yoritilgan va haqiqat orqali muqaddas qilingan erkaklar va ayollar bu uch xabarni o‘z tartibi bilan e’lon qiladilar.” Life Sketches, 429.</w:t>
      </w:r>
    </w:p>
    <w:p>
      <w:pPr>
        <w:pStyle w:val="ArticleBody"/>
        <w:jc w:val="left"/>
      </w:pPr>
      <w:r>
        <w:rPr>
          <w:rFonts w:ascii="Times New Roman" w:hAnsi="Times New Roman" w:eastAsia="Times New Roman" w:cs="Times New Roman"/>
        </w:rPr>
        <w:t>2001-yil 11-sentabrda, muhrlash vaqtining boshida, Xudoning oxirgi kunlardagi xalqiga berilgan ish, Mikoil 2023-yil iyul oyida pastga tushganida, muhrlash vaqtining oxirida yana Xudoning oxirgi kunlardagi xalqiga beriladi.</w:t>
      </w:r>
    </w:p>
    <w:p>
      <w:pPr>
        <w:pStyle w:val="ArticleScripture"/>
        <w:jc w:val="left"/>
      </w:pPr>
      <w:r>
        <w:rPr>
          <w:rFonts w:ascii="Times New Roman" w:hAnsi="Times New Roman" w:eastAsia="Times New Roman" w:cs="Times New Roman"/>
        </w:rPr>
        <w:t>“Yuhanno «osmondan tushib kelayotgan, buyuk qudratga ega bo‘lgan yana bir farishtani ko‘rdi; va butun yer uning ulug‘vorligidan yorishdi». Vahiy 18:1. Bu ish — Xudoning xalqining dunyoga ogohlantirish xabarini e’lon qilayotgan ovozidir.” The 1888 Materials, 926.</w:t>
      </w:r>
    </w:p>
    <w:p>
      <w:pPr>
        <w:pStyle w:val="ArticleBody"/>
        <w:jc w:val="left"/>
      </w:pPr>
      <w:r>
        <w:rPr>
          <w:rFonts w:ascii="Times New Roman" w:hAnsi="Times New Roman" w:eastAsia="Times New Roman" w:cs="Times New Roman"/>
        </w:rPr>
        <w:t>Yetti momaqaldiroq orqali tasvirlangan “voqealar” va o‘n bokira qiz orqali ifodalangan “tajriba”da bo‘lgani kabi, uch farishtaning ishi ham bir-biriga parallel bo‘lgan ikki tarixni ifodalaydi.</w:t>
      </w:r>
    </w:p>
    <w:p>
      <w:pPr>
        <w:pStyle w:val="ArticleScripture"/>
        <w:jc w:val="left"/>
      </w:pPr>
      <w:r>
        <w:rPr>
          <w:rFonts w:ascii="Times New Roman" w:hAnsi="Times New Roman" w:eastAsia="Times New Roman" w:cs="Times New Roman"/>
        </w:rPr>
        <w:t>“Xudo Vahiy 14-bobdagi xabarlarga bashoratlar qatorida o‘z o‘rnini bergan, va ularning ishi bu yer tarixining yakunigacha to‘xtamasligi kerak. Birinchi va ikkinchi farishtaning xabarlari hanuz bu zamon uchun haqiqatdir va bundan keyin keladigan ushbu xabar bilan yonma-yon davom etishi lozim. Uchinchi farishta o‘z ogohlantirishini baland ovoz bilan e’lon qiladi. ‘Shundan keyin,’ dedi Yuhanno, ‘men osmondan tushib kelayotgan, buyuk qudratga ega bo‘lgan yana bir farishtani ko‘rdim, va yer uning ulug‘vorligidan yorishdi.’ Mana shu yoritilishda barcha uch xabarning nuri birlashadi.” The 1888 Materials, 804.</w:t>
      </w:r>
    </w:p>
    <w:p>
      <w:pPr>
        <w:pStyle w:val="ArticleBody"/>
        <w:jc w:val="left"/>
      </w:pPr>
      <w:r>
        <w:rPr>
          <w:rFonts w:ascii="Times New Roman" w:hAnsi="Times New Roman" w:eastAsia="Times New Roman" w:cs="Times New Roman"/>
        </w:rPr>
        <w:t>Doniyorning o‘n birinchi bobining o‘n uchinchi oyatidan o‘n beshinchi oyatigacha bo‘lgan oyatlarda murtad protestantizm qatori (Makkabiylar), murtad respublikachilik qatori (Antiox III) va Tir fohishasi (sening xalqingning talonchilari)ning bashoratli ishi aniqlab beriladi. Aynan o‘sha tarixning o‘zida bir yuz qirq to‘rt mingning haqiqiy protestant shoxi haqidagi bashoratli qator ularning ishini, “tajribasi”ni va Xudoning oxirgi kunlardagi xalqi orasida sodir bo‘ladigan “voqealar”ni aniqlab beradi. Haqiqiy protestant shoxining qatori yetti momaqaldiroq sifatida tasvirlangan bo‘lib, u Vahiy kitobidagi muhrlab qo‘yilgan deb ko‘rsatilgan yagona bashoratdir. Sinov muddati yopilishidan sal oldin Yahudo qabilasining Arslonidan — yetti momaqaldiroq bashoratini muhrlab qo‘ygan Zotdan — ushbu kitobning bashoratlarini muhrdan chiqarish amri keladi.</w:t>
      </w:r>
    </w:p>
    <w:p>
      <w:pPr>
        <w:pStyle w:val="ArticleBody"/>
        <w:jc w:val="left"/>
      </w:pPr>
      <w:r>
        <w:rPr>
          <w:rFonts w:ascii="Times New Roman" w:hAnsi="Times New Roman" w:eastAsia="Times New Roman" w:cs="Times New Roman"/>
        </w:rPr>
        <w:t>Yuz qirq to‘rt ming kishining muhrlanish davrining boshida yetti momaqaldiroqning ochilishi orqali oldindan tasvirlanganidek, ularning muhrlanish davrining oxirida yetti momaqaldiroqning ochilishi Doniyor kitobining oxirgi kunlarga taalluqli bo‘lgan o‘sha qismiga tatbiq etilishi lozim (satr ustiga satr); va o‘sha qism qirqinchi oyatning yashirin tarixidir. O‘sha ochilish yettinchi muhrning ochilishi bilan ifodalanganidek, to‘liq amalga oshirilganda, Xudo Muqaddas Ruhining olovini yuz qirq to‘rt ming kishining ustiga, Hosil bayramida shogirdlar ustiga yog‘dirganidek, yog‘diradi. Hosil bayrami tez orada keladigan Yakshanba qonuniga muvofiq keladi.</w:t>
      </w:r>
    </w:p>
    <w:p>
      <w:pPr>
        <w:pStyle w:val="ArticleScripture"/>
        <w:jc w:val="left"/>
      </w:pPr>
      <w:r>
        <w:rPr>
          <w:rFonts w:ascii="Times New Roman" w:hAnsi="Times New Roman" w:eastAsia="Times New Roman" w:cs="Times New Roman"/>
        </w:rPr>
        <w:t>“Men Hosila kuni voqealari o‘sha safardagidan ham ulug‘roq qudrat bilan takrorlanadigan vaqtni samimiy sog‘inch bilan intiq bo‘lib kutaman. Yuhanno shunday deydi: ‘Men osmondan tushib kelayotgan boshqa bir farishtani ko‘rdim; u buyuk qudratga ega edi; va yer uning ulug‘vorligidan yorishdi.’ Shunda, Hosila bayrami davridagidek, odamlar haqiqatning o‘zlariga, har kim o‘z tilida, aytilayotganini eshitadilar.</w:t>
      </w:r>
    </w:p>
    <w:p>
      <w:pPr>
        <w:pStyle w:val="ArticleScripture"/>
        <w:jc w:val="left"/>
      </w:pPr>
      <w:r>
        <w:rPr>
          <w:rFonts w:ascii="Times New Roman" w:hAnsi="Times New Roman" w:eastAsia="Times New Roman" w:cs="Times New Roman"/>
        </w:rPr>
        <w:t>“Xudoga samimiy ravishda xizmat qilishni istaydigan har bir jonga Xudo yangi hayot nafasini bag‘ishlay oladi, qurbongohdan olingan cho‘g‘ bilan lablarga tegib, ularni Uning madhiga balog‘atli qila oladi. Minglab ovozlar Xudoning Kalomidagi ajoyib haqiqatlarni bayon etish qudrati bilan to‘ldiriladi. Duduq til yechiladi, qo‘rqoq kishilar esa haqiqatga jasorat bilan guvohlik berish uchun kuchli qilinadi. Rabbiy O‘z xalqiga jon ma’badini har qanday nopoklikdan poklashda va U bilan shunday yaqin aloqani saqlashda yordam bersinki, toki keyingi yomg‘ir yog‘dirilganda ular undan bahramand bo‘luvchilar qatorida bo‘lsinlar.” Review and Herald, July 20, 1886.</w:t>
      </w:r>
    </w:p>
    <w:p>
      <w:pPr>
        <w:pStyle w:val="ArticleBody"/>
        <w:jc w:val="left"/>
      </w:pPr>
      <w:r>
        <w:rPr>
          <w:rFonts w:ascii="Times New Roman" w:hAnsi="Times New Roman" w:eastAsia="Times New Roman" w:cs="Times New Roman"/>
        </w:rPr>
        <w:t>Muhrlash vaqtining boshlanishi muhrlash vaqtining oxirini tasvirlaydi. Boshida kechki yomg‘ir o‘lchov bilan yog‘dirilgan edi, oxirida esa u o‘lchovsiz yog‘diriladi. 2001-yil 11-sentabrda tushib kelgan farishta 2023-yil iyul oyining oxirida tushgan o‘sha farishtaning o‘zidir. Hosil bayramining tarixi Masihning tirilishida boshlangan, va Hosil bayramining mukammal bajo bo‘lishining yakuni bir yuz qirq to‘rt ming kishining tirilishidadir.</w:t>
      </w:r>
    </w:p>
    <w:p>
      <w:pPr>
        <w:pStyle w:val="ArticleScripture"/>
        <w:jc w:val="left"/>
      </w:pPr>
      <w:r>
        <w:rPr>
          <w:rFonts w:ascii="Times New Roman" w:hAnsi="Times New Roman" w:eastAsia="Times New Roman" w:cs="Times New Roman"/>
        </w:rPr>
        <w:t>“Masihning shogirdlari ustiga Muqaddas Ruhni puflab yuborishi va ularga O‘z tinchligini ato etishi, Hosil bayrami kunida beriladigan mo‘l-ko‘l yomg‘ir oldidagi bir necha tomchidek edi.” Ruh bashorati, 3-jild, 243.</w:t>
      </w:r>
    </w:p>
    <w:p>
      <w:pPr>
        <w:pStyle w:val="ArticleBody"/>
        <w:jc w:val="left"/>
      </w:pPr>
      <w:r>
        <w:rPr>
          <w:rFonts w:ascii="Times New Roman" w:hAnsi="Times New Roman" w:eastAsia="Times New Roman" w:cs="Times New Roman"/>
        </w:rPr>
        <w:t>Masih tirilganidan so‘ng, Otasining huzuriga ko‘tarilganidan keyin shogirdlari ustiga pufladi. U Otasi bilan uchrashuvdan qaytib tushganida, shogirdlarga zohir bo‘ldi va Hosil bayramining “mo‘l yog‘inlari”dan oldin kelgan “bir necha tomchi”ni ularning ustiga pufladi. O‘sha bir necha tomchi muhrlash vaqtining boshlanishini, mo‘l yog‘inlar esa uning yakunini anglatadi. Muhrlash vaqtining boshlanishi oxirida takrorlanadi, va xuddi Masih Hosil bayrami davrining boshida shogirdlari ustiga puflaganidek, o‘sha davrning yakunida ham U oxirgi kunlardagi xalqining ustiga pufladi.</w:t>
      </w:r>
    </w:p>
    <w:p>
      <w:pPr>
        <w:pStyle w:val="ArticleScripture"/>
        <w:jc w:val="left"/>
      </w:pPr>
      <w:r>
        <w:rPr>
          <w:rFonts w:ascii="Times New Roman" w:hAnsi="Times New Roman" w:eastAsia="Times New Roman" w:cs="Times New Roman"/>
        </w:rPr>
        <w:t>“Quruq suyaklar o‘liklardan tirilishdagidek harakatga kelishi uchun, ularga Xudoning Muqaddas Ruhi nafasi urilishi kerak.” Bible Training School, 1903-yil 1-dekabr.</w:t>
      </w:r>
    </w:p>
    <w:p>
      <w:pPr>
        <w:pStyle w:val="ArticleBody"/>
        <w:jc w:val="left"/>
      </w:pPr>
      <w:r>
        <w:rPr>
          <w:rFonts w:ascii="Times New Roman" w:hAnsi="Times New Roman" w:eastAsia="Times New Roman" w:cs="Times New Roman"/>
        </w:rPr>
        <w:t>Ikki guvohning o‘limi o‘z ichiga shuni ham oladiki, Nashville va 2020-yil 18-iyulning soxta xabarini e’lon qilganlar buni Laodikiyaliklar sifatida qilganlar. O‘lik quruq suyaklarning tirilishi Laodikiya holatidan, ya’ni o‘lim holatidan, Filadelfiya holatiga, ya’ni hayotga o‘tishni ifodalaydi. Tirilishni va bu o‘tishni yuzaga keltiradigan nafas bashoratli xabardir.</w:t>
      </w:r>
    </w:p>
    <w:p>
      <w:pPr>
        <w:pStyle w:val="ArticleScripture"/>
        <w:jc w:val="left"/>
      </w:pPr>
      <w:r>
        <w:rPr>
          <w:rFonts w:ascii="Times New Roman" w:hAnsi="Times New Roman" w:eastAsia="Times New Roman" w:cs="Times New Roman"/>
        </w:rPr>
        <w:t>“Faqat qonuniy dinga ega bo‘lgan muzdek qalblar o‘zlari uchun taqdim etilgan yanada afzal narsalarni — Masihni va Uning solihligini — ko‘ra olishlari uchun biz Xudodan qanday qudratga ega bo‘lishimiz kerak! Quruq suyaklarga hayot ato etish uchun hayot baxsh etuvchi bir xabar zarur edi.” Manuscript Releases, 12-jild, 205.</w:t>
      </w:r>
    </w:p>
    <w:p>
      <w:pPr>
        <w:pStyle w:val="ArticleBody"/>
        <w:jc w:val="left"/>
      </w:pPr>
      <w:r>
        <w:rPr>
          <w:rFonts w:ascii="Times New Roman" w:hAnsi="Times New Roman" w:eastAsia="Times New Roman" w:cs="Times New Roman"/>
        </w:rPr>
        <w:t>Masihning tirilishi bilan Hosil bayrami oralig‘idagi davr ikki qismga bo‘lingan edi: birinchisi qirq kun bo‘lib, shundan so‘ng U osmonga ko‘tarildi; undan keyin esa Hosil bayrami arafasidagi o‘n kun keldi. Qirq soni sahroning timsolidir; xuddi uch yarim kun yoki bir ming ikki yuz oltmish yil yoxud kun ham shundaydir.</w:t>
      </w:r>
    </w:p>
    <w:p>
      <w:pPr>
        <w:pStyle w:val="ArticleBody"/>
        <w:jc w:val="left"/>
      </w:pPr>
      <w:r>
        <w:rPr>
          <w:rFonts w:ascii="Times New Roman" w:hAnsi="Times New Roman" w:eastAsia="Times New Roman" w:cs="Times New Roman"/>
        </w:rPr>
        <w:t>Mikoil 2023-yil iyul oyida tushib kelganida, ko‘chalardagi uch yarim kunlik o‘lim nihoyasiga yetdi, chunki Masih yuz qirq to‘rt ming orasida O‘zining Ilohiyatini insoniyat bilan birlashtirish ishini boshladi. Bu ish Hosil bayramidan oldingi o‘n kun orqali ifodalangan bo‘lib, o‘sha paytda gunoh chetga surildi va birodarlar orasida birlik qaror toptirildi. O‘n soni sinov jarayonini anglatadi, va Hosil bayramida, ya’ni Yakshanba qonunini ifodalovchi pallada, sinov jarayoni yakunlandi.</w:t>
      </w:r>
    </w:p>
    <w:p>
      <w:pPr>
        <w:pStyle w:val="ArticleBody"/>
        <w:jc w:val="left"/>
      </w:pPr>
      <w:r>
        <w:rPr>
          <w:rFonts w:ascii="Times New Roman" w:hAnsi="Times New Roman" w:eastAsia="Times New Roman" w:cs="Times New Roman"/>
        </w:rPr>
        <w:t>Qirqinchi oyatdagi ayni o‘sha tarixda, Forsning sakkiz podshohi va Yahudiylar bilan Rim o‘rtasidagi ittifoq tarixi vahshiy hayvonning suratining sinov jarayonini ifodalaganidek, ellik kun bayramigacha bo‘lgan o‘n kun ichida bokiralarning sinov jarayoni ham tasvirlanadi. Protestantizm va respublikachilikning murtad shoxlari o‘sha tarixda birlashib, vahshiy hayvonning suratini hosil qiladi, holbuki haqiqiy protestant shox o‘z insoniyatini Masihning Ilohiyati bilan birlashtiradi va shu tariqa sajda qiluvchilarning ikki toifasini ajratib turadigan jarayonda Masihning suratini shakllantiradi.</w:t>
      </w:r>
    </w:p>
    <w:p>
      <w:pPr>
        <w:pStyle w:val="ArticleBody"/>
        <w:jc w:val="left"/>
      </w:pPr>
      <w:r>
        <w:rPr>
          <w:rFonts w:ascii="Times New Roman" w:hAnsi="Times New Roman" w:eastAsia="Times New Roman" w:cs="Times New Roman"/>
        </w:rPr>
        <w:t>Yetti momaqaldiroq sifatida tasvirlangan tarixiy voqealar Doniyor o‘n birinchi bobining o‘n uchinchi va o‘n beshinchi oyatlarida ifodalangan tarixda muhrdan yechiladi; va ular birgalikda qirqinchi oyatning yashirin tarixi bilan uyg‘unlashadi, bu tarix yaqinlashib kelayotgan yakshanba qonuni bilan yakun topadi; o‘sha paytda Shabbatni saqlovchilar uchun sinov muddati yopiladi.</w:t>
      </w:r>
    </w:p>
    <w:p>
      <w:pPr>
        <w:pStyle w:val="ArticleScripture"/>
        <w:jc w:val="left"/>
      </w:pPr>
      <w:r>
        <w:rPr>
          <w:rFonts w:ascii="Times New Roman" w:hAnsi="Times New Roman" w:eastAsia="Times New Roman" w:cs="Times New Roman"/>
        </w:rPr>
        <w:t>“Yana, bu masallar hukmdan keyin hech qanday sinov muddati bo‘lmasligini o‘rgatadi. Xushxabar ishi tamom bo‘lgach, darhol yaxshilar bilan yomonlar o‘rtasida ajratish yuz beradi va har bir toifaning taqdiri abadiy ravishda belgilab qo‘yiladi.” Masihning Masallari, 123.</w:t>
      </w:r>
    </w:p>
    <w:p>
      <w:pPr>
        <w:pStyle w:val="ArticleBody"/>
        <w:jc w:val="left"/>
      </w:pPr>
      <w:r>
        <w:rPr>
          <w:rFonts w:ascii="Times New Roman" w:hAnsi="Times New Roman" w:eastAsia="Times New Roman" w:cs="Times New Roman"/>
        </w:rPr>
        <w:t>Dono va nodonlarning, Laodikeyaliklar va Filadelfiyaliklarning yoki bugʻdoy bilan begona oʻtlarning ajratilishi farishtalar tomonidan amalga oshiriladi.</w:t>
      </w:r>
    </w:p>
    <w:p>
      <w:pPr>
        <w:pStyle w:val="ArticleScripture"/>
        <w:jc w:val="left"/>
      </w:pPr>
      <w:r>
        <w:rPr>
          <w:rFonts w:ascii="Times New Roman" w:hAnsi="Times New Roman" w:eastAsia="Times New Roman" w:cs="Times New Roman"/>
        </w:rPr>
        <w:t>“Yovvoyi o‘tlar ham, bug‘doy ham o‘rim-yig‘imgacha birga o‘ssin. Shundan keyin ajratish ishini farishtalar bajaradilar.” Selected Messages, 2-kitob, 69.</w:t>
      </w:r>
    </w:p>
    <w:p>
      <w:pPr>
        <w:pStyle w:val="ArticleBody"/>
        <w:jc w:val="left"/>
      </w:pPr>
      <w:r>
        <w:rPr>
          <w:rFonts w:ascii="Times New Roman" w:hAnsi="Times New Roman" w:eastAsia="Times New Roman" w:cs="Times New Roman"/>
        </w:rPr>
        <w:t>Sinov muddati yakunlanishidan sal oldin muhrdan ochiladigan xabar, farishtalar orqali ifodalanganidek, Xudoning xalqining ishini aniqlab beradi. Ushbu maqolalarda mujassam bo‘lgan xabar hozir sayyoraning turli joylarida oltmishdan ortiq tilda (tillarda) nashr etilmoqda. Bu ish ayni paytda, sinov muddati tugashidan sal oldin amalga oshirilmoqda va bu xabarni taqdim etish Xudoning oxirgi kunlardagi xalqining ishidir. Bu xabar yetti momaqaldiroq sifatida ifodalangan voqealarni aniqlab beradi, va xabarni anglash hamda taqdim etish ishi dono bokiralar tajribasini hosil qiladi.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“Tungi vahiylarda ko‘zim oldidan nihoyatda ta’sirli bir manzara o‘tdi. Men ulug‘vor bir olov sharining go‘zal qasrlar orasiga tushib, ularning bir zumda vayron bo‘lishiga sabab bo‘lganini ko‘rdim. Men kimningdir shunday deganini eshitdim: ‘Biz Xudoning hukmlari yer yuziga kelayotganini bilardik, ammo ularning bunchalik tez kelishini bilmas edik.’ Boshqalar esa, iztirobli ovozlarda, shunday dedilar: ‘Siz bilar edingiz! Unday bo‘lsa, nega bizga aytmadingiz? Biz bilmas edik.’ Har tomondan men ana shunga o‘xshash ta’na-malomat so‘zlari aytilayotganini eshitdim.”</w:t>
      </w:r>
    </w:p>
    <w:p>
      <w:pPr>
        <w:pStyle w:val="ArticleScripture"/>
        <w:jc w:val="left"/>
      </w:pPr>
      <w:r>
        <w:rPr>
          <w:rFonts w:ascii="Times New Roman" w:hAnsi="Times New Roman" w:eastAsia="Times New Roman" w:cs="Times New Roman"/>
        </w:rPr>
        <w:t>“Men qattiq iztirob ichida uyg‘ondim. Men yana uxladim va go‘yo katta bir yig‘inda ekanman. Vakolatga ega bo‘lgan bir zot jamoaga murojaat qilayotgan edi; uning oldiga dunyo xaritasi yoyib qo‘yilgan edi. U xarita Xudoning tokzorini tasvirlashini, va u parvarish qilinishi lozimligini aytdi. Osmondan tushgan nur kimning ustiga porlasa, o‘sha kishi bu nurni boshqalarga aks ettirishi kerak edi. Ko‘p joylarda chiroqlar yoqilishi, va bu chiroqlardan yana boshqa chiroqlar yoqilishi lozim edi.”</w:t>
      </w:r>
    </w:p>
    <w:p>
      <w:pPr>
        <w:pStyle w:val="ArticleScripture"/>
        <w:jc w:val="left"/>
      </w:pPr>
      <w:r>
        <w:rPr>
          <w:rFonts w:ascii="Times New Roman" w:hAnsi="Times New Roman" w:eastAsia="Times New Roman" w:cs="Times New Roman"/>
        </w:rPr>
        <w:t>So‘zlar takrorlandi: “Sizlar yerning tuzisizlar; ammo tuz o‘z mazasini yo‘qotsa, u nimasi bilan sho‘rlanur? U bundan buyon hech narsaga yaramaydi, faqat tashqariga uloqtirilishga va insonlar oyoq ostida toptalishga yaraydi. Sizlar dunyoning nurisizlar. Tepalik ustiga qurilgan shahar yashirin qololmaydi. Shuningdek, odamlar chiroqni yoqib, uni o‘lchov idishi ostiga qo‘ymaydilar, balki chiroqpoyaga qo‘yadilar; va u uy ichidagilarning barchasiga yorug‘lik beradi. Nuringiz insonlar oldida shunday porlasinki, ular sizlarning yaxshi ishlaringizni ko‘rib, osmondagi Otangizni ulug‘lasinlar.” Matto 5:13–16.</w:t>
      </w:r>
    </w:p>
    <w:p>
      <w:pPr>
        <w:pStyle w:val="ArticleScripture"/>
        <w:jc w:val="left"/>
      </w:pPr>
      <w:r>
        <w:rPr>
          <w:rFonts w:ascii="Times New Roman" w:hAnsi="Times New Roman" w:eastAsia="Times New Roman" w:cs="Times New Roman"/>
        </w:rPr>
        <w:t>“Men shaharlar va qishloqlardan, yerning baland joylari va past joylaridan yog‘dular otilib chiqayotganini ko‘rdim. Xudoning Kalomiga itoat qilinar edi va buning natijasida har bir shahar va qishloqda Uning uchun yodgorliklar mavjud edi. Uning haqiqati butun dunyo bo‘ylab e’lon qilinar edi.”</w:t>
      </w:r>
    </w:p>
    <w:p>
      <w:pPr>
        <w:pStyle w:val="ArticleScripture"/>
        <w:jc w:val="left"/>
      </w:pPr>
      <w:r>
        <w:rPr>
          <w:rFonts w:ascii="Times New Roman" w:hAnsi="Times New Roman" w:eastAsia="Times New Roman" w:cs="Times New Roman"/>
        </w:rPr>
        <w:t>“So‘ng bu xarita olib tashlandi va uning o‘rniga boshqasi qo‘yildi. Unda nur faqat bir necha joydan porlab turardi. Dunyoning qolgan qismi zulmatda edi, faqat u yer-bu yerda xira bir shu‘la ko‘rinardi. Bizning Ustozimiz shunday dedi: ‘Bu zulmat odamlarning o‘z yo‘lidan borishlari natijasidir. Ular nasldan o‘tgan va tarbiya orqali rivojlantirilgan yovuzlikka moyilliklarni asrab-avaylaganlar. Ular shubha ostiga olishni, ayb qidirishni va ayblovni hayotlarining bosh mashg‘ulotiga aylantirganlar. Ularning yuraklari Xudo bilan to‘g‘ri emas. Ular o‘z nurlarini o‘lchov idishi ostiga yashirganlar.’”</w:t>
      </w:r>
    </w:p>
    <w:p>
      <w:pPr>
        <w:pStyle w:val="ArticleScripture"/>
        <w:jc w:val="left"/>
      </w:pPr>
      <w:r>
        <w:rPr>
          <w:rFonts w:ascii="Times New Roman" w:hAnsi="Times New Roman" w:eastAsia="Times New Roman" w:cs="Times New Roman"/>
        </w:rPr>
        <w:t>“Agar Masihning har bir askari o‘z burchini bajarganida, agar Sion devorlaridagi har bir soqchi karnayni aniq sado bilan chalganida, dunyo bu ogohlantirish xabarini allaqachon eshitgan bo‘lar edi. Ammo ish yillarga ortda qolib ketgan. Odamlar uxlab yotgan paytda, Shayton bizdan oldinlab ketdi.” Testimonies, 9-jild,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to‘qson beshinchi qism</dc:title>
  <dc:subject>Yakshanba Qonuniga Olib Boruvchi Yo‘l: Trampning Roli va Doniyor 11 dagi Bashoratning Rivojlanishi</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