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Qirqinchi Oyatning Yashirin Tarixi — Beshinchi Raqam</w:t>
      </w:r>
    </w:p>
    <w:p>
      <w:pPr>
        <w:pStyle w:val="ArticleSubtitle"/>
        <w:jc w:val="left"/>
      </w:pPr>
      <w:r>
        <w:rPr>
          <w:rFonts w:ascii="Arial" w:hAnsi="Arial" w:eastAsia="Arial" w:cs="Arial"/>
        </w:rPr>
        <w:t>Dastlabki To‘rt Maqolani Yangilash</w:t>
      </w:r>
    </w:p>
    <w:p>
      <w:pPr>
        <w:pStyle w:val="ArticleByline"/>
        <w:jc w:val="left"/>
      </w:pPr>
      <w:r>
        <w:rPr>
          <w:rFonts w:ascii="Arial" w:hAnsi="Arial" w:eastAsia="Arial" w:cs="Arial"/>
        </w:rPr>
        <w:t>Jeff Pippenger</w:t>
      </w:r>
    </w:p>
    <w:p>
      <w:pPr>
        <w:pStyle w:val="ArticleDate"/>
        <w:jc w:val="left"/>
      </w:pPr>
      <w:r>
        <w:rPr>
          <w:rFonts w:ascii="Arial" w:hAnsi="Arial" w:eastAsia="Arial" w:cs="Arial"/>
        </w:rPr>
        <w:t>2026-04-01</w:t>
      </w:r>
    </w:p>
    <w:p>
      <w:pPr>
        <w:pStyle w:val="ArticleBody"/>
        <w:jc w:val="left"/>
      </w:pPr>
      <w:r>
        <w:rPr>
          <w:rFonts w:ascii="Times New Roman" w:hAnsi="Times New Roman" w:eastAsia="Times New Roman" w:cs="Times New Roman"/>
        </w:rPr>
        <w:t>Qirqinchi oyatning yashirin tarixini aniqlashga qaytar ekanmiz, avvalo ushbu turkumning dastlabki to‘rt maqolasining asosiy jihatlarini ko‘rib chiqish maqsadga muvofiq ko‘rinadi. Ushbu turkumdagi to‘rt maqolaning birinchisi bashoratli talqinni taqdim etib, Masihni Yahudo qabilasining Arsloni (hamda Alfa va Omega) sifatida tasvirlaydi; U 144 000 ning yakuniy islohot harakatini yo‘naltirish uchun burilishli lahzalarda Doniyor kitobining o‘n birinchi bobidagi ayrim qismlarning muhrini ochadi. Unda birinchi va ikkinchi farishtalar tarixi uchinchi farishtaning xabari tarixi bilan mos kelishi aniqlanadi; shu tariqa 1989-yilda (1863-yildagi adventistlar isyonidan 126 yil o‘tib) Arslon Doniyor 11:40–45 oyatlarining muhrini ochgani ko‘rsatiladi. Muhrlari ochilgan o‘sha oyatlar papalikning 1798-yildagi halokatli yarasini, uning ajdaho, hayvon va soxta payg‘ambardan iborat uch karra ittifoq orqali shifo topishini va qirq beshinchi oyatdagi “ulug‘ muqaddas tog‘”da Armageddonga olib borishini kuzatib boradi. Yuz qirq to‘rt minglik harakat Amerika Qo‘shma Shtatlarida tez orada keladigan yakshanba qonuniga yaqinlashar ekan, 40-oyatning yashirin tarixi (1989-yildan o‘sha yakshanba qonunigacha bo‘lgan davrni qamrab olgan holda) 2023-yil iyulida muhrdan ochila boshladi.</w:t>
      </w:r>
    </w:p>
    <w:p>
      <w:pPr>
        <w:pStyle w:val="ArticleBody"/>
        <w:jc w:val="left"/>
      </w:pPr>
      <w:r>
        <w:rPr>
          <w:rFonts w:ascii="Times New Roman" w:hAnsi="Times New Roman" w:eastAsia="Times New Roman" w:cs="Times New Roman"/>
        </w:rPr>
        <w:t>Ellen White’ning oxirgi kunlarga taalluqli bo‘lgan Doniyor kitobining muhrlanmagan qismi tik tura oladigan bir xalqni tayyorlaydigan “bilimning ortishi”ni keltirib chiqaradi, degan sharhiga tayangan holda, o‘nta bokira haqidagi masalda “moy” Muqaddas Ruh, ilohiy xabarlar va xarakterni anglatishi aniqlanadi. Muhrning ochilishi Doniyor 12:10 dagi uch bosqichli sinov jarayonini boshlab berdi; unda ko‘plar “poklanadi, oppoq qilinadi va sinaladi”. Bu tarix bashoratning muhrdan yechilishi bilan bog‘liq bo‘lgan bir necha bashoratli nuqtalarni ifodalaydi; ular 1989-yildan, 2001-yil 11-sentabrdan va 2023-yil iyulidan boshlangan. Bu turli muhrdan yechilishlar 1989-yildan 9/11 gacha bo‘lgan davrni, 9/11 dan yaqin orada keladigan Yakshanba qonunigacha bo‘lgan davrni, hamda 2020-yil 18-iyuldan 2023-yil 31-dekabrgacha bo‘lgan kechikish vaqtini ifodalaydi; bu davr mobaynida Yarim tun nidosi xabari Yakshanba qonunigacha bosqichma-bosqich muhrdan yechib boriladi.</w:t>
      </w:r>
    </w:p>
    <w:p>
      <w:pPr>
        <w:pStyle w:val="ArticleBody"/>
        <w:jc w:val="left"/>
      </w:pPr>
      <w:r>
        <w:rPr>
          <w:rFonts w:ascii="Times New Roman" w:hAnsi="Times New Roman" w:eastAsia="Times New Roman" w:cs="Times New Roman"/>
        </w:rPr>
        <w:t>Yuz qirq to‘rt ming orasida bo‘lishga nomzod bo‘lganlarning uyg‘onishi — Hizqiyol 37-bobdagi quruq suyaklar va Vahiy 11-bobdagi Ruh bilan to‘ldirilganda oyoqqa turadigan ikki guvoh orqali ifodalangan uyg‘onish — muhrning ochilishi orqali amalga oshadi. Agar Xudoning xalqi papalik hokimiyati va Yakshanba qonuni kabi xatarlarni ko‘rsatadigan bu “qimmatli nur”ga uyg‘onmasa, bid’atlar ularni saralaydi (somonni bug‘doydan ajratgandek). 1888-yildagi Blair Bill va Patriot Act kabi avvalgi bashoratli belgilar bashoratli ogohlantirishlar sifatida aniqlanadi. Maqola Doniyor 11-bobda ifodalangan bashorat tarixining barcha avvalgi yo‘nalishlari 40–45-oyatlarda takrorlanishini ko‘rsatadi. Maqola hayvonning surati avval Qo‘shma Shtatlarda, so‘ngra butun dunyoda shakllanishini, bu 321-yil va birinchi Yakshanba qonuni orqali timsollanganini, undan keyin esa Mixail o‘rnidan turib, sinov muddati yopilganda, 538-yil bilan timsollangan global hayvon surati kelishini ko‘rsatadi.</w:t>
      </w:r>
    </w:p>
    <w:p>
      <w:pPr>
        <w:pStyle w:val="ArticleBody"/>
        <w:jc w:val="left"/>
      </w:pPr>
      <w:r>
        <w:rPr>
          <w:rFonts w:ascii="Times New Roman" w:hAnsi="Times New Roman" w:eastAsia="Times New Roman" w:cs="Times New Roman"/>
        </w:rPr>
        <w:t>To‘rtta maqolaning ikkinchisi, 2001-yildagi Patriot Actni Vahiy 13:11 ning amalga oshishida Qo‘shma Shtatlarning “gapirishi” sifatida aniqlab, bashoriy asosni davom ettiradi. Patriot Act Muqaddas Kitob bashoratidagi oltinchi shohlikning boshidagi uchta yo‘l-belgiga parallel bo‘lgan konstitutsiyaviy inkorlarning birinchisi edi: 1776-yilgi Mustaqillik deklaratsiyasi, 1789-yilgi Konstitutsiya va 1798-yilgi Chet elliklar va Fitna-to‘polon to‘g‘risidagi qonunlar. 1888-yildagi muvaffaqiyatsiz Blair Bill, milliy yakshanba qonuni joriy etishga urinish bo‘lib, xuddi milodiy 66-yildagi Cestius qamalidek ortga qaytarilgan edi; bu ikkalasi ham 2001-yilni timsollaydi, o‘shanda Patriot Act Qo‘shma Shtatlarda hayvon suratining sinov davrini boshlab bergan. Patriot Act 1776-yilga mos keladi va inglizlarning “aybi isbotlanmaguncha aybsiz” umumiy huquqini rimliklarning “aybsizligi isbotlanmaguncha aybdor” fuqarolik huquqi bilan almashtirdi. 1789-yil bilan ifodalangan o‘rta yo‘l-belgi — 2022-yil yanvarida boshlangan Pelosi sudlari — siyosiy huquqiy quvg‘in, soxta bayroq operatsiyalari va idoraviy korrupsiya orqali protsessual va moddiy tegishli huquqiy tartibni oyoq osti qilib, asosiy huquqlarni ochiqchasiga inkor etdi. 2001-yildagi Patriot Act, 2022-yildagi Pelosi sudlari va kelajakdagi yakshanba qonunida namoyon bo‘ladigan mana shu uchta gapirish yo‘l-belgisi AQSh Konstitutsiyasining har bir prinsipini bosqichma-bosqich inkor etadi.</w:t>
      </w:r>
    </w:p>
    <w:p>
      <w:pPr>
        <w:pStyle w:val="ArticleBody"/>
        <w:jc w:val="left"/>
      </w:pPr>
      <w:r>
        <w:rPr>
          <w:rFonts w:ascii="Times New Roman" w:hAnsi="Times New Roman" w:eastAsia="Times New Roman" w:cs="Times New Roman"/>
        </w:rPr>
        <w:t>Shundan so‘ng, Protestantizm papaizm va spiritizm bilan uch karra ittifoqda qo‘l birlashtiradi; ayni o‘sha vaqtda Amerika Qo‘shma Shtatlari ajdaho kabi gapiradi, hayvonning suratini to‘la shakllantiradi, sinov kosasini to‘ldiradi va oltinchi shohlik sifatida o‘z mavjudligiga barham beradi. Shundan keyin milliy murtadlik ortidan milliy halokat keladi. Yakshanba qonunidagi gapirish 321-yildagi Konstantinning boshlang‘ich va birinchi yakshanba qonuni bilan timsollangan, so‘ngra yakunlovchi va oxirgi yakshanba qonuni 538 yil bilan ifodalangan.</w:t>
      </w:r>
    </w:p>
    <w:p>
      <w:pPr>
        <w:pStyle w:val="ArticleBody"/>
        <w:jc w:val="left"/>
      </w:pPr>
      <w:r>
        <w:rPr>
          <w:rFonts w:ascii="Times New Roman" w:hAnsi="Times New Roman" w:eastAsia="Times New Roman" w:cs="Times New Roman"/>
        </w:rPr>
        <w:t>Bu voqealarning barchasi Daniel 11:40 ning payg‘ambarlik tarixida yashiringan bo‘lib, u Millerchilar chizig‘i, shuningdek Masihdan xochgacha bo‘lgan chiziqlar bilan parallel ravishda kechadi. Vahiy 12:15–16 Konstitutsiyani bir vaqtlar ajdahoning ta’qib to‘fonini yutib yuborgan “yer” sifatida tasvirlaydi, biroq u oxir-oqibat yaqinlashib kelayotgan yakshanba qonuni paytida ajdaho kabi gapiradi. Ellen Uaytning Testimonies, volume 5 da (711-betlar va 451, 452-betlar) bergan ogohlantirishi — papalikka yon beradigan har qanday diniy qonunchilik va yakshanba qonuni ajdahoning ruhini namoyon etishi haqidagi bayonoti — 1776, 1789 va 1798 yillardagi uch qadam so‘nggi uch bosqichli sinov jarayonini timsollovchi belgilangan nuqtalar ekanini tasdiqlaydi; bu jarayon esa yakuniy sinovda nihoyasiga yetadi va aynan shu sinov jarayoni Xudoning xalqini mustahkam turishga tayyorlaydi.</w:t>
      </w:r>
    </w:p>
    <w:p>
      <w:pPr>
        <w:pStyle w:val="ArticleBody"/>
        <w:jc w:val="left"/>
      </w:pPr>
      <w:r>
        <w:rPr>
          <w:rFonts w:ascii="Times New Roman" w:hAnsi="Times New Roman" w:eastAsia="Times New Roman" w:cs="Times New Roman"/>
        </w:rPr>
        <w:t>Uchinchi maqola Ellen Uaytning 5-jild, 451, 452-betlardagi Testimonies asarida berilgan ogohlantirishlarini yanada batafsil bayon qilib, Qo‘shma Shtatlarda tez orada keladigan yakshanba qonuni xalqning solihlikdan to‘liq uziladigan hal qiluvchi lahzani belgilashini, uch karrali ittifoqni (protestantizmning romanizm va spiritizm bilan qo‘l ushlashishini) amalga oshirishini ta’kidlaydi. Shundan so‘ng Qo‘shma Shtatlar protestant va respublika boshqaruvi sifatidagi har bir konstitutsiyaviy tamoyilni rad etadi hamda papalik xurofotlarini targ‘ib qiladi. Bu esa Xudoning sabr-toqatining chegarasiga yetilganining belgisi bo‘lib, shu tariqa xalqning gunoh kosasini to‘ldiradi, rahm-shafqat farishtasining ketishiga sabab bo‘ladi va milliy halokatni boshlab beradi. Shunda beshinchi muhr ostidagi shahidlarning: “Qachongacha?” degan faryodiga javob yetib keladi, chunki papalik shahidlarining ikkinchi guruhi to‘ldiriladi. “Yakshanba harakati” so‘zlaganida ajdarning ruhi oshkor bo‘ladi — bu vayronagarchilikdan oldin shaharlardan qochish alomati sifatida zamonaviy “vayron qiluvchi jirkanchlik” (Daniyor aytgan va Masih tilga olgan) bo‘lib xizmat qiladi. Yakshanba qonuni 2001 yilda Patriot Act bilan boshlangan Konstitutsiyani bosqichma-bosqich rad etishning yakunidir (bu 1888-yildagi Bler qonun loyihalari, milodiy 66-yildagi Sestiy qamali, Masihning suvga cho‘mdirilishi, 1840-yil 11-avgust va Mustaqillik Deklaratsiyasi bilan timsollangan).</w:t>
      </w:r>
    </w:p>
    <w:p>
      <w:pPr>
        <w:pStyle w:val="ArticleBody"/>
        <w:jc w:val="left"/>
      </w:pPr>
      <w:r>
        <w:rPr>
          <w:rFonts w:ascii="Times New Roman" w:hAnsi="Times New Roman" w:eastAsia="Times New Roman" w:cs="Times New Roman"/>
        </w:rPr>
        <w:t>Amerika Qo‘shma Shtatlarida vahshiy hayvonning suratining shakllanish davri murakkab ikki yo‘nalishni o‘z ichiga oladi; u oxir-oqibat yakshanba qonunlarini cherkov va davlat tomonidan majburan ijro etishda birlashadigan, parallel Respublika (siyosiy) va Protestant (diniy) “shoxlar”ni qamrab oladi. Bu munosabat papalik vahshiy hayvonidagi ayolning hayvon ustidan hukmronlik qilishiga o‘xshash bo‘lib, cherkov va davlatning ajratilishi haqidagi Konstitutsiyaning asosiy tamoyili ag‘darilgan paytda to‘la namoyon bo‘ladi.</w:t>
      </w:r>
    </w:p>
    <w:p>
      <w:pPr>
        <w:pStyle w:val="ArticleBody"/>
        <w:jc w:val="left"/>
      </w:pPr>
      <w:r>
        <w:rPr>
          <w:rFonts w:ascii="Times New Roman" w:hAnsi="Times New Roman" w:eastAsia="Times New Roman" w:cs="Times New Roman"/>
        </w:rPr>
        <w:t>Ichkaridan, hayvonning surati sinov vaqti barcha insonlar orasida fe’l-atvorning shakllanishini (Masihning surati bilan Shaytonning hayvon surati o‘rtasidagi qarama-qarshilikni) sinaydi, oqil va nodon qizlarni ajratadi, shu bilan birga tashqi tomondan oxirgi kunlardagi siyosiy kurashlar, ittifoqlar va buzilgan ahdlarni aniqlab beradi. 2001-yildan yakshanba qonuni davrigacha bo‘lgan muddat kechgi yomg‘irning sepilishini boshlab beradi (bu Vahiy 18 dagi farishta 2001-yil 11-sentabrda tushib, Nyu-Yorkning ulkan binolarining qulashlari orqali yerni yoritgan paytda boshlangan). 11-sentabr Vahiy 10 dagidek yeyilishi lozim bo‘lgan “kichik kitob” xabarini qabul qilish yoki rad etish orqali Laodikeya Yettinchi kun Adventizmining elanishini boshlaydi. Bug‘doy bilan begona o‘tlar yakshanba qonunidagi ajralishlarigacha birga qoladi; o‘shanda bir yuz qirq to‘rt ming bayroq sifatida ko‘tariladi va butun dunyo bo‘ylab hayvon surati shakllanishi davomida kechgi yomg‘irning to‘la yog‘dirilishi keladi, bu esa 321 dan 538 gacha bo‘lgan davr orqali timsollangan. Shundan so‘ng Bobildan chiqqan ulkan olomonning yig‘ilishi Mikoil oyoqqa turib, sinov muddati yopilguncha boshlanadi. Bu hukm avvalo 11-sentabrdan boshlab Xudoning xonadonidan boshlanishi, so‘ng esa yakshanba qonunidan keyin o‘n birinchi soat ishchilariga o‘tishi bilan muvofiqlashadi.</w:t>
      </w:r>
    </w:p>
    <w:p>
      <w:pPr>
        <w:pStyle w:val="ArticleBody"/>
        <w:jc w:val="left"/>
      </w:pPr>
      <w:r>
        <w:rPr>
          <w:rFonts w:ascii="Times New Roman" w:hAnsi="Times New Roman" w:eastAsia="Times New Roman" w:cs="Times New Roman"/>
        </w:rPr>
        <w:t>Uchinchi maqola osmoniy ulug‘vorlik va avvalgi quvg‘inlar qorishib, takrorlanadigan davrdan omon o‘tish Ishayo 28 dagi satrma-satr metodologiyasi orqali bashoratni oldindan puxta egallashni talab etishini ta’kidlaydi. Bu metodologiya Doniyorning sodiq kishilari, Hosil bayramidan oldingi Masihning shogirdlari hamda pech oldida Shaydrax, Meshax va Abednego misolida namoyon etiladi; ular Shaytonning hayratomuz ishlari va qalbakilashtirishlari orasida “Yozilgandir” degan asosda sobit va ishonch bilan turishga tayyor bo‘lganlarning timsoli sifatida ko‘rsatiladi.</w:t>
      </w:r>
    </w:p>
    <w:p>
      <w:pPr>
        <w:pStyle w:val="ArticleBody"/>
        <w:jc w:val="left"/>
      </w:pPr>
      <w:r>
        <w:rPr>
          <w:rFonts w:ascii="Times New Roman" w:hAnsi="Times New Roman" w:eastAsia="Times New Roman" w:cs="Times New Roman"/>
        </w:rPr>
        <w:t>To‘rtinchi maqola Qo‘shma Shtatlarda hayvonning surati shakllanishining bashoratli sinov jarayoni konstitutsiyaviy uchta yo‘l belgisi bilan yonma-yon borishi va ular bilan o‘zaro chatishib ketishini tushuntiradi (2001 yildagi Patriot Act dastlabki “so‘zlash” sifatida, 2022 yildagi Pelosi Trials o‘rta bosqich sifatida va yakshanba qonuni yakuniy bosqich sifatida). Sinov jarayoni dono bokiralarni (144 000 ni) milliy murtadlik halokatga olib keladigan va yakshanba qonunidan boshlanadigan quvg‘inning tojli sinoviga bardosh berishga tayyorlaydi. Shundan so‘ng Shayton hayratomuz soxtaliklarni ishga soladi (mo‘jizalar bilan o‘zini Xudo deb da’vo qilib), va samoviy ulug‘vorlik o‘tmishdagi takrorlangan quvg‘inlar bilan qorishib ketadi, bu esa Xudoning xalqiga Xudoning taxtidan chiqayotgan nurda sarsilmasdan yurish imkonini beradi. Bu tayyorgarlik Masihning Yuhanno oltinchi bobdagi strategiyasini aks ettiradi (The Desire of Ages, 394 dagi sharhda bayon etilganidek), u yerda U o‘z manfaatini ko‘zlagan izdoshlarni erta saralab tashlash uchun qattiq sinovga yo‘l qo‘ydi va O‘zining huzuri orqali haqiqiy shogirdlarni ularning eng so‘nggi sinovi (Getsamaniya, xiyonat, xochga mixlanish) uchun mustahkamladi. Xuddi shuningdek, hayvonning surati sinovi — ichki fe’l-atvor shakllanishini (Masihning surati va Shaytonning hayvon surati) hamda jamoat bilan davlatning ajralishini bekor qiluvchi tashqi cherkov-davlat ittifoqini qamrab olgan holda — Laodikeya adventizmini elab ajratadi. Sinov dono kishilarni Ishayo 28 ning satr ustiga satr metodologiyasi orqali muhrlanmagan xabarni qabul qilish vositasida poklaydi.</w:t>
      </w:r>
    </w:p>
    <w:p>
      <w:pPr>
        <w:pStyle w:val="ArticleBody"/>
        <w:jc w:val="left"/>
      </w:pPr>
      <w:r>
        <w:rPr>
          <w:rFonts w:ascii="Times New Roman" w:hAnsi="Times New Roman" w:eastAsia="Times New Roman" w:cs="Times New Roman"/>
        </w:rPr>
        <w:t>Muhrsizlangan nur — bu yettinchi muhrning nuridir (Vahiy 8:1–5); u azizlarning ibodatlariga javoban yerga tashlangan olov sifatida namoyon bo‘lgan bo‘lib, Hosil bayramidagi to‘kilishda ko‘ringan olov tillari orqali timsollangan edi. Muhrsizlangan nur, shuningdek, Millerchilar harakatining yarim tun faryodi bilan ham ifodalangan edi (u imon orqali Eng Muqaddas Joyga kirishga tayyorlagan), va u 2023-yil iyulida muhrsizlangan zamonaviy yarim tun faryodida, Doniyor 11:40 ning yashirin tarixi doirasida bajo bo‘ladi.</w:t>
      </w:r>
    </w:p>
    <w:p>
      <w:pPr>
        <w:pStyle w:val="ArticleBody"/>
        <w:jc w:val="left"/>
      </w:pPr>
      <w:r>
        <w:rPr>
          <w:rFonts w:ascii="Times New Roman" w:hAnsi="Times New Roman" w:eastAsia="Times New Roman" w:cs="Times New Roman"/>
        </w:rPr>
        <w:t>9/11 dan beri kechki yomg‘ir sepilishi haqidagi xabar, papalik va Yakshanba qonuni to‘g‘risidagi bilimning ortishi bilan birga, yetti momaqaldiroqning muhrdan ochilishi hamda qirqinchi oyatning yashirin tarixi — bularning barchasi Iso Masihning Vahiyining muhrdan ochilishida qamrab olingandir. Hayvon surati shakllanishining batafsil payg‘ambarlik yoritilishi, jumladan Respublikachi va Protestant shoxlarning kurashlari, siyosiy partiyalar, Laodikiya Adventizmi, 144 000 ning paydo bo‘lishi, Islomning uchinchi voy holati, Rossiya, BMT, papalik hokimiyati va Hasmoniylarga oid parallellar, donolarga Xudoning yetakchiligini tanib, uni o‘zlashtirish uchun, o‘tgan yo‘l-yo‘riqni unutmagan holda, imkon beradi (Testimonies to Ministers, 31).</w:t>
      </w:r>
    </w:p>
    <w:p>
      <w:pPr>
        <w:pStyle w:val="ArticleBody"/>
        <w:jc w:val="left"/>
      </w:pPr>
      <w:r>
        <w:rPr>
          <w:rFonts w:ascii="Times New Roman" w:hAnsi="Times New Roman" w:eastAsia="Times New Roman" w:cs="Times New Roman"/>
        </w:rPr>
        <w:t>“kichik kitob”ni (Vahiy 10) yeyish, ya’ni tarixni Bereya usulidagi tadqiqot orqali oldindan ichki o‘zlashtirish orqali, bir yuz qirq to‘rt ming kishi Shaytonning aldovlari orasida “Yozilgandir”, degan asosda sobit turish uchun farosatga ega bo‘ladilar. Ularning tayyorgarligi ularga halokatga qaytib chekinishdan qochish imkonini beradi (Ibroniylarga 10:37–39; Xabaqquq 2:4), va shundan keyin ular Xudoning amrlarini (ayniqsa to‘rtinchisini) hamda Isoning imonini saqlaydigan, sinovdan o‘tgan va o‘zini isbotlagan g‘oliblar sifatida namoyon bo‘ladilar. Ular oxirgi inqirozdan o‘tadiganlardir; bu paytda solihlar imon bilan yashaydilar, farishtalar tomonidan himoya qilinadilar, nodonlar esa (usul va xabarni rad etganlar) kuchli adashishga duchor bo‘ladilar va umidsiz qoladilar. Bu Testimonies, 9-jilddagi For the Coming of the King bobiga (11-betdan boshlab), uning 9/11 ramziyligi bilan muvofiq keladi; shu tariqa 9/11 dan yakshanba qonunigacha bo‘lgan davr donolar Doniyor o‘n birinchi bobning yakunlanishini anglaydigan va Xudoning o‘tgan muqaddas tarixlardagi yo‘lboshchiligini unutishdan boshqa hech narsadan qo‘rqmaydigan muhrlanish vaqti sifatida belgilab beriladi.</w:t>
      </w:r>
    </w:p>
    <w:p>
      <w:pPr>
        <w:pStyle w:val="ArticleBody"/>
        <w:jc w:val="left"/>
      </w:pPr>
      <w:r>
        <w:rPr>
          <w:rFonts w:ascii="Times New Roman" w:hAnsi="Times New Roman" w:eastAsia="Times New Roman" w:cs="Times New Roman"/>
        </w:rPr>
        <w:t>To‘rt maqola birgalikda Masihning — Yahudo qabilasining Arsloni hamda Alfa va Omega sifatidagi — bashoratli talqinini taqdim etadi; U hal qiluvchi lahzalarda Doniyor kitobining o‘n birinchi bobi qismlarini muhrdan chiqarib, yuz qirq to‘rt mingliklarning so‘nggi islohot harakatiga yo‘l ko‘rsatadi. 1989 yilda, 1863 yilgi Adventistlar “isyoni”dan 126 yil o‘tib, Arslon Doniyor 11:40–45 ni muhrdan chiqardi va qirq birinchi oyatdagi uch karra ittifoqda (ajdarho, mahluq va soxta payg‘ambar) papalikning 1798 yildagi o‘limli yarasining tuzalishini ochib berdi hamda Armageddonga, ya’ni “ulug‘ muqaddas tog‘”ga olib bordi; o‘sha yerda qirq beshinchi oyatda papalik o‘zining yakuniy hukmini oladi. Bu muhrdan chiqarish harakatning boshlanishini boshlab beradi va “papalik va yakshanba qonuni” haqidagi “bilimning ortishi”ni (Selected Messages, 2-kitob) yuzaga keltiradi hamda Doniyor 12:10 da ifodalanganidek, “poklanish, oqartirilish va sinovdan o‘tkazilish”ning uch karra sinovini qo‘zg‘atadi.</w:t>
      </w:r>
    </w:p>
    <w:p>
      <w:pPr>
        <w:pStyle w:val="ArticleBody"/>
        <w:jc w:val="left"/>
      </w:pPr>
      <w:r>
        <w:rPr>
          <w:rFonts w:ascii="Times New Roman" w:hAnsi="Times New Roman" w:eastAsia="Times New Roman" w:cs="Times New Roman"/>
        </w:rPr>
        <w:t>Bu fikrlarni keyingi maqolada davom ettiramiz.</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Qirqinchi Oyatning Yashirin Tarixi — Beshinchi Raqam</dc:title>
  <dc:subject>Dastlabki To‘rt Maqolani Yangilash</dc:subject>
  <dc:creator>Jeff Pippenger</dc:creator>
  <cp:keywords/>
  <dc:description>Generated by ArticleDigger from hidden_history\05_hidden_history.json</dc:description>
  <cp:lastModifiedBy>ArticleDigger</cp:lastModifiedBy>
  <cp:revision>1</cp:revision>
  <dcterms:created xsi:type="dcterms:W3CDTF">2000-01-01T00:00:00Z</dcterms:created>
  <dcterms:modified xsi:type="dcterms:W3CDTF">2000-01-01T00:00:00Z</dcterms:modified>
  <cp:category>hidden_history</cp:category>
  <cp:lastPrinted>2000-01-01T00:00:00Z</cp:lastPrinted>
</cp:coreProperties>
</file>