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Laodikeyadagi Yettinchi kun Adventistlar Jamoati — Qirq Ikkinchi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Qirq Ikkinchi Raqam</w:t>
      </w:r>
    </w:p>
    <w:p>
      <w:pPr>
        <w:pStyle w:val="ArticleBody"/>
        <w:jc w:val="left"/>
      </w:pPr>
      <w:r>
        <w:rPr>
          <w:rFonts w:ascii="Times New Roman" w:hAnsi="Times New Roman" w:eastAsia="Times New Roman" w:cs="Times New Roman"/>
        </w:rPr>
        <w:t>Levilar 23-bob, Masihning bahoriy bayramlar o‘z antitipini topgan qatori bilan bog‘liq holda, yigirma ikki oyatdan iborat ikki teng qatorga ajratilganda, biz juma oqshomidagi Fisihning, Shabbatdagi xamirturushsiz nonning va haftaning birinchi kunidagi ilk hosil mevalarining uch bosqichidan boshlanadigan bir qatorni ko‘rsatishimiz mumkin. Bu, Masihning suvga cho‘mishi bilan ifodalanganidek, bir yo‘lbelgisidir, ammo o‘sha bitta yo‘lbelgining o‘zi uch bosqichdan iborat.</w:t>
      </w:r>
    </w:p>
    <w:p>
      <w:pPr>
        <w:pStyle w:val="ArticleBody"/>
        <w:jc w:val="left"/>
      </w:pPr>
      <w:r>
        <w:rPr>
          <w:rFonts w:ascii="Times New Roman" w:hAnsi="Times New Roman" w:eastAsia="Times New Roman" w:cs="Times New Roman"/>
        </w:rPr>
        <w:t>Tirilishdan boshlab kelajakdagi qirq kunni davom ettirib borsak, burilish nuqtasiga kelamiz, chunki aynan o‘sha paytda Masih yuzma-yuz ta’lim berishni to‘xtatib, bulutlar ichida ko‘tarildi. Yuz qirq to‘rt ming kishi ham bulutlar ichida ko‘tariladi.</w:t>
      </w:r>
    </w:p>
    <w:p>
      <w:pPr>
        <w:pStyle w:val="ArticleScripture"/>
        <w:jc w:val="left"/>
      </w:pPr>
      <w:r>
        <w:rPr>
          <w:rFonts w:ascii="Times New Roman" w:hAnsi="Times New Roman" w:eastAsia="Times New Roman" w:cs="Times New Roman"/>
        </w:rPr>
        <w:t>Va ular osmondan o‘zlariga shunday degan baland ovozni eshitdilar: «Bu yerga ko‘tarilinglar». Va ular bulut ichida osmonga ko‘tarildilar; dushmanlari esa ularni ko‘rdilar. Va ayni o‘sha soatda buyuk zilzila yuz berdi, shahar­ning o‘ndan bir qismi quladi, va zilzilada yetti ming kishi halok bo‘ldi; qolganlar esa vahimaga tushib, osmon Xudosiga ulug‘vorlik berdilar. Ikkinchi qayg‘u o‘tib ketdi; mana, uchinchi qayg‘u tezda kelmoqda. Va yettinchi farishta karnay chaldi; va osmonda baland ovozlar yangrab, shunday dedi: «Bu dunyoning shohliklari Rabbimizning va Uning Masihining shohliklari bo‘ldi; va U abadulabad hukmronlik qiladi». Vahiy 11:12–15.</w:t>
      </w:r>
    </w:p>
    <w:p>
      <w:pPr>
        <w:pStyle w:val="ArticleBody"/>
        <w:jc w:val="left"/>
      </w:pPr>
      <w:r>
        <w:rPr>
          <w:rFonts w:ascii="Times New Roman" w:hAnsi="Times New Roman" w:eastAsia="Times New Roman" w:cs="Times New Roman"/>
        </w:rPr>
        <w:t>Ikkinchi va uchinchi voy — Islomdir, va yettinchi farishta uchinchi voy bo‘lib, bu yana Islomdir. Uchinchi voy zilzila paytida tezlik bilan keladi. Zilzila — Amerika Qo‘shma Shtatlaridagi yakshanba qonunidir; Amerika Qo‘shma Shtatlari Vahiy kitobining o‘n uchinchi bobidagi yer hayvonidir, va yakshanba qonuni silkinishdir, ya’ni zilziladir. Yer hayvoni o‘nta shohning bosh shohidir, va Amerika Qo‘shma Shtatlari yakshanba qonuni paytida ag‘darilganda, shaharning o‘ndan bir qismi qulagan bo‘ladi. Yakshanba qonunining ayni o‘sha soatida, Ilyos va Muso orqali ifodalangan ikki guvoh — Masih bilan birga Butrus, Yoqub va Yuhannoga ulug‘vor qiyofada ko‘ringan o‘sha ikki guvoh — bulut ichida osmonga ko‘tariladi, va hamma ko‘radi, chunki ularning dushmanlari ularga qaragan edilar.</w:t>
      </w:r>
    </w:p>
    <w:p>
      <w:pPr>
        <w:pStyle w:val="ArticleBody"/>
        <w:jc w:val="left"/>
      </w:pPr>
      <w:r>
        <w:rPr>
          <w:rFonts w:ascii="Times New Roman" w:hAnsi="Times New Roman" w:eastAsia="Times New Roman" w:cs="Times New Roman"/>
        </w:rPr>
        <w:t>Tirilishdan qirq kun o‘tib, Iso bulutlar ichida “ko‘tarildi” va yuqori xonadagi o‘n kun boshlandi. Ko‘tarilish, uch farishtadan ikkinchisi bo‘lgani kabi, ko‘zga ko‘rinadigan bir sinovdir. U ko‘tarilgan paytda farishtalar, U xuddi bulutlar bilan ko‘tarilganidek, bulutlar bilan qaytib kelishini aytdilar.</w:t>
      </w:r>
    </w:p>
    <w:p>
      <w:pPr>
        <w:pStyle w:val="ArticleScripture"/>
        <w:jc w:val="left"/>
      </w:pPr>
      <w:r>
        <w:rPr>
          <w:rFonts w:ascii="Times New Roman" w:hAnsi="Times New Roman" w:eastAsia="Times New Roman" w:cs="Times New Roman"/>
        </w:rPr>
        <w:t>Va bu so‘zlarni aytgach, ular qarab turganlarida, U yuqoriga ko‘tarildi; va bir bulut Uni ularning ko‘z o‘ngidan olib ketdi. U ko‘tarilib borayotganida, ular osmonga tikilib turgan paytda, mana, oq kiyimdagi ikki kishi ularning yonida turdi; ular shunday dedilar: “Ey Jalilalik erkaklar, nega osmonga qarab turibsizlar? Sizlardan osmonga ko‘tarib olingan shu Iso, Uni osmonga ketayotganini qanday ko‘rgan bo‘lsangizlar, xuddi shunday tarzda qaytib keladi”. Havoriylar 1:9–11.</w:t>
      </w:r>
    </w:p>
    <w:p>
      <w:pPr>
        <w:pStyle w:val="ArticleBody"/>
        <w:jc w:val="left"/>
      </w:pPr>
      <w:r>
        <w:rPr>
          <w:rFonts w:ascii="Times New Roman" w:hAnsi="Times New Roman" w:eastAsia="Times New Roman" w:cs="Times New Roman"/>
        </w:rPr>
        <w:t>Uning Ikkinchi Kelishida qaytishi O‘z shohligining “ulug‘vorligi” ichidadir.</w:t>
      </w:r>
    </w:p>
    <w:p>
      <w:pPr>
        <w:pStyle w:val="ArticleScripture"/>
        <w:jc w:val="left"/>
      </w:pPr>
      <w:r>
        <w:rPr>
          <w:rFonts w:ascii="Times New Roman" w:hAnsi="Times New Roman" w:eastAsia="Times New Roman" w:cs="Times New Roman"/>
        </w:rPr>
        <w:t>Kimki bu zino va gunohkor avlod orasida Mendan va Mening so‘zlarimdan uyalsa, Inson O‘g‘li ham O‘z Otasining ulug‘vorligida muqaddas farishtalar bilan kelganida undan uyaladi. Mark 8:38.</w:t>
      </w:r>
    </w:p>
    <w:p>
      <w:pPr>
        <w:pStyle w:val="ArticleBody"/>
        <w:jc w:val="left"/>
      </w:pPr>
      <w:r>
        <w:rPr>
          <w:rFonts w:ascii="Times New Roman" w:hAnsi="Times New Roman" w:eastAsia="Times New Roman" w:cs="Times New Roman"/>
        </w:rPr>
        <w:t>Ayni shu “ulug‘vorlik”ga Butrus, Yoqub va Yuhanno O‘zgarish Tog‘ida guvoh bo‘lgan edilar. O‘zgarish Tog‘i ham ikkinchi qadam edi; undan oldin Qaysariya Filippi, undan keyin esa Qaysariya Maritima kelgan edi. Ikkinchi sinov, shuningdek, hayvonning surati sinovidir — bu shunday bir sinovki, unda hayvonning surati shakllanayotganini bashoratli ravishda anglash talab etiladi. Ikkinchi sinov, shuningdek, Melzar Doniyor va uning do‘stlarini dukkakli taom yemaganlarning chehralari bilan qiyoslash uchun tekshirgan holatning timsolidir. Bu ko‘rish orqali o‘tkaziladigan sinovdir. Ibrohim ahdining tarixidagi uch ahdiy qadamning ikkinchi qadami sunnatning “belgisi” edi. Ikkinchi qadam Xudoning xalqining bayroq sifatida ko‘tarilar ekan, muhrlanishini ifodalaydi. Ikkinchi qadam — “ulug‘vorlik” namoyon bo‘ladigan joydir, chunki birinchi farishtaning uch qadami qo‘rquv, “ulug‘vorlik” va hukmdir. Hosil bayrami mavsumining qirqinchi kuni O‘zgarish Tog‘iga mos keladi. Oyoq kiyimlaringizni yeching, chunki siz muqaddas zamindasiz.</w:t>
      </w:r>
    </w:p>
    <w:p>
      <w:pPr>
        <w:pStyle w:val="ArticleBody"/>
        <w:jc w:val="left"/>
      </w:pPr>
      <w:r>
        <w:rPr>
          <w:rFonts w:ascii="Times New Roman" w:hAnsi="Times New Roman" w:eastAsia="Times New Roman" w:cs="Times New Roman"/>
        </w:rPr>
        <w:t>Ko‘tarilish ko‘zga ko‘rinadigan bir sinovdir, va bayramlar qatorida qirqinchi kundagi ko‘tarilish undan oldin keladigan besh kun bilan, ya’ni Karnaylar bayrami bilan oldindan belgilanadi. Karnaylar bayrami yettinchi karnayning ogohlantirishini ko‘rsatadi; bu esa Islomning ogohlantirishidir.</w:t>
      </w:r>
    </w:p>
    <w:p>
      <w:pPr>
        <w:pStyle w:val="ArticleBody"/>
        <w:jc w:val="left"/>
      </w:pPr>
      <w:r>
        <w:rPr>
          <w:rFonts w:ascii="Times New Roman" w:hAnsi="Times New Roman" w:eastAsia="Times New Roman" w:cs="Times New Roman"/>
        </w:rPr>
        <w:t>Osmonga ko‘tarilish karnaylardan besh kun keyin sodir bo‘ladi, so‘ngra osmonga ko‘tarilishdan besh kun o‘tib, Kafforat kuni hukmni belgilaydi. Karnay qadimiy yo‘llardir, u Laodikiya xabaridir, u Islomdir va u birinchi farishtaning poydevoriy xabaridir. Besh kun o‘tib, “yuzma-yuz” ta’lim nihoyasiga yetganda, ikkinchi farishtaning ikkinchi, ko‘rinadigan sinovi osmonga ko‘tarilish bilan belgilanadi. Shundan besh kun keyin, hukm uchinchi farishtani belgilaydi.</w:t>
      </w:r>
    </w:p>
    <w:p>
      <w:pPr>
        <w:pStyle w:val="ArticleBody"/>
        <w:jc w:val="left"/>
      </w:pPr>
      <w:r>
        <w:rPr>
          <w:rFonts w:ascii="Times New Roman" w:hAnsi="Times New Roman" w:eastAsia="Times New Roman" w:cs="Times New Roman"/>
        </w:rPr>
        <w:t>Xudoning xonadoni ustidan hukm tugaganidan besh kun o‘tib, Pentikost kuni bilan belgilanganidek, hukm Amerika Qo‘shma Shtatlari ustiga keladi.</w:t>
      </w:r>
    </w:p>
    <w:p>
      <w:pPr>
        <w:pStyle w:val="ArticleScripture"/>
        <w:jc w:val="left"/>
      </w:pPr>
      <w:r>
        <w:rPr>
          <w:rFonts w:ascii="Times New Roman" w:hAnsi="Times New Roman" w:eastAsia="Times New Roman" w:cs="Times New Roman"/>
        </w:rPr>
        <w:t>U Abramga dedi: “Aniq bilgilki, sening zurriyoting o‘zlariga tegishli bo‘lmagan yurtda g‘arib bo‘ladi, ularga qullik qiladi; va ular to‘rt yuz yil davomida zulm ko‘radilar. Ammo ular qullik qiladigan o‘sha xalqni Men hukm qilaman; shundan keyin esa ular katta boylik bilan chiqib ketadilar”. Ibtido 15:13, 14.</w:t>
      </w:r>
    </w:p>
    <w:p>
      <w:pPr>
        <w:pStyle w:val="ArticleBody"/>
        <w:jc w:val="left"/>
      </w:pPr>
      <w:r>
        <w:rPr>
          <w:rFonts w:ascii="Times New Roman" w:hAnsi="Times New Roman" w:eastAsia="Times New Roman" w:cs="Times New Roman"/>
        </w:rPr>
        <w:t>Yakshanba qonuni vaqtida, Amerika Qo‘shma Shtatlarining “xalq”i hukm qilinadigan paytda, bir yuz qirq to‘rt ming kishining ega bo‘lgan “buyuk mohiyati” Ishayo kitobining oltinchi bobidagi mohiyat bo‘lib, Ilohiyatni ifodalaydi. Ibrohimning ahd haqidagi bashorati “o‘sha xalqni ham” deydi; shu tariqa, bu Xudoning xalqi Yakshanba qonunidan oldin muhrlanishini ko‘rsatadi. So‘ngra Yakshanba qonuni vaqtida, Chodirlar bayramining yetti kuni bilan ifodalangan bir davrda, Xudoning uyidan tashqaridagi buyuk olomon ustidan hukm ijro etilar ekan, keyingi yomg‘ir o‘lchovsiz yog‘diriladi.</w:t>
      </w:r>
    </w:p>
    <w:p>
      <w:pPr>
        <w:pStyle w:val="ArticleBody"/>
        <w:jc w:val="left"/>
      </w:pPr>
      <w:r>
        <w:rPr>
          <w:rFonts w:ascii="Times New Roman" w:hAnsi="Times New Roman" w:eastAsia="Times New Roman" w:cs="Times New Roman"/>
        </w:rPr>
        <w:t>2020-yil 18-iyul kuni ikki guvoh Sodom va Misr ko‘chalarida o‘ldirildi. Ikki guvoh Muso va Ilyos edi, va Uilyam Miller o‘z tarixidagi Ilyos edi. U tushida bir lahzaga ko‘zlarini yumdi, va 2020-yil 18-iyul kuni u bashoratli ma’noda o‘limda ko‘zlarini yumdi. U ko‘zlarini ochganida, xona bo‘sh edi, bir eshik va derazalar ochiq edi. So‘ngra Miller kir cho‘tkasi ushlagan odam amalga oshirayotgan ishni ko‘rgach, undan ehtiyotkor bo‘lishini iltijo qildi, va kir cho‘tkasi ushlagan odam uni hammasi yaxshi bo‘lishiga ishontirdi.</w:t>
      </w:r>
    </w:p>
    <w:p>
      <w:pPr>
        <w:pStyle w:val="ArticleBody"/>
        <w:jc w:val="left"/>
      </w:pPr>
      <w:r>
        <w:rPr>
          <w:rFonts w:ascii="Times New Roman" w:hAnsi="Times New Roman" w:eastAsia="Times New Roman" w:cs="Times New Roman"/>
        </w:rPr>
        <w:t>Miller 2023-yil iyul oyida sahroda uyg‘onganida, xamirturushsiz nonlar bayrami 2023-yil 31-dekabrdagi tirilishga sal oldin yetib keldi. O‘sha paytda — haqiqiy Yarim tungi Faryodning bashoratli xabari, ilgari muhrdan yechilgan har bir boshqa bashoratli xabar timsol qilgan o‘sha “faryod” muhrdan yechila boshladi, chunki uch yarim kunning oxiri “oxirzamon vaqti”ni belgilaydi, va “oxirzamon vaqti”da doimo bashoratli bir muhrdan yechilish bo‘ladi. Bu har doim shunday bo‘ladi, chunki Masih kecha, bugun va abadulabad aynidir. Uning insonlar bilan muomalasi doimo bir xildir, chunki U hozir ham avvalgidek ayni “yo‘nalishlar” bo‘yicha ish ko‘radi. Uch yarim kunning oxirida Iso Masihning Vahiyi muhrdan yechildi.</w:t>
      </w:r>
    </w:p>
    <w:p>
      <w:pPr>
        <w:pStyle w:val="ArticleBody"/>
        <w:jc w:val="left"/>
      </w:pPr>
      <w:r>
        <w:rPr>
          <w:rFonts w:ascii="Times New Roman" w:hAnsi="Times New Roman" w:eastAsia="Times New Roman" w:cs="Times New Roman"/>
        </w:rPr>
        <w:t>Tirilgan tana avvalo yaratilgan, so‘ngra unga hayot nafasi puflangan Odam orqali timsollashtirilgan edi. Hizqiyol 37 dagi o‘lik, quruq suyaklar ham avval bir bashorat orqali shakllantirilgan, shundan keyin esa, to‘rt shamol haqidagi xabar bilan — ya’ni muhrlash xabari bilan — jonsiz tanaga hayot nafasini olib kelgan ikkinchi bashorat orqali hayotga keltirilgan edi. Har ikkala tasvirda ham muhrdan ochilgan bashorat ikki qismdan iborat bo‘lib, ular turli yo‘llar bilan taqdim etiladi. Ular ichki va tashqidir; ular Ulai va Xiddekel daryolari haqidagi vahiydir; ular chazon va mareh vahiylaridir; ular ikki guvoh, ikki oltin quvurdir va hokazo.</w:t>
      </w:r>
    </w:p>
    <w:p>
      <w:pPr>
        <w:pStyle w:val="ArticleBody"/>
        <w:jc w:val="left"/>
      </w:pPr>
      <w:r>
        <w:rPr>
          <w:rFonts w:ascii="Times New Roman" w:hAnsi="Times New Roman" w:eastAsia="Times New Roman" w:cs="Times New Roman"/>
        </w:rPr>
        <w:t>Millerchilar tarixida Yarim Tun Faryodi ikkinchi farishtaning bashorati bilan birlashgan bashorat edi. Ikki bosqichli bashorat. 2023-yilda o‘lik quruq suyaklar tiriltirilganda, bashoriy zaruratga ko‘ra ular sinovdan o‘tishi kerak edi, chunki biror bashoratning muhrdan ochilishi har doim uch bosqichli sinov jarayonini boshlaydi. Dastlabki ikki sinov — poydevor sinovi, so‘ngra esa ma’bad sinovi bo‘lur edi.</w:t>
      </w:r>
    </w:p>
    <w:p>
      <w:pPr>
        <w:pStyle w:val="ArticleBody"/>
        <w:jc w:val="left"/>
      </w:pPr>
      <w:r>
        <w:rPr>
          <w:rFonts w:ascii="Times New Roman" w:hAnsi="Times New Roman" w:eastAsia="Times New Roman" w:cs="Times New Roman"/>
        </w:rPr>
        <w:t>Tirilishdan besh kun o‘tib — xamirturushsiz non davri bilan ifodalangan sahrodagi ovoz nihoyasiga yetadi, chunki Miller va Yahyo Cho‘mdiruvchi bilan ifodalangan Ilyos ikkalasi ham o‘zlari poyabzalini ko‘tarishga noloyiq bo‘lgan Zotning yo‘lini tayyorladilar. Tirilishda Iso qirq kun davom etadigan “yuzma-yuz” ta’lim davrini boshlaydi. O‘sha “yuzma-yuz” ta’lim Doniyor uchun o‘ninchi bobda yigirma ikkinchi kuni boshlangan. U yerda bu uch qadam va uch tegish, shuningdek quvvatli bo‘lishning ikki karra takrorlanishi sifatida ifodalangan.</w:t>
      </w:r>
    </w:p>
    <w:p>
      <w:pPr>
        <w:pStyle w:val="ArticleBody"/>
        <w:jc w:val="left"/>
      </w:pPr>
      <w:r>
        <w:rPr>
          <w:rFonts w:ascii="Times New Roman" w:hAnsi="Times New Roman" w:eastAsia="Times New Roman" w:cs="Times New Roman"/>
        </w:rPr>
        <w:t>Qirq kun yakunlanishidan besh kun oldin, Islom karnayining ogohlantirishi yangraydi. Islomning ogohlantirishi Masihning Quddusga zafarli kirishida minib kirgan eshak orqali ifodalangan edi. U Zaytun tog‘ining yonbag‘irlaridan Quddusga tushib borishidan oldin, avvalo O‘z shogirdlariga borib, eshakni yechib qo‘yishni buyurdi.</w:t>
      </w:r>
    </w:p>
    <w:p>
      <w:pPr>
        <w:pStyle w:val="ArticleScripture"/>
        <w:jc w:val="left"/>
      </w:pPr>
      <w:r>
        <w:rPr>
          <w:rFonts w:ascii="Times New Roman" w:hAnsi="Times New Roman" w:eastAsia="Times New Roman" w:cs="Times New Roman"/>
        </w:rPr>
        <w:t>“Bu vahiy 1847-yilda, shanbani tutayotgan Adventdagi birodarlar juda oz bo‘lgan va ulardan ham faqat ozchiligi uning tutilishi Xudoning xalqi bilan imonsizlar o‘rtasida chegara chizish uchun yetarli darajada muhim, deb hisoblagan bir vaqtda berilgan edi. Endi esa o‘sha vahiyning bajo bo‘lishi ko‘rina boshladi. Bu yerda tilga olingan ‘o‘sha musibat vaqtining boshlanishi’ balolar yog‘dirila boshlanadigan vaqtga emas, balki ular yog‘dirilishidan sal oldingi qisqa davrga, Masih muqaddas maskanda bo‘lib turgan paytga ishora qiladi. O‘sha vaqtda, najot ishi yakunlanib borayotgan bir pallada, yer yuziga musibat kelib yaqinlashadi, xalqlar g‘azablanadi, biroq uchinchi farishtaning ishiga to‘sqinlik qilmasligi uchun tiyib turiladi. O‘sha vaqtda Rabbimiz huzuridan keladigan ‘so‘nggi yomg‘ir’, ya’ni tetiklanish keladi; u uchinchi farishtaning baland ovoziga qudrat berish va azizlarni yetti oxirgi bala yog‘diriladigan davrda bardosh bera olishga tayyorlash uchun keladi.” Early Writings, 85.</w:t>
      </w:r>
    </w:p>
    <w:p>
      <w:pPr>
        <w:pStyle w:val="ArticleBody"/>
        <w:jc w:val="left"/>
      </w:pPr>
      <w:r>
        <w:rPr>
          <w:rFonts w:ascii="Times New Roman" w:hAnsi="Times New Roman" w:eastAsia="Times New Roman" w:cs="Times New Roman"/>
        </w:rPr>
        <w:t>9/11 da U O‘z farishtalariga eshakni bo‘shatishni amr qildi, shundan so‘ng kichikroq George Bush eshakni jilovlab turdi. Kirus birinchi farishtaning timsolidir, chunki u birinchi farmonni e’lon qilgan edi. Shuning uchun u 1840-yil 11-avgustni ham, 9/11 ni ham ifodalaydi, va 9/11 da “xalqlarning g‘azablanishi” bilan ifodalangan Islom qo‘yib yuborildi, so‘ng esa tiyib turildi. O‘sha vaqtda oxirgi yomg‘ir yog‘a boshladi. Kirus Islomning 1840-yil 11-avgustdagi ham, 9/11 dagi ham ikkala yo‘lbelgisini ifodalaydi.</w:t>
      </w:r>
    </w:p>
    <w:p>
      <w:pPr>
        <w:pStyle w:val="ArticleScripture"/>
        <w:jc w:val="left"/>
      </w:pPr>
      <w:r>
        <w:rPr>
          <w:rFonts w:ascii="Times New Roman" w:hAnsi="Times New Roman" w:eastAsia="Times New Roman" w:cs="Times New Roman"/>
        </w:rPr>
        <w:t>“Uch hafta davomida Jabroil zulmat kuchlari bilan olishdi va Kirning ongida ish olib borayotgan ta’sirlarni bartaraf etishga urindi; kurash yakuniga yetmasidan oldin esa, Masihning O‘zi Jabroilga yordamga keldi. Jabroil shunday deydi: ‘Fors shohligining shahzodasi yigirma bir kun davomida menga qarshilik qildi; ammo mana, bosh shahzodalardan biri bo‘lgan Mixoil menga yordam berish uchun keldi; men esa Fors shohlari huzurida o‘sha yerda qoldim.’ Doniyor 10:13. Xudo xalqining manfaati yo‘lida osmon qila oladigan barcha ish qilindi. G‘alaba nihoyat qo‘lga kiritildi; dushmanning kuchlari Kirning barcha kunlarida ham, taxminan yetti yarim yil hukmronlik qilgan uning o‘g‘li Kambizning barcha kunlarida ham tiyib turildi.” Payg‘ambarlar va Shohlar, 571.</w:t>
      </w:r>
    </w:p>
    <w:p>
      <w:pPr>
        <w:pStyle w:val="ArticleBody"/>
        <w:jc w:val="left"/>
      </w:pPr>
      <w:r>
        <w:rPr>
          <w:rFonts w:ascii="Times New Roman" w:hAnsi="Times New Roman" w:eastAsia="Times New Roman" w:cs="Times New Roman"/>
        </w:rPr>
        <w:t>1840-yil 11-avgustda, kashshoflar ifoda etganlaridek, Usmonli hukmronligi barham topgan paytda, ikkinchi voyga mansub Islom tiyib turildi. Bu tiyib turilish, Islomning uch voyidan ikkinchi voyini ifodalagan oltinchi farishta tomonidan to‘rt farishta — to‘rtta islomiy sultonni ifodalovchi farishtalar — bo‘shatib yuborilgan paytda boshlangan uch yuz to‘qson bir yil va o‘n besh kunlik vaqt bashoratining yakunini belgiladi. 9/11 da Islom zarba berdi, so‘ng esa tiyib turildi; bu holat Kirning tarixida va 1840-yildagi tiyib turilish orqali ifodalangan. Bu uchala guvohning barchasi Islomning tiyib turilishi yoki bo‘shatib yuborilishini ko‘rsatadi, va Masihning tantanali kirib kelishining boshida eshak bo‘shatib yuborildi.</w:t>
      </w:r>
    </w:p>
    <w:p>
      <w:pPr>
        <w:pStyle w:val="ArticleBody"/>
        <w:jc w:val="left"/>
      </w:pPr>
      <w:r>
        <w:rPr>
          <w:rFonts w:ascii="Times New Roman" w:hAnsi="Times New Roman" w:eastAsia="Times New Roman" w:cs="Times New Roman"/>
        </w:rPr>
        <w:t>Uning zafarli kirishidan oldin eshakning bo‘shatilishi, osmonga ko‘tarilishdan besh kun avval yetib keladigan karnay xabarini aniqlab beradi. Islomning yana qo‘yib yuborilishi haqidagi xabar — xuddi 9/11 da bo‘lgani kabi va keyinroq, Hosil bayrami bo‘lgan Yakshanba qonunida, o‘n besh kun o‘tib yana qo‘yib yuboriladiganidek — Yarim tun nidosining boshlanishini belgilaydigan xabardir. Eshakning bo‘shatilishi Yarim tun nidosi xabarining e’lon qilinishining boshlanishini, ya’ni alfasini bildiradi; Yakshanba qonunida esa, u yerda Yarim tun nidosi baland nidoga aylanganda, Islom yer hayvonini yana uradi.</w:t>
      </w:r>
    </w:p>
    <w:p>
      <w:pPr>
        <w:pStyle w:val="ArticleBody"/>
        <w:jc w:val="left"/>
      </w:pPr>
      <w:r>
        <w:rPr>
          <w:rFonts w:ascii="Times New Roman" w:hAnsi="Times New Roman" w:eastAsia="Times New Roman" w:cs="Times New Roman"/>
        </w:rPr>
        <w:t>Yarim Tun faryodi davri Islom tomonidan bo‘ladigan alfa zarbasi bilan boshlanadi va Islom tomonidan bo‘ladigan omega zarbasi bilan yakunlanadi. Islomning Qo‘shma Shtatlarga bergan zarbalari Balom va uning eshagi haqidagi shahodatda ifodalangan bo‘lib, bu, albatta, Sanoqlar kitobining yigirma ikkinchi bobida bayon etilgan. Yer hayvonining protestant shoxi sifatidagi Laodikiyadagi Yettinchi kun adventistlari jamoatining taqdiri Ishayo 22:22 da (ichki) ifodalangan, Respublika shoxining taqdiri esa Sanoqlar 22:22 da (tashqi) va undan keyingi oyatlarda bayon etilgan.</w:t>
      </w:r>
    </w:p>
    <w:p>
      <w:pPr>
        <w:pStyle w:val="ArticleScripture"/>
        <w:jc w:val="left"/>
      </w:pPr>
      <w:r>
        <w:rPr>
          <w:rFonts w:ascii="Times New Roman" w:hAnsi="Times New Roman" w:eastAsia="Times New Roman" w:cs="Times New Roman"/>
        </w:rPr>
        <w:t>U ketgani uchun Xudoning g‘azabi alangalanib ketdi; va Egamizning farishtasi unga qarshi turuvchi bir dushman sifatida yo‘lda turdi. O‘sha paytda u eshagiga minib ketayotgan edi, va uning ikki xizmatkori ham u bilan birga edi.</w:t>
      </w:r>
    </w:p>
    <w:p>
      <w:pPr>
        <w:pStyle w:val="ArticleScripture"/>
        <w:jc w:val="left"/>
      </w:pPr>
      <w:r>
        <w:rPr>
          <w:rFonts w:ascii="Times New Roman" w:hAnsi="Times New Roman" w:eastAsia="Times New Roman" w:cs="Times New Roman"/>
        </w:rPr>
        <w:t>Va eshak yo‘lda turgan, qo‘lida qilichi yalang‘ochlangan Egamizning farishtasini ko‘rdi; shunda eshak yo‘ldan chiqib, dalaga burildi; Balaam esa uni yana yo‘lga solish uchun eshakni urdi. Sanoqlar 22:22, 23.</w:t>
      </w:r>
    </w:p>
    <w:p>
      <w:pPr>
        <w:pStyle w:val="ArticleBody"/>
        <w:jc w:val="left"/>
      </w:pPr>
      <w:r>
        <w:rPr>
          <w:rFonts w:ascii="Times New Roman" w:hAnsi="Times New Roman" w:eastAsia="Times New Roman" w:cs="Times New Roman"/>
        </w:rPr>
        <w:t>11-sentabrda yolg‘on payg‘ambar Balom, Amerika Qo‘shma Shtatlari va kichik Jorj Bushni ifodalagan holda, otasi birinchi Jorj Bush boshlab bergan ishni — globallashuv tarafdorlarining Amerika Qo‘shma Shtatlarini ag‘darishga urinishini va u “yangi dunyo tartibi” deb atagan narsani joriy etishni — nihoyasiga yetkazishga intilar edi. Globalistlarning Muqaddas Kitobga asoslangan maqsadi Xudoning qoldiq xalqini o‘ldirishdir, va kichik Jorj Bush otasining o‘zi atagan “yangi dunyo tartibi”ni boshlab kirish haqidagi bashoratli merosining nihoyasini ifodalaydi. Bushning “yangi dunyo tartibi” yakshanba qonunida ajdaho, maxluq va yolg‘on payg‘ambarning uch tomonlama ittifoqiga yetib keladi, va kichik Jorj Bush muhrlash vaqti, maxluq surati sinov vaqti, Vahiy kitobining o‘n sakkizinchi bobi birinchi ovozi bilan ifodalangan davr va bundan ham ko‘p narsalar bo‘lgan yakshanba qonunida nihoyasiga yetadigan davrning boshlanishini belgilaydi. Balomning eshagi globalistlar kun tartibini bir yuz qirq to‘rt ming kishining peshonalariga muhr bosilguncha chetga burdi.</w:t>
      </w:r>
    </w:p>
    <w:p>
      <w:pPr>
        <w:pStyle w:val="ArticleScripture"/>
        <w:jc w:val="left"/>
      </w:pPr>
      <w:r>
        <w:rPr>
          <w:rFonts w:ascii="Times New Roman" w:hAnsi="Times New Roman" w:eastAsia="Times New Roman" w:cs="Times New Roman"/>
        </w:rPr>
        <w:t>Asafning qo‘shig‘i yoki Zaburi. Ey Xudo, sukut saqlama; jim turma, va osoyishta bo‘lma, ey Xudo. Chunki mana, dushmanlaring g‘avg‘o ko‘tarmoqda; Sendan nafratlanadiganlar bosh ko‘tardilar. Ular Sening xalqingga qarshi ayyorona maslahat qildilar va Sening yashirin saqlanganlaringga qarshi kengashdilar. Ular: “Kelinglar, ularni xalq bo‘lishdan yo‘q qilaylik, toki Isroilning nomi endi esga olinmasin”, dedilar. Chunki ular bir dil bilan o‘zaro maslahat qildilar; ular Senga qarshi ittifoq tuzdilar. Zabur 83:1–5.</w:t>
      </w:r>
    </w:p>
    <w:p>
      <w:pPr>
        <w:pStyle w:val="ArticleBody"/>
        <w:jc w:val="left"/>
      </w:pPr>
      <w:r>
        <w:rPr>
          <w:rFonts w:ascii="Times New Roman" w:hAnsi="Times New Roman" w:eastAsia="Times New Roman" w:cs="Times New Roman"/>
        </w:rPr>
        <w:t>Oltinchi oyatdan boshlab, “dushmanlar” Vahiy o‘n yettinchi bobda o‘nta shoh sifatida tasvirlangan “o‘n” xalq ekani aniqlanadi. U yerda o‘nta shoh bir fikrda, ammo Osaf shunday deydi: “ular bir jon-dil bilan maslahat qildilar; ular Senga qarshi ittifoq tuzdilar.” O‘nta shoh keyingi kunlarning globalistik yovuz konfederatsiyasidir; ular “Isroil”ni, “Sening yashirin bandalaring”ni, “xalq bo‘lish”dan “yo‘q qilish”ga qaror qilganlar. Uch karra ittifoqning “boshi” sifatida papalik hokimiyatini “ko‘taradigan” o‘nta shoh konfederatsiyasining ishi Eng Oliy Zotning “maxfiy maskani”da yashiringan ruhiy “Isroil”ni yo‘q qilishdir.</w:t>
      </w:r>
    </w:p>
    <w:p>
      <w:pPr>
        <w:pStyle w:val="ArticleBody"/>
        <w:jc w:val="left"/>
      </w:pPr>
      <w:r>
        <w:rPr>
          <w:rFonts w:ascii="Times New Roman" w:hAnsi="Times New Roman" w:eastAsia="Times New Roman" w:cs="Times New Roman"/>
        </w:rPr>
        <w:t>9/11 paytida Islomning eshagi ajdarning kun tartibini o‘z yo‘lidan og‘dirib yubordi, chunki Vahiy 18 dagi qudratli farishta qo‘lida qilich bilan tushib kelgan edi. O‘shandagi ichki sinov eski yo‘llarga qaytishdan iborat edi. Ana shu nuqtada Vahiy o‘n sakkizinchi bobining dastlabki uch oyati tarixida bayon etilganidek, Millerit tarixlarining ham birinchi, ham ikkinchi farishtaga oid takrorlanishi yana takrorlana boshladi. O‘sha dastlabki uch oyat — Sister White aytganidek, Nyu-York shahrining ulkan binolari qulatilganida bajo bo‘ladigan oyatlardir.</w:t>
      </w:r>
    </w:p>
    <w:p>
      <w:pPr>
        <w:pStyle w:val="ArticleBody"/>
        <w:jc w:val="left"/>
      </w:pPr>
      <w:r>
        <w:rPr>
          <w:rFonts w:ascii="Times New Roman" w:hAnsi="Times New Roman" w:eastAsia="Times New Roman" w:cs="Times New Roman"/>
        </w:rPr>
        <w:t>11-sentyabrda Vahiy 18:1–3 bajo keltirildi va 1840-yil 11-avgust kuni birinchi farishtaning o‘z ulug‘vorligi bilan yer yuzini yoritish uchun tushib kelganiga oid parallel o‘shanda Boburning qulaganini e’lon qilgan ikkinchi farishta bilan qo‘shildi. Balom birinchi farishtaning timsoli edi, va Balomga ikkinchi farishtani ifoda etgan ikki xizmatkori hamroh edi.</w:t>
      </w:r>
    </w:p>
    <w:p>
      <w:pPr>
        <w:pStyle w:val="ArticleBody"/>
        <w:jc w:val="left"/>
      </w:pPr>
      <w:r>
        <w:rPr>
          <w:rFonts w:ascii="Times New Roman" w:hAnsi="Times New Roman" w:eastAsia="Times New Roman" w:cs="Times New Roman"/>
        </w:rPr>
        <w:t>Yolg‘on payg‘ambarning Respublikachi shoxi haqidagi Balomning timsolida, Balom Islomning eshagi bilan yana ikki marta to‘qnashuvga duch kelishi kerak edi. Uchinchi to‘qnashuvda eshak “so‘zlaydi”, va bashoratning so‘zlashi Yakshanba qonunini belgilaydi. 2023-yil 7-oktabrda eshak yana zarba berdi, biroq bu ma’naviy zamonaviy ulug‘vor yurtda emas edi. U so‘zma-so‘z qadimiy ulug‘vor yurtga zarba berdi, va Balom bilan uning eshagi endi ikkinchi to‘qnashuviga kirgan edi.</w:t>
      </w:r>
    </w:p>
    <w:p>
      <w:pPr>
        <w:pStyle w:val="ArticleScripture"/>
        <w:jc w:val="left"/>
      </w:pPr>
      <w:r>
        <w:rPr>
          <w:rFonts w:ascii="Times New Roman" w:hAnsi="Times New Roman" w:eastAsia="Times New Roman" w:cs="Times New Roman"/>
        </w:rPr>
        <w:t>Lekin Egamizning farishtasi uzumzorlardagi yo‘lda turardi; bu tomonda ham devor, u tomonda ham devor bor edi. Eshak Egamizning farishtasini ko‘rgach, o‘zini devorga qisdi va Balomning oyog‘ini devorga ezib qo‘ydi; shunda u uni yana urdi. Sahroda sanash 22:24, 25.</w:t>
      </w:r>
    </w:p>
    <w:p>
      <w:pPr>
        <w:pStyle w:val="ArticleBody"/>
        <w:jc w:val="left"/>
      </w:pPr>
      <w:r>
        <w:rPr>
          <w:rFonts w:ascii="Times New Roman" w:hAnsi="Times New Roman" w:eastAsia="Times New Roman" w:cs="Times New Roman"/>
        </w:rPr>
        <w:t>Qadimgi Isroilning uzumzori Laodikeyadagi Yettinchi kun adventizmining uzumzorini ifodalaydi. Ularning har ikkalasi ham uzumzorni tashkil etuvchi unsurlardan biri bo‘lgan va “devor” bilan timsollangan Xudoning Qonunining saqlovchilari bo‘lish mas’uliyati berilgan ahd xalqidir.</w:t>
      </w:r>
    </w:p>
    <w:p>
      <w:pPr>
        <w:pStyle w:val="ArticleScripture"/>
        <w:jc w:val="left"/>
      </w:pPr>
      <w:r>
        <w:rPr>
          <w:rFonts w:ascii="Times New Roman" w:hAnsi="Times New Roman" w:eastAsia="Times New Roman" w:cs="Times New Roman"/>
        </w:rPr>
        <w:t>Uzumzorga Men yana nima qilishim mumkin edi, unda qilmagan bo‘lsam? Nega Men undan uzum berishini kutganimda, u yovvoyi uzum keltirdi? Endi esa, keling, Men uzumzorimga nima qilishimni sizlarga aytaman: Men uning to‘sig‘ini olib tashlayman, va u yeb bitiriladi; uning devorini buzib tashlayman, va u oyoq osti qilinadi. Ishayo 5:4, 5.</w:t>
      </w:r>
    </w:p>
    <w:p>
      <w:pPr>
        <w:pStyle w:val="ArticleBody"/>
        <w:jc w:val="left"/>
      </w:pPr>
      <w:r>
        <w:rPr>
          <w:rFonts w:ascii="Times New Roman" w:hAnsi="Times New Roman" w:eastAsia="Times New Roman" w:cs="Times New Roman"/>
        </w:rPr>
        <w:t>Qadimgi so‘zma-so‘z va zamonaviy ruhiy Isroilning har ikkisi ham isyon qildi va o‘zlarining muqaddas mas’uliyatlarini rad etdi. 11-sentabrdan Yakshanba qonunigacha bo‘lgan davrda bashoratli bir masala “devor” orqali ifodalanadi. Bashoratli masala Amerika Qo‘shma Shtatlari Konstitutsiyasi doirasida cherkov bilan davlat o‘rtasidagi ajralish “devori”ning vayron qilinishidir. 11-sentabrda Bush Patriot Act’ni joriy etdi, bu esa Konstitutsiyani bekor qilish yo‘lidagi katta bir qadam edi, chunki aynan o‘sha yerda Konstitutsiyani yo‘naltirgan falsafa ostin-ustun qilindi: aybi isbotlanmaguncha shaxs aybdor deb da’vo qiladigan Rim huquqi tamoyillari, aybi isbotlanmaguncha shaxs aybsiz hisoblanishini himoya qiladigan ingliz huquqi tamoyilidan ustun qo‘yildi.</w:t>
      </w:r>
    </w:p>
    <w:p>
      <w:pPr>
        <w:pStyle w:val="ArticleBody"/>
        <w:jc w:val="left"/>
      </w:pPr>
      <w:r>
        <w:rPr>
          <w:rFonts w:ascii="Times New Roman" w:hAnsi="Times New Roman" w:eastAsia="Times New Roman" w:cs="Times New Roman"/>
        </w:rPr>
        <w:t>11-sentabrdan yakshanba qonunigacha bo‘lgan davr “devorlar”ga oid bashoratli ishoralarni o‘z ichiga oladi. Islomning Balomning eshagi singari devorlarni urib yiqitishi, Konstitutsiya ichidagi tamoyillarni ag‘darish uchun aynan Islom masalasi adashgan mantiqni taqdim etishini ko‘rsatadi. Shu bashoratli ma’noda, Muqaddas Kitobdagi soxta payg‘ambar bo‘lgan Islom mahluqning surati sinov davrida Qo‘shma Shtatlarni aldaydi; xuddi shuningdek, Qo‘shma Shtatlarning soxta payg‘ambari dunyoning mahluq surati sinov davrida butun dunyoni aldaydi.</w:t>
      </w:r>
    </w:p>
    <w:p>
      <w:pPr>
        <w:pStyle w:val="ArticleBody"/>
        <w:jc w:val="left"/>
      </w:pPr>
      <w:r>
        <w:rPr>
          <w:rFonts w:ascii="Times New Roman" w:hAnsi="Times New Roman" w:eastAsia="Times New Roman" w:cs="Times New Roman"/>
        </w:rPr>
        <w:t>2023-yil 7-oktabrda Islomning eshagi qadimiy, harfiy ma’nodagi ulug‘vor yerga hujum qildi, va Yarim Tun Nidosi e’lon qilinishidan oldin eshak qo‘yib yuborilganda, Islom 11-sentabrda qilganidek, zamonaviy, ruhiy ulug‘vor yer bo‘lgan Qo‘shma Shtatlarga yana zarba beradi. Balom eshakni ikkinchi marta urganda, bu ikkinchi farishtadir, va ikkinchi farishta har doim ikki devorli “uzumzorlar yo‘li” bilan ifodalanganidek, ikkilanishni yuzaga keltiradi.</w:t>
      </w:r>
    </w:p>
    <w:p>
      <w:pPr>
        <w:pStyle w:val="ArticleScripture"/>
        <w:jc w:val="left"/>
      </w:pPr>
      <w:r>
        <w:rPr>
          <w:rFonts w:ascii="Times New Roman" w:hAnsi="Times New Roman" w:eastAsia="Times New Roman" w:cs="Times New Roman"/>
        </w:rPr>
        <w:t>Va Egamizning farishtasi yana oldinga o‘tib, o‘ngga ham, chapga ham burilib bo‘lmaydigan tor bir joyda turdi. Eshak Va Egamizning farishtasini ko‘rgach, Balomning ostiga cho‘kdi. Shunda Balomning g‘azabi qo‘zg‘aldi va u eshakni hassasi bilan urdi. Va Egamiz eshakning og‘zini ochdi, va u Balomga dedi: “Seni bu uch marta urishing uchun men senga nima qildim?” Sonlar 22:26–28.</w:t>
      </w:r>
    </w:p>
    <w:p>
      <w:pPr>
        <w:pStyle w:val="ArticleBody"/>
        <w:jc w:val="left"/>
      </w:pPr>
      <w:r>
        <w:rPr>
          <w:rFonts w:ascii="Times New Roman" w:hAnsi="Times New Roman" w:eastAsia="Times New Roman" w:cs="Times New Roman"/>
        </w:rPr>
        <w:t>Yigirma ikki va yigirma uchinchi oyatlarni yaqinroq ko‘rib chiqsak, eshak aslida birinchi marta aynan yigirma uchinchi oyatda urilganini ko‘ramiz.</w:t>
      </w:r>
    </w:p>
    <w:p>
      <w:pPr>
        <w:pStyle w:val="ArticleScripture"/>
        <w:jc w:val="left"/>
      </w:pPr>
      <w:r>
        <w:rPr>
          <w:rFonts w:ascii="Times New Roman" w:hAnsi="Times New Roman" w:eastAsia="Times New Roman" w:cs="Times New Roman"/>
        </w:rPr>
        <w:t>U borgani uchun Xudoning g‘azabi alangalandi; va Egamizning farishtasi unga qarshi turuvchi dushman bo‘lib yo‘lga chiqdi. U esa eshagiga minib ketayotgan edi, va uning ikki xizmatkori u bilan birga edi.</w:t>
      </w:r>
    </w:p>
    <w:p>
      <w:pPr>
        <w:pStyle w:val="ArticleScripture"/>
        <w:jc w:val="left"/>
      </w:pPr>
      <w:r>
        <w:rPr>
          <w:rFonts w:ascii="Times New Roman" w:hAnsi="Times New Roman" w:eastAsia="Times New Roman" w:cs="Times New Roman"/>
        </w:rPr>
        <w:t>Va eshak yo‘lda turib, qo‘lida yalang‘ochlangan qilichini tutgan Egamizning farishtasini ko‘rdi; shunda eshak yo‘ldan chiqib, dalaga burildi. Balaam esa uni yana yo‘lga qaytarish uchun eshakni urdi. Sahroda sanash 22:22, 23.</w:t>
      </w:r>
    </w:p>
    <w:p>
      <w:pPr>
        <w:pStyle w:val="ArticleBody"/>
        <w:jc w:val="left"/>
      </w:pPr>
      <w:r>
        <w:rPr>
          <w:rFonts w:ascii="Times New Roman" w:hAnsi="Times New Roman" w:eastAsia="Times New Roman" w:cs="Times New Roman"/>
        </w:rPr>
        <w:t>Balaamning soxta payg‘ambar bo‘lish haqidagi iltimosni qabul qilgani uchun Xudoning unga bo‘lgan g‘azabi, Masihning Matto 22-bobning oxirgi oyatida bahs-talash qiluvchi yahudiylar bilan muloqotini yakunlaganiga parallel edi. Sonlar 22-bobning yigirma uchinchi oyati Matto 23-bobiga mos keladi, Sonlarning yigirma to‘rtinchi va yigirma beshinchi boblari esa Mattoning 24 va 25-boblariga mos keladi. Yigirma oltinchi, yigirma yettinchi va yigirma sakkizinchi boblar Mattoning 26, 27, 28-boblariga mos keladi.</w:t>
      </w:r>
    </w:p>
    <w:p>
      <w:pPr>
        <w:pStyle w:val="ArticleBody"/>
        <w:jc w:val="left"/>
      </w:pPr>
      <w:r>
        <w:rPr>
          <w:rFonts w:ascii="Times New Roman" w:hAnsi="Times New Roman" w:eastAsia="Times New Roman" w:cs="Times New Roman"/>
        </w:rPr>
        <w:t>Matto 23-bob birinchi farishtadir, 24 va 25 ikkinchi farishtadir, 26, 27 va 28 esa uchinchi farishtadir. Sanoqlar 22-bobda 23-oyat birinchi farishtadir, 24 va 25-oyatlar ikkinchi farishtadir, 26, 27 va 28-oyatlar esa uchinchi farishtadir. Matto ahd xalqiga, eski va yangiga murojaat qilmoqda: Sanoqlar esa Islomning Qo‘shma Shtatlarda boshlanib, undan keyin butun dunyoga yoyiladigan yakshanba ibodatiga qarshi Xudoning jazolash vositasi sifatidagi rolini ko‘rsatmoqda. Uchinchi zarbadan keyin, eshak gapirganda, Balom hozirgina nima sodir bo‘lganini anglab yetadi.</w:t>
      </w:r>
    </w:p>
    <w:p>
      <w:pPr>
        <w:pStyle w:val="ArticleScripture"/>
        <w:jc w:val="left"/>
      </w:pPr>
      <w:r>
        <w:rPr>
          <w:rFonts w:ascii="Times New Roman" w:hAnsi="Times New Roman" w:eastAsia="Times New Roman" w:cs="Times New Roman"/>
        </w:rPr>
        <w:t>So‘ngra Egamiz Balomning ko‘zlarini ochdi, va u yo‘lda turgan, qo‘lida yalang‘och qilichi bor Egamizning farishtasini ko‘rdi; shunda u boshini egib, yuzi bilan yerga yiqildi. Egamizning farishtasi unga dedi: “Nega sen eshagingni mana shu uch marta urding? Mana, men senga qarshi turish uchun chiqdim, chunki yo‘ling Mening oldimda buzuqdir. Eshak esa Meni ko‘rib, mana shu uch marta Mendan burildi; agar u Mendan burilmaganida edi, albatta, Men hozir seni o‘ldirib, uni esa tirik qoldirgan bo‘lur edim”. Balom Egamizning farishtasiga dedi: “Men gunoh qildim; chunki Sen menga qarshi yo‘lda turganingni bilmadim. Endi esa, agar bu Senga noma’qul bo‘lsa, men ortimga qaytaman”. Sahroda sanash 22:31–34.</w:t>
      </w:r>
    </w:p>
    <w:p>
      <w:pPr>
        <w:pStyle w:val="ArticleBody"/>
        <w:jc w:val="left"/>
      </w:pPr>
      <w:r>
        <w:rPr>
          <w:rFonts w:ascii="Times New Roman" w:hAnsi="Times New Roman" w:eastAsia="Times New Roman" w:cs="Times New Roman"/>
        </w:rPr>
        <w:t>Balaam soxta payg‘ambarni ifodalaydi; u — yakshanba qonuni vaqtida ajdaho kabi so‘zlaydigan Qo‘shma Shtatlardir. Yakshanba qonuni vaqtida, u nurlantirilganda, hali ham Bobil ichida bo‘lganlarni ifodalaydi; ular o‘shanda yakshanba qonuni masalasiga uyg‘otilib, Bobildan chiqishga da’vat etiladilar.</w:t>
      </w:r>
    </w:p>
    <w:p>
      <w:pPr>
        <w:pStyle w:val="ArticleBody"/>
        <w:jc w:val="left"/>
      </w:pPr>
      <w:r>
        <w:rPr>
          <w:rFonts w:ascii="Times New Roman" w:hAnsi="Times New Roman" w:eastAsia="Times New Roman" w:cs="Times New Roman"/>
        </w:rPr>
        <w:t>Millerdan xamirturushsiz non haqidagi xabarning besh kunlik ta’limi, so‘ngra O‘ttizlik bilan ifodalangan Masihning O‘z ruhoniylariga o‘ttiz kunlik ta’limi, eshakning bo‘shatilishi haqidagi karnay ogohlantirish xabariga olib boradi; bu xabar bayroqning ko‘tarilishidan besh kun oldin keladi; u esa o‘n bokira qizi haqidagi masaldagi yopiq eshikdan besh kun oldin keladi; bu esa Hosil bayrami yakshanba qonunidan besh kun oldin keladi; o‘sha qonun Chodirlar bayramining yetti kunlik davrini boshlab beradi, va bu yakshanba qonuni inqirozi davomida keyingi yomg‘irning to‘liq to‘kilishidir, chunki o‘sha davrning sinovi yettinchi kun ustidadir.</w:t>
      </w:r>
    </w:p>
    <w:p>
      <w:pPr>
        <w:pStyle w:val="ArticleBody"/>
        <w:jc w:val="left"/>
      </w:pPr>
      <w:r>
        <w:rPr>
          <w:rFonts w:ascii="Times New Roman" w:hAnsi="Times New Roman" w:eastAsia="Times New Roman" w:cs="Times New Roman"/>
        </w:rPr>
        <w:t>Besh soni oqila yoki nodon bo‘lishidan qat’i nazar, bokiralar timsolidir. O‘ttiz soni ruhoniylarning timsolidir; “Levilar” kitobi nomi aynan shuni bildiradi. Yetti soni Shabbatdir. Levilar kitobining yigirma uchinchi bobi Shabbat sinovi davrida Malaki uchinchi bobdagi levilarning, oqila bokiralarning va bir yuz qirq to‘rt mingning tarixini tasvirlaydi.</w:t>
      </w:r>
    </w:p>
    <w:p>
      <w:pPr>
        <w:pStyle w:val="ArticleBody"/>
        <w:jc w:val="left"/>
      </w:pPr>
      <w:r>
        <w:rPr>
          <w:rFonts w:ascii="Times New Roman" w:hAnsi="Times New Roman" w:eastAsia="Times New Roman" w:cs="Times New Roman"/>
        </w:rPr>
        <w:t>Bu masalalarni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Laodikeyadagi Yettinchi kun Adventistlar Jamoati — Qirq Ikkinchi Raqam</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