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Beshinchi Raqam</w:t>
      </w:r>
    </w:p>
    <w:p>
      <w:pPr>
        <w:pStyle w:val="ArticleSubtitle"/>
        <w:jc w:val="left"/>
      </w:pPr>
      <w:r>
        <w:rPr>
          <w:rFonts w:ascii="Arial" w:hAnsi="Arial" w:eastAsia="Arial" w:cs="Arial"/>
        </w:rPr>
        <w:t>“250” Uch marta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2026-yilda Tramp Amerikaning “250” yilligini nishonlashi kerak; shu tariqa bu, miloddan avvalgi 457-yildan boshlab Rafiya jangi bilan Paniy jangi orasidagi tarixda Antiox Magnusgacha bo‘lgan “250” yil bilan muvofiqlashadi. “250” yilning oxirida Antiox Magnus miloddan avvalgi 207-yilda turadi — bu Rafiya jangidan o‘n yil keyin va Paniy jangidan yetti yil oldindir. “250” yilning guvohligi butparast Rimning “250” yillik davri bilan ham muvofiqlashadi, chunki 64-yilda Neron masihiylarga qarshi quvg‘inni boshladi va “250” yil o‘tib, 313-yildagi Milan farmoni bilan Buyuk Konstantin masihiylikni qonuniylashtirdi va quvg‘inlar nihoyasiga yetdi.</w:t>
      </w:r>
    </w:p>
    <w:p>
      <w:pPr>
        <w:pStyle w:val="ArticleBody"/>
        <w:jc w:val="left"/>
      </w:pPr>
      <w:r>
        <w:rPr>
          <w:rFonts w:ascii="Times New Roman" w:hAnsi="Times New Roman" w:eastAsia="Times New Roman" w:cs="Times New Roman"/>
        </w:rPr>
        <w:t>Donald Trump Amerikani yana buyuk qilishga qaratilgan sa’y-harakatlari bilan tanilgan; bu uning izdoshlarining yorlig‘idir — MAGA. Trump bashoratda Buyuk Konstantin, Buyuk Antiox va, albatta, Doniyor o‘n birinchi bobining dastlabki bir necha oyatlarida Buyuk Kir, Buyuk Kserks va undan keyin Buyuk Iskandar orqali timsollangan. Miloddan avvalgi 457-yilda Kir, Doro va Artaxshasta farmonidan Panium tarixigacha ikki yuz ellik yil bor. “250” yilning oxiri Rofiya bilan Panium o‘rtasidagi markaziy nuqtaga to‘g‘ri keladi, xuddi shuningdek 2026-yil ham. 2026-yil Trumpning ikkinchi muddatining o‘rtasidir. Neronning “250” yillik quvg‘ini xristianlarga qarshi quvg‘inni tugatadigan farmonga olib boradi. Neronning qatori Kir, Neron va Trump orqali ifodalangan “250” yillik uch qatorning o‘rta qatoridir.</w:t>
      </w:r>
    </w:p>
    <w:p>
      <w:pPr>
        <w:pStyle w:val="ArticleBody"/>
        <w:jc w:val="left"/>
      </w:pPr>
      <w:r>
        <w:rPr>
          <w:rFonts w:ascii="Times New Roman" w:hAnsi="Times New Roman" w:eastAsia="Times New Roman" w:cs="Times New Roman"/>
        </w:rPr>
        <w:t>Kirus birinchi farmonni chiqardi, Artakserks esa uchinchi farmonni chiqardi. Kirus — birinchi farishta, Artakserks esa uchinchi farishtadir. Men 457 miloddan avvalgi yilni birgalikda belgilab beruvchi uchala farmonning barchasi uchun ramz sifatida Kirusdan foydalanmoqchiman.</w:t>
      </w:r>
    </w:p>
    <w:p>
      <w:pPr>
        <w:pStyle w:val="ArticleBody"/>
        <w:jc w:val="left"/>
      </w:pPr>
      <w:r>
        <w:rPr>
          <w:rFonts w:ascii="Times New Roman" w:hAnsi="Times New Roman" w:eastAsia="Times New Roman" w:cs="Times New Roman"/>
        </w:rPr>
        <w:t>Kurus miloddan avvalgi 457-yilda boshlanadigan va Panium tarixida yakun topadigan “250” yillik chiziqni boshlaydi; bu esa Donald Tramp bo‘lgan Buyuk Antiox tarixidir. Panium — yakshanba qonunidan oldingi oyatdir. Kurus yer hayvonining Respublikachi shoxini ifodalovchi “250” yillik tarix chizig‘ining boshlanishini belgilaydi, va Kurus, shuningdek, yer hayvonining Protestant shoxini ifodalovchi 2 300 yillik tarix chizig‘ining boshlanishini ham belgilaydi.</w:t>
      </w:r>
    </w:p>
    <w:p>
      <w:pPr>
        <w:pStyle w:val="ArticleBody"/>
        <w:jc w:val="left"/>
      </w:pPr>
      <w:r>
        <w:rPr>
          <w:rFonts w:ascii="Times New Roman" w:hAnsi="Times New Roman" w:eastAsia="Times New Roman" w:cs="Times New Roman"/>
        </w:rPr>
        <w:t>Nero murosaga qadar bo‘lgan ta’qibni ifodalovchi tarixiy bir chiziqni boshlab beradi. Bashoratli davrning o‘rtasidagi bir nuqtada tugaydigan chiziqni ifodalovchi Kir va Amerika Qo‘shma Shtatlaridan farqli o‘laroq, Neroning chizig‘i 313-yildagi Milan farmoni bilan boshlanib, so‘ng 321-yildagi birinchi yakshanba qonuni bilan davom etgan, undan keyin esa 330-yilda Rimning sharq va g‘arbga bo‘linishi bilan kuzatilgan murosaning izchil davrini tasvirlash bilan yakunlanadi. Konstantin ana shu uch sananing barchasida namoyon bo‘ladi. Neroning chizig‘ida 313-yildan 330-yilgacha o‘n yetti yil bor. Kirning chizig‘ida esa miloddan avvalgi 217-yildagi Rafiya jangi bilan miloddan avvalgi 200-yildagi Paniyum jangi orasida ham o‘n yetti yil bor.</w:t>
      </w:r>
    </w:p>
    <w:p>
      <w:pPr>
        <w:pStyle w:val="ArticleBody"/>
        <w:jc w:val="left"/>
      </w:pPr>
      <w:r>
        <w:rPr>
          <w:rFonts w:ascii="Times New Roman" w:hAnsi="Times New Roman" w:eastAsia="Times New Roman" w:cs="Times New Roman"/>
        </w:rPr>
        <w:t>Doniyor kitobining o‘n birinchi bobida Artaxshasta uchinchi farmondir. Uchinchi farmon uchinchi farishtani va yakshanba qonunini ifodalaydi. Miloddan avvalgi 457-yildan boshlangan “250” yil ham, 1776-yildan boshlangan “250” yil ham, ikkalasi ham o‘n oltinchi oyatdagi yakshanba qonunidan darhol oldin sodir bo‘ladigan tarixning o‘rtasida yakun topadi. O‘n birinchi bob, oxir-oqibat, o‘ninchi oyatda 1989 yil tarixini ifodalagan, o‘n birinchi oyatda esa 2014 yilda boshlangan Ukraina urushi tarixini ifodalagan, so‘ng o‘n uchinchi oyatda ifodalanganidek, Trampning 2024 yilda ikkinchi muddatga qaytishini ko‘rsatadigan oyatlarni bayon etadi; undan keyin o‘n to‘rtinchi oyat 2025 yilni ko‘rsatadi, bunda ulug‘vor yurtdan chiqqan birinchi papa tashqi vahiy ni o‘rnatadi.</w:t>
      </w:r>
    </w:p>
    <w:p>
      <w:pPr>
        <w:pStyle w:val="ArticleBody"/>
        <w:jc w:val="left"/>
      </w:pPr>
      <w:r>
        <w:rPr>
          <w:rFonts w:ascii="Times New Roman" w:hAnsi="Times New Roman" w:eastAsia="Times New Roman" w:cs="Times New Roman"/>
        </w:rPr>
        <w:t>Doniyor 11:40 1989-yilda amalga oshdi; o‘sha paytda Sovet Ittifoqi Ioann Pavel II bilan Ronald Reygan o‘rtasidagi maxfiy ittifoq orqali qulatildi. Oxirzamon davridagi o‘sha 1989-yildagi maxfiy ittifoq, 1989-yilda boshlangan bashoratli davrning oxirida yuzaga keladigan oshkora ittifoqqa timsol bo‘ldi. Aynan o‘sha oshkora ittifoq vahiylarni mustahkamlaydi.</w:t>
      </w:r>
    </w:p>
    <w:p>
      <w:pPr>
        <w:pStyle w:val="ArticleBody"/>
        <w:jc w:val="left"/>
      </w:pPr>
      <w:r>
        <w:rPr>
          <w:rFonts w:ascii="Times New Roman" w:hAnsi="Times New Roman" w:eastAsia="Times New Roman" w:cs="Times New Roman"/>
        </w:rPr>
        <w:t>2026 yil bashoratli tarixning “250” yillik davrining oxiridir; bu davr 1776 yildan boshlab 1798 yildagi oxirzamon vaqtigacha bo‘lgan yigirma ikki yil bilan boshlangan edi. O‘sha boshlang‘ich tarixning yigirma ikki yili 9/11 dan 2023 yilgacha bo‘lgan yigirma ikki yillik tarixda aks etgan. 1798 yilda o‘sha yigirma ikki yilning oxirida Doniyor kitobi muhrdan ochildi; shundan so‘ng, 9/11 da boshlangan va 2023 yil 31 dekabrda yakunlangan yigirma ikki yilning oxirida Yahudo qabilasining Arsloni Iso Masihning Vahiyini muhrdan ochishni boshladi.</w:t>
      </w:r>
    </w:p>
    <w:p>
      <w:pPr>
        <w:pStyle w:val="ArticleBody"/>
        <w:jc w:val="left"/>
      </w:pPr>
      <w:r>
        <w:rPr>
          <w:rFonts w:ascii="Times New Roman" w:hAnsi="Times New Roman" w:eastAsia="Times New Roman" w:cs="Times New Roman"/>
        </w:rPr>
        <w:t>1798-yilda yigirma ikki yilning oxirida muhrdan yechilgan xabar, 1611-yilda King James Muqaddas Kitobi nashr etilganidan ikki yuz yigirma yil o‘tib, 1831-yilda jamoatchilikka taqdim etildi. 1798-yildan 1831-yilgacha Xudoning bashoratli Kalomi bosqichma-bosqich ochib borildi. 1831-yilga kelib, u ommaviy maydonga chiqdi va shundan so‘ng erkaklar va ayollar 1798-yilda muhrdan yechilgan xabar uchun javobgar tutilishi mumkin edi. So‘ng 1840-yilda, Islom haqidagi bir bashorat amalga oshganida, Opa White ta’kidlaganidek, “yana bir diqqatga sazovor voqea” yuz berdi.</w:t>
      </w:r>
    </w:p>
    <w:p>
      <w:pPr>
        <w:pStyle w:val="ArticleBody"/>
        <w:jc w:val="left"/>
      </w:pPr>
      <w:r>
        <w:rPr>
          <w:rFonts w:ascii="Times New Roman" w:hAnsi="Times New Roman" w:eastAsia="Times New Roman" w:cs="Times New Roman"/>
        </w:rPr>
        <w:t>Yigirma ikki yillik davrning yakunidan (1798) tortib ikki yuz yigirma yillik davrning yakunigacha (1831), xabarning muhrdan ochilishi davri tasvirlangan. Ushbu tasvir xabar rasmiylashtiriladigan bir yo‘l-belgini o‘z ichiga oladi; undan keyin esa bir bashoratni aniqlab beradigan yo‘l-belgi keladi; bu bashorat keyinchalik qayta hisoblab chiqiladi va so‘ngra amalga oshgach, “Xudoning qudratining ajoyib namoyoni”ning boshlanishini ko‘rsatadigan bir yo‘l-belgini vujudga keltiradi.</w:t>
      </w:r>
    </w:p>
    <w:p>
      <w:pPr>
        <w:pStyle w:val="ArticleBody"/>
        <w:jc w:val="left"/>
      </w:pPr>
      <w:r>
        <w:rPr>
          <w:rFonts w:ascii="Times New Roman" w:hAnsi="Times New Roman" w:eastAsia="Times New Roman" w:cs="Times New Roman"/>
        </w:rPr>
        <w:t>1989-yildagi harakatning oxiridagi yigirma ikki yillik davr 9/11 dan 2023-yilgacha bo‘lib, o‘sha paytda yana bir bashorat muhrdan yechildi. Bu bashorat, zarurat taqozosiga ko‘ra, bilim ortib boradigan bir davrni boshlab berishi kerak edi; bu shunday bilim ediki, u sinovdan o‘tkazar va ajratar edi, chunki ko‘plar da’vat etilgan, ammo ozlar tanlangandir. Xabar ommaviy maydonga olib chiqiladigan bir nuqta bo‘lishi kerak edi. Xabar bashoratli tarzda qayta hisoblab chiqilgan xabar bo‘lish xususiyatlarini namoyon etar va u yana bir bor bashoratli oldindan aytishni o‘z ichiga olar edi. Ommaviy bashoratli oldindan aytish amalga oshganda, xabar 1840-yil tarixi va Hosil bayrami tarixi orqali ifodalanganidek qudrat bilan ta’minlanar edi.</w:t>
      </w:r>
    </w:p>
    <w:p>
      <w:pPr>
        <w:pStyle w:val="ArticleBody"/>
        <w:jc w:val="left"/>
      </w:pPr>
      <w:r>
        <w:rPr>
          <w:rFonts w:ascii="Times New Roman" w:hAnsi="Times New Roman" w:eastAsia="Times New Roman" w:cs="Times New Roman"/>
        </w:rPr>
        <w:t>1989-yilda Sovet Ittifoqining qulashі bilan Doniyor 11:40 muhrdan ochildi; va 1996-yilda Doniyor 11 ning xabari omma maydoniga olib chiqildi. 1996 yil 1776-yildan keyin ikki yuz yigirma yil bo‘lib, o‘sha 1776 yil nafaqat 1798-yilda yakun topgan yigirma ikki yillik davrni boshlab bergan, balki 2026-yilda tugaydigan ikki yuz ellik yillik davrni ham boshlab bergan edi. Respublikachi shox 2026-yilning siyosiy oraliq saylovlarida o‘zining o‘rta nuqtasiga yetadi va Protestant shox 2026-yilgacha davom etadi; bu esa 1989-yilda oxirzamon vaqtida muhrdan ochilgan xabarning 1996-yilda rasmiylashtirilishi bilan boshlangan o‘ttiz yillik davrning nihoyasidir. Iso doimo oxirni boshlanish orqali tasvirlaydi, shuning uchun 2026 yil Yarim Tun Faryodining tuzatilgan xabari rasmiylashtirilishi kerak bo‘lgan yildir — bu 1989-yilda muhrdan ochilgan xabar 1996-yilda rasmiylashtirilganidan keyin o‘ttiz yil o‘tibdir.</w:t>
      </w:r>
    </w:p>
    <w:p>
      <w:pPr>
        <w:pStyle w:val="ArticleBody"/>
        <w:jc w:val="left"/>
      </w:pPr>
      <w:r>
        <w:rPr>
          <w:rFonts w:ascii="Times New Roman" w:hAnsi="Times New Roman" w:eastAsia="Times New Roman" w:cs="Times New Roman"/>
        </w:rPr>
        <w:t>1776-yilda boshlanadigan “250” yillik chiziq sizni 2026-yilga, Donald Trampning o‘rta muddatiga olib boradi; bu Amerika Qo‘shma Shtatlari bilan Rossiya o‘rtasidagi jangdan sal oldin bo‘lib, u eshak bo‘shatilganda va Islom 11-sentyabrda qilganidek Amerika Qo‘shma Shtatlariga yana zarba berganda boshlanadi.</w:t>
      </w:r>
    </w:p>
    <w:p>
      <w:pPr>
        <w:pStyle w:val="ArticleBody"/>
        <w:jc w:val="left"/>
      </w:pPr>
      <w:r>
        <w:rPr>
          <w:rFonts w:ascii="Times New Roman" w:hAnsi="Times New Roman" w:eastAsia="Times New Roman" w:cs="Times New Roman"/>
        </w:rPr>
        <w:t>Neroning “250” yillik chizig‘i tarixiy va bashoratli jihatdan uch chiziqning o‘rta chizig‘idir. Bu Neroning chizig‘ini uchinchi sinovdan oldin keladigan ikkinchi sinov bo‘lmish ikkinchi farishta sifatida belgilaydi. O‘sha ikkinchi sinov hayvonning surati sinovidir; u 313-yildagi Milan farmoni bilan timsollangan jamoat va davlat birikmasining bosqichma-bosqich barpo etilishini ifodalaydi, bu esa, o‘z navbatida, 321-yildagi birinchi Yakshanba qonuniga, so‘ngra esa 330 yil tarixida tasvirlanganidek, Yakshanba qonunidan keyin doimo keladigan milliy halokatga olib keldi.</w:t>
      </w:r>
    </w:p>
    <w:p>
      <w:pPr>
        <w:pStyle w:val="ArticleBody"/>
        <w:jc w:val="left"/>
      </w:pPr>
      <w:r>
        <w:rPr>
          <w:rFonts w:ascii="Times New Roman" w:hAnsi="Times New Roman" w:eastAsia="Times New Roman" w:cs="Times New Roman"/>
        </w:rPr>
        <w:t>313-yildagi Milan farmoni Qo‘shma Shtatlarda cherkov va davlat o‘rtasidagi munosabatning o‘rnatila boshlanishini ko‘rsatadi; bu munosabat esa bosqichma-bosqich o‘n oltinchi oyatdagi yakshanba qonuniga olib boradi. Bu ish 11-sentabrda Patriot Act bilan boshlandi, biroq muhrlash vaqtining oxiridagi fraktalda Patriot Act ham, Milan farmoni ham tez orada keladigan yakshanba qonuniga olib boruvchi murosaning bosqichma-bosqich davrini boshlaydigan bir amalning timsoli hisoblanadi. Bu Qo‘shma Shtatlarda cherkov va davlatni bevosita birlashtiradigan va oxir-oqibat yakshanba qonuniga olib boradigan bashoratli harakatlar qatorining birinchisidir.</w:t>
      </w:r>
    </w:p>
    <w:p>
      <w:pPr>
        <w:pStyle w:val="ArticleBody"/>
        <w:jc w:val="left"/>
      </w:pPr>
      <w:r>
        <w:rPr>
          <w:rFonts w:ascii="Times New Roman" w:hAnsi="Times New Roman" w:eastAsia="Times New Roman" w:cs="Times New Roman"/>
        </w:rPr>
        <w:t>313-yildagi Milan farmoni o‘zining tarixiy qaydlarida aynan shu unsurlarni o‘z ichiga oladi, chunki u yagona farmon emas edi; u sharqiy Rim hukmdori Liciniusning bir qator maktublaridan iborat edi. Sharqiy Rim o‘sha paytda hanuz qat’iy butparast edi, holbuki Konstantin o‘zining g‘arbiy saltanatini xristianlikka ochayotgan edi. Kelishuvning o‘zi 313-yil fevral oyida, Licinius o‘z ittifoqlarini mustahkamlash uchun Konstantinning o‘gay singlisiga ham uylangan sammit chog‘ida yuz bergan edi. Imperiyaning sharqiy qismida e’lon qilingan Licinius maktublari xristianlarga va boshqalarning barchasiga ibodat erkinligini, shuningdek musodara qilingan xristian mulkini qaytarishni joriy etgan edi.</w:t>
      </w:r>
    </w:p>
    <w:p>
      <w:pPr>
        <w:pStyle w:val="ArticleBody"/>
        <w:jc w:val="left"/>
      </w:pPr>
      <w:r>
        <w:rPr>
          <w:rFonts w:ascii="Times New Roman" w:hAnsi="Times New Roman" w:eastAsia="Times New Roman" w:cs="Times New Roman"/>
        </w:rPr>
        <w:t>Milan farmoni ta’qibning “250” yiliga barham berdi va bu farmon ifoda etgan barcha erkinliklar dunyo Tramp bilan birga tez orada keladigan yakshanba qonuni sari qadam tashlar ekan, nasroniylardan bosqichma-bosqich tortib olinadigan vaqt davrini anglatadi.</w:t>
      </w:r>
    </w:p>
    <w:p>
      <w:pPr>
        <w:pStyle w:val="ArticleScripture"/>
        <w:jc w:val="left"/>
      </w:pPr>
      <w:r>
        <w:rPr>
          <w:rFonts w:ascii="Times New Roman" w:hAnsi="Times New Roman" w:eastAsia="Times New Roman" w:cs="Times New Roman"/>
        </w:rPr>
        <w:t>“Agar o‘quvchi yaqinlashib kelayotgan to‘qnashuvda ishga solinadigan vositalarni tushunmoqchi bo‘lsa, u faqat o‘tgan asrlarda Rim ayni maqsad uchun qo‘llagan usullar haqidagi bayonni kuzatishi kifoyadir. Agar u papachilar va protestantlar birlashgan holda ularning aqidalarini rad etuvchilarga qanday munosabatda bo‘lishini bilmoqchi bo‘lsa, Rim Shabbatga va uni himoya qiluvchilarga nisbatan namoyon etgan ruhni ko‘rsin.”</w:t>
      </w:r>
    </w:p>
    <w:p>
      <w:pPr>
        <w:pStyle w:val="ArticleScripture"/>
        <w:jc w:val="left"/>
      </w:pPr>
      <w:r>
        <w:rPr>
          <w:rFonts w:ascii="Times New Roman" w:hAnsi="Times New Roman" w:eastAsia="Times New Roman" w:cs="Times New Roman"/>
        </w:rPr>
        <w:t>“Dunyoviy hokimiyat tomonidan qo‘llab-quvvatlangan qirollik farmonlari, umumiy kengashlar va cherkov nizomlari butparast bayramning xristian olamida sharafli mavqega erishishiga olib borgan bosqichlar bo‘ldi. Yakshanbaga rioya etishni majburiy qilgan ilk ommaviy chora Konstantin tomonidan chiqarilgan qonun edi. (Mil. 321-yil) Bu farmon shahar aholisidan ‘quyoshning ulug‘ kunida’ dam olishni talab qilar, biroq qishloq aholisiga o‘z dehqonchilik ishlari bilan shug‘ullanishni davom ettirishga ruxsat berar edi. Aslida deyarli butparastona nizom bo‘lsa-da, u imperator tomonidan xristianlikni nomigagina qabul qilganidan keyin ijro ettirildi.” The Great Controversy, 573, 574.</w:t>
      </w:r>
    </w:p>
    <w:p>
      <w:pPr>
        <w:pStyle w:val="ArticleBody"/>
        <w:jc w:val="left"/>
      </w:pPr>
      <w:r>
        <w:rPr>
          <w:rFonts w:ascii="Times New Roman" w:hAnsi="Times New Roman" w:eastAsia="Times New Roman" w:cs="Times New Roman"/>
        </w:rPr>
        <w:t>“25” soni, “250”ning ushridir va isyon hamda bo‘linishni ifodalaydi. Hizqiyol kitobining sakkizinchi bobida quyoshga sajda qiladigan Laodikiya Adventizmining “25” yetakchisi keyingi bobning o‘zidayoq muhrlanganlardan ajratib qo‘yilgan, va Opa Uayt Hizqiyol kitobining to‘qqizinchi bobidagi muhrlanishni Vahiy kitobidagi bir yuz qirq to‘rt ming kishining muhrlanishi ekanini aniq ko‘rsatadi. O‘sha “25” kishi, Korah, Datan va Abiram isyoniga qo‘shilgan shuhratli “250” kishining atigi ushridir. Opa Uaytga 1888 yilgi Bosh Konferensiya yig‘inini tark etish taqiqlangan edi, chunki Jabroil unga qolishi va Minneapolisdagi isyonni qayd etishi kerakligini aytgan, negaki u Korah isyonining takrori edi. “250” isyon va ajralishning ramzidir. Matto “25”da yovuzlar bilan donolarning ajratilishini o‘rgatuvchi uchta masal bor. Respublikachi va Protestant shoxlarining ikkalasi ham to‘rt avlod sifatida ifodalangan sinov muddatiga bo‘ysunadi, va ahd xalqi ham, ahd xalqi barpo etilgan xalq ham ayni bir vaqt davrida hukm qilinadi.</w:t>
      </w:r>
    </w:p>
    <w:p>
      <w:pPr>
        <w:pStyle w:val="ArticleBody"/>
        <w:jc w:val="left"/>
      </w:pPr>
      <w:r>
        <w:rPr>
          <w:rFonts w:ascii="Times New Roman" w:hAnsi="Times New Roman" w:eastAsia="Times New Roman" w:cs="Times New Roman"/>
        </w:rPr>
        <w:t>Muqaddas Kitob bashoratidagi oltinchi shohlik bo‘lgan va Amerika Qo‘shma Shtatlari bo‘lgan yer hayvonining “250” yili ichida, Neron chizig‘i farmonni aniqlab beradi; bu Milan farmoni bilan ifodalanadi, u 321-yildagi yakshanba qonuni farmonida yakun topadigan qonuniy ta’qibning bosqichma-bosqich kuchayishining boshlanishini belgilaydi va 330-yilda butun dunyo sharq va g‘arb sifatida ifodalangan ikki sinfga bo‘linishi bilan yakunlanadigan bir davrni boshlab beradi. 321-yildan 330-yilgacha bo‘lgan o‘sha to‘qqiz yillik davr, shuningdek, 321-yildagi yakshanba qonuni bilan boshlanib, 330-yilda Mixail o‘rnidan turib, sinov muddati yopilganda tugaydigan Chaylalar bayramining yetti kunidir.</w:t>
      </w:r>
    </w:p>
    <w:p>
      <w:pPr>
        <w:pStyle w:val="ArticleBody"/>
        <w:jc w:val="left"/>
      </w:pPr>
      <w:r>
        <w:rPr>
          <w:rFonts w:ascii="Times New Roman" w:hAnsi="Times New Roman" w:eastAsia="Times New Roman" w:cs="Times New Roman"/>
        </w:rPr>
        <w:t>Vahiyni o‘rnatuvchi aynan Rim ekaniga doir Millerchilar asosiy tushunchasini rad etish — 2023-yil 31-dekabrda kelgan va ulug‘vor yurtdan chiqqan birinchi papa 2025-yil 8-mayda saylanganda yakunlangan asosiy sinovdan muvaffaqiyatsiz o‘tish demakdir. Uilyam Millerga Rimni vahiyni o‘rnatuvchi ramz sifatida tanishga imkon bergan asosiy haqiqat shunday haqiqatdirki, u rad etilsa, kuchli adashishni keltirib chiqaradi. O‘sha birinchi sinovdan yiqilish Salonikaliklardagi kuchli adashishni olib keladi va tushunmaydigan nodonlar “Haqiqat”ni sevmaganini isbotlaydi. Tashqi vahiyni o‘rnatuvchi ramzni rad etish — uchta sinovning birinchisi bo‘lgan asosiy sinovni rad etishdir. Opa White Masih davridagi birinchi sinovni Yahyo Cho‘mdiruvchining xabari bilan uyg‘unlashtiradi. U Yahyoning xabarini rad etganlar Isoga ta’limotlaridan foyda ko‘rmasligini, shuningdek Masih hovlidan Muqaddas Joyga o‘tganda yuz bergan dispensional o‘zgarishni ham ko‘ra olmasligini ta’kidlaydi.</w:t>
      </w:r>
    </w:p>
    <w:p>
      <w:pPr>
        <w:pStyle w:val="ArticleBody"/>
        <w:jc w:val="left"/>
      </w:pPr>
      <w:r>
        <w:rPr>
          <w:rFonts w:ascii="Times New Roman" w:hAnsi="Times New Roman" w:eastAsia="Times New Roman" w:cs="Times New Roman"/>
        </w:rPr>
        <w:t>U o‘sha izchil sinov jarayonini milleritchilar davriga moslashtiradi va birinchi farishtaning xabarini rad etganlar Yuhannoning xabarini rad etgan yahudiylarga parallel ekanini ta’lim beradi. Har bir tarixiy chiziqda birinchi sinovdan o‘ta olmaganlar keyingi bosqichdan foyda ko‘rmadilar va Masihning dispensatsion o‘zgarishiga nisbatan ko‘r qilindilar. 9/11 xabarini rad etganlar Masih tiriklarni hukm qila boshlaganini ko‘ra olmadilar. 2023-yilning asosiy sinovidan o‘ta olmaydiganlar jangari jamoatdan zafarli jamoatga o‘tishdagi o‘tish davri o‘zgarishini ko‘rmaydilar. Ushbu asosiy sinovlarning birortasini rad etganlar oxir-oqibat “mukammal zulmat” ichida qoldilar. Vahiy bo‘lmagan joyda xalq oxir-oqibat mukammal zulmatga tushadi, va tashqi vahiy nurini o‘rnatadigan Rimdir. Bu haqiqatni uch papa va ularning Doniyor 11-bobning o‘ninchi, o‘n birinchi va o‘n beshinchi oyatlaridagi uch jangda turgan uch prezident bilan munosabatida ko‘rish mumkin.</w:t>
      </w:r>
    </w:p>
    <w:p>
      <w:pPr>
        <w:pStyle w:val="ArticleBody"/>
        <w:jc w:val="left"/>
      </w:pPr>
      <w:r>
        <w:rPr>
          <w:rFonts w:ascii="Times New Roman" w:hAnsi="Times New Roman" w:eastAsia="Times New Roman" w:cs="Times New Roman"/>
        </w:rPr>
        <w:t>Rafiya jangidan Panium jangigacha belgilangan o‘n yetti yillik davr o‘rtasida miloddan avvalgi 207-yilda nihoyasiga yetgan Kirning tashqi “250” yillik chizig‘i, Neron bilan boshlangan va 313-yilda Milan farmoni bilan yakunlangan “250” yillik chiziq bilan mos tushdi; shu tariqa Buyuk Konstantinning o‘n yetti yillik davrini belgiladi. Donald Tramp miloddan avvalgi 207-yilda, ya’ni 2026-yilda, Buyuk Antiox sifatida turibdi, va u, shuningdek, hayvon surati sinov vaqtining boshida, 313-yildagi Buyuk Konstantin sifatida ham turibdi. 2026-yil 4-iyul kuni Tramp, Antiox va Konstantin sifatida, Amerikani “buyuk” qilmoqda. Tramp o‘ninchi, o‘n birinchi va o‘n beshinchi oyatlardagi uchta jangga mos tushadigan uch prezidentning uchinchisidir. Reygan o‘sha uchalasining birinchisi, Obama esa o‘rtadagisi edi. Bu uch prezident “haqiqat”ning muhrini olib yuradi, va Reygan hamda Tramp nafaqat birinchi va uchinchini, balki alfa va omegani ham ifodalaydi.</w:t>
      </w:r>
    </w:p>
    <w:p>
      <w:pPr>
        <w:pStyle w:val="ArticleBody"/>
        <w:jc w:val="left"/>
      </w:pPr>
      <w:r>
        <w:rPr>
          <w:rFonts w:ascii="Times New Roman" w:hAnsi="Times New Roman" w:eastAsia="Times New Roman" w:cs="Times New Roman"/>
        </w:rPr>
        <w:t>Har bir prezidentning bashoriy xususiyati shundan iboratki, ular hukmronlik qilganlarida, o‘sha davrning papasi bilan ittifoqqa kirishadilar. Reagan va John Paul II Doniyor 11-bobning o‘ninchi va qirqinchi oyatlari bajo bo‘lishida 1989-yilda Sovet Ittifoqini qulatganlarida, yashirin ravishda bir safda edilar. Reagan bilan Trump o‘rtasidagi davrda bo‘lgan, uyg‘oq globalist prezident Obama, uyg‘oq papa Francis bilan falsafiy jihatdan hamohang edi. Trumpning papa Leo bilan ittifoqi esa hamma ko‘rib turishi uchun ochiqdir, va 2025-yilda Trump prezident sifatida inaugurat­siya qilindi, Leo esa Dajjol sifatida inauguratsiya qilindi. Prezident bilan papaning ruhiy munosabati Izabel va Baal payg‘ambarlari orqali ifodalanadi. Prezident bilan papaning siyosiy munosabati Izabel va Ahab orqali ifodalanadi. Har ikki ifodada ham bosh Izabeldir.</w:t>
      </w:r>
    </w:p>
    <w:p>
      <w:pPr>
        <w:pStyle w:val="ArticleScripture"/>
        <w:jc w:val="left"/>
      </w:pPr>
      <w:r>
        <w:rPr>
          <w:rFonts w:ascii="Times New Roman" w:hAnsi="Times New Roman" w:eastAsia="Times New Roman" w:cs="Times New Roman"/>
        </w:rPr>
        <w:t>“Biz so‘nggi inqirozga yaqinlashar ekanmiz, Rabbimizning vositalari orasida hamjihatlik va birlik mavjud bo‘lishi nihoyatda muhimdir. Dunyo bo‘ron, urush va nizolar bilan to‘lgandir. Ammo bitta boshliq ostida — papalik hokimiyati ostida — xalq Xudoning guvohlari timsolida O‘ziga qarshi turish uchun birlashadi. Bu birlik buyuk murtad tomonidan mustahkamlanadi. U haqiqatga qarshi urushishda o‘z malaylarini birlashtirishga intilar ekan, uning tarafdorlarini bo‘lib yuborish va tarqatish uchun ham ish olib boradi. Rashk, yomon gumon, yomonso‘zlik — bularning barchasi u tomonidan nifoq va ixtilof keltirib chiqarish uchun qo‘zg‘atiladi.” Testimonies, 7-jild, 182.</w:t>
      </w:r>
    </w:p>
    <w:p>
      <w:pPr>
        <w:pStyle w:val="ArticleScripture"/>
        <w:jc w:val="left"/>
      </w:pPr>
      <w:r>
        <w:rPr>
          <w:rFonts w:ascii="Times New Roman" w:hAnsi="Times New Roman" w:eastAsia="Times New Roman" w:cs="Times New Roman"/>
        </w:rPr>
        <w:t>“Qonunsizlik ustun bo‘lgan bu davrda, ‘Rabbiy shunday demoqda’ni rad etgan protestant jamoatlari g‘alati bir ahvolga tushib qoladilar. Ular dunyoga aylantiriladilar. Xudodan ajralgan holda, ular yolg‘on va Xudodan yuz o‘girgan murtadlikni mamlakat qonuniga aylantirishga intiladilar. Ular yurt hukmdorlariga ta’sir ko‘rsatib, o‘zini Xudo ekanini ko‘rsatib, Xudoning ma’badida o‘tirgan gunoh odami yo‘qotgan ustunlikni qayta tiklash uchun qonunlar chiqaradilar. Rim-katolik tamoyillari davlat himoyasi ostiga olinadi. Muqaddas Kitob haqiqatining e’tirozi endi Xudoning qonunini o‘z hayot mezoni qilmaganlar tomonidan toqat qilinmaydi.” Review and Herald, 1897-yil 21-dekabr.</w:t>
      </w:r>
    </w:p>
    <w:p>
      <w:pPr>
        <w:pStyle w:val="ArticleBody"/>
        <w:jc w:val="left"/>
      </w:pPr>
      <w:r>
        <w:rPr>
          <w:rFonts w:ascii="Times New Roman" w:hAnsi="Times New Roman" w:eastAsia="Times New Roman" w:cs="Times New Roman"/>
        </w:rPr>
        <w:t>Baalning soxta payg‘ambarlari Izabelning dasturxonidan taom yerdilar. Izabel malika edi, payg‘ambarlar esa uning payg‘ambarlari edi. Doniyor o‘n birinchi bobining qirqinchi oyatida Reygan “aravalar” va “otliqlar” bilan — harbiy qudrat timsollari bilan —, shuningdek, iqtisodiy qudrat timsoli bo‘lgan “kemalar” bilan ifodalangan edi. Shunga qaramay, bu oyatda shimolning “shohi” bo‘lgan papalik edi. Bashoratiy ma’noda Reygan Izabelga bo‘ysunishda edi. O‘sha davrda dunyo mahluqning ortidan hayrat bilan ergashdi, chunki papa Ioann Pavel II dunyo bo‘ylab boshqa har qanday papadan ko‘ra ko‘proq sayohat qilgan edi. Taniqli iyezuit muallifi Malaxi Martin o‘zining Keys of This Blood nomli kitobida papa Ioann Pavel II haqida yozgan. Kitobning bayon qilingan asosiy farazi shundan iborat ediki, Ioann Pavel II va Reygan davrida dunyo hukmronligi uchun papalik, Qo‘shma Shtatlar va Sovet Ittifoqi o‘rtasida uch tomonlama kurash ketayotgan edi. Martin bu kurashda papalik g‘olib chiqishini bashorat qilgan edi. Reygan bilan mahluqning o‘rtasidagi maxfiy ittifoq, Doniyor o‘n birinchi bobining qirqinchi oyati va undan keyingi oyatlarda tasvirlanganidek, papalikning o‘limli yarasini tuzatish harakatlari boshlanganini e’lon qildi. Martinning kitobi papalikning protestant Amerikani qo‘lga kiritish haqidagi uzoq vaqtdan beri saqlab kelinayotgan maqsadini yana bir bor bayon qildi. Reyganning, o‘zining shaxsiy guvohligiga ko‘ra, papaning Muqaddas Kitob bashoratidagi dajjol ekanligi haqiqatiga ko‘z yumishga tayyorligi, Sovet Ittifoqini Muqaddas Kitob bashoratidagi dajjol deb noto‘g‘ri tatbiq etishiga asoslangan edi.</w:t>
      </w:r>
    </w:p>
    <w:p>
      <w:pPr>
        <w:pStyle w:val="ArticleScripture"/>
        <w:jc w:val="left"/>
      </w:pPr>
      <w:r>
        <w:rPr>
          <w:rFonts w:ascii="Times New Roman" w:hAnsi="Times New Roman" w:eastAsia="Times New Roman" w:cs="Times New Roman"/>
        </w:rPr>
        <w:t>“Kalomni tushunishda adashadiganlar, daxjalning ma’nosini anglay olmaydiganlar, shubhasiz, o‘zlarini daxjal tomoniga qo‘yadilar.” Kress Collection, 105.</w:t>
      </w:r>
    </w:p>
    <w:p>
      <w:pPr>
        <w:pStyle w:val="ArticleBody"/>
        <w:jc w:val="left"/>
      </w:pPr>
      <w:r>
        <w:rPr>
          <w:rFonts w:ascii="Times New Roman" w:hAnsi="Times New Roman" w:eastAsia="Times New Roman" w:cs="Times New Roman"/>
        </w:rPr>
        <w:t>Reygan Doniyor o‘n birinchi bobining dastlabki oyatlarida aniqlab ko‘rsatilgan sakkizta prezidentning birinchisi edi, va u, shuningdek, o‘sha sakkiz prezident orasida masihga qarshi kuch bilan bashoratli aloqaga ega bo‘lgan uch prezidentning ham birinchisidir. Reygan, Obama va Trampning uch ittifoqi timsollarida haqiqatning imzosini ajratib ko‘rish mumkin. Birinchi bo‘lgan Reygan oxirgisini timsollaydi, va Reygan bilan Tramp o‘rtasidagi turli parallel holatlar hayratlanarli hamda serobdir. Ibroniycha “haqiqat” so‘zini belgilab beruvchi uch qadamning o‘rta belgisi isyondir, va Obamaning prezidentligi buning naqadar klassik bir namunasi ekanini ko‘rsatadi. 2025-yil 8-may kuni ilk bor Amerika Qo‘shma Shtatlaridan bo‘lgan bir papa taxtga o‘tqazildi, va Reyganning maxfiy ittifoqi Trampning oshkora ittifoqiga yetib keldi. 2025-yilda papalik 1798-yildan beri o‘z kurashlarining ayni nishoni bo‘lib kelgan ulug‘vor Amerika Qo‘shma Shtatlari yurtidan bo‘lgan bir papani ochiqchasiga taxtga chiqardi. Malachi Martinning bashorati bajo bo‘lishi uchun endi ajdarho, mahluq va soxta payg‘ambarning uch karra birlashuvi amalga oshiriladigan yakshanba qonunigina qolgan edi.</w:t>
      </w:r>
    </w:p>
    <w:p>
      <w:pPr>
        <w:pStyle w:val="ArticleScripture"/>
        <w:jc w:val="left"/>
      </w:pPr>
      <w:r>
        <w:rPr>
          <w:rFonts w:ascii="Times New Roman" w:hAnsi="Times New Roman" w:eastAsia="Times New Roman" w:cs="Times New Roman"/>
        </w:rPr>
        <w:t>“Papalik institutini Xudoning qonunini buzgan holda majburan joriy etuvchi farmon orqali, millatimiz o‘zini solihlikdan butunlay uzib qo‘yadi. Protestantizm jarlik uzra qo‘lini cho‘zib, Rim hokimiyatining qo‘lini ushlaganida; u tubsizlik uzra qo‘l uzatib, Spiritizm bilan qo‘l berib ko‘rishganida; ushbu uch tomonlama ittifoq ta’siri ostida mamlakatimiz o‘z Konstitutsiyasining protestant va respublika boshqaruvi sifatidagi har bir prinsipini rad etib, papalikning yolg‘onlari va aldovlarini yoyish uchun sharoit yaratganida, o‘shanda biz Shaytonning hayratomuz faoliyati vaqti kelganini va oxirat yaqin ekanini bilishimiz mumkin.” Testimonies, 5-jild, 451-bet.</w:t>
      </w:r>
    </w:p>
    <w:p>
      <w:pPr>
        <w:pStyle w:val="ArticleBody"/>
        <w:jc w:val="left"/>
      </w:pPr>
      <w:r>
        <w:rPr>
          <w:rFonts w:ascii="Times New Roman" w:hAnsi="Times New Roman" w:eastAsia="Times New Roman" w:cs="Times New Roman"/>
        </w:rPr>
        <w:t>2026-yil 4-iyulda Tramp o‘sha “250” yilni, o‘z prezidentligining o‘rta nuqtasida turib nishonlashni mo‘ljallamoqda. O‘sha o‘rta nuqta — Rafiya jangi bilan Panium jangi orasidagi miloddan avvalgi 207-yildir. O‘sha o‘n yetti yilning o‘rta nuqtasi, shuningdek, 313-yilni ifodalovchi Neroning o‘n yetti yilining boshlanishini ham ko‘rsatadi; hamda 321-yildagi yakshanba qonuniga va o‘n oltinchi oyatga olib boradigan jamoat va davlatdan iborat mahluq suratining bosqichma-bosqich o‘rnatilishini ham anglatadi. Bu davr 313-yilda sharq bilan g‘arbning nikohi bilan boshlanadi; bu Konstantinning g‘arbga mansub o‘gay qizi va sharqqa mansub Litsiniy orqali ifodalangan. Sharq bilan g‘arb o‘rtasidagi nikoh ittifoqi bilan boshlangan davr sharq bilan g‘arbning ajralishi yoki talog‘i bilan yakun topadi. O‘rta waymark — birinchi yakshanba qonunidir.</w:t>
      </w:r>
    </w:p>
    <w:p>
      <w:pPr>
        <w:pStyle w:val="ArticleBody"/>
        <w:jc w:val="left"/>
      </w:pPr>
      <w:r>
        <w:rPr>
          <w:rFonts w:ascii="Times New Roman" w:hAnsi="Times New Roman" w:eastAsia="Times New Roman" w:cs="Times New Roman"/>
        </w:rPr>
        <w:t>Reygan, Obama va Tramp vahiyiy jihatdan Vahiy kitobining o‘n to‘rtinchi bobida uch farishta sifatida tasvirlangan abadiy xushxabarning uch bosqichi tomonidan boshqariladi. Ikkinchi bosqich bo‘lgan Obamaning prezidentligi davrida ikki papa bor edi. Uyg‘oq papa Frensis, 1981-yil 25-noyabrdan 2005-yil 19-aprelda papa etib saylanguniga qadar E’tiqod ta’limoti kongregatsiyasi (CDF) rahbari sifatida xizmat qilgan Jozef Ratsingerdan (keyinchalik Papa Benedikt XVI) keyin keldi. Ratsinger iste’foga chiqdi va Frensis o‘z hukmronligini boshladi; shu tariqa Obama hukmronligi davrida papalarning ikkilanishi yuzaga keldi.</w:t>
      </w:r>
    </w:p>
    <w:p>
      <w:pPr>
        <w:pStyle w:val="ArticleBody"/>
        <w:jc w:val="left"/>
      </w:pPr>
      <w:r>
        <w:rPr>
          <w:rFonts w:ascii="Times New Roman" w:hAnsi="Times New Roman" w:eastAsia="Times New Roman" w:cs="Times New Roman"/>
        </w:rPr>
        <w:t>Obama ham heteroseksual, ham gomoseksual sifatida ikkiyoqlama hayot kechirishda ayblanadi, va u murtad protestant Amerikadagi soxta payg‘ambarning ramzidir, shu bilan birga u musulmondir, bu esa soxta payg‘ambar Muhammadning ham dinidir. Obama ulug‘vor yurtdagi siyosiy tuzumning vakili edi — Vahiy kitobining o‘n oltinchi bobidagi soxta payg‘ambar, biroq uning amaldagi siyosiy mayllari globalistlar — ajdarhoga mos edi. Obama payg‘ambarlik ma’nosida shizofrenik bo‘lib, ikki soxta dinni, ikki jinsiy moyillikni va ikki siyosiy tuzumni ifodalaydi, va uning hukmronligi davrida ikki dajjol bor edi. Jinsiy moyillik, siyosiy yo‘nalish yoki diniy e’tiqod bo‘ladimi, Obama har bir sohada o‘zini yashirin tutishga sodiq edi. Ba’zilar tomonidan Amerika fuqarolarini o‘zaro bo‘lib tashlashga qaratilgan sa’y-harakatlari tufayli “Obama Bo‘luvchi” deb tanilgan bu shaxsning niqoblangan shaxsiy, siyosiy va diniy e’tiqodlarida ham bu holat aks etadi.</w:t>
      </w:r>
    </w:p>
    <w:p>
      <w:pPr>
        <w:pStyle w:val="ArticleBody"/>
        <w:jc w:val="left"/>
      </w:pPr>
      <w:r>
        <w:rPr>
          <w:rFonts w:ascii="Times New Roman" w:hAnsi="Times New Roman" w:eastAsia="Times New Roman" w:cs="Times New Roman"/>
        </w:rPr>
        <w:t>Obamaning hukmronligi davridagi birinchi daxriy Masihga qarshi shaxs papa bo‘lishidan oldin yigirma to‘rt yil davomida E’tiqod ta’limoti jamoatini boshqargan edi. E’tiqod ta’limoti jamoati — aslida Inkvizitsiya idorasi deb nomlangan tuzilmaning zamonaviy nomidir. Obama davridagi isyon ibroniy tilidagi “haqiqat” so‘zidagi “13” soniga mos keladi; bu so‘z ibroniy alifbosining birinchi harfi (Reygan), o‘n uchinchi harfi (Obama) va yigirma ikkinchi harfi (Tramp)dan tarkib topgan. Inkvizitsiya, shubhasiz, isyonning ramzidir. Papa Benedikt o‘z taxtidan 2013-yilda, Islomning soxta payg‘ambarlari va murtad protestantizm ramzining shizofrenik hukmronligi davrida, Fransisk foydasiga voz kechdi.</w:t>
      </w:r>
    </w:p>
    <w:p>
      <w:pPr>
        <w:pStyle w:val="ArticleBody"/>
        <w:jc w:val="left"/>
      </w:pPr>
      <w:r>
        <w:rPr>
          <w:rFonts w:ascii="Times New Roman" w:hAnsi="Times New Roman" w:eastAsia="Times New Roman" w:cs="Times New Roman"/>
        </w:rPr>
        <w:t>Abadiy xushxabarning ikkinchi qadami ko‘zga ko‘rinadigan bir sinovdir; Obama va ikki papa o‘rtasidagi munosabatda ko‘rish mumkin bo‘lgan narsa esa, Inkvizitsiya idorasi timsolida ifodalangan ta’qib bilan va «woke» papa timsolida ifodalangan ona yerga sig‘inishga globalistlarning berilib ketishi o‘rtasidagi bog‘liqlikdir. Obamaning musulmon e’tiqodi Islom tufayli yuzaga kelgan xalqlarning g‘azablanishini hamda protestant nomi ifodalagan mas’uliyatni ado etishda murtad protestantizmning muvaffaqiyatsizligini ifodalaydi. Protestantning vazifasi Rimga qarshi norozilik bildirishdir, ammo hech qachon Rim oldida bosh egish emas.</w:t>
      </w:r>
    </w:p>
    <w:p>
      <w:pPr>
        <w:pStyle w:val="ArticleBody"/>
        <w:jc w:val="left"/>
      </w:pPr>
      <w:r>
        <w:rPr>
          <w:rFonts w:ascii="Times New Roman" w:hAnsi="Times New Roman" w:eastAsia="Times New Roman" w:cs="Times New Roman"/>
        </w:rPr>
        <w:t>Uch papadan birinchisi butun dunyoga Katoliklarning Fatima yo‘naltiruvchi bashoratidagi “yaxshi papa” o‘zi ekaniga ishonishini e’lon qiladi. Ioann Pavel II o‘zini Fatimaning “yaxshi papasi” deb bildi; u, papalik, Qo‘shma Shtatlar va globalistlar o‘rtasidagi uch tomonlama kurash yakunlangach, oxir-oqibat butun dunyo ustidan temir tayoq bilan hukmronlik qilishiga ishonadi.</w:t>
      </w:r>
    </w:p>
    <w:p>
      <w:pPr>
        <w:pStyle w:val="ArticleBody"/>
        <w:jc w:val="left"/>
      </w:pPr>
      <w:r>
        <w:rPr>
          <w:rFonts w:ascii="Times New Roman" w:hAnsi="Times New Roman" w:eastAsia="Times New Roman" w:cs="Times New Roman"/>
        </w:rPr>
        <w:t>Keyingi prezidentlik ajdahoning globalistlari rolini, Islomning xalqlarni g‘azablantirishini, murtad protestantizmning protestant bo‘la olmaganligini e’lon qiladi. 2025-yilda inauguratsiya qilingan Tramp prezidentligi 2025-yilning masihga qarshi kuchi bilan ochiqdan-ochiq uyg‘unlashadi. Rim va Qo‘shma Shtatlarning ushbu uch ittifoqining nuri Rafiya jangining yakunlanishi va Panium jangining boshlanishi tarixida muhrdan yechiladi. O‘n yetti yil boshida Litsiniy va Konstantin shohliklarining nikoh orqali birlashuvi 2025-yildagi ittifoqni ifodalaydi.</w:t>
      </w:r>
    </w:p>
    <w:p>
      <w:pPr>
        <w:pStyle w:val="ArticleBody"/>
        <w:jc w:val="left"/>
      </w:pPr>
      <w:r>
        <w:rPr>
          <w:rFonts w:ascii="Times New Roman" w:hAnsi="Times New Roman" w:eastAsia="Times New Roman" w:cs="Times New Roman"/>
        </w:rPr>
        <w:t>2025 yilgi ittifoq o‘nta bokira haqidagi masalning qalbaki nusxasidir. Avval nikoh amalga oshiriladi, so‘ngra tekshiruv davri bo‘ladi; bu esa oxir-oqibat nikohning ikkinchi bosqichiga olib boradi, unda nikohning to‘liq yakun topishi sodir bo‘ladi va eshik yopiladi. O‘nta bokira haqidagi qalbaki masal 2025 yilda boshlangan bo‘lib, Doniyor 11-bobning o‘n oltinchi va qirq birinchi oyatlaridagi yaqin orada keladigan yakshanba qonunida u to‘liq yakuniga yetadi. Qalbaki nikohda ota — Shayton, kuyov — papalik, kelin esa murtad protestant Amerika hisoblanadi. Doniyor 11-bobning o‘n to‘rtinchi oyatida Doniyor xalqining talonchilari — vahiyati tasdiqlovchi Rimdir. Rimni vahiyni tasdiqlovchi ramz sifatida Uilyam Miller bergan aniqlashni rad etish birinchi farishtaning xabarini va Yahyo Cho‘mdiruvchining xabarini rad etishga parallel keladi. Hozirgi antixrist 2025 yilda hokimiyatga kelganida, u sakkiz prezident haqidagi vahiyni tasdiqladi va o‘n to‘rtinchi oyatni bajo keltirdi.</w:t>
      </w:r>
    </w:p>
    <w:p>
      <w:pPr>
        <w:pStyle w:val="ArticleBody"/>
        <w:jc w:val="left"/>
      </w:pPr>
      <w:r>
        <w:rPr>
          <w:rFonts w:ascii="Times New Roman" w:hAnsi="Times New Roman" w:eastAsia="Times New Roman" w:cs="Times New Roman"/>
        </w:rPr>
        <w:t>Biz hozir ma’bad sinovida turibmiz; bu lakmus va uchinchi sinovdan oldin keladigan ikkinchi sinovdir.</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Beshinchi Raqam</dc:title>
  <dc:subject>“250” Uch marta</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