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Yigirma Ikki</w:t>
      </w:r>
    </w:p>
    <w:p>
      <w:pPr>
        <w:pStyle w:val="ArticleSubtitle"/>
        <w:jc w:val="left"/>
      </w:pPr>
      <w:r>
        <w:rPr>
          <w:rFonts w:ascii="Arial" w:hAnsi="Arial" w:eastAsia="Arial" w:cs="Arial"/>
        </w:rPr>
        <w:t>2023-yil 31-dekabr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2023-yil 31-dekabrdan beri Yahudo qabilasining Arsloni bashoratli haqiqatlarni muayyan bir tartibda muhrdan ochib kelmoqda. Bu tartibni Future for America veb-saytida joylangan maqolalarni ko‘rib chiqish orqali osonlik bilan aniqlash mumkin. So‘nggi oylar davomida muhrdan ochilgan haqiqatlar ko‘p va nihoyatda terandir! Bu tartib tasodifiy emas, balki maqsadlidir. Bu ketma-ketlik Masihning Yahudo qabilasining Arsloni sifatida jamoatga, undan keyin esa dunyoga yuboriladigan so‘nggi sinov xabarlarini muhrdan ochar ekan, amalga oshiradigan maqsadli izchil jarayonni ravshan ko‘rsatadi. Vahiy kitobida Yahudo qabilasining Arsloni yetti muhr bilan muhrlangan kitobni olib, muhrlarni birma-bir — tartib bilan — yechadi.</w:t>
      </w:r>
    </w:p>
    <w:p>
      <w:pPr>
        <w:pStyle w:val="ArticleHeading"/>
        <w:jc w:val="left"/>
      </w:pPr>
      <w:r>
        <w:rPr>
          <w:rFonts w:ascii="Arial" w:hAnsi="Arial" w:eastAsia="Arial" w:cs="Arial"/>
        </w:rPr>
        <w:t>O‘z Tartibida Oshkor Qilinadi</w:t>
      </w:r>
    </w:p>
    <w:p>
      <w:pPr>
        <w:pStyle w:val="ArticleScripture"/>
        <w:jc w:val="left"/>
      </w:pPr>
      <w:r>
        <w:rPr>
          <w:rFonts w:ascii="Times New Roman" w:hAnsi="Times New Roman" w:eastAsia="Times New Roman" w:cs="Times New Roman"/>
        </w:rPr>
        <w:t>“Bu yetti momaqaldiroq o‘z ovozlarini eshitirgach, Yuhannoga, kichik kitob xususida Doniyorga berilganidek, shunday amr keladi: ‘Yetti momaqaldiroq aytgan narsalarni muhrlab qo‘y.’ Bular kelajakdagi voqealarga taalluqlidir va ular o‘z tartibida oshkor qilinadi. Doniyor kunlarning oxirida o‘z qismatida turadi. Yuhanno kichik kitobning muhrsiz ochilganini ko‘radi. Shunda Doniyorning bashoratlari dunyoga berilishi kerak bo‘lgan birinchi, ikkinchi va uchinchi farishtalarning xabarlarida o‘zining munosib o‘rnini topadi. Kichik kitobning muhrdan ochilishi vaqtga oid xabar edi.”</w:t>
      </w:r>
    </w:p>
    <w:p>
      <w:pPr>
        <w:pStyle w:val="ArticleScripture"/>
        <w:jc w:val="left"/>
      </w:pPr>
      <w:r>
        <w:rPr>
          <w:rFonts w:ascii="Times New Roman" w:hAnsi="Times New Roman" w:eastAsia="Times New Roman" w:cs="Times New Roman"/>
        </w:rPr>
        <w:t>“Daniel va Vahiy kitoblari birdir. Biri bashorat, ikkinchisi vahiydir; biri muhrlangan kitob, boshqasi esa ochilgan kitobdir. Yuhanno momaqaldiroqlar aytgan sirlarni eshitdi, ammo ularni yozmaslikka amr qilindi.</w:t>
      </w:r>
    </w:p>
    <w:p>
      <w:pPr>
        <w:pStyle w:val="ArticleScripture"/>
        <w:jc w:val="left"/>
      </w:pPr>
      <w:r>
        <w:rPr>
          <w:rFonts w:ascii="Times New Roman" w:hAnsi="Times New Roman" w:eastAsia="Times New Roman" w:cs="Times New Roman"/>
        </w:rPr>
        <w:t>“Yuhannoga berilgan va yetti momaqaldiroq orqali ifoda etilgan o‘sha maxsus nur birinchi va ikkinchi farishtalarning xabarlari ostida sodir bo‘ladigan voqealarning tasviri edi. Xalq uchun bu narsalarni bilish eng ma’qul emas edi, chunki ularning imoni albatta sinovdan o‘tishi kerak edi. Xudoning tartibiga ko‘ra, nihoyatda ajoyib va yuksak haqiqatlar e’lon qilinishi lozim edi. Birinchi va ikkinchi farishtalarning xabarlari va’z qilinishi kerak edi, ammo bu xabarlar o‘ziga xos vazifasini ado etmaguncha, bundan ortiq nur ochilmasligi lozim edi. Bu, bir oyog‘ini dengizga qo‘yib turgan farishta eng tantanavor qasam bilan endi vaqt bo‘lmasligini e’lon qilgani orqali ifodalangan.” The Seventh-day Adventist Bible Commentary, 7-jild, 971.</w:t>
      </w:r>
    </w:p>
    <w:p>
      <w:pPr>
        <w:pStyle w:val="ArticleBody"/>
        <w:jc w:val="left"/>
      </w:pPr>
      <w:r>
        <w:rPr>
          <w:rFonts w:ascii="Times New Roman" w:hAnsi="Times New Roman" w:eastAsia="Times New Roman" w:cs="Times New Roman"/>
        </w:rPr>
        <w:t>“Yetti momaqaldiroq”ning yakuniy vahyi 2023-yildan keyin ochildi va u “yetti momaqaldiroq” birinchi alfa umidsizligidan to oxirgi omega umidsizligigacha bo‘lgan davrni ifodalashini ochib berdi. Yuhannoga yetti momaqaldiroqni ta’riflashga ruxsat berilmadi, chunki “yetti momaqaldiroq”ning vahiysi tarixning yagona ijrosi emas, balki Millerchilar tarixida sodir bo‘lgan va oxirgi kunlarda yana sodir bo‘ladigan “voqealar bayoni”ning tasviri edi. Mukammal ijro 2020-yil 18-iyuldan yaqinlashib kelayotgan Yakshanba qonunigacha bo‘lgan tarixni ko‘rsatish uchun namoyon qilindi. Arslon bu nurni ochib, uni bir yuz qirq to‘rt mingning ma’badi bunyod etilishi tarixiga porlatdi.</w:t>
      </w:r>
    </w:p>
    <w:p>
      <w:pPr>
        <w:pStyle w:val="ArticleBody"/>
        <w:jc w:val="left"/>
      </w:pPr>
      <w:r>
        <w:rPr>
          <w:rFonts w:ascii="Times New Roman" w:hAnsi="Times New Roman" w:eastAsia="Times New Roman" w:cs="Times New Roman"/>
        </w:rPr>
        <w:t>Millerchilar tarixida “yetti momaqaldiroq” 1798 yildan 1844 yilgachani ifodalagan; aynan shu davrda Millerchilar “eng ajoyib va ilg‘or haqiqatlar”ni taqdim etdilar. Ularga berilgan ishni amalga oshirish jarayonida Millerchilar sinovdan o‘tdilar. Ular o‘zlari e’lon qilayotgan xabarni ham, o‘zlari bajo keltirayotgan tarixni ham to‘liq tushunmagan edilar. Ular e’lon qilgan haqiqatlar — Oq opa-singil “ilg‘or haqiqatlar” deb ta’riflaydigan haqiqatlar edi; bu haqiqatlar birinchi va ikkinchi farishtalarning xabarlari o‘z ishini ado etmaguncha anglanmasligi kerak edi.</w:t>
      </w:r>
    </w:p>
    <w:p>
      <w:pPr>
        <w:pStyle w:val="ArticleBody"/>
        <w:jc w:val="left"/>
      </w:pPr>
      <w:r>
        <w:rPr>
          <w:rFonts w:ascii="Times New Roman" w:hAnsi="Times New Roman" w:eastAsia="Times New Roman" w:cs="Times New Roman"/>
        </w:rPr>
        <w:t>“Yetti momaqaldiroq” o‘zining mukammal bajo bo‘lishiga yetganda, o‘sha “kelajak voqealari” Vahiy kitobining o‘n to‘rtinchi bobidagi uch farishtaning xabarlari bilan Doniyor kitobining birikmasida ifodalanadi. “Yetti momaqaldiroq”ning “kelajak voqealari” bilan ifodalangan yuz qirq to‘rt mingning ishi Doniyor kitobini uch farishta bilan birlashtirishdir.</w:t>
      </w:r>
    </w:p>
    <w:p>
      <w:pPr>
        <w:pStyle w:val="ArticleScripture"/>
        <w:jc w:val="left"/>
      </w:pPr>
      <w:r>
        <w:rPr>
          <w:rFonts w:ascii="Times New Roman" w:hAnsi="Times New Roman" w:eastAsia="Times New Roman" w:cs="Times New Roman"/>
        </w:rPr>
        <w:t>“Rabbiy dunyoni uning gunohi uchun jazolash arafasidadir. U o‘zlariga berilgan nur va haqiqatni rad etganliklari uchun diniy jamoalarni jazolash arafasidadir. Birinchi, ikkinchi va uchinchi farishtalarning xabarlarini birlashtirgan ulug‘ xabar dunyoga yetkazilishi kerak. Bu bizning ishimizning bosh mazmuni bo‘lishi kerak.” The Seventh-day Adventist Bible Commentary, 7-jild, 950.</w:t>
      </w:r>
    </w:p>
    <w:p>
      <w:pPr>
        <w:pStyle w:val="ArticleBody"/>
        <w:jc w:val="left"/>
      </w:pPr>
      <w:r>
        <w:rPr>
          <w:rFonts w:ascii="Times New Roman" w:hAnsi="Times New Roman" w:eastAsia="Times New Roman" w:cs="Times New Roman"/>
        </w:rPr>
        <w:t>2023-yil 31-dekabrdan buyon Yahudo qabilasining Arsloni bashoratli haqiqatlarni muayyan bir “tartib”da muhrdan ochib kelmoqda.</w:t>
      </w:r>
    </w:p>
    <w:p>
      <w:pPr>
        <w:pStyle w:val="ArticleHeading"/>
        <w:jc w:val="left"/>
      </w:pPr>
      <w:r>
        <w:rPr>
          <w:rFonts w:ascii="Arial" w:hAnsi="Arial" w:eastAsia="Arial" w:cs="Arial"/>
        </w:rPr>
        <w:t>Millerchilar tarixi</w:t>
      </w:r>
    </w:p>
    <w:p>
      <w:pPr>
        <w:pStyle w:val="ArticleScripture"/>
        <w:jc w:val="left"/>
      </w:pPr>
      <w:r>
        <w:rPr>
          <w:rFonts w:ascii="Times New Roman" w:hAnsi="Times New Roman" w:eastAsia="Times New Roman" w:cs="Times New Roman"/>
        </w:rPr>
        <w:t>“Hozir yashayotganlar orasida shunday kishilar borki, ular Doniyor va Yuhannoning bashoratlarini o‘rganar ekanlar, o‘z tartibida amalga oshish jarayonida bo‘lgan alohida bashoratlar ustidan o‘tganlarida, Xudodan buyuk nur oldilar. Ular xalqqa vaqt haqidagi xabarni yetkazdilar. Haqiqat peshin paytidagi quyoshdek ravshan porladi. Bashoratning bevosita amalga oshishini ko‘rsatuvchi tarixiy voqealar xalqqa taqdim etildi, va bashorat bu yer tarixining yakuniga olib boruvchi voqealarning majoziy tasviri ekani ko‘rindi.” Selected Messages, 2-kitob, 101, 102.</w:t>
      </w:r>
    </w:p>
    <w:p>
      <w:pPr>
        <w:pStyle w:val="ArticleBody"/>
        <w:jc w:val="left"/>
      </w:pPr>
      <w:r>
        <w:rPr>
          <w:rFonts w:ascii="Times New Roman" w:hAnsi="Times New Roman" w:eastAsia="Times New Roman" w:cs="Times New Roman"/>
        </w:rPr>
        <w:t>Masih Yarim Tun Nidosi xabarini ochib kelayotgan “tartib” sinov muddatining yopilishiga olib boradigan “tarixiy voqealar”ni ifodalaydi; bu voqealar “bashoratning bevosita amalga oshishini” ko‘rsatadi. Oxirgi kunlardagi bashoratning bevosita amalga oshishi vaqtga asoslangan bashoratlarning vahiy qilinishi emas, biroq Palmoniy baribir bashoratning bevosita amalga oshishlarini aniqlash uchun sonlardan foydalanadi. Endi vaqt yo‘q, va Millerchilar o‘z avlodiga “vaqt xabarini olib borgan” bo‘lsalar-da, uchinchi farishtaning xabari “vaqt”dan kuchliroqdir.</w:t>
      </w:r>
    </w:p>
    <w:p>
      <w:pPr>
        <w:pStyle w:val="ArticleScripture"/>
        <w:jc w:val="left"/>
      </w:pPr>
      <w:r>
        <w:rPr>
          <w:rFonts w:ascii="Times New Roman" w:hAnsi="Times New Roman" w:eastAsia="Times New Roman" w:cs="Times New Roman"/>
        </w:rPr>
        <w:t>“Egamiz menga uchinchi farishtaning xabari albatta borishi va Rabbiyning sochilib ketgan farzandlariga e’lon qilinishi kerakligini ko‘rsatdi, hamda u vaqtga bog‘lanmasligi lozim; chunki vaqt endi hech qachon yana sinov bo‘lmaydi. Men ayrimlarning vaqtni va’z qilishdan kelib chiqqan soxta hayajonga berilayotganini ko‘rdim; uchinchi farishtaning xabari esa vaqt bera oladigan narsadan ham kuchliroq edi. Men bu xabar o‘z poydevorida mustahkam tura olishini, uni quvvatlantirish uchun vaqtga ehtiyoj yo‘qligini, va u qudrat bilan oldinga borib, o‘z ishini ado etishini, hamda solihlikda qisqartirilishini ko‘rdim.” Experience and Views, 48.</w:t>
      </w:r>
    </w:p>
    <w:p>
      <w:pPr>
        <w:pStyle w:val="ArticleBody"/>
        <w:jc w:val="left"/>
      </w:pPr>
      <w:r>
        <w:rPr>
          <w:rFonts w:ascii="Times New Roman" w:hAnsi="Times New Roman" w:eastAsia="Times New Roman" w:cs="Times New Roman"/>
        </w:rPr>
        <w:t>Payg‘ambarlik haqiqatlarining muhrdan ochilishidagi ketma-ket “tartib” taraqqiy etib boruvchi bir tarixni ko‘rsatadi, ammo u xabarning rivojlanishini ham ko‘rsatadi. Tasvirlangan tarixning “tartibi”, shuningdek Yahudo qabilasining Arsloni 31-dekabrdan buyon xabarni qanday muhrdan ochib kelayotganining izlari — bularning ikkalasini ham tushunish najotga taalluqlidir. 2023-yil iyul oyida sahroda bir ovoz 2023-yil 31-dekabrdagi muhrdan ochilish uchun yo‘lni hozirlashni boshladi. So‘ng Yahudo qabilasining Arsloni Vahiy kitobining birinchi bobini muhrdan ochdi.</w:t>
      </w:r>
    </w:p>
    <w:p>
      <w:pPr>
        <w:pStyle w:val="ArticleHeading"/>
        <w:jc w:val="left"/>
      </w:pPr>
      <w:r>
        <w:rPr>
          <w:rFonts w:ascii="Arial" w:hAnsi="Arial" w:eastAsia="Arial" w:cs="Arial"/>
        </w:rPr>
        <w:t>Boshqa Hech Narsa</w:t>
      </w:r>
    </w:p>
    <w:p>
      <w:pPr>
        <w:pStyle w:val="ArticleScripture"/>
        <w:jc w:val="left"/>
      </w:pPr>
      <w:r>
        <w:rPr>
          <w:rFonts w:ascii="Times New Roman" w:hAnsi="Times New Roman" w:eastAsia="Times New Roman" w:cs="Times New Roman"/>
        </w:rPr>
        <w:t>“Vahiy kitobida o‘z tartibi bilan berilgan tantanavor xabarlar Xudoning xalqining ongida birinchi o‘rinni egallashi lozim. Diqqatimizni butunlay band etishiga boshqa hech narsaga yo‘l qo‘yilmasin.” Guvohliklar, 8-jild, 301, 302.</w:t>
      </w:r>
    </w:p>
    <w:p>
      <w:pPr>
        <w:pStyle w:val="ArticleBody"/>
        <w:jc w:val="left"/>
      </w:pPr>
      <w:r>
        <w:rPr>
          <w:rFonts w:ascii="Times New Roman" w:hAnsi="Times New Roman" w:eastAsia="Times New Roman" w:cs="Times New Roman"/>
        </w:rPr>
        <w:t>2023-yilda boshlangan maqolalar Xudoning xalqining ongida «birinchi o‘rinni egallashi» kerak.</w:t>
      </w:r>
    </w:p>
    <w:p>
      <w:pPr>
        <w:pStyle w:val="ArticleScripture"/>
        <w:jc w:val="left"/>
      </w:pPr>
      <w:r>
        <w:rPr>
          <w:rFonts w:ascii="Times New Roman" w:hAnsi="Times New Roman" w:eastAsia="Times New Roman" w:cs="Times New Roman"/>
        </w:rPr>
        <w:t>“Xudo bashoratli tarixda o‘tmishda bajo keltirilishini belgilab qo‘ygan narsalarning barchasi bajo keltirilgan, va hali kelajakda o‘z tartibiga ko‘ra yuz beradiganlarning barchasi ham yuz beradi. Xudoning payg‘ambari Doniyor o‘z o‘rnida turibdi. Yuhanno o‘z o‘rnida turibdi. Vahiy kitobida Yahudo qabilasining Sheri bashoratni o‘rganuvchilarga Doniyor kitobini ochib berdi, va shu tariqa Doniyor o‘z o‘rnida turibdi. U o‘z guvohligini beradi — Rabbiy unga vahiyda ochib bergan ulug‘ va tantanavor voqealar haqidagi guvohligini — biz esa ularning bajo keltirilishining ayni ostonasida turganimiz bois, bularni bilishimiz lozim.”</w:t>
      </w:r>
    </w:p>
    <w:p>
      <w:pPr>
        <w:pStyle w:val="ArticleScripture"/>
        <w:jc w:val="left"/>
      </w:pPr>
      <w:r>
        <w:rPr>
          <w:rFonts w:ascii="Times New Roman" w:hAnsi="Times New Roman" w:eastAsia="Times New Roman" w:cs="Times New Roman"/>
        </w:rPr>
        <w:t>“Tarix va bashoratda Xudoning Kalomi haqiqat bilan xato o‘rtasidagi uzoq davom etgan kurashni tasvirlaydi. Bu kurash hali ham davom etmoqda. Ilgari bo‘lgan narsalar yana takrorlanadi.” Selected Messages, 2-kitob, 109.</w:t>
      </w:r>
    </w:p>
    <w:p>
      <w:pPr>
        <w:pStyle w:val="ArticleHeading"/>
        <w:jc w:val="left"/>
      </w:pPr>
      <w:r>
        <w:rPr>
          <w:rFonts w:ascii="Arial" w:hAnsi="Arial" w:eastAsia="Arial" w:cs="Arial"/>
        </w:rPr>
        <w:t>O‘ttiz</w:t>
      </w:r>
    </w:p>
    <w:p>
      <w:pPr>
        <w:pStyle w:val="ArticleBody"/>
        <w:jc w:val="left"/>
      </w:pPr>
      <w:r>
        <w:rPr>
          <w:rFonts w:ascii="Times New Roman" w:hAnsi="Times New Roman" w:eastAsia="Times New Roman" w:cs="Times New Roman"/>
        </w:rPr>
        <w:t>Doniyor kitobining o‘n birinchi bobi qirqinchi oyatining xabari 1996 yilda muhrdan ochildi va rasmiylashtirildi. Oradan o‘ttiz yil o‘tgach, ayni shu oyatning yashirin tarixi endi Yarim tun faryodi xabarining rasmiylashtirilishi bilan bog‘liq holda muhrdan ochilmoqda; bu xabar Islom haqidagi tuzatilgan tashqi bashorat bilan Yarim tun faryodining tuzatilgan ichki xabaridan tarkib topadi. Yarim tun faryodi xabari o‘n oltinchi oyatdagi yakshanba qonunidan oldin e’lon qilinadi, chunki masalda eshik aynan yakshanba qonunida yopiladi.</w:t>
      </w:r>
    </w:p>
    <w:p>
      <w:pPr>
        <w:pStyle w:val="ArticleHeading"/>
        <w:jc w:val="left"/>
      </w:pPr>
      <w:r>
        <w:rPr>
          <w:rFonts w:ascii="Arial" w:hAnsi="Arial" w:eastAsia="Arial" w:cs="Arial"/>
        </w:rPr>
        <w:t>Butrus</w:t>
      </w:r>
    </w:p>
    <w:p>
      <w:pPr>
        <w:pStyle w:val="ArticleBody"/>
        <w:jc w:val="left"/>
      </w:pPr>
      <w:r>
        <w:rPr>
          <w:rFonts w:ascii="Times New Roman" w:hAnsi="Times New Roman" w:eastAsia="Times New Roman" w:cs="Times New Roman"/>
        </w:rPr>
        <w:t>Bu Butrusni bir yuz qirq to‘rt mingning muhrlanishi tarixiga joylashtiradi. Butrus yuqori xonada va’z qilgan bir xabarga ega edi, shuningdek ma’badda va’z qilgan bir xabarga ham ega edi. Yuqori xonadagi xabar masalning Yarim Tundagi Nidosidir, ma’baddagi xabar esa uchinchi farishtaning baland nidosidir. Butrus Yarim Tundagi Nido bo‘lgan yuqori xona xabarini va’z qilishi uchun, avvalo uning xabari tuzatilishi va rasmiy shaklga keltirilishi kerak edi. Tuzatish va rasmiy shaklga keltirish Yahudo qabilasining Arsloni 2023-yil 31-dekabrdan beri aniqlab kelayotgan bashorat yo‘nalishlarini birlashtirish orqali amalga oshiriladi.</w:t>
      </w:r>
    </w:p>
    <w:p>
      <w:pPr>
        <w:pStyle w:val="ArticleBody"/>
        <w:jc w:val="left"/>
      </w:pPr>
      <w:r>
        <w:rPr>
          <w:rFonts w:ascii="Times New Roman" w:hAnsi="Times New Roman" w:eastAsia="Times New Roman" w:cs="Times New Roman"/>
        </w:rPr>
        <w:t>Endi vazifa — Yarim Tun Faryodi xabarini rasmiylashtirishdir. Xabarning rasmiylashtirilishi 1831-yilda William Miller va 1996-yilda The Time of the End jurnali orqali timsollangan. 2020-yil 18-iyuldagi birinchi umidsizlikni yuzaga keltirgan xabarning tuzatilishi ham Josiah Litch, ham Samuel Snow orqali timsollangan. Ularning har biri bajargan ish 1840-yil 11-avgustdan keyin va yettinchi oy harakatidan keyin kelgan “ta’sir”ning “sababi” bo‘lgan. 1840-yilda xabar dunyodagi har bir missionerlik stansiyasiga olib borildi, 1844-yilda esa Yarim Tun Faryodi xabari Qo‘shma Shtatlarning sharqiy qirg‘oqlari bo‘ylab suv to‘lqinidek yoyildi. Odamlarning ishi Muqaddas Ruhning to‘kilishidek “ta’sir”ning “sababi” bo‘ldi. 1840-yil dengiz bilan ifodalangan dunyoga yetib bordi, 1844-yil esa yer bilan ifodalangan Qo‘shma Shtatlarga yetib bordi. 1840-yilning timsoli — Vahiy 10 da Masihning yer va dengiz ustida turishidir; aynan o‘sha bob 1840-yildan 1844-yilgacha bo‘lgan tarixni ko‘rsatadi hamda Masihni yer va dengiz ustida turgan holda tasvirlaydi.</w:t>
      </w:r>
    </w:p>
    <w:p>
      <w:pPr>
        <w:pStyle w:val="ArticleBody"/>
        <w:jc w:val="left"/>
      </w:pPr>
      <w:r>
        <w:rPr>
          <w:rFonts w:ascii="Times New Roman" w:hAnsi="Times New Roman" w:eastAsia="Times New Roman" w:cs="Times New Roman"/>
        </w:rPr>
        <w:t>1840 va 1844-yillarning har ikkisida ham bashoratga kiritilgan tuzatish vaqt jihatidan oldinga, mukammal sanaga qilingan tuzatish edi. Ulardan biri Islom haqidagi bashorat, ikkinchisi esa o‘n bokira haqidagi masalga doir bashorat edi. Biri tashqi, biri esa ichki edi. 1844-yil, shuningdek, muqaddas maskanni noto‘g‘ri tushunish xatosini ham o‘z ichiga olgan edi. Muqaddas maskan yer edimi, yoki u samoviy muqaddas maskan edimi? Bu noto‘g‘ri tushuncha shunchaki muqaddas maskanning ta’rifigagina taalluqli bo‘lmay, bundan ham chuqurroq edi, chunki u, shuningdek, bir jon Masihga ergashib Muqaddas joydan Eng Muqaddas joyga o‘tadimi-yo‘qmi, shu boradagi sinovni ham ifoda etar edi.</w:t>
      </w:r>
    </w:p>
    <w:p>
      <w:pPr>
        <w:pStyle w:val="ArticleScripture"/>
        <w:jc w:val="left"/>
      </w:pPr>
      <w:r>
        <w:rPr>
          <w:rFonts w:ascii="Times New Roman" w:hAnsi="Times New Roman" w:eastAsia="Times New Roman" w:cs="Times New Roman"/>
        </w:rPr>
        <w:t>“Men Otaning taxtdan turib, alangali aravada parda ichidagi eng muqaddas xonaga kirib, o‘tirganini ko‘rdim. So‘ng Iso taxtdan turdi, va egilib turganlarning aksariyati U bilan birga turdi. Iso turganidan keyin men beparvo olomon tomon Isodan birorta ham nur shu’lasi o‘tganini ko‘rmadim, va ular mutlaq zulmat ichida qoldilar. Iso turgan paytda U bilan birga turganlar, U taxtni tark etib, ularni bir oz masofaga boshlab borgunicha, ko‘zlarini Undan uzmay tikib turdilar. So‘ng U o‘ng qo‘lini ko‘tardi, va biz Uning yoqimli ovozini eshitdik: ‘Bu yerda kutib turinglar; Men saltanatni qabul qilish uchun Otam huzuriga boryapman; liboslaringizni dog‘siz saqlanglar, va ko‘p o‘tmay Men nikohdan qaytib kelib, sizlarni O‘zimga qabul qilaman.’ So‘ng g‘ildiraklari alangali olovga o‘xshash, farishtalar bilan o‘ralgan bulutli arava Iso turgan joyga keldi. U aravaga chiqdi va Ota o‘tirgan eng muqaddas joyga olib borildi. U yerda men Isoni, ulug‘ Oliy Ruhoniyni, Ota huzurida turgan holda ko‘rdim. Uning kiyimining etagida qo‘ng‘iroq va anor, qo‘ng‘iroq va anor bor edi. Iso bilan birga turganlar o‘z imonlarini Unga, eng muqaddas joyga, yo‘naltirar va shunday ibodat qilar edilar: ‘Ey Otamiz, bizga O‘z Ruhingni ber.’ Shunda Iso ularga Muqaddas Ruhni puflar edi. O‘sha nafasda nur, qudrat va ko‘p sevgi, quvonch hamda tinchlik bor edi.”</w:t>
      </w:r>
    </w:p>
    <w:p>
      <w:pPr>
        <w:pStyle w:val="ArticleScripture"/>
        <w:jc w:val="left"/>
      </w:pPr>
      <w:r>
        <w:rPr>
          <w:rFonts w:ascii="Times New Roman" w:hAnsi="Times New Roman" w:eastAsia="Times New Roman" w:cs="Times New Roman"/>
        </w:rPr>
        <w:t>“Men hanuz taxt oldida egilib turgan jamoaga qarab burildim; ular Iso u yerni tark etganini bilmas edilar. Shayton go‘yo taxt yonida turgandek ko‘rinar, Xudoning ishini davom ettirishga urinardi. Men ularning taxtga yuqoriga qarab: ‘Ey Ota, bizga O‘z Ruhingni ato et’, deb ibodat qilganlarini ko‘rdim. Shunda Shayton ularning ustiga nopok bir ta’sirni puflar edi; unda yorug‘lik va ko‘p qudrat bor edi, ammo shirin sevgi, quvonch va tinchlik yo‘q edi. Shaytonning maqsadi ularni aldangan holda saqlab qolish va Xudoning farzandlarini ortga tortib, aldash edi.” Early Writings, 55, 56.</w:t>
      </w:r>
    </w:p>
    <w:p>
      <w:pPr>
        <w:pStyle w:val="ArticleBody"/>
        <w:jc w:val="left"/>
      </w:pPr>
      <w:r>
        <w:rPr>
          <w:rFonts w:ascii="Times New Roman" w:hAnsi="Times New Roman" w:eastAsia="Times New Roman" w:cs="Times New Roman"/>
        </w:rPr>
        <w:t>Muqaddas maskan muqaddas maskan haqidagi noto‘g‘ri tushunish oqibatida yuzaga kelgan barcha anglashilmovchiliklarni izohlab beradigan “kalit” deb tan olindi. U umidsizlikni izohlab beradigan “kalit” edi. Oxirgi kunlarda esa “kalit” — ma’bad haqidagi noto‘g‘ri tushunishni izohlab beradigan umidsizlikning o‘zidir.</w:t>
      </w:r>
    </w:p>
    <w:p>
      <w:pPr>
        <w:pStyle w:val="ArticleBody"/>
        <w:jc w:val="left"/>
      </w:pPr>
      <w:r>
        <w:rPr>
          <w:rFonts w:ascii="Times New Roman" w:hAnsi="Times New Roman" w:eastAsia="Times New Roman" w:cs="Times New Roman"/>
        </w:rPr>
        <w:t>1844-yil 22-oktabrdan boshlab “vaqt endi yo‘q”, va 2020-yil 18-iyuldagi umidsizlik xatosi endi tuzatilishi lozim, biroq vaqt nuqtayi nazaridan emas, chunki vaqt endi yo‘q.</w:t>
      </w:r>
    </w:p>
    <w:p>
      <w:pPr>
        <w:pStyle w:val="ArticleScripture"/>
        <w:jc w:val="left"/>
      </w:pPr>
      <w:r>
        <w:rPr>
          <w:rFonts w:ascii="Times New Roman" w:hAnsi="Times New Roman" w:eastAsia="Times New Roman" w:cs="Times New Roman"/>
        </w:rPr>
        <w:t>Va men dengiz ustida va yer ustida turganini ko‘rgan farishta qo‘lini osmonga ko‘tardi, va abadulabad tirik bo‘lgan Zot nomi bilan qasam ichdi; U osmonni va undagi narsalarni, yerni va undagi narsalarni, dengizni va undagi narsalarni yaratgandir, dedi: endi vaqt bo‘lmaydi; balki yettinchi farishtaning ovozi yangraydigan kunlarda, u karnay chalishni boshlaganida, Xudoning siri O‘z qullari bo‘lgan payg‘ambarlarga xushxabar qilib bildirganidek, tamom bo‘ladi. Vahiy 10:5–7.</w:t>
      </w:r>
    </w:p>
    <w:p>
      <w:pPr>
        <w:pStyle w:val="ArticleBody"/>
        <w:jc w:val="left"/>
      </w:pPr>
      <w:r>
        <w:rPr>
          <w:rFonts w:ascii="Times New Roman" w:hAnsi="Times New Roman" w:eastAsia="Times New Roman" w:cs="Times New Roman"/>
        </w:rPr>
        <w:t>Tuzatilishi lozim bo‘lgan bashoratning joyi Tennessi shtatidagi Nashvildir va bu joyni o‘zgartirib bo‘lmaydi, chunki u Future for America tomonidan emas, balki Ellen White tomonidan aniqlangan, hamda Bashorat Ruhi hech qachon xato qilmaydi.</w:t>
      </w:r>
    </w:p>
    <w:p>
      <w:pPr>
        <w:pStyle w:val="ArticleScripture"/>
        <w:jc w:val="left"/>
      </w:pPr>
      <w:r>
        <w:rPr>
          <w:rFonts w:ascii="Times New Roman" w:hAnsi="Times New Roman" w:eastAsia="Times New Roman" w:cs="Times New Roman"/>
        </w:rPr>
        <w:t>“Men Neshvillda bo‘lganimda, odamlarga gapirayotgan edim, va tun paytida osmonning o‘zidan kelib, Neshvill ustiga o‘rnashgan ulkan bir olov shari paydo bo‘ldi. O‘sha shardan o‘qday alangalar otilib chiqardi; uylar yonib ketayotgan edi; uylar chayqalib, qulayotgan edi. Bizning ayrim odamlarimiz o‘sha yerda turishardi. «Bu aynan kutganimizdek», dedilar ular, «biz buni kutgan edik». Boshqalari esa qo‘llarini azob bilan burab, Xudodan rahm-shafqat so‘rab faryod qilardilar. «Siz buni bilardingiz», dedilar ular, «siz buning kelishini bilardingiz, ammo bizni ogohlantirish uchun bir og‘iz ham gap aytmadingiz!» Ular go‘yo ularga bu haqda hech qachon aytmaganlari yoki umuman hech qanday ogohlantirish bermaganlari fikridan deyarli ularni parcha-parcha qilib tashlagudek ko‘rinar edilar.” Qo‘lyozma 188, 1905.</w:t>
      </w:r>
    </w:p>
    <w:p>
      <w:pPr>
        <w:pStyle w:val="ArticleBody"/>
        <w:jc w:val="left"/>
      </w:pPr>
      <w:r>
        <w:rPr>
          <w:rFonts w:ascii="Times New Roman" w:hAnsi="Times New Roman" w:eastAsia="Times New Roman" w:cs="Times New Roman"/>
        </w:rPr>
        <w:t>Nashvill ustiga tushadigan olov sharlariga oid ichki masala shundan iboratki, u Laodikeyadagi Yettinchi kun adventizmi Nashvill haqidagi ogohlantirish xabarini bilganini, ammo sukut saqlaganini ko‘rsatadi. Bu bashorat tarixidagi shunday nuqtaki, unda Yarim tun nidosi xabarining “sharmandaligi” yoki “quvonchi” namoyon bo‘ladi. Aynan shu nuqtada bayroq bo‘lib qolishi lozim bo‘lganlar, Nashvill haqida hech qanday ogohlantirish bermagan Laodikeyadagi Yettinchi kun adventizmidan jahli chiqqan va g‘azablangan dunyodagilar tomonidan sharmanda qilinayotganlardan ajralib, alohida ko‘tarila boshlaydilar. Xuddi shu bashoratli farqlanish Karmil tog‘ida Ilyos bilan Baal payg‘ambarlari o‘rtasida, shuningdek Millerchilar tarixidagi ikkinchi farishta davrida ham ifodalangan edi; o‘shanda protestantlar murtad protestantlarga aylangan va soxta payg‘ambar sifatidagi rolini boshlab, Rimning qizlariga aylangan edi. 1989 yilda siyosiy shox Reagan orqali aynan shu ishni qildi, faqat Reagan Rimning qizlariga aylanmadi; u Axabga va Rimning oshig‘i bo‘lgan birinchi Klovisga aylandi.</w:t>
      </w:r>
    </w:p>
    <w:p>
      <w:pPr>
        <w:pStyle w:val="ArticleScripture"/>
        <w:jc w:val="left"/>
      </w:pPr>
      <w:r>
        <w:rPr>
          <w:rFonts w:ascii="Times New Roman" w:hAnsi="Times New Roman" w:eastAsia="Times New Roman" w:cs="Times New Roman"/>
        </w:rPr>
        <w:t>“Menga bir manzara ko‘rsatildi. Bu Shabbatdan oldingi tun edi. O‘sha manzara aynan o‘sha paytda ko‘rsatildi. Men derazadan tashqariga qaradim, va osmondan kelgan ulkan bir olov shari bor edi; u ular ustunli binolarni bunyod etayotgan joyga qulab tushdi, ayniqsa ustunlar menga ko‘rsatildi. Va go‘yo o‘sha shar to‘g‘ridan-to‘g‘ri binoga kelib uni yakson qilgandek edi; ular esa uning tarmoqlanib, tarmoqlanib, kengayib borayotganini ko‘rdilar va ular faryod qila, motam tuta, motam tuta boshladilar va qo‘llarini siqib dod sola boshladilar; va menimcha, bizning ayrim odamlarimiz o‘sha yerda turib: ‘Xo‘sh, bu biz kutgan narsaning aynan o‘zi; bu biz gapirib kelgan narsaning aynan o‘zi; bu biz gapirib kelgan narsaning aynan o‘zi’, deb aytayotgan edilar. ‘Siz buni bilganmidingiz?’ dedi odamlar. ‘Siz buni bilgan ekansiz-u, nega bizga bu haqda hech qachon aytmadingiz?’ Men ularning yuzida shunday bir iztirobni, tashqi qiyofalarida shunday bir iztirobni ko‘rgandek bo‘ldim.” Qo‘lyozma 152; 1904.</w:t>
      </w:r>
    </w:p>
    <w:p>
      <w:pPr>
        <w:pStyle w:val="ArticleBody"/>
        <w:jc w:val="left"/>
      </w:pPr>
      <w:r>
        <w:rPr>
          <w:rFonts w:ascii="Times New Roman" w:hAnsi="Times New Roman" w:eastAsia="Times New Roman" w:cs="Times New Roman"/>
        </w:rPr>
        <w:t>2020-yil 18-iyuldagi hafsalaning pir bo‘lishi bayroq sifatida ko‘tarilishi lozim bo‘lgan ma’badni aniqlashdagi “kalit”dir. Adventistlarning ikki toifaga bo‘linishi Injil bashoratining asosiy mavzularidan biridir. Yeremiyo “masxarachilar yig‘ini”ga qo‘shilishdan bosh tortgan, Smirna va Filadelfiya jamoatlari esa o‘zlarini yahudiy deb da’vo qilgan, ammo unday bo‘lmagan shayton sinagogasiga qarama-qarshi qo‘yilgan edi. O‘zini Adventist deb e’tirof etuvchi ushbu ikki toifa o‘rtasidagi farq ular Muqaddas Kitobni o‘rganishda qo‘llaydigan metodologiya orqali ifodalanadi. Bu, Sister White aytganidek, haqiqiy ta’lim bilan “oliy ta’lim, deb ataluvchi” narsa o‘rtasidagi farqdir.</w:t>
      </w:r>
    </w:p>
    <w:p>
      <w:pPr>
        <w:pStyle w:val="ArticleBody"/>
        <w:jc w:val="left"/>
      </w:pPr>
      <w:r>
        <w:rPr>
          <w:rFonts w:ascii="Times New Roman" w:hAnsi="Times New Roman" w:eastAsia="Times New Roman" w:cs="Times New Roman"/>
        </w:rPr>
        <w:t>Nashville “Janubning Afinasi” sifatida tanilgan, va Nashvilleda Yunonistonni ifodalovchi eng mashhur bino — 1897-yilda Centennial Parkda qadimgi yunon Parfenonining to‘liq o‘lchamdagi nusxasi sifatida qurilgan Parfenondir. U 1796-yilda Tennessee shtat maqomiga kirganining yuz yilligini nishonlash uchun qurilgan bo‘lib, bayramdan keyin buzib tashlanishi mo‘ljallangan edi. Biroq buning o‘rniga, 1903-yilda bu yer parkka aylantirildi va Parfenon 1920-yildan 1931-yilgacha doimiy tarzda qayta qurildi.</w:t>
      </w:r>
    </w:p>
    <w:p>
      <w:pPr>
        <w:pStyle w:val="ArticleBody"/>
        <w:jc w:val="left"/>
      </w:pPr>
      <w:r>
        <w:rPr>
          <w:rFonts w:ascii="Times New Roman" w:hAnsi="Times New Roman" w:eastAsia="Times New Roman" w:cs="Times New Roman"/>
        </w:rPr>
        <w:t>“Parthenon” nomi yunoncha parthénos so‘zidan kelib chiqqan bo‘lib, “bokira” yoki “qiz” degan ma’noni anglatadi; bu, Afinaga uning donolik, strategiya, san’at, hunarmandchilik va sivilizatsiyaning daxlsiz, dono va jangovar ma’budasi sifatidagi jihatida ishora qiladi. Miloddan avvalgi 447–432-yillar oralig‘ida Afinadagi Akropol ustida qurilgan bu inshoot haykaltarosh Fidiy tomonidan yasalgan Afinaning ulkan xrizelefantin (oltin va fil suyagidan ishlangan) haykalini o‘z ichiga olgan bo‘lib, mohiyatan uning “uyi” yoki ilohiy maskani vazifasini bajargan; ana shu yerda uning hozir bo‘lishiga ishonilgan.</w:t>
      </w:r>
    </w:p>
    <w:p>
      <w:pPr>
        <w:pStyle w:val="ArticleBody"/>
        <w:jc w:val="left"/>
      </w:pPr>
      <w:r>
        <w:rPr>
          <w:rFonts w:ascii="Times New Roman" w:hAnsi="Times New Roman" w:eastAsia="Times New Roman" w:cs="Times New Roman"/>
        </w:rPr>
        <w:t>G‘arb ta’lim tizimining keng qamrovli bilimga, tanqidiy tadqiqga, fuqarolik hayotiga tayyorgarlikka va erkin san’atlar tizimiga beradigan urg‘usi mohiyatan qadimgi yunon falsafasi va amaliyotiga ildiz otgan. Aflotunning Akademiyasi, Arastuning Litseyi yoki Afinaning paideiasi bo‘lmaganida, biz biladigan zamonaviy maktab ta’limi mutlaqo boshqacha ko‘rinishda bo‘lur edi.</w:t>
      </w:r>
    </w:p>
    <w:p>
      <w:pPr>
        <w:pStyle w:val="ArticleBody"/>
        <w:jc w:val="left"/>
      </w:pPr>
      <w:r>
        <w:rPr>
          <w:rFonts w:ascii="Times New Roman" w:hAnsi="Times New Roman" w:eastAsia="Times New Roman" w:cs="Times New Roman"/>
        </w:rPr>
        <w:t>1904-yilda Medison maktabi Nashvilldan to‘qqiz mil tashqarida tashkil etildi. Ellen Uayt dastlabki Medison maktabining ustav asosidagi boshqaruv kengashi a’zosi edi (rasmiy nomi Nashville Agricultural and Normal Institute bo‘lib, keyinchalik Madison College nomi bilan tanilgan). U 1904-yildagi tashkil topganidan boshlab direktorlar kengashining ustav a’zosi sifatida xizmat qildi. U taxminan 1914-yilgacha (1915-yildagi vafotidan bir yil oldin) kengash tarkibida qoldi.</w:t>
      </w:r>
    </w:p>
    <w:p>
      <w:pPr>
        <w:pStyle w:val="ArticleBody"/>
        <w:jc w:val="left"/>
      </w:pPr>
      <w:r>
        <w:rPr>
          <w:rFonts w:ascii="Times New Roman" w:hAnsi="Times New Roman" w:eastAsia="Times New Roman" w:cs="Times New Roman"/>
        </w:rPr>
        <w:t>Bu u qo‘shilishga yoki unda xizmat qilishga rozilik bildirgan yagona kollej yoki muassasa kengashi edi. U boshqa Adventist tashkilotlaridagi bunday rasmiy lavozimlarni ataylab chekladi, biroq Madison uchun istisno qildi, chunki u uning ta’limga oid maslahatlariga muvofiq edi (o‘zini o‘zi ta’minlaydigan, fermer xo‘jaligiga asoslangan, missionerlikka yo‘naltirilgan ta’lim bo‘lib, Muqaddas Kitobni, qo‘l mehnatini va Janubda hamda undan tashqarida xizmat qilish uchun amaliy tayyorgarlikni ta’kidlar edi). Sister White’ning Nashville haqidagi xabarlari 1904 va 1905 yillarda keldi; ayni shu davrda Madison maktabi endigina boshlanayotgan edi va Parthenon ko‘rgazmasi doimiy bog‘dagi doimiy ob’ektga aylantirilayotgan edi. Yunon ta’limi va samoviy ta’lim ramzi ikkalasi ham ayni bir qisqa davr ichida o‘z boshlanishlarini belgilab turgan edi; bu esa Nashville olov sharlari haqidagi vahiylar berilgan ayni davrning o‘zi edi.</w:t>
      </w:r>
    </w:p>
    <w:p>
      <w:pPr>
        <w:pStyle w:val="ArticleScripture"/>
        <w:jc w:val="left"/>
      </w:pPr>
      <w:r>
        <w:rPr>
          <w:rFonts w:ascii="Times New Roman" w:hAnsi="Times New Roman" w:eastAsia="Times New Roman" w:cs="Times New Roman"/>
        </w:rPr>
        <w:t>“Kecha tunda mening oldimda bir manzara namoyon etildi. Men uning hammasini oshkor qilishga hech qachon o‘zimni erkin his etmasligim mumkin, biroq undan ozgina qismini oshkor qilaman.</w:t>
      </w:r>
    </w:p>
    <w:p>
      <w:pPr>
        <w:pStyle w:val="ArticleScripture"/>
        <w:jc w:val="left"/>
      </w:pPr>
      <w:r>
        <w:rPr>
          <w:rFonts w:ascii="Times New Roman" w:hAnsi="Times New Roman" w:eastAsia="Times New Roman" w:cs="Times New Roman"/>
        </w:rPr>
        <w:t>“Go‘yo ulkan bir olov shari yer yuziga tushib, katta-katta uylarni ezib tashlagandek tuyuldi. Har tomondan: ‘Rabbiy keldi! Rabbiy keldi!’ degan faryod ko‘tarilardi. Ko‘plar Uni kutib olishga tayyor emas edi, ammo ozchilik: ‘Rabbiyga hamd bo‘lsin!’ deb aytayotgan edi.”</w:t>
      </w:r>
    </w:p>
    <w:p>
      <w:pPr>
        <w:pStyle w:val="ArticleScripture"/>
        <w:jc w:val="left"/>
      </w:pPr>
      <w:r>
        <w:rPr>
          <w:rFonts w:ascii="Times New Roman" w:hAnsi="Times New Roman" w:eastAsia="Times New Roman" w:cs="Times New Roman"/>
        </w:rPr>
        <w:t>“— Nega Rabbimizni madh etyapsizlar? — deb so‘radilar ustiga to‘satdan halokat kelayotganlar.</w:t>
      </w:r>
    </w:p>
    <w:p>
      <w:pPr>
        <w:pStyle w:val="ArticleScripture"/>
        <w:jc w:val="left"/>
      </w:pPr>
      <w:r>
        <w:rPr>
          <w:rFonts w:ascii="Times New Roman" w:hAnsi="Times New Roman" w:eastAsia="Times New Roman" w:cs="Times New Roman"/>
        </w:rPr>
        <w:t>“‘Chunki biz endi izlab kelgan narsamizni ko‘ryapmiz.’”</w:t>
      </w:r>
    </w:p>
    <w:p>
      <w:pPr>
        <w:pStyle w:val="ArticleScripture"/>
        <w:jc w:val="left"/>
      </w:pPr>
      <w:r>
        <w:rPr>
          <w:rFonts w:ascii="Times New Roman" w:hAnsi="Times New Roman" w:eastAsia="Times New Roman" w:cs="Times New Roman"/>
        </w:rPr>
        <w:t>“‘Agar bu narsalar kelayotganiga ishongan bo‘lsangiz, nega bizga aytmadingiz?’ — degan dahshatli javob bo‘ladi. ‘Biz bu narsalar haqida bilmas edik. Nega bizni johillikda qoldirdingiz? Siz bizni qayta-qayta ko‘rgansiz; nega biz bilan tanishib, kelajakdagi hukm haqida va halok bo‘lmasligimiz uchun Xudoga xizmat qilishimiz kerakligi haqida bizga aytmadingiz? Endi esa biz yo‘qoldik!’” Qo‘lyozma 102, 1904.</w:t>
      </w:r>
    </w:p>
    <w:p>
      <w:pPr>
        <w:pStyle w:val="ArticleBody"/>
        <w:jc w:val="left"/>
      </w:pPr>
      <w:r>
        <w:rPr>
          <w:rFonts w:ascii="Times New Roman" w:hAnsi="Times New Roman" w:eastAsia="Times New Roman" w:cs="Times New Roman"/>
        </w:rPr>
        <w:t>Nashvill xabarlarining konteksti geografik jihatdan haqiqiy yoki soxta ta’limning ruhiy manzarasiga joylashtirilgan edi. Bu — bir jonni yo osmonning, yo yerning fuqarosi bo‘lishga tayyorlaydigan ta’limdir. Sister White’ning Nashvill haqidagi vahiylarida Islomga hech qanday ishora yo‘q, unda Nashvill ustiga tushayotgan olov sharlarining vahiyiga Islomni bog‘lash uchun qanday asos bo‘lishi mumkin? 2020-yildagi Nashvill xabarining tuzatilishi Josiah Litch va Samuel Snow ishiga qay tarzda muvofiq keladi? Ularning tuzatishlari shunda amalga oshirildiki, ular birinchi bashoratga olib kelgan ayni dalil tuzatilgan bashoratni ham tasdiqlovchi dalil ekanini anglab yetdilar.</w:t>
      </w:r>
    </w:p>
    <w:p>
      <w:pPr>
        <w:pStyle w:val="ArticleBody"/>
        <w:jc w:val="left"/>
      </w:pPr>
      <w:r>
        <w:rPr>
          <w:rFonts w:ascii="Times New Roman" w:hAnsi="Times New Roman" w:eastAsia="Times New Roman" w:cs="Times New Roman"/>
        </w:rPr>
        <w:t>Islomning dalili Nashvillning ogohlantirish xabari bilan bog‘lanishidan ancha avval qaror topgan edi. Islom xabari bevosita uchinchi farishtaning xabariga biriktirilgandir. Bu haqiqat bir necha Muqaddas Kitobiy guvohliklar asosida ko‘rsatiladi. Uchinchi farishtaning ogohlantirishi shimol shohining hokimiyati belgisiga doir ogohlantirishni ifodalaydi, Islomning ogohlantirishi esa sharq farzandlarining ogohlantirishi orqali ifodalanadi.</w:t>
      </w:r>
    </w:p>
    <w:p>
      <w:pPr>
        <w:pStyle w:val="ArticleScripture"/>
        <w:jc w:val="left"/>
      </w:pPr>
      <w:r>
        <w:rPr>
          <w:rFonts w:ascii="Times New Roman" w:hAnsi="Times New Roman" w:eastAsia="Times New Roman" w:cs="Times New Roman"/>
        </w:rPr>
        <w:t>Ammo sharqdan va shimoldan keladigan xabarlar uni bezovta qiladi; shu bois u ko‘plarni yo‘q qilish va butunlay qirib tashlash uchun qattiq g‘azab bilan yo‘lga chiqadi. Daniel 11:44.</w:t>
      </w:r>
    </w:p>
    <w:p>
      <w:pPr>
        <w:pStyle w:val="ArticleBody"/>
        <w:jc w:val="left"/>
      </w:pPr>
      <w:r>
        <w:rPr>
          <w:rFonts w:ascii="Times New Roman" w:hAnsi="Times New Roman" w:eastAsia="Times New Roman" w:cs="Times New Roman"/>
        </w:rPr>
        <w:t>Uchinchi farishta tarix sahnasiga 1844-yil 22-oktabrda, yettinchi karnay sado bera boshlagan paytda kirib keldi. Yettinchi karnay ayni paytda Islomning uchinchi voyidir ham. 1863-yildagi isyon yettinchi karnayning sadosini 9/11 gacha to‘xtatib qo‘ydi; o‘sha paytda uchinchi farishta Vahiy kitobining o‘n sakkizinchi bobida, Xudoning qudratining bir teginishi bilan Nyu-Yorkning ulkan binolari qulatilganida, pastga tushdi.</w:t>
      </w:r>
    </w:p>
    <w:p>
      <w:pPr>
        <w:pStyle w:val="ArticleBody"/>
        <w:jc w:val="left"/>
      </w:pPr>
      <w:r>
        <w:rPr>
          <w:rFonts w:ascii="Times New Roman" w:hAnsi="Times New Roman" w:eastAsia="Times New Roman" w:cs="Times New Roman"/>
        </w:rPr>
        <w:t>11-sentabr 144 ming kishining yaqinlashib kelayotgan Yakshanba qonunida nihoyasiga yetadigan muhrlanish davrining alfa, ya’ni boshlanishi edi.</w:t>
      </w:r>
    </w:p>
    <w:p>
      <w:pPr>
        <w:pStyle w:val="ArticleBody"/>
        <w:jc w:val="left"/>
      </w:pPr>
      <w:r>
        <w:rPr>
          <w:rFonts w:ascii="Times New Roman" w:hAnsi="Times New Roman" w:eastAsia="Times New Roman" w:cs="Times New Roman"/>
        </w:rPr>
        <w:t>11-sentabr AQShda hayvonning surati sinov davrining alfasidir; bu davr AQShda hayvonning surati sinov davrining omegasida yakun topadi; bu esa AQShda hayvonning tamg‘asi majburan joriy etilganda yuz beradi.</w:t>
      </w:r>
    </w:p>
    <w:p>
      <w:pPr>
        <w:pStyle w:val="ArticleBody"/>
        <w:jc w:val="left"/>
      </w:pPr>
      <w:r>
        <w:rPr>
          <w:rFonts w:ascii="Times New Roman" w:hAnsi="Times New Roman" w:eastAsia="Times New Roman" w:cs="Times New Roman"/>
        </w:rPr>
        <w:t>9/11 yer hayvoni ustidan, uning Respublika va Protestant shoxlarini ham o‘z ichiga olgan holda, tiriklar ustiga keladigan hukmning alifosi, ya’ni boshlanishidir; bu esa yaqinda keladigan yakshanba qonuni bilan yakunlanadi.</w:t>
      </w:r>
    </w:p>
    <w:p>
      <w:pPr>
        <w:pStyle w:val="ArticleBody"/>
        <w:jc w:val="left"/>
      </w:pPr>
      <w:r>
        <w:rPr>
          <w:rFonts w:ascii="Times New Roman" w:hAnsi="Times New Roman" w:eastAsia="Times New Roman" w:cs="Times New Roman"/>
        </w:rPr>
        <w:t>9/11 — “Rabbiyning tayyorgarlik kuni”ning alfasidir; u Rabbiyning Shabbati kuni ustidagi sinovda nihoyasiga yetadi.</w:t>
      </w:r>
    </w:p>
    <w:p>
      <w:pPr>
        <w:pStyle w:val="ArticleBody"/>
        <w:jc w:val="left"/>
      </w:pPr>
      <w:r>
        <w:rPr>
          <w:rFonts w:ascii="Times New Roman" w:hAnsi="Times New Roman" w:eastAsia="Times New Roman" w:cs="Times New Roman"/>
        </w:rPr>
        <w:t>9/11 ma’badni barpo etishning alfasidir; bu poydevor toshi bilan ifodalanadi va ma’bad ustiga omega — yakunlovchi tosh — qo‘yilganda nihoyasiga yetadi.</w:t>
      </w:r>
    </w:p>
    <w:p>
      <w:pPr>
        <w:pStyle w:val="ArticleBody"/>
        <w:jc w:val="left"/>
      </w:pPr>
      <w:r>
        <w:rPr>
          <w:rFonts w:ascii="Times New Roman" w:hAnsi="Times New Roman" w:eastAsia="Times New Roman" w:cs="Times New Roman"/>
        </w:rPr>
        <w:t>9/11 Qo‘shma Shtatlardagi uchinchi voy holatining alfasidir; u Vahiy kitobining o‘n birinchi bobidagi zilzila bilan yakunlanadi, bu esa yaqin orada keladigan Yakshanba qonunidir. O‘sha zilzila paytida uchinchi voy tezda keladi. Nashville olov sharlarining tarixi, “Endi biz yo‘qoldik”, deb da’vo qilib Laodikiya Adventistlarini qoralovchilarning e’loniga qaramay, Yakshanba qonunida sinov muddati yopilishidan oldindir.</w:t>
      </w:r>
    </w:p>
    <w:p>
      <w:pPr>
        <w:pStyle w:val="ArticleBody"/>
        <w:jc w:val="left"/>
      </w:pPr>
      <w:r>
        <w:rPr>
          <w:rFonts w:ascii="Times New Roman" w:hAnsi="Times New Roman" w:eastAsia="Times New Roman" w:cs="Times New Roman"/>
        </w:rPr>
        <w:t>Yo‘el kitobi va uning Hosil bayramidagi amalga oshishi Yarim tun nidosi xabarining bahsini ko‘rsatib beradi: unda bilimning ortishini tushuna olmaydigan bir toifa, tushunadiganlarni mastlikda ayblaydi. Efrayimning mastlari bilan donolar o‘rtasidagi to‘qnashuv Xudoning bashoratli Kalomida tez-tez yoritiladigan mavzudir. Haqiqatning bir jihati shundan iboratki, bu xabar ikki bosqichli xabardir; bu Petr tomonidan yuqori xonada, so‘ngra esa ma’badda ko‘rsatib berilgan. Bu hukmning avval Xudoning uyi ustida boshlanishi, so‘ng esa Xudoning uyidan tashqaridagilarga ergashishi bilan ifodalanadi. Hukm jarayoni Vahiy o‘n sakkizinchi bobdagi ikki ovoz bilan ham ifodalanadi: bunda birinchi ovoz 9/11 dan Yakshanba qonunigachadir, so‘ngra esa to‘rtinchi oyatdagi ikkinchi ovoz Yakshanba qonunini belgilaydi. Keyingi yomg‘irning haqiqiy va soxta bashoratli xabari o‘rtasidagi farq ham Ilyos orqali ko‘rsatib berilgan bo‘lib, Malaki uni sinov muddati yopilishidan sal oldin qaytib keladigan deb ko‘rsatadi.</w:t>
      </w:r>
    </w:p>
    <w:p>
      <w:pPr>
        <w:pStyle w:val="ArticleBody"/>
        <w:jc w:val="left"/>
      </w:pPr>
      <w:r>
        <w:rPr>
          <w:rFonts w:ascii="Times New Roman" w:hAnsi="Times New Roman" w:eastAsia="Times New Roman" w:cs="Times New Roman"/>
        </w:rPr>
        <w:t>Karmel tog‘idagi dono va nodonlarning ramzlari “dono Ilyos” hamda Baalning nodon payg‘ambarlari edi. Ilyos — Butrus, Baalning payg‘ambarlari esa Efrayimning mastlaridir. Nodon mastlar olovning to‘kilishi orqali Baalning soxta payg‘ambarlari sifatida zohir qilinganidan so‘ng, xalq nihoyat shunday javob beradi: “Egamiz — Xudodir.” Laodikiyadagi Yettinchi kun adventistlari Nashville bashoratining bajo bo‘lishida xuddi shunday namoyon qilinadilar. Shunda Adventizmdan tashqarida bo‘lgan, nodonlarning bevafoligiga uyg‘otilgan kishilar mahkumlik ostiga keltiriladilar, biroq ularning sinov muddati hali yopilmagan bo‘ladi. Nashville ogohlantirish xabari bilan ifodalangan dono va nodon qizlarning zohir qilinishi haqidagi tasvir o‘n qiz masalining yakuniy mukammal bajo bo‘lishidagi bir yo‘l belgisidir.</w:t>
      </w:r>
    </w:p>
    <w:p>
      <w:pPr>
        <w:pStyle w:val="ArticleBody"/>
        <w:jc w:val="left"/>
      </w:pPr>
      <w:r>
        <w:rPr>
          <w:rFonts w:ascii="Times New Roman" w:hAnsi="Times New Roman" w:eastAsia="Times New Roman" w:cs="Times New Roman"/>
        </w:rPr>
        <w:t>2020-yil 18-iyuldagi hafsalaning pir bo‘lishi tuzatilishi lozim bo‘lgan xabarni, shuningdek, Adventizm ichida moyga ega bo‘lganlar bilan unga ega bo‘lmaganlarning namoyon bo‘lishini belgilab beradi. Shunda Nashvillni ogohlantiruvchi moy xabaridan mahrum bo‘lganlar, moyga ega bo‘lganlar bilan qarama-qarshi qo‘yiladi. Xabarning moyiga ega bo‘lgan yoki unga ega bo‘lmagan shu ikki toifadan bir toifa Millerchilar tarixidagi birinchi hafsalaning pir bo‘lishi bilan ifodalangan hafsalaning pir bo‘lishini boshdan kechirgan, boshqasi esa bunday tajribaga ega emas. Millerchilar bilan timsollangan hafsalaning pir bo‘lishisiz amalga oshmagan biror bashoratga nisbatan qilinadigan hech qanday tuzatish bo‘lishi mumkin emas. 2020-yildagi Nashvill bashoratining Islomni aniqlab ko‘rsatgani, tuzatilishi zarur bo‘lgan muvaffaqiyatsiz xabarning bir unsuriga mos keladi.</w:t>
      </w:r>
    </w:p>
    <w:p>
      <w:pPr>
        <w:pStyle w:val="ArticleBody"/>
        <w:jc w:val="left"/>
      </w:pPr>
      <w:r>
        <w:rPr>
          <w:rFonts w:ascii="Times New Roman" w:hAnsi="Times New Roman" w:eastAsia="Times New Roman" w:cs="Times New Roman"/>
        </w:rPr>
        <w:t>Buning bir dalili shundan iboratki, Nashville olov sharlarining kelib tushishi sodir bo‘lgan tarix nafaqat Milleritlarning birinchi ko‘ngli qolishi va undan keyin xabarning tuzatilishi tarixiga mos keladi, balki u 11-sentabrda uchinchi farishtaning kelishi bilan boshlanadigan, uchinchi voy islomining kelishini belgilaydigan tarix ichida ham yuz beradi; va o‘sha Islom Vahiyning o‘n birinchi bobidagi yakshanba qonuni zilzilasida payg‘ambarlik ma’nosida yana keladi. Xabarda Islomni saqlab qolish, Opa White tomonidan Islom va Nashville ogohlantirishi haqida hech qanday bevosita ishora bo‘lmagan holda, tarixning mavzusi Islom ekanligiga asoslanadi.</w:t>
      </w:r>
    </w:p>
    <w:p>
      <w:pPr>
        <w:pStyle w:val="ArticleBody"/>
        <w:jc w:val="left"/>
      </w:pPr>
      <w:r>
        <w:rPr>
          <w:rFonts w:ascii="Times New Roman" w:hAnsi="Times New Roman" w:eastAsia="Times New Roman" w:cs="Times New Roman"/>
        </w:rPr>
        <w:t>Doniyor Kitobi deb nomlangan turkumning yuz ellik uchinchi maqolasida biz Balom va eshakning guvohligiga muvofiq, eshak bilan ifodalangan Islom 11-sentabrdan Yakshanba qonunigacha bo‘lgan tarixda Amerika Qo‘shma Shtatlari bilan uchta asosiy o‘zaro to‘qnashuvga ega bo‘lishini aniqlagan edik. Biz birinchisi sifatida 11-sentabrni, so‘ng ikkinchisi sifatida 2022-yil 7-oktabrni belgiladik. Biz birinchi hujum ruhiy ulug‘vor yurtda bo‘lganini, ikkinchi hujum esa Isroilning so‘zma-so‘z ulug‘vor yurtiga qaratilganini, uchinchi hujum esa Yakshanba qonunining zilzilasidagi hujum bo‘lishini ta’kidladik. Biz Balom haqidagi tarix ushbu bashoratli darajada haqiqatning muhrini ko‘tarishini ko‘rsatdik, chunki birinchi va oxirgi hujum ruhiy ulug‘vor yurtga, o‘rtadagi hujum esa so‘zma-so‘z ulug‘vor yurtga qaratilgan bo‘lib, bu isyonning ramzidir. Endi biz Ko‘midagi Nido xabarining boshlanishini belgilovchi to‘rtinchi zarba Nashvillening olov sharlari amalga oshganda ruhiy ulug‘vor yurtda sodir bo‘lishini ko‘rmoqdamiz. Bu esa Balom va uning eshagining ikkinchi zarbasi ikki karra ekanini, ya’ni ularning birinchisi so‘zma-so‘z, ikkinchisi esa ruhiy ulug‘vor yurtga qaratilgan ikki zarbadan iborat ekanini anglatadi.</w:t>
      </w:r>
    </w:p>
    <w:p>
      <w:pPr>
        <w:pStyle w:val="ArticleBody"/>
        <w:jc w:val="left"/>
      </w:pPr>
      <w:r>
        <w:rPr>
          <w:rFonts w:ascii="Times New Roman" w:hAnsi="Times New Roman" w:eastAsia="Times New Roman" w:cs="Times New Roman"/>
        </w:rPr>
        <w:t>Maqola to‘liqsiz bir haqiqatni taqdim etgan edi; Yahudo qabilasining Arsloni esa endi uni Nashvillening olovli sharlariga Islomning payg‘ambarlik aloqasining yana bir guvohi sifatida ochib berdi. Islomning olovli sharlar bilan bog‘liqligini qo‘llab-quvvatlaydigan yana bir dalil muqaddas tarixdagi islohot yo‘nalishlari ichida topiladi. Har bir islohot harakati butun islohot harakatiga singib ketadigan, o‘ziga xos alohida mavzuga ega. Musoning islohot harakatida bu tanlangan xalq bilan ahdga kirishish haqida edi. Masihning islohot yo‘nalishida esa bu Masih haqida edi. Dovudning islohot yo‘nalishida bu O‘n Amr va ma’bad haqida edi. Millerchilar bilan esa mavzu payg‘ambarlik vaqti edi, chunki Millerchilar “vaqt xabari”ni olib yurgan edilar. Uchinchi farishtaning 9/11 da kelishi bilan bir yuz qirq to‘rt mingning islohot yo‘nalishi uchun mavzu uchinchi voyaning Islomiyati, sharq farzandlari, Muqaddas Kitob bashoratidagi eshak, Vahiy to‘qqizinchi bobdagi urush otlari, sharq shamoli, chigirtkalar va xalqlarning g‘azablantirilishi ekanligi aniqlab berildi.</w:t>
      </w:r>
    </w:p>
    <w:p>
      <w:pPr>
        <w:pStyle w:val="ArticleBody"/>
        <w:jc w:val="left"/>
      </w:pPr>
      <w:r>
        <w:rPr>
          <w:rFonts w:ascii="Times New Roman" w:hAnsi="Times New Roman" w:eastAsia="Times New Roman" w:cs="Times New Roman"/>
        </w:rPr>
        <w:t>Vahiy kitobining o‘n birinchi bobidagi zilzila uchinchi voyga mansub Islomni belgilaydi, ayni paytda u Yarim Tun Faryodi xabarining yakunini ham ifodalaydi. Yarim Tun Faryodi Quddusga Masihning tantanali kirib kelishi bilan timsollangan bo‘lib, bu voqea eshakning bo‘shatib yuborilishi bilan boshlangan edi. Millerchilar tarixida Yarim Tun Faryodining boshlanishi Samuel Snowning Exeter lager yig‘iniga ot minib yetib kelishi bilan bo‘lgan. Yarim Tun Faryodi davrining boshlanishi Islom timsollari bilan belgilangan. 2020-yil 18-iyuldagi tuzatilgan xabar ogohlantirish xabarining bir qismi sifatida Islomni o‘z ichiga olishini tasdiqlovchi guvohliklar mo‘l-ko‘ldir. Aniq bir sana ko‘rsatilmagan, biroq Nashvilning olov sharlaridan iborat hodisalari oxirgi kunlardagi “yangi sharob” mojarosini aniqlab beradi; shu bois Nashvilning olov sharlari Islomni ham o‘z ichiga oladi, ammo olov sharlarining yadroviy qurollar sifatida aniqlanishi haqida nima deyish mumkin?</w:t>
      </w:r>
    </w:p>
    <w:p>
      <w:pPr>
        <w:pStyle w:val="ArticleBody"/>
        <w:jc w:val="left"/>
      </w:pPr>
      <w:r>
        <w:rPr>
          <w:rFonts w:ascii="Times New Roman" w:hAnsi="Times New Roman" w:eastAsia="Times New Roman" w:cs="Times New Roman"/>
        </w:rPr>
        <w:t>Xabar ko‘plab guvohliklar asosida hujumdagi qarshi tomon sifatida Islomning belgilanishini saqlab qolishi kerak. Tuzatilishi lozim bo‘lgan vaqt belgilash xatosi ham 1840, ham 1844 tomonidan timsollashtirilgan. Vaqt endi payg‘ambarlik xabarining bir qismi bo‘lmasligi kerak, garchi sonlar hanuz shunday bo‘lsa ham. Muqaddas maskan haqidagi noto‘g‘ri tushuncha bilan ifodalangan xato ham hal etilishi lozim, biroq u hal etilib, tuzatilgan xabarga kiritilishidan oldin, muqaddas maskan haqidagi noto‘g‘ri tushuncha timsollashtirgan xato aniqlanishi kerak. 18-iyuldagi Nashville ogohlantirishida o‘sha muqaddas maskan haqidagi noto‘g‘ri tushuncha nimani ifodalagan?</w:t>
      </w:r>
    </w:p>
    <w:p>
      <w:pPr>
        <w:pStyle w:val="ArticleBody"/>
        <w:jc w:val="left"/>
      </w:pPr>
      <w:r>
        <w:rPr>
          <w:rFonts w:ascii="Times New Roman" w:hAnsi="Times New Roman" w:eastAsia="Times New Roman" w:cs="Times New Roman"/>
        </w:rPr>
        <w:t>Men javoblar 2023 yilning oxiridan beri muhrlari ochib borilayotgan nurda topiladi, deb ta’kidlayman. Ibtido, Matto va Vahiy kitoblarida o‘n birinchi bobdan boshlanib yigirma ikkinchi bob bilan yakunlanadigan o‘n bir bobdan iborat uchta parallel qator — Xudoning bir yuz qirq to‘rt ming bilan ahdini yangilashidir. Biz Uning marhamat taklifini, go‘yo Uning da’vatini eshitmagandek tutib, rad etamizmi, yoki insoniy kuchimizga tayangan holda egilib: “U nimani amr etsa, barchasini bajo keltiraman”, deb e’lon qilamizmi? Yoki Muqaddas Ruhga O‘z qonunini yuraklarimiz va onglarimizga yozishiga yo‘l qo‘yamizmi?</w:t>
      </w:r>
    </w:p>
    <w:p>
      <w:pPr>
        <w:pStyle w:val="ArticleBody"/>
        <w:jc w:val="left"/>
      </w:pPr>
      <w:r>
        <w:rPr>
          <w:rFonts w:ascii="Times New Roman" w:hAnsi="Times New Roman" w:eastAsia="Times New Roman" w:cs="Times New Roman"/>
        </w:rPr>
        <w:t>Javoblar, shuningdek, Doniyor kitobining o‘n ikkinchi bobida vaqtni birinchi, ikkinchi va uchinchi farishtalarning xabarlari sifatida taqdim etuvchi uch oyatning muhrdan ochilishida ham topiladi. O‘sha uch oyat, shuningdek, yettinchi oyatda 2023-yil 31-dekabrni, o‘n ikkinchi oyatda 2020-yil 18-iyulni belgilaydi, so‘ngra 1989-yildan boshlab Yakshanba qonunigacha va undan sinov muddatining yopilishigacha bo‘lgan davr o‘n birinchi oyatda ifodalangan. O‘sha uch haqiqat, o‘sha uch oyat ichida, bashorat muhrdan ochilganda doimo yuz beradigan uch karra sinov jarayoni bayon etilgan ayni Muqaddas Yozuv parchasining o‘zida joylashgandir!</w:t>
      </w:r>
    </w:p>
    <w:p>
      <w:pPr>
        <w:pStyle w:val="ArticleBody"/>
        <w:jc w:val="left"/>
      </w:pPr>
      <w:r>
        <w:rPr>
          <w:rFonts w:ascii="Times New Roman" w:hAnsi="Times New Roman" w:eastAsia="Times New Roman" w:cs="Times New Roman"/>
        </w:rPr>
        <w:t>Masih nafaqat Doniyor o‘n ikkinchi bobdagi uch qismli sinovni muhrdan chiqardi, balki U o‘sha sinovlarni avval poydevoriy sinov, undan keyin ma’bad sinovi, undan keyin esa lakmus sinovi sifatida ham aniqlab berdi. Bundan tashqari, U poydevoriy sinov 2023-yil 31-dekabrda boshlanganini va u tashqi vahiyotni barpo etuvchi timsol sifatida Dajjol bilan ifodalangan Millerit harakatining poydevoriy sinoviga asoslanganini ham aniqlab berdi.</w:t>
      </w:r>
    </w:p>
    <w:p>
      <w:pPr>
        <w:pStyle w:val="ArticleBody"/>
        <w:jc w:val="left"/>
      </w:pPr>
      <w:r>
        <w:rPr>
          <w:rFonts w:ascii="Times New Roman" w:hAnsi="Times New Roman" w:eastAsia="Times New Roman" w:cs="Times New Roman"/>
        </w:rPr>
        <w:t>So‘ng u ikkinchi, ya’ni ma’bad sinovi Doniyorning o‘ninchi bobdagi ma’badda Masih haqidagi vahiyida ifodalanganini aniqladi. Bu sinov hozir davom etmoqda. Doniyor o‘n ikkinchi bobdagi 1989 yil, 2020 yil 18 iyul, 2023 yil 31 dekabr sanalarining va yakshanba qonunining muhrdan ochilishi Rim haqidagi vahiyni ham, Masih haqidagi vahiyni ham o‘z ichiga oladi. Har ikkala vahiy ham aynan o‘sha bir vahiyning o‘zida bayon etilganki, unda o‘n ikkinchi bobning muhrdan ochilishi topiladi. Bu uch bob bir vahiyning o‘zidir, va o‘ninchi bobdagi Masih haqidagi vahiy ma’bad sinovidir, o‘n birinchi bobdagi masihga qarshi kuch haqidagi vahiy poydevor sinovidir, o‘n ikkinchi bobdagi yuz qirq to‘rt ming kishining yo‘l-belgilari esa uchinchi va lakmus sinovini ifodalaydi; unda ko‘plar poklanib, oppoq qilinib, sinalar ekan, nodonlar donolardan ajratib olinadi.</w:t>
      </w:r>
    </w:p>
    <w:p>
      <w:pPr>
        <w:pStyle w:val="ArticleBody"/>
        <w:jc w:val="left"/>
      </w:pPr>
      <w:r>
        <w:rPr>
          <w:rFonts w:ascii="Times New Roman" w:hAnsi="Times New Roman" w:eastAsia="Times New Roman" w:cs="Times New Roman"/>
        </w:rPr>
        <w:t>Ma’bad sinovi Levilar yigirma uchinchi bobning nurini ochdi; bu ahd sandig‘ining nuri edi, u yettinchi kun Shabbatining alfa nuri va yettinchi yil Shabbatining omega nuridir. Alfa va omega Shabbatlarining nuri mujassamlanish nurini aniqlaydi. O‘sha nur Xudoning insoniyat bilan Ilohiyatning birikmasini qayta tiklash maqsadida inson tanasini O‘z zimmasiga olganini ko‘rsatadi; bu Masih 1844-yil 22-oktyabrda boshlagan ish bo‘lib, U hozir uni tiriklar hukmida yakunlamoqda.</w:t>
      </w:r>
    </w:p>
    <w:p>
      <w:pPr>
        <w:pStyle w:val="ArticleBody"/>
        <w:jc w:val="left"/>
      </w:pPr>
      <w:r>
        <w:rPr>
          <w:rFonts w:ascii="Times New Roman" w:hAnsi="Times New Roman" w:eastAsia="Times New Roman" w:cs="Times New Roman"/>
        </w:rPr>
        <w:t>Levilar 23-bobining nuri alfa bahoriy bayramlarini omega kuzgi bayramlari bilan birlashtirib, 2023-yil 31-dekabrdan insoniy sinov muddatining yopilishigacha bo‘lgan tarixning aynan o‘zini yuzaga keltirdi. Ushbu chiziq doirasida poydevoriy sinov 2023-yil 31-dekabrda yetib keladigan qilib belgilangan, ma’bad sinovi esa 2025-yilda boshlanishi sifatida aniqlangan bo‘lib, u Karnaylar bayramining lakmus sinovigacha davom etadi. 2023-yil iyulida boshlangan sahrodagi ovoz xamirturushsiz non bayrami bilan belgilangan bo‘lib, u uch qismdan iborat yo‘l belgisi ortidan besh kun o‘tib yakunlangan. So‘ngra o‘ttiz kunlik davr bo‘lgan, undan keyin uch qismdan iborat yo‘l belgisi va uning ortidan besh kun kelgan; shu tariqa bu abadiy xushxabarning uch qadamini tasvirlagan. Uch qismdan iborat va uning ortidan besh kun keladigan alfa yo‘l belgisi birinchi farishta bo‘lib, o‘ttiz kun ikkinchi farishta bo‘lib, uch qismdan iborat va uning ortidan besh kun keladigan omega yo‘l belgisi esa Hosil bayramining yakshanba qonunigacha bo‘lgan uchinchi farishtadir.</w:t>
      </w:r>
    </w:p>
    <w:p>
      <w:pPr>
        <w:pStyle w:val="ArticleBody"/>
        <w:jc w:val="left"/>
      </w:pPr>
      <w:r>
        <w:rPr>
          <w:rFonts w:ascii="Times New Roman" w:hAnsi="Times New Roman" w:eastAsia="Times New Roman" w:cs="Times New Roman"/>
        </w:rPr>
        <w:t>Masih, shuningdek, ma’baddagi sinov vaqtida ahd sandig‘ini barpo etishda Levilar 23-bobning nurini ham ochib berdi. Ahd sandig‘ining bir tomonidagi yettinchi kunlik Shabbatning xabari yoki farishtasi va sandiqning boshqa tomonidagi yettinchi yillik Shabbatning farishtasi sandiqqa nazar solib turgan qoplovchi karublarni ifodalaydi. Bir yuz qirq to‘rt mingning muhrlanishi tarixida, o‘sha ikki farishtaning ikki tomonlama nuri yettinchi kunlik Shabbatni va mujassamlashish ta’limotini ifodalaydi hamda abadiyat davomida o‘rganiladigan bir mavzuni tashkil etadi.</w:t>
      </w:r>
    </w:p>
    <w:p>
      <w:pPr>
        <w:pStyle w:val="ArticleBody"/>
        <w:jc w:val="left"/>
      </w:pPr>
      <w:r>
        <w:rPr>
          <w:rFonts w:ascii="Times New Roman" w:hAnsi="Times New Roman" w:eastAsia="Times New Roman" w:cs="Times New Roman"/>
        </w:rPr>
        <w:t>Albatta, agar siz yetti zamonni yubileyning ramzi, 1863-yildagi ruhiy Ozodlik e’loni deb ko‘ra olmasangiz, unda Uilyam Millerning alfa va omega bashoratlari yetti zamon hamda ikki ming uch yuz kun bo‘lganini ham ko‘ra olmaysiz. O‘zaro bog‘liq bo‘lgan shu ikki vaqt bashoratining ahamiyatini ko‘ra olmaslik, 1798-yil yetti zamonni, 1844-yil esa ikki ming uch yuz kunni ifodalashini anglashga yo‘l qo‘ymaydi. Shu bilim yetishmasa, Levitik yigirma uchinchi bob satr ustiga satr tarzida birlashtirilganda, undagi bahorgi bayramlarni bayon etuvchi dastlabki yigirma ikki oyat kuzgi bayramlarning oxirgi yigirma ikki oyati bilan qo‘shib o‘qilganda, bu qator 1844 bilan ifodalangan yettinchi kun Shabbatidan boshlanishini va qirq to‘rt oyatdan iborat qatorni yakunlaydigan Shabbat esa 1798 bilan ifodalangan yerning Shabbati ekanini ko‘rish deyarli imkonsiz bo‘lar edi.</w:t>
      </w:r>
    </w:p>
    <w:p>
      <w:pPr>
        <w:pStyle w:val="ArticleBody"/>
        <w:jc w:val="left"/>
      </w:pPr>
      <w:r>
        <w:rPr>
          <w:rFonts w:ascii="Times New Roman" w:hAnsi="Times New Roman" w:eastAsia="Times New Roman" w:cs="Times New Roman"/>
        </w:rPr>
        <w:t>Ikki Shabbat o‘rtasidagi munosabatni ko‘ra olmaslik, 1798-yilning yetti zamoni insoniyatni, 1844-yilning ikki ming uch yuz kuni esa Ilohiyatni anglatishini ko‘ra olmaslikni ifodalaydi. Bu qadar chuqur ko‘rlik bilan, yettinchi kun Shabbatining alfa nuri va mujassam bo‘lish haqidagi ta’limotning omega nuri Masihning O‘z Ilohiyatini qulagan insonning insoniyati bilan birlashtirish ishini belgilayotganini anglash deyarli imkonsiz bo‘lib ko‘rinadi. Masihning O‘z Ilohiyatini bizning insoniyatimiz bilan birlashtirish ishi 1798 bilan 1844ni birlashtirish ishidir, chunki 1798 inson tanasini, 1844 esa Ilohiyatni ifodalaydi.</w:t>
      </w:r>
    </w:p>
    <w:p>
      <w:pPr>
        <w:pStyle w:val="ArticleBody"/>
        <w:jc w:val="left"/>
      </w:pPr>
      <w:r>
        <w:rPr>
          <w:rFonts w:ascii="Times New Roman" w:hAnsi="Times New Roman" w:eastAsia="Times New Roman" w:cs="Times New Roman"/>
        </w:rPr>
        <w:t>Insoniyat Xudoning suratida yaratilgan bo‘lib, unda oliy va quyi tabiat mavjuddir. Insonning oliy tabiati jismoniy bo‘lib, gunohga sotilgandir. Masih tavba qilib o‘zgargan joniga imon keltirish lahzasida O‘z aqlini beradi, chunki aynan imonga kelib o‘zgarishda oqlanish sodir bo‘ladi, va oqlanish — solih qilinishdir. Quyi tabiat esa bir zumda qutqarilishi mumkin emas, va quyi tabiatga doir xushxabar va’dasi shundan iboratki, Masih qaytganida biz ulug‘langan badan olamiz. Oliy tabiat aqldir, quyi tabiat esa tanadir. Oliy tabiat 1844-yil 22-oktabrda Poklanish kunida nihoyasiga yetgan yetti zamon haqidagi bashoratdir; o‘sha paytda yettinchi karnay ham, yubiley karnayi ham sado bera boshlagan edi. Quyi tabiatning yetti zamoni esa 1798-yilda tugadi, chunki u Masihning Ikkinchi kelishigacha yangilanishi mumkin emas.</w:t>
      </w:r>
    </w:p>
    <w:p>
      <w:pPr>
        <w:pStyle w:val="ArticleBody"/>
        <w:jc w:val="left"/>
      </w:pPr>
      <w:r>
        <w:rPr>
          <w:rFonts w:ascii="Times New Roman" w:hAnsi="Times New Roman" w:eastAsia="Times New Roman" w:cs="Times New Roman"/>
        </w:rPr>
        <w:t>1798-yilning yetti zamoni, 1844-yilning yetti zamoni va 1844-yilga taalluqli ikki ming uch yuz yil 1844-yil 22-oktabrda boshlangan Masihning ishini ifodalaydi. O‘sha ish Uning Ilohiyatini insoniyat bilan birlashtirishdan iborat edi, ammo insoniyat va Ilohiyatdan tarkib topgan ma’bad 1844-yilda birlashtirilishi lozim bo‘lganida, 1798 hisobga kiritilmasligi kerak edi, chunki u g‘ayriyahudiylarning hovlisini ifodalaydi.</w:t>
      </w:r>
    </w:p>
    <w:p>
      <w:pPr>
        <w:pStyle w:val="ArticleBody"/>
        <w:jc w:val="left"/>
      </w:pPr>
      <w:r>
        <w:rPr>
          <w:rFonts w:ascii="Times New Roman" w:hAnsi="Times New Roman" w:eastAsia="Times New Roman" w:cs="Times New Roman"/>
        </w:rPr>
        <w:t>Ma’bad sinovi ma’badni o‘lchashni o‘z ichiga oladi, va 2023-yilda boshlangan muhrlarning ochilishi tarixining dastlabki davridayoq, yetti momaqaldiroqning ochilishi birinchi hafsalasi pir bo‘lishdan buyuk hafsalasi pir bo‘lishgacha bo‘lgan tarixni yetti momaqaldiroq orqali ifodalangan tarixning yakuniy va mukammal namoyoni sifatida aniqladi; ilhom esa bular birinchi va ikkinchi farishtalar tarixida sodir bo‘lgan voqealarni, shuningdek o‘z tartibida oshkor qilinadigan kelajak voqealarini ifodalashini aytadi. Mukammal bajo keltirilish 2023-yilda kelgan dastlabki vahiylardan biri bo‘lgan haqiqat doirasiga joylashtirildi. Boshlanishdagi hafsalasi pir bo‘lish omega hafsalasi pir bo‘lishini ifodalardi, o‘rtada esa Exeter lager yig‘ilishi bo‘lib, u yerda donolar bilan nodonlar xabarning “moyi” asosida ajratildi.</w:t>
      </w:r>
    </w:p>
    <w:p>
      <w:pPr>
        <w:pStyle w:val="ArticleBody"/>
        <w:jc w:val="left"/>
      </w:pPr>
      <w:r>
        <w:rPr>
          <w:rFonts w:ascii="Times New Roman" w:hAnsi="Times New Roman" w:eastAsia="Times New Roman" w:cs="Times New Roman"/>
        </w:rPr>
        <w:t>Millerchilarning ma’badi umidsizlikdan umidsizlikka qadar barpo etilgan edi; shu tariqa yuz qirq to‘rt mingning ma’badi ham 2020-yil 18-iyuldan boshlab, masalda eshik yopiladigan va bu 1844-yil 22-oktabrda bo‘lgani kabi tez orada keladigan Yakshanba qonunigacha barpo etilmoqda. Yetti momaqaldiroq bilan ifodalangan tarix Doniyor o‘n ikkinchi bob nurida ifodalangan ayni o‘sha tarixdir. Doniyor o‘n ikkinchi bobidagi ming ikki yuz to‘qson kunning nuri o‘n birinchi oyatda ifodalangan o‘ttiz yillik davr bilan bevosita bog‘lanadi. U, shuningdek, tanlangan xalq bilan bo‘lgan ahdning birinchi vakili hamda tom ma’nodagi Isroildan ruhiy Isroilga ahd munosabatining o‘zgarishini aniqlash uchun ko‘tarilgan payg‘ambar bilan ajralib turadigan o‘ttiz yilga ham bog‘langan. Levilar yigirma uchinchi bob tuzilmasining o‘rtasidagi 30 kun Ibrohimning Xudo bilan bo‘lgan uch bosqichli ahdining birinchi qadamidagi ayni o‘sha o‘ttiz yildir. O‘n birinchi oyatdagi 508-yildan 538-yilgacha bo‘lgan o‘ttiz yil yuz qirq to‘rt mingning ruhoniyligining ramzidir.</w:t>
      </w:r>
    </w:p>
    <w:p>
      <w:pPr>
        <w:pStyle w:val="ArticleBody"/>
        <w:jc w:val="left"/>
      </w:pPr>
      <w:r>
        <w:rPr>
          <w:rFonts w:ascii="Times New Roman" w:hAnsi="Times New Roman" w:eastAsia="Times New Roman" w:cs="Times New Roman"/>
        </w:rPr>
        <w:t>Levilar 23-bob tuzilmasidagi 30 kun Masih osmonga ko‘tarilguniga qadar O‘z shogirdlariga yuzma-yuz ta’lim bergan qirq kunning bir qismidir. O‘ttiz — ruhoniylarning o‘ttiz yoshida xizmatni boshlashini bildiruvchi ramzdir. 508 dan 538 gacha bo‘lgan o‘ttiz yil butparast Rimdan papalik Rimiga o‘tishni ko‘rsatadi va shu orqali ular yuz qirq to‘rt mingning Laodikiyalik ruhoniyligidan yuz qirq to‘rt mingning Filadelfiyalik ruhoniyligiga o‘tishni ham aniqlab beradi. Bu o‘tish 508 yilda “kundalik” olib tashlanganda, 533 yilda Yustinianning farmoni berilganda va undan keyin 538 yildagi yakshanba qonuni bilan, o‘tish yakuniga yetkazilganidek, uch bosqichda amalga oshadi.</w:t>
      </w:r>
    </w:p>
    <w:p>
      <w:pPr>
        <w:pStyle w:val="ArticleBody"/>
        <w:jc w:val="left"/>
      </w:pPr>
      <w:r>
        <w:rPr>
          <w:rFonts w:ascii="Times New Roman" w:hAnsi="Times New Roman" w:eastAsia="Times New Roman" w:cs="Times New Roman"/>
        </w:rPr>
        <w:t>O‘sha o‘ttiz yil 1989-yildan Yakshanba qonunigacha bo‘lgan davrni ifodalaydi; o‘shanda Xudoning muhrlangan Filadelfiyalik xalqi Uning ma’badi sifatida butun dunyo ko‘rishi uchun yuksaltiriladi. Shunda dunyo samoviy joylarda Masih bilan birga o‘tirgan va shu sababli Xudoning ma’badida bo‘lgan O‘z xalqi orqali ifodalangan Masih bilan, yoki o‘zini Xudo deb ko‘rsatib, Xudoning ma’badida o‘tirgan gunoh odami o‘rtasida hukm qiladi. Tez orada keladigan Yakshanba qonunida, o‘n birinchi soat ishchilari — buyuk olomon ham — asosiy bir sinovga duch keladilar. Yettinchi kun Shabbati Xudoning Shabbatimi yoki quyosh kuni Xudoning Shabbatimi?</w:t>
      </w:r>
    </w:p>
    <w:p>
      <w:pPr>
        <w:pStyle w:val="ArticleScripture"/>
        <w:jc w:val="left"/>
      </w:pPr>
      <w:r>
        <w:rPr>
          <w:rFonts w:ascii="Times New Roman" w:hAnsi="Times New Roman" w:eastAsia="Times New Roman" w:cs="Times New Roman"/>
        </w:rPr>
        <w:t>“Shundan so‘ng uning oldidan yana bir manzara o‘tdi. Unga yahudiylarni Masihni rad etishga yetaklashda Shaytonning ishi ko‘rsatilgan edi, holbuki ular Uning Otasining qonunini ulug‘layotgandek ko‘rinar edilar. Endi esa u xuddi shunga o‘xshash bir aldov ostidagi masihiy olamini ko‘rdi: ular Masihni qabul qilayotganini da’vo qilar ekanlar, Xudoning qonunini rad etayotgan edilar. U ruhoniylar va oqsoqollardan chiqqan telbalarcha faryodni eshitgan edi: ‘Uni yo‘q qiling!’ ‘Xochga mixlang, xochga mixlang!’ va endi u o‘zlarini masihiy deb bilgan ta’limotchilarning: ‘Qonunni yo‘q qiling!’ degan hayqirig‘ini eshitdi. U Shabbat oyoqosti qilinganini va uning o‘rniga soxta bir muassasa o‘rnatilganini ko‘rdi. Muso yana hayrat va dahshatga to‘ldi. Masihga ishongan kishilar qanday qilib muqaddas tog‘da Uning O‘z ovozi bilan aytilgan qonunni rad etishlari mumkin edi? Xudodan qo‘rqadigan har qanday kishi osmonu zamin ustidagi Uning hukmronligining poydevori bo‘lgan qonunni qanday qilib bir chetga surib qo‘yishi mumkin edi? Muso sodiq bo‘lgan ozchilik tomonidan Xudoning qonuni hanuz hurmat qilinib, ulug‘lanayotganini quvonch bilan ko‘rdi. U yer yuzidagi hokimiyatlarning Xudoning qonunini saqlaydiganlarni yo‘q qilish uchun bo‘ladigan oxirgi buyuk kurashini ko‘rdi. U Xudo yer aholisini ularning gunohlari uchun jazolash uchun qo‘zg‘aladigan vaqtga, va Uning ismidan qo‘rqqanlar Uning g‘azabi kunida qoplanib, yashiriladigan paytga nazar soldi. U muqaddas maskanidan O‘z ovozini chiqarganida, osmonlar va yer larzaga kelar ekan, Uning qonunini saqlaganlar bilan tuzgan tinchlik ahdini e’lon qilayotganini eshitdi. U Masihning ulug‘vorlikdagi ikkinchi kelishini, solih o‘liklarning o‘lmas hayotga tiriltirilishini, va tirik azizlarning o‘limni ko‘rmasdan o‘zgartirilishini hamda birgalikda shodlik qo‘shiqlari bilan Xudo shahriga ko‘tarilishlarini ko‘rdi.” Patriarchs and Prophets, 476.</w:t>
      </w:r>
    </w:p>
    <w:p>
      <w:pPr>
        <w:pStyle w:val="ArticleBody"/>
        <w:jc w:val="left"/>
      </w:pPr>
      <w:r>
        <w:rPr>
          <w:rFonts w:ascii="Times New Roman" w:hAnsi="Times New Roman" w:eastAsia="Times New Roman" w:cs="Times New Roman"/>
        </w:rPr>
        <w:t>G‘ayriyahudiylar va bir soatlik ishchilar bo‘lgan ulkan olomon poydevoriy bir sinov bilan sinaladi, va bu sinovning ortidan darhol ma’badga oid sinov keladi. Gunoh odami bilan birga bo‘lgan Rimning insoniy ma’badi siz imoningizni uning ustiga quradigan qoya bo‘ladimi yoki qummi? Yoki u ilohiylik va insoniylikning qo‘shilishidan iborat bo‘lgan mujassamlanish ma’badimi, ya’ni Butrus “ruhiy uy” deb ataydigan bir yuz qirq to‘rt mingning ma’badimi? Poydevor va ma’badning o‘sha sinov davrida quvg‘in uchinchi qadamning lakmus sinovini amalga oshiradi, so‘ngra insoniy sinov muddati yopiladi.</w:t>
      </w:r>
    </w:p>
    <w:p>
      <w:pPr>
        <w:pStyle w:val="ArticleBody"/>
        <w:jc w:val="left"/>
      </w:pPr>
      <w:r>
        <w:rPr>
          <w:rFonts w:ascii="Times New Roman" w:hAnsi="Times New Roman" w:eastAsia="Times New Roman" w:cs="Times New Roman"/>
        </w:rPr>
        <w:t>Yahudo qabilasining Arsloni endi qirqinchi oyatning yashirin tarixini to‘ldirmoqda va Kirus, Neron hamda Trampning uchta ikki yuz ellik yillik bashoratlari bilan yanada ko‘proq nurni ochib berdi; va U buni aynan Nashvillning tuzatilgan xabarini e’lon qilish ishini ta’kidlagan vaqtning o‘zida qildi. Neronning chizig‘i Amerika Qo‘shma Shtatlarida, so‘ngra esa dunyoda hayvon suratining yakuniy o‘rnatilishining asosini beradi. Kirning miloddan avvalgi 457-yildan boshlangan chizig‘i Rafiya bilan Paniyum orasidagi tarixni, ya’ni tez orada keladigan yakshanba qonunida Paniyum Aktiy bilan birlashganda boshlanadigan Uchinchi jahon urushi bilan Ukraina urushi orasidagi tarixni aniqlaydi. Trampning chizig‘i bu yil 4-iyulda yakunlanadi.</w:t>
      </w:r>
    </w:p>
    <w:p>
      <w:pPr>
        <w:pStyle w:val="ArticleBody"/>
        <w:jc w:val="left"/>
      </w:pPr>
      <w:r>
        <w:rPr>
          <w:rFonts w:ascii="Times New Roman" w:hAnsi="Times New Roman" w:eastAsia="Times New Roman" w:cs="Times New Roman"/>
        </w:rPr>
        <w:t>Nero ta’qibning timsolidir; Smirna jamoati 250 yil o‘tib Pergam jamoati va murosaga kelish bilan ta’qib nihoyasiga yetguniga qadar davom etadigan tarixni ifodalaydi. Chiziq suratning o‘rnatilishini ko‘rsatadi va shuning uchun Masihning surati Uning ma’badida o‘rnatilayotgan tarix bilan mos keladi. “Farmon” yakshanba qonunining birinchisiga olib boradigan boshlanish nuqtasidir; undan keyin sharq bilan g‘arb, dono bilan nodon, bug‘doy bilan begona o‘tlar, hamda najot topganlar bilan halok bo‘lganlar o‘rtasidagi bo‘linishning yopiq eshigi keladi. Davrni boshlaydigan “farmon” dunyo uchun ayni o‘sha sinov davrini boshlaydigan “farmon” hamdir. Shunday ekan, “farmon” birinchi ham, oxirgi hamdir. Neroning o‘n yetti yillik chizig‘idagi har bir yo‘l belgisi “farmon” bilan boshlanadigan, prezidentning “ijro farmoni” tartibidagi bir narsa bo‘lgan, yakshanba qonuni inqirozining tobora kuchayib borayotgan ta’qibini ko‘rsatib turadi.</w:t>
      </w:r>
    </w:p>
    <w:p>
      <w:pPr>
        <w:pStyle w:val="ArticleBody"/>
        <w:jc w:val="left"/>
      </w:pPr>
      <w:r>
        <w:rPr>
          <w:rFonts w:ascii="Times New Roman" w:hAnsi="Times New Roman" w:eastAsia="Times New Roman" w:cs="Times New Roman"/>
        </w:rPr>
        <w:t>Miloddan avvalgi 457-yildagi Kirning uchta farmoni oxirida uchta yo‘l-belgiga ega bo‘lgan o‘n yetti yillik davrni belgilaydi; xuddi Neronning chizig‘i ham, Kirning boshqa chizig‘i ham shunday bo‘lib, ular 1798 yildan 1844 yilgacha birinchi, ikkinchi va uchinchi farishtalarning kelishi bilan yakunlangan. Kirning uch bosqichi — Rafiya jangi, so‘ng ikkinchi bosqichgacha o‘n yil, undan keyin esa Paniy janggigacha yetti yil. Boshlanish ham, yakun ham jangdir; shu bois ular Alfa va Omeganning muhrini olib yuradi. Birinchi o‘n yillik davr 2014 yilda Ukraina urushi bilan boshlangan sinov davrini ifodalaydi, ikkinchi davr esa yetti yil o‘tib Paniy jangida yakun topadi.</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birinchi va ikkinchi farishtalarning tarixi davridagi milleritchilar uchun vaqt haqidagi xabarni muhrdan chiqardi, va U uchinchi farishtaning tarixi bo‘lgan bir yuz qirq to‘rt mingning tarixida sonlar haqidagi xabarni muhrdan chiqaradi.</w:t>
      </w:r>
    </w:p>
    <w:p>
      <w:pPr>
        <w:pStyle w:val="ArticleBody"/>
        <w:jc w:val="left"/>
      </w:pPr>
      <w:r>
        <w:rPr>
          <w:rFonts w:ascii="Times New Roman" w:hAnsi="Times New Roman" w:eastAsia="Times New Roman" w:cs="Times New Roman"/>
        </w:rPr>
        <w:t>Makkabiylar qoʻzgʻoloni orqali ifodalangan 1776 yildan 1798 yilgacha boʻlgan yigirma ikki yil kabi ramziy bashoriy tarixlar oltinchi shohlikning boshlanish sababini va beshinchi shohlikning yakunlanish sababini koʻrsatadi. Yigirma ikkinchi prezident Grover Klivlend, ketma-ket boʻlmagan ikki muddat xizmat qilgan yagona ikki prezidentdan biri sifatida, Donald Trampning omega prezidenti timsoli boʻlgan prezidentlarning alfasidir. Tramp, avvalgi prezidentning muddati davomida lavozimni egallab olgan boshqa prezidentlar bilan birga, oʻzlari uchun ikkinchi muddatni yutgan prezidentlar ham hisobga olinganda, ikkinchi muddatni qoʻlga kiritgan yigirma ikkinchi prezidentdir. Muqaddas Kitob bashoratidagi oltinchi shohlik Mustaqillik Deklaratsiyasidan keyingi yigirma ikki yildan soʻng, 1798 yilda boshlandi. 1798 yildan 2026 yilgacha boʻlgan davr alfa sanasida 22 va omega sanasida 22 bilan ifodalanadi.</w:t>
      </w:r>
    </w:p>
    <w:p>
      <w:pPr>
        <w:pStyle w:val="ArticleBody"/>
        <w:jc w:val="left"/>
      </w:pPr>
      <w:r>
        <w:rPr>
          <w:rFonts w:ascii="Times New Roman" w:hAnsi="Times New Roman" w:eastAsia="Times New Roman" w:cs="Times New Roman"/>
        </w:rPr>
        <w:t>O‘n birinchi bobdan boshlanib, yigirma ikkinchi bobda tugaydigan o‘n bir bobdan iborat uchta qator. Bu uch o‘n bir boblik qatorning har biri uch oyat bilan ifodalangan aniq o‘rta nuqtani o‘z ichiga oladi. Ibtido kitobi “sunnat” qachon tanlangan xalq bilan ahdiy munosabatning ramzi sifatida berilganini ko‘rsatadi. Bu tanlangan xalqqa ahd xalqi ekanini ifodalovchi belgi birinchi marta berilgan payt edi; Matto kitobida esa markazdagi uch oyat Masih O‘z jamoatini barpo etadigan Qoyani ko‘rsatadi. O‘sha oyatlar Simun Bar-Yonaning ismi Butrusga o‘zgartirilgan paytni ko‘rsatadi, bu esa bir yuz qirq to‘rt mingga tenglashtiriladi. Vahiyning o‘rta qismi o‘lim ahdini ko‘rsatadi, chunki u papalikni yettidan bo‘lgan sakkizinchi bosh sifatida ko‘rsatadi. Sizningcha, Asrlar Istagi kitobining o‘n birinchi bobi Yahyo Cho‘mdiruvchining xabarini, yigirma ikkinchi bobi esa Yahyoning o‘limini ko‘rsatishining qanday oqibatlari bor?</w:t>
      </w:r>
    </w:p>
    <w:p>
      <w:pPr>
        <w:pStyle w:val="ArticleBody"/>
        <w:jc w:val="left"/>
      </w:pPr>
      <w:r>
        <w:rPr>
          <w:rFonts w:ascii="Times New Roman" w:hAnsi="Times New Roman" w:eastAsia="Times New Roman" w:cs="Times New Roman"/>
        </w:rPr>
        <w:t>O‘sha boblarning o‘rtasi sizni 168-betga olib boradi; u yerda «Nikodim» deb nomlangan bob boshlanadi. O‘n birinchi bob «Suvga cho‘mish» deb nomlangan, yigirma ikkinchi bob esa «Yuhannoning qamoqqa olinishi va o‘limi» deb nomlangan. O‘n birinchi bob o‘lim, dafn va tirilishning timsolidir; xuddi o‘n yettinchi bob va «Nikodim» bobidagi kabi, shuningdek Yuhannoning o‘limidagi kabi.</w:t>
      </w:r>
    </w:p>
    <w:p>
      <w:pPr>
        <w:pStyle w:val="ArticleBody"/>
        <w:jc w:val="left"/>
      </w:pPr>
      <w:r>
        <w:rPr>
          <w:rFonts w:ascii="Times New Roman" w:hAnsi="Times New Roman" w:eastAsia="Times New Roman" w:cs="Times New Roman"/>
        </w:rPr>
        <w:t>Biz 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Yigirma Ikki</dc:title>
  <dc:subject>2023-yil 31-dekabr</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