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Ñaareel Bi</w:t>
      </w:r>
    </w:p>
    <w:p>
      <w:pPr>
        <w:pStyle w:val="ArticleSubtitle"/>
        <w:jc w:val="left"/>
      </w:pPr>
      <w:r>
        <w:rPr>
          <w:rFonts w:ascii="Arial" w:hAnsi="Arial" w:eastAsia="Arial" w:cs="Arial"/>
        </w:rPr>
        <w:t>Paganism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Maa ngi bëgg a wone ni “juróom-ñaari waxtu yi” yi nekk ci Leviticus ñaar-fukk ak juróom-benn, dañoo “ñuub ci kanam nit ñépp” ci téereb Daniel, te itam maa ngi xamle ne dañoo ko nëbbale jaarale ko ci nit ñi Yàlla jëfandikoo ngir joxe “doj wi” ci téereb Daniel, doj wi nit di fakk ci kawam. Ngir topp leeru wone bii, “sellalug xol ak yëngu” la soxla. Tekkiinu sellalug xol ak yëngu bi maa ngi digle mooy mel ni: sax ci jëf yi, ci njariñ yi, ci yoonu jëf yi, ak ci dogal yi. Loolu dafay laaj nu sax ci li Yàlla feeñal ci Kàddug Yàlla, sax su dul ànd ak xalaati nit yi di weddi Kàddug Yàlla.</w:t>
      </w:r>
    </w:p>
    <w:p>
      <w:pPr>
        <w:pStyle w:val="ArticleScripture"/>
        <w:jc w:val="left"/>
      </w:pPr>
      <w:r>
        <w:rPr>
          <w:rFonts w:ascii="Times New Roman" w:hAnsi="Times New Roman" w:eastAsia="Times New Roman" w:cs="Times New Roman"/>
        </w:rPr>
        <w:t>“Jub gu dëgg moo war a nekk lu bépp taalibe di sàmm ak xam-xam bu réy. Bépp xel war na jublu ci Kàddug Yàlla gu mu feeñal, ak ragal ak muñ. Leer gi ak yiw gi dees na leen may ñi di noonu déggal Yàlla. Dinañu gis yéem-yéem yi nekk ci yoonu Yàlla. Dëgg yu mag, yi ñu bàyyi woon ci wetu te ñu gisul leen dale ca bésu Pantikoot ba, dañuy leer ci Kàddug Yàlla ci seeni sell peeg yu juddu. Ñi bëgg Yàlla dëgg-dëgg, Xel mu Sell mi dina leen feeñal dëgg yi xel aadam fàtte woon, te dina leen feeñal itam dëgg yu bees yépp. Ñi di lekk yàppu Doomu Yàlla te naan deretam, dinañu génne ci téerey Daniel ak Peeñug Yàlla dëgg gu Xel mu Sell mi yëngal. Dinañu tàmbali doxalin kàttan yu kenn mënul tëj. Tuuti ginnaaw, ay gémmiñu xale yi dees na leen ubbi ngir yégle kumpay yi ñu nëbb woon ci xeli nit ñi. Boroom bi tànn na ña ñu wax ni ay dof ci àddina ngir rusloo boroom xam-xam yi, ak ña néew doole ci àddina ngir rusloo ña am doole.” The Fundamentals of Christian Education, 474.</w:t>
      </w:r>
    </w:p>
    <w:p>
      <w:pPr>
        <w:pStyle w:val="ArticleBody"/>
        <w:jc w:val="left"/>
      </w:pPr>
      <w:r>
        <w:rPr>
          <w:rFonts w:ascii="Times New Roman" w:hAnsi="Times New Roman" w:eastAsia="Times New Roman" w:cs="Times New Roman"/>
        </w:rPr>
        <w:t>Ab misaal bu yomb ci njuumte nit ki am ci téereb Daniel, ak ci bañ a topp Kàddu Yàlla, man nañu ko gis ci baat bi ñu tekki ne “bés bu nekk” ci Daniel saar 8. Sellaay dafay laaj ne bu Ellen White waxee ci baat boobu, ni mu ko defee, kon nun miy Adventist yu fanwe ci bésub juróom-ñaareel, te di weddi ne dañuy yékkati Xelu Yonent bi, dañu war a jëfandikoo saa si ay waxam ci baat boobu ngir gindi sunu déggoo.</w:t>
      </w:r>
    </w:p>
    <w:p>
      <w:pPr>
        <w:pStyle w:val="ArticleScripture"/>
        <w:jc w:val="left"/>
      </w:pPr>
      <w:r>
        <w:rPr>
          <w:rFonts w:ascii="Times New Roman" w:hAnsi="Times New Roman" w:eastAsia="Times New Roman" w:cs="Times New Roman"/>
        </w:rPr>
        <w:t>«Noonu gis ma ci “Bés bu nekk,” ne baat bi “sarax” xelal nit moo ko yokk, te bokkul ci mbind mi; te ne Boroom bi moo jox gis-gis gu jub ci moom ñi waxee xaaju waxtu àtte bi. Bi benn-bokk nekkoon, bala 1844, lu ëpp ci ñépp a bokkoon ci gis-gis gu jub ci “Bés bu nekk”; waaye gannaaw 1844, ci jaxasoo ja, ay gis-gis yu wuute dañoo ko nangu, te lëndëm ak jaxasoo topp ca.» Review and Herald, 1 Nowàmbar 1850.</w:t>
      </w:r>
    </w:p>
    <w:p>
      <w:pPr>
        <w:pStyle w:val="ArticleBody"/>
        <w:jc w:val="left"/>
      </w:pPr>
      <w:r>
        <w:rPr>
          <w:rFonts w:ascii="Times New Roman" w:hAnsi="Times New Roman" w:eastAsia="Times New Roman" w:cs="Times New Roman"/>
        </w:rPr>
        <w:t>Nun mën na jël waxtu wu bare ci ñaari wax yi, ndax bu ñu leen tàbbal ci téere bi Early Writings, soppekat yu nit ñi def nañu fa tekki bu jubul ci li waxees, waaye loolu mooy beneen nettali. Waaye ci sunu bopp, li nu bëgg mooy reeral ñaari poñ yu am solo. Poñ bu njëkk bi mooy ne Sister White nee na: “baat bi ‘sacrifice’ xelum nit moo ko yokk, te bokkul ci mbind mi.”</w:t>
      </w:r>
    </w:p>
    <w:p>
      <w:pPr>
        <w:pStyle w:val="ArticleScripture"/>
        <w:jc w:val="left"/>
      </w:pPr>
      <w:r>
        <w:rPr>
          <w:rFonts w:ascii="Times New Roman" w:hAnsi="Times New Roman" w:eastAsia="Times New Roman" w:cs="Times New Roman"/>
        </w:rPr>
        <w:t>Noonu ma nga dégg benn aji-sell buy wax, te baneen aji-sell ne aji-sell boobu doon wax ne: “Ba kañ la peeñ mi di jot ci sarax su bes bu nekk, ak moytu yoonu Yàlla gu yóbbu yàqute, ba jox kër Yàlla ga ak mbooloom nit ña, ñu dajale leen ci suuf?” Daniel 8:13.</w:t>
      </w:r>
    </w:p>
    <w:p>
      <w:pPr>
        <w:pStyle w:val="ArticleBody"/>
        <w:jc w:val="left"/>
      </w:pPr>
      <w:r>
        <w:rPr>
          <w:rFonts w:ascii="Times New Roman" w:hAnsi="Times New Roman" w:eastAsia="Times New Roman" w:cs="Times New Roman"/>
        </w:rPr>
        <w:t>Benn kàddu bi jiitu mooy laaj bi waral tontu aaya fukk ak ñeent, te tontu boobu moo di doŋŋ-tànk ak dalu bu mag bi ci Adventism. Te ci biir laaj boobu sax buy jur leer gu mag googu, gi ñu diir ni mooy doŋŋ-tànk bu mag bi ci Adventism, ñu xamal nu ne xel mu nit def na njuumte ci bi mu yokkee benn baat ci tekkiinu aaya bi.</w:t>
      </w:r>
    </w:p>
    <w:p>
      <w:pPr>
        <w:pStyle w:val="ArticleBody"/>
        <w:jc w:val="left"/>
      </w:pPr>
      <w:r>
        <w:rPr>
          <w:rFonts w:ascii="Times New Roman" w:hAnsi="Times New Roman" w:eastAsia="Times New Roman" w:cs="Times New Roman"/>
        </w:rPr>
        <w:t>Am nañu ci dëgg ay téeméeri baat yu ñu yokk ci tekki Biibël KJV bu 1611 bi, waaye benn yoon rekk la Yàlla waxe ne benn ci téeméeri baat yooyu yu ñu yokk dañuy njuumte. Te leer na ne njuumte la woon, mi jóge ci wàllu nit ci mboolem bokkug nit ak Yàlla-gi jur Kàddug Yàlla. Li gën a am solo mooy ne du amoon benn soobuwaay gu wax ci baat bi ñu yokk “sarax” bu baat boobu nekkul woon lu jur xam-xamu àddina wu jubul ci aaya bi. Leer na ne daf koy jur, ndaxte wax ju ñu feeñal ci doole Xel mi du rekk wax ne baat boobu warul nekk fa, waaye itam dafay wax ne “ñi joxee wax ju yégle waxtuw àtte bi,” Yàlla moo leen may “gis-gis gu jub” ci “bés bu nekk.” Sellaay gi ñuy laaj mooy nu jëfandikoo ñaari kàddu yooyu ni ñu bindoo leen.</w:t>
      </w:r>
    </w:p>
    <w:p>
      <w:pPr>
        <w:pStyle w:val="ArticleBody"/>
        <w:jc w:val="left"/>
      </w:pPr>
      <w:r>
        <w:rPr>
          <w:rFonts w:ascii="Times New Roman" w:hAnsi="Times New Roman" w:eastAsia="Times New Roman" w:cs="Times New Roman"/>
        </w:rPr>
        <w:t>Ñi jëfandikookat yi yégle waxtu àtte bi, dañoo jàpp ne “bës bu nekk” dafa doon misaal buy tegtal juumtu-gent wala Room gu bokk ci juumtu-gent, ci ni mbir mi nekkaloon ci jamono ak ci bépp jëfekaay. Kàddu gi ñuy tekki ni “bës bu nekk” feeñ na juróomi yoon ci téereb Daniyel. Juróom-ñaar yooyu yépp, tur la. Kàddu googu feeñ na téeméeri yoon ak ñeent ci Kàddug Yàlla, te juróom-ñeent-fukk ak juróom-ñeent yoon jëfandikoo nañu ko ni wax ju mel ni soppiku tur, waaye ci téereb Daniyel rekk lañu ko jëfandikoo ni tur. Góor ña tekki woon Biibël bu King James bi gis nañu kàddu googu juróom-ñeent-fukk ak juróom-ñeent yoon ni wax ju mel ni soppiku tur; moo tax ba ñëw ci téereb Daniyel, ñu jéem a ko def itam ni wax ju mel ni soppiku tur ngir méngoo ak yeneen yoon yi mu feeñee woon ni noonu. Ngir man a def loolu, yokk nañu kàddu gi “sarax.” Waaye Yàlla, jaarale ko ci Ellen White, wax na ne “sarax” war nañu koo bàyyi; te loolu mooy tekki ne “bës bu nekk” war nañu koo xam ni tur.</w:t>
      </w:r>
    </w:p>
    <w:p>
      <w:pPr>
        <w:pStyle w:val="ArticleBody"/>
        <w:jc w:val="left"/>
      </w:pPr>
      <w:r>
        <w:rPr>
          <w:rFonts w:ascii="Times New Roman" w:hAnsi="Times New Roman" w:eastAsia="Times New Roman" w:cs="Times New Roman"/>
        </w:rPr>
        <w:t>Ñi taxawkat yi ci jàppale yu Yàlla ci kàddu gii biir Adventism, dañuy tekki kàddu googu ne mooy màndargay liggéeyu Krist ci kër-yàlla ji nekk ci asamaan; waaye ñi yégle woon waxu waxtu àtte bi, dañoo ko tekki woon bu baax ne mooy paganism. Léegi tey, Adventism dafay jëfandikoo màndargay kàttanu Seytaane ngir teewal Krist!</w:t>
      </w:r>
    </w:p>
    <w:p>
      <w:pPr>
        <w:pStyle w:val="ArticleBody"/>
        <w:jc w:val="left"/>
      </w:pPr>
      <w:r>
        <w:rPr>
          <w:rFonts w:ascii="Times New Roman" w:hAnsi="Times New Roman" w:eastAsia="Times New Roman" w:cs="Times New Roman"/>
        </w:rPr>
        <w:t>Ci jaar-jaari nit ñu def ci xel bu jubadi, dégg-déggu xam-xam ci baat bi ñuy tekki ne “bés bu nekk” dafa nëbbu ci biir Adventism. Waa Adventiste yi di samp seen njàngum yoon wi ci mbir yu seetluwu rekk te di am ci at yu wuute ci seen xët yi ñuy wax Sabbath School quarterlies, dañuy naan ak rewle Kool-Aid bi ñu leen di jox jaarale ko ci xët yooyu, te saraxalekat yi itam di ko dëggal, fekk ñoom ci seen bopp amuñu kóllëre gu doy ngir nangu benn yokkute gu jugge ci waxi Sister White ci mbir moomu.</w:t>
      </w:r>
    </w:p>
    <w:p>
      <w:pPr>
        <w:pStyle w:val="ArticleBody"/>
        <w:jc w:val="left"/>
      </w:pPr>
      <w:r>
        <w:rPr>
          <w:rFonts w:ascii="Times New Roman" w:hAnsi="Times New Roman" w:eastAsia="Times New Roman" w:cs="Times New Roman"/>
        </w:rPr>
        <w:t>Jàngoro ju jëm ci werante “bés bu nekk bi” agsi woon na ci boppu soppe ba ci lu tollook atum 1911, foofu la Sister White waxe ci lu leer ne ñi bañoon njàngatug mag ñi jëkk ci ne “bés bu nekk bi” mooy yëf yu pagaan, te ñu doon jàngale ne “bés bu nekk bi” dafay tekkil liggéeyu Almasi ci kër Yàllaam, jot nañu seen xam-xam ci “malaaka yi ñu dàqoon asamaan” (20 MR 17).</w:t>
      </w:r>
    </w:p>
    <w:p>
      <w:pPr>
        <w:pStyle w:val="ArticleBody"/>
        <w:jc w:val="left"/>
      </w:pPr>
      <w:r>
        <w:rPr>
          <w:rFonts w:ascii="Times New Roman" w:hAnsi="Times New Roman" w:eastAsia="Times New Roman" w:cs="Times New Roman"/>
        </w:rPr>
        <w:t>Ndegg gi ñuy wax ne “lu bés bu nekk” ñu ko xamale na bu leer lool ci baat yi Sister White wax, te moom mu jàngale ne “malaaka yu sell yi” ñoo gindee xel William Miller, te “malaaka yi ñu génne asamaan” ñoo gindee xeli ñi di jàngale ne “lu bés bu nekk” dafay tekki liggéeyu Almasi bi muy def ci kër Yàlla gu asamaan. Dëggu “lu bés bu nekk,” ni ko ñi joxe woon xaacu waxtuw àtte bi taxe, William Miller moo ko gis.</w:t>
      </w:r>
    </w:p>
    <w:p>
      <w:pPr>
        <w:pStyle w:val="ArticleScripture"/>
        <w:jc w:val="left"/>
      </w:pPr>
      <w:r>
        <w:rPr>
          <w:rFonts w:ascii="Times New Roman" w:hAnsi="Times New Roman" w:eastAsia="Times New Roman" w:cs="Times New Roman"/>
        </w:rPr>
        <w:t>“Jàngaat naa ba noppi, te manuma gis beneen mbir bu [bés ba nekk] feeñee, waaye ci Daniel rekk. Noonu nag [ak ndimbalug concordance], jël naa kàddu yi taxawoon ak moom: ‘dindi;’ mooy dindi [bés ba nekk]; ‘dale ci jamono ji ñuy dindi [bés ba nekk],’ ak ñoom sépp. Jàngaat naa ba noppi, te xalaat naa ne duma gis leer ci wax ji; mujj, agsi naa ci 2 Thess. ii, 7, 8. ‘Ndaxte kumpag ñaawtef gi di liggéey ba noppi; waaye ki tee tey di tere dina tere, ba kera ba ñu ko dindi ci yoon wi, te noonu ku bon ka dina feeñ,’ ak ñoom sépp. Bi ma agsee ci wax jooju, yàlla, naka la dëgg gi leer te teddé! Fii la nekk! Loolu mooy [bés ba nekk]! Kon nag, lu Pawulo di tekki ci “ki tee tey di tere,” walla di yàq? Ci “nit ku bàkkaar gi,” ak “ku bon ki,” mooy Poperi. Kon nag, lan moo tere ba Poperi bañ a feeñ? Ndaxte, mooy Pegaanis; kon nag, “[bés ba nekk]” war na tekki Pegaanis.” Second Advent Manual, 66.</w:t>
      </w:r>
    </w:p>
    <w:p>
      <w:pPr>
        <w:pStyle w:val="ArticleBody"/>
        <w:jc w:val="left"/>
      </w:pPr>
      <w:r>
        <w:rPr>
          <w:rFonts w:ascii="Times New Roman" w:hAnsi="Times New Roman" w:eastAsia="Times New Roman" w:cs="Times New Roman"/>
        </w:rPr>
        <w:t>Li metti ci gëna yépp ci gis-gisu Miller ne “ndëgëm bi” mooy bàyykat, mooy fi mu gis dëgg gi. Mu gis ko ci xaaj bu bindu ndaw yi ci mbindum yonnenta bi Paul, fa mu Paul du taxaw rekk ci tekki “ndëgëm bi” ne mooy bàyykat, waaye mooy itam xaaj bi di wone ne ñi seetul mbëggeelug dëgg gi, dañuy jël nax gu tar. Nangu “ndëgëm bi” ni muy màndarga liggéeyu Krist ci kër-yàllaam asamaan, tektal gi jóge ci malaaka yi ñu génne asamaan, mooy màndargay ñi nekk ci Adventism te amul njubte gu war ngir séddale bu jub kàddug dëgg gi, te moo tax ba léegi sax ñu tëral leen ba ñuy jël nax gu tar.</w:t>
      </w:r>
    </w:p>
    <w:p>
      <w:pPr>
        <w:pStyle w:val="ArticleBody"/>
        <w:jc w:val="left"/>
      </w:pPr>
      <w:r>
        <w:rPr>
          <w:rFonts w:ascii="Times New Roman" w:hAnsi="Times New Roman" w:eastAsia="Times New Roman" w:cs="Times New Roman"/>
        </w:rPr>
        <w:t>Bëgguma bëgg a gën a taxawal ci poñ bi nu ngiy seet a xam. Poñ boobu mooy ne “juróom-ñaar waxtu yi” ñi waxe ci benn gis-gis bi te “bés bu nekk bi” nekk fa, nit ku ci yokk loxo na ko nëbb, doonte mu sax nekk ci kanam bu leer. Lii nag misaal rekk la bu yomb ngir wone ni njuumteb nit ci tekki mi, bi ñu defoon ay téeméeri at yu bare lu yàgg, te ginnaaw loolu malaaka yi ñu dàqee asamaan di ko sàmm ci xel yi, lañu ko di jëfandikoo tey ci jamono jii bu am solo lool, balaa jafe-jafe bu mujj ba ci njeexital àddina, ngir gumbal xel yi ci dëgg gi sax nekk ci kanam bu leer.</w:t>
      </w:r>
    </w:p>
    <w:p>
      <w:pPr>
        <w:pStyle w:val="ArticleBody"/>
        <w:jc w:val="left"/>
      </w:pPr>
      <w:r>
        <w:rPr>
          <w:rFonts w:ascii="Times New Roman" w:hAnsi="Times New Roman" w:eastAsia="Times New Roman" w:cs="Times New Roman"/>
        </w:rPr>
        <w:t>Ci jamono 1910 bi, ngirug “sacrifices saa yi” dafa doon tàmbalee rekk; W. W. Prescott ak A. G. Daniells ñoo doon jiite liggéeyu Seytaane bi ngir bañ xam-xamu ndëkkël gu njëkk gi ci mbirum “sacrifices saa yi.” Mbind mi di topp ab bataaxal la bu jóge ci waxtu woowu, fa la Soeur White jàngale gëstu Seytaane gi ne “sacrifices saa yi” ci téereb Daniel moo di liggéeyu Kirist ci kër-yàllaam. Ci jamono jooju, ñaar ñi dañoo doon jéem a duggaale ci téerey mag ñi ca njëkk te soppi xam-xamu mag ñooñu ngir ànd ak seen bees bu ndimbal Seytaane. Sama yaakaar mooy nu man a jëfe njub ak njubte bu mat ci sunu jàng mbind mi.</w:t>
      </w:r>
    </w:p>
    <w:p>
      <w:pPr>
        <w:pStyle w:val="ArticleScripture"/>
        <w:jc w:val="left"/>
      </w:pPr>
      <w:r>
        <w:rPr>
          <w:rFonts w:ascii="Times New Roman" w:hAnsi="Times New Roman" w:eastAsia="Times New Roman" w:cs="Times New Roman"/>
        </w:rPr>
        <w:t>“Ci jamono ci nu nekk, warunu nu bàyyi sunuy xel dañu leen jële sori leer gu bees gi ñu nu joxoon ngir xalaat ci mbëggel bu am solo bi ci ndaje bu am solo bu sunu konferans. Te foofa amoon na Mbokk Daniells, kooku noon dafa doon liggéey ci xelam; te sa xel ak xelu Magg Prescott itam malaaka yi ñu génne woon asamaan dañoo doon liggéey ci seen kaw. Liggéeyu Seytaane mooy woon ngir jébbal seeni xel, ba tax ay tuuti mbir ak ay rëcc-rëcc dugg, yu Boroom bi waxul ngeen dugal. Yéenul woon yu am solo. Waaye loolu dafa tekkoon lu mag ci mbiru dëgg. Te xalaati seeni xel, su fekkee ñu leen man a jébbal ba ngeen dem ci ay tuuti mbir walla ay rëcc-rëcc, loolu mooy liggéey gu Seytaane sos. Ngir defar ay tuuti mbir ci téere yi ñu bind, ngeen di fàtte ne ngeen di def liggéey gu mag. Waaye dees na ma sant, Noppi mooy wax ju am kàttan.</w:t>
      </w:r>
    </w:p>
    <w:p>
      <w:pPr>
        <w:pStyle w:val="ArticleScripture"/>
        <w:jc w:val="left"/>
      </w:pPr>
      <w:r>
        <w:rPr>
          <w:rFonts w:ascii="Times New Roman" w:hAnsi="Times New Roman" w:eastAsia="Times New Roman" w:cs="Times New Roman"/>
        </w:rPr>
        <w:t>« Dama wara wax jafe-jafe yi. Bu jumtukaayu Seytaane bii manoon na am, kon mel na leen ne seen liggéey dinañu ko jàppee ne mooy li gën a yéeme ci xeebar gi. Loolu mooy pexe bu noon bi, ngir dajale mboolem mbir yi ñu doon jàppee ne dañuy bañee, fa xel yu xeet yépp bokkul woon ci déggoo. »</w:t>
      </w:r>
    </w:p>
    <w:p>
      <w:pPr>
        <w:pStyle w:val="ArticleScripture"/>
        <w:jc w:val="left"/>
      </w:pPr>
      <w:r>
        <w:rPr>
          <w:rFonts w:ascii="Times New Roman" w:hAnsi="Times New Roman" w:eastAsia="Times New Roman" w:cs="Times New Roman"/>
        </w:rPr>
        <w:t>«Kon nag? Liggéey bu neex Seytaane mooy am. Dinañu joxe ay nit ñi nekk bitim boppam benn wonegu sunu ngëm wu warul doon sunu ngëm dëgg-dëgg, waaye lu leen di yombal, te loolu dina jur jikko yu war a indi réer gu mag, te dinañu foog way-gàtt yi di xëtte waxtu yu wert yuñ war a jëfandikoo ak yéene ngir yégle nit ñi yëgle gu mag gi. Njàngale yi ci bépp mbir bu nu liggéey ci, mënulñu a méngoo yépp, te njeexital yi dinañu doon a jaxase xel yi way-gëm ak ñi dul gëm. Loolu mooy dëgg-dëgg li Seytaane qorsón woon ne war na am—bépp lu mën a yokkute ni xulóo.»</w:t>
      </w:r>
    </w:p>
    <w:p>
      <w:pPr>
        <w:pStyle w:val="ArticleScripture"/>
        <w:jc w:val="left"/>
      </w:pPr>
      <w:r>
        <w:rPr>
          <w:rFonts w:ascii="Times New Roman" w:hAnsi="Times New Roman" w:eastAsia="Times New Roman" w:cs="Times New Roman"/>
        </w:rPr>
        <w:t>“Jàngal Esekiyel, sarax 28. Léegi, fii am na benn liggéey bu mag, fa xel yu doy waar a feeñ. Waaye Boroom bi am na liggéey bu war a am [ñu] def ngir musal bakkan yu di sànku; te barab yi Seytaane, bi mu sol boppam ngir nëbbiku, man a dugg ba fees ci sunu xarey, di indi jaxasoo ci sunuy màkkan, dina ko def ba mat sëkk, te ñéppale yu ndaw yooyu dinañu yaatu, feeñ bu baax.”</w:t>
      </w:r>
    </w:p>
    <w:p>
      <w:pPr>
        <w:pStyle w:val="ArticleScripture"/>
        <w:jc w:val="left"/>
      </w:pPr>
      <w:r>
        <w:rPr>
          <w:rFonts w:ascii="Times New Roman" w:hAnsi="Times New Roman" w:eastAsia="Times New Roman" w:cs="Times New Roman"/>
        </w:rPr>
        <w:t>“Te yoon naa ma nekk ci njàlbéen ba ne Boroom bi joxul woon benn Elder Daniells walla Prescott yéene buy taxaw ci liggéey bii. Ndax nax yu Seytaane dañuy dugg, ndax “Daily” bii dafa war a doon lu réy lool ba ñu koy dugal ngir jaxase xel yi te tere yokkute liggéey bi ci jamono jii yu am solo? Warul mel noonu, lu mu man a doon. Warul ñu dugal mbir mii, ndax xel mi ñuy indi dina tere, te Lusifeer di xool lépp yëngu-yëngu. Doole yu Seytaane dinañu tàmbali ay jëfam, te jaxasoo dina ñëw ci sunu mbooloo. Amuloo woote ngir seetlu wuute xalaat wu dul laaj buy natt; waaye sa noppi mooy wax ju réy. Mbir mi mépp leer na ma bu baax. Su fekkee ne Seytaane man na dugal kenn ci sunu nit ci mbir yii, ni mu ko sàkku woon a def, sabab Seytaane dina am ndam. Léegi liggéey bi war nañu koo jël ci saa si te bañ a wax benn [wuute] xalaat.”</w:t>
      </w:r>
    </w:p>
    <w:p>
      <w:pPr>
        <w:pStyle w:val="ArticleScripture"/>
        <w:jc w:val="left"/>
      </w:pPr>
      <w:r>
        <w:rPr>
          <w:rFonts w:ascii="Times New Roman" w:hAnsi="Times New Roman" w:eastAsia="Times New Roman" w:cs="Times New Roman"/>
        </w:rPr>
        <w:t>«Seytaane dina xel yu bon yi tegg ci nit ña ñu génn ci sunu biir ngir boole ak malaaka yu bon yi te yéexal sunu liggéey ci laaj yu amul solo, te ban mbégte la [foofa] di am ci kër gu daanali biir sa moroom! Jàppandil leen, jàppandil leen. Na bépp wuute deñku. Sunu liggéey léegi mooy jébbale lépp sunu kàttan gu yaram ak gu xel ngir dindi wuute yooyu ci yoonu, te ñépp bokk ci benn xel. Su fekkee ne Seytaane, ak xam-xamam bu mag te bañ a santoo, jot na ndaw mi rekk ci noonu, [dina bég].»</w:t>
      </w:r>
    </w:p>
    <w:p>
      <w:pPr>
        <w:pStyle w:val="ArticleScripture"/>
        <w:jc w:val="left"/>
      </w:pPr>
      <w:r>
        <w:rPr>
          <w:rFonts w:ascii="Times New Roman" w:hAnsi="Times New Roman" w:eastAsia="Times New Roman" w:cs="Times New Roman"/>
        </w:rPr>
        <w:t>“Léegi, bi ma gisoon ni ngeen di liggéeyee, sama xel daldi jël mbir mi bépp ak ay njariñam bu fekkee ngeen jëkka dem ba jox ñi nu bàyyi woon benn yoon sax bu néew ngir ñu indi jaxasoo ci sunu màggaay. Seen ñàkk xam-xam mooy li Seytaane bëgg woon. Seen yégle bu kawe bi nekkul woon ci dooleelu Xel mu Sell mi. Ñu jàngal ma ma wax leen ne, seen di seet ay sikket ci mbind yi nit ñi Yàlla jiite woon, loolu jogewul ci Yàlla. Te su fekkee ne mooy xam-xam bi Mag Daniells di jox mbooloo mi, kon bañleen ko ci anam wu nekk jox ko ndigalu kilifteef, ndaxte manul xalaat dale ci sabab ba agsi ci njariñ. Seen noppi ci mbir mii mooy seen xam-xam. Léegi, lépp lu mel ni di seet ay sikket ci yëgle yi góor ñi bindoon te nekkatuñu ci dund, du liggéey bi Yàlla jox benn ci yéen ngeen def. Ndaxte bu góor ñii—Mag Daniells ak Prescott—toppoonoon ndigal yi ñu leen joxoon ci ni ñuy liggéeyee ci dëkk yi, kon ñu bare woon, bare lool, ñi dëgg gi di wóor ci seen xol te ñu soppeku, ay nit yu am kàttan te [léegi] nekk ci ay bérab yu ñu dul jot mukk.”</w:t>
      </w:r>
    </w:p>
    <w:p>
      <w:pPr>
        <w:pStyle w:val="ArticleScripture"/>
        <w:jc w:val="left"/>
      </w:pPr>
      <w:r>
        <w:rPr>
          <w:rFonts w:ascii="Times New Roman" w:hAnsi="Times New Roman" w:eastAsia="Times New Roman" w:cs="Times New Roman"/>
        </w:rPr>
        <w:t>“Àddina bépp dees nañu koy jàpp ni benn kër gu réy la. Te bu fekkee am ngeen noonu njël gu xam-xam gu mag gu ngeen man a jële ci, lu tax bàyyi ngeen àddina bi mu yàqu ay at ak seede yi sunu Boroom Yeesu Kirist joxe? Diine dëgg di nu jàngal nu jàpp góor ak jigéen bu nekk ni nit ku nu man a defal lu baax.</w:t>
      </w:r>
    </w:p>
    <w:p>
      <w:pPr>
        <w:pStyle w:val="ArticleScripture"/>
        <w:jc w:val="left"/>
      </w:pPr>
      <w:r>
        <w:rPr>
          <w:rFonts w:ascii="Times New Roman" w:hAnsi="Times New Roman" w:eastAsia="Times New Roman" w:cs="Times New Roman"/>
        </w:rPr>
        <w:t>“Lii mooy luñu bind te génn na ci mbind mi ay at yu bare: ‘Xel mu yam,’ seede bu jëm ci Magat Andrews. Xel mii man nañu ko yar ba mu nekk doole ngir xam kañ la war a wax ak yan yépp ayis yi mu war a jël ci boppam te yéegleen, ndaxte Kirist mooy sa Jàngalekat. Te dama ragaloon lool ci yow [bi ma la gisee] ngay kaweel sa xam-xam te ngay topp yoon wu indi wuutey xalaat. Boroom bi woote na góor yu xereñ yu man a noppi su fekkee ne mooy xel ngir ñoom def ko. Su fekkee bëgg nga nekk nit ku mat, da nga soxla sellal gi jaar ci Yeesu Kirist. Léegi am na liggéey bu tambali rekk, te nañu gis xel ci bépp ministre, ci bépp présidaaŋ bu konferaans. Waaye amoon na liggéey bu waroon nga jàpp gannaaw ay at yu weesu, fa nga doon a soxla ngir yékkati sa baat ngir boobu liggéey. Kirist jox na mboolem ay nitam ndigël yu bees yu jëm ci li ñuy def ak yeneen yi ñu warul def. Te des na nu tuuti waxtu ngir liggéeyal njubtegi Boroom bi. Man nga dégg yoonu Boroom bi. Gis naa sa mébét ngir doxal mbir yi ni nga ko takkale sa bopp gannaaw bi ñu la defe présidaaŋ. Xalaat nga woon ne dinga def ay mbir yu yéeme, te loolu doon na liggéey bu Yàlla tegul woon ci say loxo ngir nga ko def. Léegi, sa liggéey du ngir not, waaye ngir bàyyil bépp soxla bu maneesa bàyyil su fekkee ne Boroom bi nangu na la ngir nga jaamu ko. Waaye lu yàggul rekk, won nga firnde ne xel ak atte mu sell jaarul ci yow. Yëngaloon nga ay mbir yu ñu dul nangu, ndare lu fekkee ne Boroom bi mooy jox leer.”</w:t>
      </w:r>
    </w:p>
    <w:p>
      <w:pPr>
        <w:pStyle w:val="ArticleScripture"/>
        <w:jc w:val="left"/>
      </w:pPr>
      <w:r>
        <w:rPr>
          <w:rFonts w:ascii="Times New Roman" w:hAnsi="Times New Roman" w:eastAsia="Times New Roman" w:cs="Times New Roman"/>
        </w:rPr>
        <w:t>“Ñu jàngalees na ma ne yëngu-yëngu yu gaaw yooyu waruñu a amoon, rawatina ci tànn yaw muy njiitu konferaans bi ba ca beneen at. Waaye Boroom bi tere na fi kanam mboolem jëf yu mel noonu te gaaw, ba keraange ba ñu yóbbu mbir mi kanam Boroom bi ci ñaan; te gannaaw ndawsi bi agsi na ci yaw ne liggéeyu Boroom bi buy nekk ci kaw njiitu konferaans bi mooy yëf wu sell wu tar, amoo woon benn sañ-sañu yoonu njub ngir bëgg a tàkk-sa bopp ni nga ko def ci mbiru “Daily” bi, di foog ne sa kàttan gu am solo dina dogal laaj bi. Amoon na fa Magat Haskell, mi yëkkati na yëf yu metti yu bare, te am na fa it Magat Irwin ak ay nit yu bare ñi ma man a tudd, ñiy yëkkati itam yëf yu metti.”</w:t>
      </w:r>
    </w:p>
    <w:p>
      <w:pPr>
        <w:pStyle w:val="ArticleScripture"/>
        <w:jc w:val="left"/>
      </w:pPr>
      <w:r>
        <w:rPr>
          <w:rFonts w:ascii="Times New Roman" w:hAnsi="Times New Roman" w:eastAsia="Times New Roman" w:cs="Times New Roman"/>
        </w:rPr>
        <w:t>«Ana ban nga am yërëm ci mag ñi? Ban sañ-sañ nga manoon a jëfandikoo te jaaykat yu yëngu ci warugal yépp bokkulwoon ngir seetal mbir mi? Waaye na nu léegi seetaat mbir mi. Léegi, war na nu xalaataat ndax dafa doon àtteb Boroom bi, ci kanamu liggéey bi ñu bàyyi woon, ngir won seen farlu ngir yóbbu liggéey bi ba beneen at. Su fekkee ne dingeen yóbbu liggéey bi ba beneen at ak ndimbal li di bokk ak yéen, war na am soppi ci yéen ak Ci Mag Prescott. Te woyofal seen xol bopp ci kanam Yàlla. Boroom bi war na gis ci yéen wonug jëfandikoo gu wuute, ndax bu fekkee ne am na góor ñoo soxlaa dellusi soppi ci jamono jii [léegi], mooy Ci Mag Daniells ak Ci Mag Prescott.»</w:t>
      </w:r>
    </w:p>
    <w:p>
      <w:pPr>
        <w:pStyle w:val="ArticleScripture"/>
        <w:jc w:val="left"/>
      </w:pPr>
      <w:r>
        <w:rPr>
          <w:rFonts w:ascii="Times New Roman" w:hAnsi="Times New Roman" w:eastAsia="Times New Roman" w:cs="Times New Roman"/>
        </w:rPr>
        <w:t>«War nañu tànn juróom-ñaaru nit yu nekk ay nit ñu am xel mu mat te ci liggéeyu yiwug Yàlla [joxe] seede [ci] delluwaat gu bees. Ndaxte ku nekk ci nit ñi baña gis ba looloo ba du man a xalaat dale ci sabab ba agsi ci njariñam, ba ñuy xeeb nit ñi yeboon yëfandikoo yi ak sas yi ci liggéey bi ak itam nii di njiitu konferàas yi, [te] nit ñi [ñu] yëggoon liggéey bi lu ëpp ñaari at [ñu] bañ a jàpp leen, te mu jur àtte bu gaaw boobu ba nit ñi di sàggane liggéey bi ñu leen doon teg ci seen kanam at yu bare—liggéey ci dëkk yi—te duñu jox, walla dañuy jox tuuti rekk, ndigal maam yu mag ña, waaye ñuy yégle mbir yi ñoom ci seen bopp tànn ngir jox nit ña, loolu mi ngi seede ci boppam ne du wóor a dénk nit ñooñu liggéey bu màgg te yéeme noonu.»</w:t>
      </w:r>
    </w:p>
    <w:p>
      <w:pPr>
        <w:pStyle w:val="ArticleScripture"/>
        <w:jc w:val="left"/>
      </w:pPr>
      <w:r>
        <w:rPr>
          <w:rFonts w:ascii="Times New Roman" w:hAnsi="Times New Roman" w:eastAsia="Times New Roman" w:cs="Times New Roman"/>
        </w:rPr>
        <w:t>“Kirist du dee. Du dul sonn mukk tax ay liggéeyam jóg ci ni mel nii. Bàyyileen téere yi ci seen yoon. Su fekkee ne soppi am na lu war, Yàlla dina def ba déggoo ak jàppale am ci soppi boobu ni mu méngoo, waaye bu yégleb bi dees ko dénk nit ñi ak yëf yu mag yi ci nekk, [Yàlla] dafay laaj ngëm gu takku ci mbëggeel te sellal ruu. Mag yi Daniells ak Prescott ñoom ñaar dañuy soxla dellusi-gu-neex ci soppi xol. Am na liggéey bu weesu bu dugg, te méngoo wuñu ak liggéey bi Kirist ñëw àddina sunu bii ngir def ko; te ñépp ñi dëgg-dëgg soppeeku nañu dinañu def jëf yu Kirist.”</w:t>
      </w:r>
    </w:p>
    <w:p>
      <w:pPr>
        <w:pStyle w:val="ArticleScripture"/>
        <w:jc w:val="left"/>
      </w:pPr>
      <w:r>
        <w:rPr>
          <w:rFonts w:ascii="Times New Roman" w:hAnsi="Times New Roman" w:eastAsia="Times New Roman" w:cs="Times New Roman"/>
        </w:rPr>
        <w:t>“Nun ñépp dañuy liggéey ngir matale liggéey bi di màggal Baay bi. Agsi nanu ci jafe-jafe ju mag ji—mooy muy ànd ak melokaanu Yeesu Kirist ci waxtu bii nuy waajal, walla baña sax a jéem ko. Mag Daniells, warul nga jël sa bopp ni nga amee sañ-sañ ngir sa baat déggu ca kaw, ni nga ko daan def ci yeneen xaalis yu ni mel. Te xamle ne, njiitu ab konferaas du buur buy nguur. Dafay liggéey ànd ak góor ñu xam, ñiy yor bérab yi ci niitu konferaas yi Yàlla nangu. Amul sañ-sañu duggal boppam ci mbind mi nekk ci téere yu ñu móol, yu jóge ci xalaat ak pen yu Yàlla nangu. Duñu leen bàyyiati ñu sax di yor kilifteef, ndare ñu wone ne dañu gën a wàññi dooley nguuru ak noot gi. Jafe-jafe ju mag ji agsi na, ndaxte Yàlla dina ñu toroxal.”</w:t>
      </w:r>
    </w:p>
    <w:p>
      <w:pPr>
        <w:pStyle w:val="ArticleScripture"/>
        <w:jc w:val="left"/>
      </w:pPr>
      <w:r>
        <w:rPr>
          <w:rFonts w:ascii="Times New Roman" w:hAnsi="Times New Roman" w:eastAsia="Times New Roman" w:cs="Times New Roman"/>
        </w:rPr>
        <w:t>“Naka la Boroom di xoolée dëkk yi ñu liggéeyul? Kirist nekk na ca asamaan. Léegi de, nangu gi war na ne, ‘Amul nguuru buur. Te léegi mooy jafe-jafe ju metti ji ci àddina si. Léegi man maa di Kàttan gi ngir musal walla ngir alag. Léegi mooy waxtu wi mucc ak dogalu ñépp nekk ci sama loxo. Jox naa sama bakkan ngir musal àddina si. Te “Man, su ma yéegée kawe,” yiw gu musal gi ma di joxe dina firndeel ne ñépp ñi ñuy bind ci melokaanu Yàlla te di benn ak Man dinañu liggéey ni may liggéeye ak sama kàttanu yiw gu jot ci njot.’ Ku neex, [na] jàppandikoo ak ay bokkam ngir def liggéey bi ñu leen jox ngir ñu ko def bu ñuy nekk ci bérab yu ame yoon, ci biir ndigalu Boroom bi muy joxe, te nañu sàkku ak njàmbaar ju réy ngir liggéey ci méngoo gu mat ak Ki bëggoon na àddina si ba joxe na bakkanam muy sarax su mat ngir musal àddina si. Maa ngi wax sunuy saraxalekat yi ne, bu ñuy tàmbali liggéey bi ci sunuy dëkk, na dal gu sell te tedd gu sell ànd ak ministèru Kàddu gi. Mënunu noo def ñaawul te yelloo xel yi nit ñi su nu... [Suufu xët wii ci beneen ñetti xaaj bañu ko bind.]”</w:t>
      </w:r>
    </w:p>
    <w:p>
      <w:pPr>
        <w:pStyle w:val="ArticleScripture"/>
        <w:jc w:val="left"/>
      </w:pPr>
      <w:r>
        <w:rPr>
          <w:rFonts w:ascii="Times New Roman" w:hAnsi="Times New Roman" w:eastAsia="Times New Roman" w:cs="Times New Roman"/>
        </w:rPr>
        <w:t>«Damaa ma ci sama téereb bés-bés. Dëgg gi ni mu nekk ci Yeesu—waxal ko, ñaanal ko, gëm lépp kàddu ci yombam. Lan ngay jariñoo su ñuy indi njuumte yi ci kanamu nit ñi dëddug yoon wi gëm, te déglu xelum naxari yi, nit ñi nekkuñu yàgg ak nun ci gëm gi? Ndax dinga taxawu ci wetu Seytaane? Joxeel say xel tool yi ñu liggéeyagul. Am na liggéey bu ëmb àddina bépp ci sunu kanam. Ñu won naa ma nataali John Kellogg.»</w:t>
      </w:r>
    </w:p>
    <w:p>
      <w:pPr>
        <w:pStyle w:val="ArticleScripture"/>
        <w:jc w:val="left"/>
      </w:pPr>
      <w:r>
        <w:rPr>
          <w:rFonts w:ascii="Times New Roman" w:hAnsi="Times New Roman" w:eastAsia="Times New Roman" w:cs="Times New Roman"/>
        </w:rPr>
        <w:t>“Nit ku neex te yomb a soppi xel moo doon tegtal xalaat yi ci laykat yu rafet yi mu doon joxe, xalaat yu wuute ak dëggug Biibël bu dëgg. Te ñi doon xiif te mar lu bees dañoo doon jëfandikoo xalaat [yu mel ni yu dëgg lool] ba tax Elder Prescott nekk ci nguy ga mag. Elder Daniells itam nekkoon ci nguy ga mag [ngir] muñ a fees ci naxu gu mel ne su ñu waxee xalaat yooyu fep, dina mel ni àddina ju bees.”</w:t>
      </w:r>
    </w:p>
    <w:p>
      <w:pPr>
        <w:pStyle w:val="ArticleScripture"/>
        <w:jc w:val="left"/>
      </w:pPr>
      <w:r>
        <w:rPr>
          <w:rFonts w:ascii="Times New Roman" w:hAnsi="Times New Roman" w:eastAsia="Times New Roman" w:cs="Times New Roman"/>
        </w:rPr>
        <w:t>«Waaw, loolu dina am, waaye bi seen xel yi di noonu fees ak noonu, ñu won ma ne Mbokk Daniells ak Mbokk Prescott dañuy réyale ci seen dundug xol ay xalaat yu mel ni yu ruu[waay], te di yóbbu sunu nit ñi ci ay xalaat yu rafet yu, su mënée, dinañu nax sax ñi tànn ci gën-gën. War naa bind ak sama xalam [ne] mbokk yii dinañu gis ay ñàkk ci seen xalaat yu naxal, yu war a teg dëgg gi ci lu wóorul; te [ba tey] ñoom dinañu taxaw mel ni [ku am] ràññee gu mag ci mbirum xel mu sell. Léegi dees naa leen wax [ne] bi ñu ma wonee mbir mii, ba Maam Daniells di yékkati baatam ni trompet ngir xamle ay xalaatam ci mbirum “Bés bu nekk bi,” li ko toppoon ñu ko won ma. Sunu nit ñi dañuy jaxasoo. Gis naa njeexital li, te ba noppi ñu jox ma ay artu ne su Maam Daniells, te du xool ci njeexital li, noonu lay jàppantee te bàyyi boppam mu gëm ne mu ngi nekk ci yëgle Yàlla, kon seetaan ak sikki-sàkka dinañu ñu ji ci sunuy rank yépp, te nu nekk fa Seytaane di yóbbu ay yégleem. Gëmadi ak sikki-sàkka yu dëgër dinañu ñu ji ci xel yi nit, te ay góob yu yéem yi bon dinañu wuutu dëgg.—Ms 67, 1910, 1–8. Manuscript Release, volume 20, 17–22.»</w:t>
      </w:r>
    </w:p>
    <w:p>
      <w:pPr>
        <w:pStyle w:val="ArticleBody"/>
        <w:jc w:val="left"/>
      </w:pPr>
      <w:r>
        <w:rPr>
          <w:rFonts w:ascii="Times New Roman" w:hAnsi="Times New Roman" w:eastAsia="Times New Roman" w:cs="Times New Roman"/>
        </w:rPr>
        <w:t>Ñi joxe yiwoone waxtaanu waxtu àtte gi, ñoom dañu joxoon leen xalaat gu jub ci “bu bés-bés bi” ci téereb Daniel. Jaarale ko ci loxo nit ñi tekki téereb Daniel, te gannaaw loolu it ci nit ñi malaaka yi jiite woon, ñi ñu génne woon asamaan, xam-xamu gu jub gu aju ci “bu bés-bés bi” nëbbiku na, doonte ne féex na ci kanam. Ci Daniel, bu baat bi ñu tekki ne “bu bés-bés bi” feeñee, warul ñu boole ci moom baatub nit bi ñu dolli ne “sarax.” Ci aaya fukki ñett baat ci Daniel juróom-ñett, nu gis benn ci juróomi yoon yi loolu am ci téereb Daniel. Ci benn aaya boobu sax, “juróom-ñaari waxtu yi” ci Levitik ñaar-fukk ak juróom-benn itam, misaal nañu ko, waaye jaarale ko ci noonu mel ni moom ci naxari nit, nëbbiku na te nekk ci kanam.</w:t>
      </w:r>
    </w:p>
    <w:p>
      <w:pPr>
        <w:pStyle w:val="ArticleBody"/>
        <w:jc w:val="left"/>
      </w:pPr>
      <w:r>
        <w:rPr>
          <w:rFonts w:ascii="Times New Roman" w:hAnsi="Times New Roman" w:eastAsia="Times New Roman" w:cs="Times New Roman"/>
        </w:rPr>
        <w:t>Danuy xool ci dëgg bii ci waxtaan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Ñaareel Bi</dc:title>
  <dc:subject>Paganism</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