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Limu Juróom-Ñeent```</w:t>
      </w:r>
    </w:p>
    <w:p>
      <w:pPr>
        <w:pStyle w:val="ArticleSubtitle"/>
        <w:jc w:val="left"/>
      </w:pPr>
      <w:r>
        <w:rPr>
          <w:rFonts w:ascii="Arial" w:hAnsi="Arial" w:eastAsia="Arial" w:cs="Arial"/>
        </w:rPr>
        <w:t>Bataaxalu Malaaka bu njëkk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Saaru Daniel benn bi moom jëfandikoo ndigalu malaaka bu njëkk bi ci Peeñu Yàlla saar fu fukk ak ñeent. Jehoiakim di teg ba xamle ci misaal ne mooy dooleel ndigalu malaaka bu njëkk bi, waaye du ag ñëwam ci “jamono ji mujj.” Yépp yonent yi ñuy xamle “fan yu mujj yi” ci àtteb seetkat bi, ba tax ne saar bi di tegtal 11 Sàttumbar 2001, ba nattu gi ci ñent fukk ak ñeent junni nit ñi tàmbalee. Ci Malasi saar bu ñett, jëf jooju dañoo ko tegtale ni mooy waccu sellal, bi yonnent buy waajal yoon wi di ko waajal ndax yonnentub kóllëre gi ñëw na mbetteel ci kër Yàllaam. Yonnent bi di waajal yoon wi, te itam mooy “baat bi” buy yuuxu ca màndiŋ ma, moom itam ab nattu la, te loolu bokk na ci jëf ju sellal ji. Ci Malasi saar bu ñett, ñaar fukk ak ñeent junni ñi dañoo leen tegtale ni ñoom ñooy doom yi Lewi. Doom yi Lewi ñoo di misaalu ñi taxawoon ak yonnent Musaa bi réerug nag wu wurus wi, te loolu moo tegtale woon nataalu rab wi.</w:t>
      </w:r>
    </w:p>
    <w:p>
      <w:pPr>
        <w:pStyle w:val="ArticleBody"/>
        <w:jc w:val="left"/>
      </w:pPr>
      <w:r>
        <w:rPr>
          <w:rFonts w:ascii="Times New Roman" w:hAnsi="Times New Roman" w:eastAsia="Times New Roman" w:cs="Times New Roman"/>
        </w:rPr>
        <w:t>Jéggi nattu xaritu rab “naqaru rabi sàmm bi”, mooy beneen misaal bu Bibël bi joxe ci ñaareelu nattu bi ci ñetti nattu yi ñuy defar jëfandikoo ci jubbanti sellal gi. Doomiy Léwi war nañu jéggi nattu boobu bala ñu tëj leen ak màndarga bi.</w:t>
      </w:r>
    </w:p>
    <w:p>
      <w:pPr>
        <w:pStyle w:val="ArticleBody"/>
        <w:jc w:val="left"/>
      </w:pPr>
      <w:r>
        <w:rPr>
          <w:rFonts w:ascii="Times New Roman" w:hAnsi="Times New Roman" w:eastAsia="Times New Roman" w:cs="Times New Roman"/>
        </w:rPr>
        <w:t>Sàcc bi ci Ezekiel ay sarax 8 ak 9, mooy beneen misaal bu jëme ci yoonu sellal gi tàmbalee ci 11 Septàmbar 2001. Ci sarax 8, ñi nekk Yerusalem te mujj di sujjóot jant bi, dañuy tegtal ñeenti maas yi ci Aduwentis bu Laodise. Ci sarax 9, ñi jot sàcc bi dañuy jooy te di naqar ndax ñaawtéef yi ngay am ci biir Yerusalem. Yerusalem mooy kanam Yàlla gi di mbooloom.</w:t>
      </w:r>
    </w:p>
    <w:p>
      <w:pPr>
        <w:pStyle w:val="ArticleBody"/>
        <w:jc w:val="left"/>
      </w:pPr>
      <w:r>
        <w:rPr>
          <w:rFonts w:ascii="Times New Roman" w:hAnsi="Times New Roman" w:eastAsia="Times New Roman" w:cs="Times New Roman"/>
        </w:rPr>
        <w:t>Bataaxali ñetti malaaka yi itam mooy misaalu jëfandikoo bu sellaal. Ñetti yëgle yi diir nañu ab màggat gu am ñetti jéego, te war nañu ne doom yi Léwi yi jaar jëkk ci nattu bu njëkk ba sax ngir man a bokk ci ñaareelu nattu bi. Ñetteelu nattu bi nag, du nattu bu ni mel, ndaxte mooy nattu buy wone ndax doom yi Léwi yi jaar nañu bu baax ci ñaari nattu yu jëkk ya. Mooy ab nattu bu yonent buy xëye. Nattu bu njëkk bi mooy nattu ci lekk (ci mbirum xel ak ruu), ndaxte mu ngi jaaree walla mucc ci ndax doom yi Léwi yi nangoo ndigal bi Xel Mu Sell mi jox jaarale ko ci Eliya, ndaw si di waajal yoon wi ngir ndaw bu kóllëre gi.</w:t>
      </w:r>
    </w:p>
    <w:p>
      <w:pPr>
        <w:pStyle w:val="ArticleBody"/>
        <w:jc w:val="left"/>
      </w:pPr>
      <w:r>
        <w:rPr>
          <w:rFonts w:ascii="Times New Roman" w:hAnsi="Times New Roman" w:eastAsia="Times New Roman" w:cs="Times New Roman"/>
        </w:rPr>
        <w:t>Benn saar bu njëkk ci téereb Peeñ mi di wone solo ak yéene bu metti nekk ci bataaxal boobu. Mu tudde ko ci xel mu leer ne bataaxal bi yonnent buy nit, miñ ko natale ni Yowaana, di yónnee ca ñaari mboolooy gëm-gëm ya, Jibril moo ko jox, te moom itam jël na ko ci Almasi bi, te Almasi bi itam jële ko ci Baay bi. Baatu Eliya am na sañ-sañu Yàlla, te bañ bataaxalu Yowaana, walla Eliya, walla “baat buy woo ci màndiŋ ma”, mooy bañ Peeñu Yeesu Almasi bi.</w:t>
      </w:r>
    </w:p>
    <w:p>
      <w:pPr>
        <w:pStyle w:val="ArticleBody"/>
        <w:jc w:val="left"/>
      </w:pPr>
      <w:r>
        <w:rPr>
          <w:rFonts w:ascii="Times New Roman" w:hAnsi="Times New Roman" w:eastAsia="Times New Roman" w:cs="Times New Roman"/>
        </w:rPr>
        <w:t>Nattu ñaareelu mooy nattu gu aju ci gis-gis, ndax bu doom yi Lewee lekkée ndegtalu Eliya, mi nekkoon ci loxob malaaka ma wàcci woon ngir leerël suuf si ak ndamam, dañu nangoo yoonu xam-xamu Biibël bi may leen ñu xàmme bu baax màndargayi jamono ji. Yoon woowu may na doom yi Lewee ñu xàm ne màndargayi jamono yooyu dañuy wone ne mbooloom diine ak nguur dañuy booleeku ci Etats-Unis, ngir matal nattu nataalu rab wa. Li gën a am solo mooy ne màndargayi jamono yooyu, bu ñu leen teggee ci biir reform lines yu sell yi, ñoo di cosaanu Alfa ak Omega, càllal gi di misaalug mujj ga. Reform lines yu sell yi day jàngale ne askanu Yàlla war nañu def lépp lu nekk ci seen kàttan ngir bokk ci liggéeyu waajal seen bopp ngir tëjju Yàlla bi.</w:t>
      </w:r>
    </w:p>
    <w:p>
      <w:pPr>
        <w:pStyle w:val="ArticleScripture"/>
        <w:jc w:val="left"/>
      </w:pPr>
      <w:r>
        <w:rPr>
          <w:rFonts w:ascii="Times New Roman" w:hAnsi="Times New Roman" w:eastAsia="Times New Roman" w:cs="Times New Roman"/>
        </w:rPr>
        <w:t>Kon nag, samay soppe yi, ni ngeen daan déggal ba noppi, du rekk su ma nekk ak yéen, waaye léegi gën-gën ci sama ñàkk, liggéeyleen ci seen musal ak ragal ak yëngu-yëngu. Ndaxte Yàlla mooy liggéey ci yéen, muy tax ngeen bëgg te di def li neex coobareem. Defleen lépp ci lu àndul ak xuloo ak werante, ngir ngeen nekk ñu amul benn yedd, te baax, doom yi Yàlla, yu amul benn ñaawteef, ci biir xeeti nit ñi jubadiwu te réer, ñi ngeen di leeral mel ni leer yi ci addina. Filipiye 2:12–15.</w:t>
      </w:r>
    </w:p>
    <w:p>
      <w:pPr>
        <w:pStyle w:val="ArticleBody"/>
        <w:jc w:val="left"/>
      </w:pPr>
      <w:r>
        <w:rPr>
          <w:rFonts w:ascii="Times New Roman" w:hAnsi="Times New Roman" w:eastAsia="Times New Roman" w:cs="Times New Roman"/>
        </w:rPr>
        <w:t>Danyeel, Anañaa, Misael ak Asaria, ñoom ñeenti, dañuy teguwaay Màggal-bésu juróom-ñaareelu fan yi ci addina si, ñiy xam ne 11 Septàmbara 2001 mooy melokaan wu wàcceb malaakam Peeñu gi 18, te dañuy tànn jël mannaa gu nëbbu ga nekk ci loxoom ba lekk ko. Mannaa gu nëbbu ga war a ñu lekk, ni ndawtal bi Pool waxe woon léegi, dafa teguwaay Yàlla (mannaa gu nëbbu ga), mi di liggéey ci biir ay nitam ngir def coobareem ak bànneexam. Pool mooy ndawtal bi ñu yónnee waa Filadelfi, te bañ ay yoonu yégleem dee la woon. Danyeel, Anañaa, Misael ak Asaria dañuy teguwaay ñi tànn lekk mannaa gu nëbbu ga.</w:t>
      </w:r>
    </w:p>
    <w:p>
      <w:pPr>
        <w:pStyle w:val="ArticleScripture"/>
        <w:jc w:val="left"/>
      </w:pPr>
      <w:r>
        <w:rPr>
          <w:rFonts w:ascii="Times New Roman" w:hAnsi="Times New Roman" w:eastAsia="Times New Roman" w:cs="Times New Roman"/>
        </w:rPr>
        <w:t>Te ci bokkoonoon nañu ca askanu Yuda, Daniyel, Ananya, Misael ak Asarya; te njiitu jawriñ yi tudde na leen turi yu bees: Daniyel moom, tudde na ko Belteshassar; Ananya, Sadrak; Misael, Mesak; te Asarya, Abednego. Waaye Daniyel dogal na ci xolam ne du sobeku ci lekku buur bi, mbaa ci biiñ bi muy naan; moo tax mu ñaan njiitu jawriñ yi ngir bañ a sobeku. Daniyel 1:6–8.</w:t>
      </w:r>
    </w:p>
    <w:p>
      <w:pPr>
        <w:pStyle w:val="ArticleBody"/>
        <w:jc w:val="left"/>
      </w:pPr>
      <w:r>
        <w:rPr>
          <w:rFonts w:ascii="Times New Roman" w:hAnsi="Times New Roman" w:eastAsia="Times New Roman" w:cs="Times New Roman"/>
        </w:rPr>
        <w:t>Danyeel dogal na ne bëgg a lekk ndëgtal li ñu wàcce ci asamaan ci bésub 11 Septambar 2001, te itam a bañ ndëgtal li ñuy tekki ni dund ak naanub Babilon. Asfenaas moo tànn kan ci jaam yi jógge Yuda ñooy ñëw ñu taxawal leen kanam buur bi.</w:t>
      </w:r>
    </w:p>
    <w:p>
      <w:pPr>
        <w:pStyle w:val="ArticleScripture"/>
        <w:jc w:val="left"/>
      </w:pPr>
      <w:r>
        <w:rPr>
          <w:rFonts w:ascii="Times New Roman" w:hAnsi="Times New Roman" w:eastAsia="Times New Roman" w:cs="Times New Roman"/>
        </w:rPr>
        <w:t>Noonu buur bi wax Ashpenaz, kilifaam bu yore surga yu góoradi yi, ne na indil ay ndaw ci bànni Israayil, ci xeetu buur bi ak ci xeetu kilifa yi; xale yu amul benn gàññ, waaye rafet te yaru, xam ci bépp xel mu xóot, am njàngum xam-xam, dégg te xam saytu mbir yi, te am doole ci seen biir ngir taxaw ci kër buur bi; te ñu man leen a jàngal njàng mi ak làkku Kalde yi. Daniel 1:4, 5.</w:t>
      </w:r>
    </w:p>
    <w:p>
      <w:pPr>
        <w:pStyle w:val="ArticleBody"/>
        <w:jc w:val="left"/>
      </w:pPr>
      <w:r>
        <w:rPr>
          <w:rFonts w:ascii="Times New Roman" w:hAnsi="Times New Roman" w:eastAsia="Times New Roman" w:cs="Times New Roman"/>
        </w:rPr>
        <w:t>Bu nu topp ndigalu ndigalug santaane bi ñu bind ci Révélation, saar 1, aaya 1, Nebukadnetsar dafa sant Ashpenaz mu tànn xale yi mat li Yàlla waxoon jaarale ko ci Esayi ci Esekias. Ashpenaz jot na ndigal la te jox ko Melzar, buuru jëmm yi. Nebukadnetsar dafay tegu Baay bi ci asamaan; Ashpenaz dafay tegu Kirist, te Melzar dafay tegu Jibril. Ashpenaz xamoon xale yi war a tànn, te xamoon ne Daniyel dina def dogal bu jub ci mbirum lekk, bala muy ko indi kanam buur bi.</w:t>
      </w:r>
    </w:p>
    <w:p>
      <w:pPr>
        <w:pStyle w:val="ArticleScripture"/>
        <w:jc w:val="left"/>
      </w:pPr>
      <w:r>
        <w:rPr>
          <w:rFonts w:ascii="Times New Roman" w:hAnsi="Times New Roman" w:eastAsia="Times New Roman" w:cs="Times New Roman"/>
        </w:rPr>
        <w:t>Léegi Yàlla tàbbiwoon na Daniyel ci ngërëm ak cofeel gu ñuy soppiku ak kilifag jaam yu góor ñi. Te kilifag jaam yu góor ñi wax Daniyel ne: «Damay ragal sama sang bi, buur bi, mi dogal seen lekk ak seen naan; ndax lu tax mu gis seen kanam yi ñu gëna bon melax xale yi bokk ak yéen? Kon dingeen tax ma teg sama bopp ci risku fa kanam buur bi.» Daniyel 1:9, 10</w:t>
      </w:r>
    </w:p>
    <w:p>
      <w:pPr>
        <w:pStyle w:val="ArticleBody"/>
        <w:jc w:val="left"/>
      </w:pPr>
      <w:r>
        <w:rPr>
          <w:rFonts w:ascii="Times New Roman" w:hAnsi="Times New Roman" w:eastAsia="Times New Roman" w:cs="Times New Roman"/>
        </w:rPr>
        <w:t>Fii, Melzar moom feeñal jéego bu njëkk bi ci yégle yi ñetti malaaka yi. Jéego bu njëkk bi mooy ragal Yàlla, ni ko ragal ga Melzar ragale woon Nebukadnesar di misaal. Kàddug Ebraayik bi ñuy wax “dëgg,” te bindoon nañu ko ci booloo araf bu njëkk, bu fukk ak ñett ba, ak bu mujj ci alifaayu Ebraayik, feeñaloon na ci taalif yi weesu ne mu ngi teg tektal ndajeexital bu ñetti jéego bi ci nattu yi ñett yi te yégle yi ñetti malaaka yi di ko wone. Ci def noonu, ñu samp nañu ko ci seeni seede yu bari ne yégle malaaka bu njëkk bi dafa ëmb ñetti nattu yépp yi ci ñett yi, yi ñuy tektale ci yégle yi ñetti malaaka yi. Yégle malaaka bu njëkk bi ñu ngi ko xamale ne mooy xebaar bu baax bu dul jeex, te loolu day firndeel ne mooy benn xebaar bu baax bi woon ca jamonooy Aadam ba ker ba Kirist dellusiwaat ñaareel yoon.</w:t>
      </w:r>
    </w:p>
    <w:p>
      <w:pPr>
        <w:pStyle w:val="ArticleScripture"/>
        <w:jc w:val="left"/>
      </w:pPr>
      <w:r>
        <w:rPr>
          <w:rFonts w:ascii="Times New Roman" w:hAnsi="Times New Roman" w:eastAsia="Times New Roman" w:cs="Times New Roman"/>
        </w:rPr>
        <w:t>Te gis ma beneen malaaka mu naw ci diggante asamaan, yor xebaar bu baax bu fàww ngir yégle ko ñi dëkk ci suuf si, ak xeet wu nekk, ak bànqaas bu nekk, ak làkk wu nekk, ak nit ñépp, naan ak baat bu kawe, Ragalleen Yàlla, te joxleen ko ndam; ndaxte waxtu àtteem agsi na; te màggalleen ki sàkk asamaan ak suuf ak géej gi ak bëti ndox yi. Peeñu Yowaana 14:6, 7.</w:t>
      </w:r>
    </w:p>
    <w:p>
      <w:pPr>
        <w:pStyle w:val="ArticleBody"/>
        <w:jc w:val="left"/>
      </w:pPr>
      <w:r>
        <w:rPr>
          <w:rFonts w:ascii="Times New Roman" w:hAnsi="Times New Roman" w:eastAsia="Times New Roman" w:cs="Times New Roman"/>
        </w:rPr>
        <w:t>Jëfandikoo bu njëkk bi ci yégleb malaakam bu njëkk bi mooy ragal Yàlla. Ñaareel jëfandikoo bi mooy jox ko ndam, te ñetteel bi mooy agsi waxtu àtteem. Ci diggante ak yeneen ñaari yégleb malaaka yi, yégleb malaakam bu njëkk bi mooy ne: “Ragal-leen Yàlla.” Noonu yégleb malaakam bu ñaareel bi yégle reybab Babilon, te muy nekk ci yëngu-yëngu Millerite bi ci malaakam bu njëkk bi, mbaa ci yëngu-yëngu malaakam bu ñetteel bi, woote bi ñu génne Babilon mooy fi njeexital tuuru Xelum Sell mi di feeñ. Ci jamono jooju, su fekkee dees ko feeñal ni Yuuxu Diggante Guddi, walla yuuxu bu réy bi, walla taw bi mujj bi, ñiy waare xibaar bi dañuy jox Yàlla ndam. Yégleb malaakam bu ñaareel bi mooy fa ñuy joxe Yàlla ndam, te jamono jooju di jëme ci benn waxtu bi àttey seetkat bi tambalee ci taarixu Millerite bi, walla àtte jigéen ju ndaw ju Babilon, bi di xew ci jafe-jafe yoonu Dibeer bi.</w:t>
      </w:r>
    </w:p>
    <w:p>
      <w:pPr>
        <w:pStyle w:val="ArticleBody"/>
        <w:jc w:val="left"/>
      </w:pPr>
      <w:r>
        <w:rPr>
          <w:rFonts w:ascii="Times New Roman" w:hAnsi="Times New Roman" w:eastAsia="Times New Roman" w:cs="Times New Roman"/>
        </w:rPr>
        <w:t>Ragalu Melzar dafay melow bataaxalu malaaka bi jëkk bi, te mu tàmbali nattu lekkandoo bu fukki fan yi, ndax limu fukk itam mooy mandarga nattu. Kàddug Melzar bi mu wax ne dafa ragal buur bi, moomu la woon ni Daniel di ragal Yàlla gën a ragal buur bi, te mu dogal ci xolam ne du sobewoo ak lekkandoom Babilon. Diir bi nattu Daniel ak ñetti góor yu yar yi doon, ñetti at la woon, noonu mu taxawal ñetti jéego yi ci yëgle yi ñetti malaaka yi.</w:t>
      </w:r>
    </w:p>
    <w:p>
      <w:pPr>
        <w:pStyle w:val="ArticleScripture"/>
        <w:jc w:val="left"/>
      </w:pPr>
      <w:r>
        <w:rPr>
          <w:rFonts w:ascii="Times New Roman" w:hAnsi="Times New Roman" w:eastAsia="Times New Roman" w:cs="Times New Roman"/>
        </w:rPr>
        <w:t>Te buur bi jox na leen ndab lu bés bu nekk ci lekkam, ak ci biiñ bi mu naan: noonu di leen yar ñetti at, ngir bu ko jeexee ñu man a taxaw kanam buur bi. Daniel 1:5.</w:t>
      </w:r>
    </w:p>
    <w:p>
      <w:pPr>
        <w:pStyle w:val="ArticleBody"/>
        <w:jc w:val="left"/>
      </w:pPr>
      <w:r>
        <w:rPr>
          <w:rFonts w:ascii="Times New Roman" w:hAnsi="Times New Roman" w:eastAsia="Times New Roman" w:cs="Times New Roman"/>
        </w:rPr>
        <w:t>Saare Daniel benn 1 moo taxawal dooleb yégleb malaaka bu njëkk bi, te fa la nattu lekkukaay ba tàmbalee, mi nekkoon ci jaar-jaari Millerite bi ni lekk téere bu ndaw ba. Jamonoy nattu bi ngir Daniel ak ñetti góor yu yar ya, mat na ci fukki fan yu njëkk ya ci biir ñetti at yooyu. Fukk mooy misaal buy firndeel yoonu nattu, ni ko Israayil bu yàgg ba teyoon fekk, bi ñu bañee nattu bu fukkeel bi, bi yégleb Yosuwa ak Kaleb doon tektal. Itam feeñ na ci jamonoy fitna ji ci kërceenug Simirna.</w:t>
      </w:r>
    </w:p>
    <w:p>
      <w:pPr>
        <w:pStyle w:val="ArticleScripture"/>
        <w:jc w:val="left"/>
      </w:pPr>
      <w:r>
        <w:rPr>
          <w:rFonts w:ascii="Times New Roman" w:hAnsi="Times New Roman" w:eastAsia="Times New Roman" w:cs="Times New Roman"/>
        </w:rPr>
        <w:t>Bu leen dara ci li ngeen di nar a sonn; xool-leen, Seytaane dina sànni ñenn ci yéen ci kaso ngir ñu natt leen; te ngeen dina am tiis fukki fan. Nekkal ku takku ba ci dee, te dinaa la jox kaala gu dund. Peeñu 2:10</w:t>
      </w:r>
    </w:p>
    <w:p>
      <w:pPr>
        <w:pStyle w:val="ArticleBody"/>
        <w:jc w:val="left"/>
      </w:pPr>
      <w:r>
        <w:rPr>
          <w:rFonts w:ascii="Times New Roman" w:hAnsi="Times New Roman" w:eastAsia="Times New Roman" w:cs="Times New Roman"/>
        </w:rPr>
        <w:t>Ndigal gi jëm ci mbooloom gëmkat bu Smurna mooy ne, buleen ragal jéefal nattu bi; ndaxte suñu ragal Yàlla, dina fey ragal gu sell ga ak kaalag dund. Ragal gu sell googu mooñu ko misaal ci bëgg-bëggu Danyeel ngir lekk manna mu asamaan.</w:t>
      </w:r>
    </w:p>
    <w:p>
      <w:pPr>
        <w:pStyle w:val="ArticleScripture"/>
        <w:jc w:val="left"/>
      </w:pPr>
      <w:r>
        <w:rPr>
          <w:rFonts w:ascii="Times New Roman" w:hAnsi="Times New Roman" w:eastAsia="Times New Roman" w:cs="Times New Roman"/>
        </w:rPr>
        <w:t>Noonu Daniel wax ne Melzar, ki njiitu jawriñ yi teg woon ci kaw Daniel ak Hanania, Mishael ak Azaria ne ko: Maa ngi lay ñaan, nanga jéem sa jaam yi fukki fan; te nañu nu may ñam mu sax rekk nu lekk, ak ndox nu naan. Gannaaw loolu, na sa gis sunu kanam ci sa kanam, ak kanamu xale yi di lekk cërub lekku buur bi; te ni nga ko gisee, nga def ak sa jaam yi. Kon mu nangoo leen ci mbir moomu, te mu jéem leen fukki fan. Daniel 1:10–14.</w:t>
      </w:r>
    </w:p>
    <w:p>
      <w:pPr>
        <w:pStyle w:val="ArticleBody"/>
        <w:jc w:val="left"/>
      </w:pPr>
      <w:r>
        <w:rPr>
          <w:rFonts w:ascii="Times New Roman" w:hAnsi="Times New Roman" w:eastAsia="Times New Roman" w:cs="Times New Roman"/>
        </w:rPr>
        <w:t>Natt gu njëkk bi mooy ragal Yàlla, ni ko Melzar ak Daniyeel wonée, ba Daniyeel fas ci xolam ne du sobe ak lekku ak naan bu Babilon. Ñaareelu cér ci yégleb malaaka bu njëkk bi mooy jox Yàlla ndam, te loolu di wone ci lu seen bët man a gis mbir mi lekk mooy jur. Ci mujjeem fukki fan, Daniyeel ak ñetti góor ña xam-xamoon ñoo jox Yàlla ndam ci seen melow yaram.</w:t>
      </w:r>
    </w:p>
    <w:p>
      <w:pPr>
        <w:pStyle w:val="ArticleScripture"/>
        <w:jc w:val="left"/>
      </w:pPr>
      <w:r>
        <w:rPr>
          <w:rFonts w:ascii="Times New Roman" w:hAnsi="Times New Roman" w:eastAsia="Times New Roman" w:cs="Times New Roman"/>
        </w:rPr>
        <w:t>Te ci mujjeelu fanweeri bés, seen kanam feeñ na woon ne gëna rafet te gëna yaatu ci yaram ñaar-ñaar ëpp ñépp ñi doon lekk cër bi buur bi di jox. Noonu Melshar dindi leen seen cërub lekk ak biiñ bi ñu waroon naan, ba noppi jox leen pepp. Ci ñoom ñi ñent ñii nag, Yàlla may na leen xam-xam ak dëgg-dëgg ci jàng ak xel mu xóot yépp; te Danyel am na woon xam-xam ci gépp ay peeñ ak ay gént. Danyel 1:15–17.</w:t>
      </w:r>
    </w:p>
    <w:p>
      <w:pPr>
        <w:pStyle w:val="ArticleBody"/>
        <w:jc w:val="left"/>
      </w:pPr>
      <w:r>
        <w:rPr>
          <w:rFonts w:ascii="Times New Roman" w:hAnsi="Times New Roman" w:eastAsia="Times New Roman" w:cs="Times New Roman"/>
        </w:rPr>
        <w:t>Ñetti doom yi romb nañu jëfandikoo bu njëkk bi ci lekk, fa Adam ak Eve daanoo; te loolu moo doon misaalal itam nattu bu njëkk bi Almasi bi jëkk a jàppale saa-saa gannaaw sóobam ci ndox. Sóobam ci ndox moo doon may-kàttan bu yégle bu njëkk bi ci rëddam yëngut. Mu may-kàttan te dëggal xibaar bi “baat bi ci màndiŋ mi” yégle woon. Gannaaw loolu, ni ci Daniel ak ñetti gor yu góor-gi, Almasi bi ñu ko natt ci wàllu lekk diiru ñeent-fukk fan, ni Daniel itam ñu ko nattee diiru fukk fan. Daniel ak Almasi daan nañu misaalal nattu manna bu nëbbu bi ci loxo malaaka mi wàcce woon 11 septambar 2001. Ñaari nattu yu nekk ci topp dafa wara doon ñëw ngir Almasi, ak ngir Daniel. Ñaareelu nattu bi mooy fa Daniel ak ñetti gor yu góor-gi màggale Yàlla ci seen kanam. Nattu bi toppoon nattu lekk bi ngir Almasi itam dafa doon misaalal ndamarlu.</w:t>
      </w:r>
    </w:p>
    <w:p>
      <w:pPr>
        <w:pStyle w:val="ArticleScripture"/>
        <w:jc w:val="left"/>
      </w:pPr>
      <w:r>
        <w:rPr>
          <w:rFonts w:ascii="Times New Roman" w:hAnsi="Times New Roman" w:eastAsia="Times New Roman" w:cs="Times New Roman"/>
        </w:rPr>
        <w:t>Te Seytaane ne ko wax ne ko: «Bu yow di Doomu Yàlla, santaane doj wii mu nekk mburu.» Waaye Yeesu tontu ko ne: «Bind nañu ne, Du ci mburu rekk nit di dund, waaye ci kàddug Yàlla wu nekk.» Noonu Seytaane yóbbu ko ca kaw tund wu kawe, te won ko lépp nguur-nguur yi ci àddina si ci benn saa bu gàtt. Te Seytaane ne ko: «Dinaa la may lépp doole jii ak ndam laam yi, ndaxte joxees na ma ko; te ku ma soob, maa koy jox. Kon nag su fekkee ne, dangay ma jaamu, lépp dina nekk sa moom.» Waaye Yeesu tontu ko ne: «Demal sama ginnaaw, Seytaane; ndaxte bind nañu ne, Yàlla sa Boroom ngay jaamu, te moom rekk ngay topptoo.» Matthew 4:3–8.</w:t>
      </w:r>
    </w:p>
    <w:p>
      <w:pPr>
        <w:pStyle w:val="ArticleBody"/>
        <w:jc w:val="left"/>
      </w:pPr>
      <w:r>
        <w:rPr>
          <w:rFonts w:ascii="Times New Roman" w:hAnsi="Times New Roman" w:eastAsia="Times New Roman" w:cs="Times New Roman"/>
        </w:rPr>
        <w:t>Gannaaw Kirist moo jaar ci nattu lekk wi, Seetane daldi ko jox ndigal ngir “ndarag” bépp nguurug àddina si, waaye Kirist tànn naa delloo màggal Boroom buur yépp. Aadama ak Awa dañoo lajj ci nattu bi jëkk, te ci saa si dañoo wut a nëbb seen kanam ak xob yu fig, ndaxte doonuñu wonati ndarag Yàlla, ni ko mbubb mu leer ma ñuy soloon woon di firi. Bi Daniyel ak ñetti góor yu tedd yi jaaralee nattu lekk wi, ba noppi ñu jox leen “xam-xam ak xereñ ci mboolem njàng ak xel mu rafet: te Daniyel amoon na xam-xam ci mboolem gis-gis ak gént.”</w:t>
      </w:r>
    </w:p>
    <w:p>
      <w:pPr>
        <w:pStyle w:val="ArticleBody"/>
        <w:jc w:val="left"/>
      </w:pPr>
      <w:r>
        <w:rPr>
          <w:rFonts w:ascii="Times New Roman" w:hAnsi="Times New Roman" w:eastAsia="Times New Roman" w:cs="Times New Roman"/>
        </w:rPr>
        <w:t>Ñoom dañu weesuñu nattu ñaareel bi, te mooyoon nattu gu ñuy gis, gi Melzar doon saytu. Ci jaar-jaaru Millerite, yégleb malaaka ñaareel bi moo tegtale woon diggante ñi nangoo ak ñi bañ yégleb “baat” ba di jooyu ci màndiŋ ma, ni ko William Miller teewloo. Ci waxu yonent, booba mbooloo Millerite mi doon na gémmiñ gu feeñ te rekk a di dëgg ci Protestantis, te ñi bañee yégleb ak mbooloo ma daldi nekk doom yu jigéen yi Room. Ñoom dañoo tànn lekk ñam wu Bàbbiloon te naan biiñam, wuute ko ak téere bu ndaw bi. Ci mujju ñetti at yi, Daniel ak ña baax ñañu leen indil ngir Nebukadnetsar àtte leen.</w:t>
      </w:r>
    </w:p>
    <w:p>
      <w:pPr>
        <w:pStyle w:val="ArticleScripture"/>
        <w:jc w:val="left"/>
      </w:pPr>
      <w:r>
        <w:rPr>
          <w:rFonts w:ascii="Times New Roman" w:hAnsi="Times New Roman" w:eastAsia="Times New Roman" w:cs="Times New Roman"/>
        </w:rPr>
        <w:t>Léegi, ba noppi jamono yi buur bi waxoon ne ñu war na leen indi, ndaw ji yor ñi ñu dagg seen góor indi na leen ci kanam Nebukadnessar. Te buur bi wax ak ñoom; te ci seen biir gépp, giseesul kenn ku mel ni Daniel, Hanania, Misael ak Azaria: moo tax ñu taxaw ci kanam buur bi. Te ci mbir yépp yu xam-xam ak dégg-dégg yu buur bi laaj ci ñoom, gis na leen ñu gën ñiir fukki yoon lépp ay musibaakat ak ay seetkat biddéew yi nekkoon ci béppam réewam. Te Daniel sax ba ca atum buur Sirus bu njëkk. Daniel 1:18–21.</w:t>
      </w:r>
    </w:p>
    <w:p>
      <w:pPr>
        <w:pStyle w:val="ArticleBody"/>
        <w:jc w:val="left"/>
      </w:pPr>
      <w:r>
        <w:rPr>
          <w:rFonts w:ascii="Times New Roman" w:hAnsi="Times New Roman" w:eastAsia="Times New Roman" w:cs="Times New Roman"/>
        </w:rPr>
        <w:t>Dañeel ak ñetti gor ñi am yërmandé, ñoom itam dañoo jaar ci nattu bu “fukk” fan, te gannaaw loolu, bi ñu weesee seen nattu mujj ma, gis nañu ne ñoo gëna am xel “fukk” yoon ca ñeneen ñépp.</w:t>
      </w:r>
    </w:p>
    <w:p>
      <w:pPr>
        <w:pStyle w:val="ArticleBody"/>
        <w:jc w:val="left"/>
      </w:pPr>
      <w:r>
        <w:rPr>
          <w:rFonts w:ascii="Times New Roman" w:hAnsi="Times New Roman" w:eastAsia="Times New Roman" w:cs="Times New Roman"/>
        </w:rPr>
        <w:t>Saare bu njëkk mooy jëfandikook bu njëkk ci xebaaru malaaka bu njëkk bi ci téere bi ñu defare ak téeri Daniel ak Peeñu Yàlla. Mu yor melokaan yu ni mel nekk ak malaaka bu njëkk bi ci Peeñu Yàlla saare fukk ak ñeent. Mu taxawal dëgg gi ñu njëkk a wax ci sarët bu njëkk bi ci Peeñu Yàlla, ndaxte Nebukadnesar jox na xebaar Ashpenas, moom itam jox ko Melsar, te gannaaw loolu mu jëflante ak Daniel. Baay bi jox na Almasi bi xebaar, moom itam jox ko Jibiriil, te gannaaw loolu mu jëflante ak Yowaana.</w:t>
      </w:r>
    </w:p>
    <w:p>
      <w:pPr>
        <w:pStyle w:val="ArticleBody"/>
        <w:jc w:val="left"/>
      </w:pPr>
      <w:r>
        <w:rPr>
          <w:rFonts w:ascii="Times New Roman" w:hAnsi="Times New Roman" w:eastAsia="Times New Roman" w:cs="Times New Roman"/>
        </w:rPr>
        <w:t>Bataaxal bi ñuy yónnee, mooy bataaxal bi ñuy ubbite léegi, mi ngi màndargaal yoonu Baay bi di wax ak mbooloom. Li jëkk la Baay bi tànn a xamle mbooloom mooy jéego nattu bu ñetti jéego, te mu bokk ci ñetti malaaka yi. Kàddu Yàlla gu yonent gi dafa mel ni ku fexe bu baax a faral di firndeel jéego boobu jaarale ko ci ay rëdd yu bare yu yonent, te itam jaarale ko ci jaar-jaari Millérites yi. Dëgg yooyu ñooy benn cër ci man bu nëbbu bi nekkoon ci loxol malaaka ba, ba mu wàccee 11 Septàmbar 2001.</w:t>
      </w:r>
    </w:p>
    <w:p>
      <w:pPr>
        <w:pStyle w:val="ArticleBody"/>
        <w:jc w:val="left"/>
      </w:pPr>
      <w:r>
        <w:rPr>
          <w:rFonts w:ascii="Times New Roman" w:hAnsi="Times New Roman" w:eastAsia="Times New Roman" w:cs="Times New Roman"/>
        </w:rPr>
        <w:t>Suulul bokk te mucc ci ñaareelu nattu bi su fekkee jotuloo baasaŋ nattu bu jëkk bi. Dëgg gii feeñ na bu leer ci jaar-jaaru Kirist ak Millerites yi. Daniel saar 2 mooy ñaareelu nattu bi, bi nga xam ne, ni Ndey White waxe, “mooy li sunu dogalu ba faawe di ame njub.” Te itam mu waxaat ne mooy nattu bi nu war “baasaŋ, bala ñu tàmpe nu.” Nattu boobu léegi jàpp na jeex ba mu toog.</w:t>
      </w:r>
    </w:p>
    <w:p>
      <w:pPr>
        <w:pStyle w:val="ArticleBody"/>
        <w:jc w:val="left"/>
      </w:pPr>
      <w:r>
        <w:rPr>
          <w:rFonts w:ascii="Times New Roman" w:hAnsi="Times New Roman" w:eastAsia="Times New Roman" w:cs="Times New Roman"/>
        </w:rPr>
        <w:t>Ñaareelu Daniel ci saraxal ñaar bi, mooy wax ci nattu nataalu rab wi, te rafet na lool ci ne saraxal bi mooy ci nataal bu réy; te ndaxte rekk la Daniel daan jàll nattu lekk bi, te Yàlla barkeel ko ak “fukk yoon” yokkute ci “xam-xam” ak “xel mu leer”, moo tax mu man a xàmmee nattu boobu. Ni ko mel ni ndigalu nattu bi nekk ci bind yi Ellen White, nattu nataal bi nekk ci Ñaareelu Daniel mooy nattu bu tekki ay àttey dund walla dee.</w:t>
      </w:r>
    </w:p>
    <w:p>
      <w:pPr>
        <w:pStyle w:val="ArticleScripture"/>
        <w:jc w:val="left"/>
      </w:pPr>
      <w:r>
        <w:rPr>
          <w:rFonts w:ascii="Times New Roman" w:hAnsi="Times New Roman" w:eastAsia="Times New Roman" w:cs="Times New Roman"/>
        </w:rPr>
        <w:t>Ndax lii moo tax buur bi mer lool te metti lool, ba sant ne ñu rey boroom xam-xam yépp yu Babilon. Noonu ndigal li génn ne ñu rey boroom xam-xam ya; te ñu di seet Daniyel ak ay xaritam ngir rey leen. Daniyel 2:12, 13.</w:t>
      </w:r>
    </w:p>
    <w:p>
      <w:pPr>
        <w:pStyle w:val="ArticleBody"/>
        <w:jc w:val="left"/>
      </w:pPr>
      <w:r>
        <w:rPr>
          <w:rFonts w:ascii="Times New Roman" w:hAnsi="Times New Roman" w:eastAsia="Times New Roman" w:cs="Times New Roman"/>
        </w:rPr>
        <w:t>Am na ñàkk yeneen mbir yu yonent yi nekk ci Daniel saar bu njëkk bi nu war a jëfandikoo, te dinañu wéyal ak yooyu mbir ci bind bi ci topp.</w:t>
      </w:r>
    </w:p>
    <w:p>
      <w:pPr>
        <w:pStyle w:val="ArticleScripture"/>
        <w:jc w:val="left"/>
      </w:pPr>
      <w:r>
        <w:rPr>
          <w:rFonts w:ascii="Times New Roman" w:hAnsi="Times New Roman" w:eastAsia="Times New Roman" w:cs="Times New Roman"/>
        </w:rPr>
        <w:t>«Gis naa ay mbooloo mu taxawoon bu baax, ñu ñàkkul woon yaram te dëgër, di bañ a jox ndigal walla gërëm ñi bëgg a yëngu yoonu ngëm gu sampu ci biir jëfandikukat yi. Yàlla xool leen ak neexal. Teññ ma ñetti jéego: yonnentu malaaka bu njëkk, bu ñaareel, ak bu ñetteel. Malaaka mi ànd ak man nee: “Mbaam ku yëngal benn xeer walla yëngu benn pin ci yenn xibaar yii. Deeg gi dëgg ci nekkug yenn xibaar yii am na solo wu tar. Dogalu ruuy yi dafa wéeru ci ni ñu leen di nangu.” Su ma delloo jóg ci yenn xibaar yii, gis naa ni nit ñi Yàlla moom jëndoon seen xeetu xam-xam ak seen dund ci ndam lu jafe. Jotoon nañu ko jaarale ko ci coono yu bari ak xeex yu metti. Yàlla doon leen jiite ndànk-ndànk, ba mu leen teg ci benn dal bu dëgër, bu kenn mënul yëngu. Gis naa nit ñuy ñëw ci dal ba, di seet fondemaŋ ba. Am ñi, ak mbégte, dugg ci saasi ci kowam. Ñeneen tàmbalee di gise ay sikk ci fondemaŋ ba. Ñoom bëggoon nañu ñu def ay yokkute, noonu dal ba dina gën a mat, te nit ñi dinañu gën a bég. Am ñi génn ci dal ba ngir seet ko, teg wax ne ñu samp ko bu baaxul. Waaye gis naa ne lu ëpp ci ñoom taxawoon nañu bu dëgër ci kaw dal ba, di dénk ñi waccoon ci kawam ñu bàyyi seen ñaawle; ndaxte Yàlla mooy Tabaxkat bu Mag bi, te ñoom dañoon xeex ak moom. Ñu fàttali jëf ju yéeme ju Yàlla def, ji leen indi woon ba ci dal bu dëgër ba; te ci benn booloo ñu yékkati seen bët jëm asamaan, ak baat bu kawe, di màggal Yàlla. Loolu daldi laal yeneen ci ñi doon ñaawle te bàyyi dal ba, ba ñoom it, ak xool bu woyof, dellu ci kawam.»</w:t>
      </w:r>
    </w:p>
    <w:p>
      <w:pPr>
        <w:pStyle w:val="ArticleScripture"/>
        <w:jc w:val="left"/>
      </w:pPr>
      <w:r>
        <w:rPr>
          <w:rFonts w:ascii="Times New Roman" w:hAnsi="Times New Roman" w:eastAsia="Times New Roman" w:cs="Times New Roman"/>
        </w:rPr>
        <w:t>«Ñu tektaloon na ma dellu ci yégleb ñëwug Kirist bu njëkk ba. Yoon naa Yowaana ci xelu ak kàttanu Eliya ngir waajal yoonu Yeesu. Ñi bañoon seedeu Yowaana amuñu njariñ ci njàngale yi Yeesu. Seen weddi bataaxal bi doon wax ñëwam moo leen tax ñu tollu ci fan wu taxoon ne mënuñoo yomb a nangu dalil yi gën a dëgër ne mooy Almasi bi. Seytaane jiite na ñi bañoon ndigalu Yowaana ba ñu dem gën a sori, ba bañ te daajoon Kirist. Ci li ñu def noonu, ñu teg seen bopp foofu fa ñu mënul woon a jot barke bi ci bésub Pentekot, bi leen di jàngal yoonu dugg ca kër Yàlla ju nekk ci asamaan. Xar-xaru [rëcc] muyir kër Yàlla gi wone na ne sarax yi ak dogali Yawut yi deesu leen nanguati. Sarax su mag si joxe woon na ko, te nangu nañu ko, te Xelum Sell mi wàcce woon ca bésub Pentekot yóbbu na xel yi taalibé yi jële ci kër Yàlla gu ci suuf ba ca kër Yàlla gu ci asamaan, fa Yeesu dugg ak deretam moom ci boppam, ngir tuur ci kaw taalibéem yi njariñi jubbaloom. Waaye Yawut ya des nañu ci lëndëm gu mat sëkk. Ñu ñàkk lépp leer gi ñu manoon a am ci pexe mucc, te ba tey di wéeru ci seen sarax ak seen saraxal yu amul njariñ. Kër Yàlla gu ci asamaan jël na bérabu ga ci suuf, waaye xamuñu woon benn dara ci soppe boobu. Moo tax amuñu woon njariñ ci ràmmukatug Kirist ca bérab bu sell ba.»</w:t>
      </w:r>
    </w:p>
    <w:p>
      <w:pPr>
        <w:pStyle w:val="ArticleScripture"/>
        <w:jc w:val="left"/>
      </w:pPr>
      <w:r>
        <w:rPr>
          <w:rFonts w:ascii="Times New Roman" w:hAnsi="Times New Roman" w:eastAsia="Times New Roman" w:cs="Times New Roman"/>
        </w:rPr>
        <w:t>“Ñoom ñi baree xool ak ragal yoonu Yawut yi ci seen bañ ak jébbal Krist ci dee. Bu ñuy jàng jaar-jaaru toroxteem ak toroxal gu bon ga ñu ko defal, dañuy foog ne dañu ko bëgg, te duñu ko woon weddi ni Piyeer defee, walla rey ko ci bant ni Yawut yi defee. Waaye Yàlla miy jàng xolub ñépp, indi na ci nattu mbëggeel gi ñuy wax ne am nañu ci Yeesu. Asamaan mépp seetaan na ak far mbooloo nangu gi ñu def bataaxal malaaka bu njëkk ba. Waaye ñu bare ci ñi wax ne dañuy bëgg Yeesu, te daan weey bu ñuy jàng nettali bant ba, ñu xeeb xibaar bu baax bi ci ñëwam. Fekk noonu, fa ñuy war a nangu bataaxal ba ak mbégte, ñu wax ne nax la. Dañu bañ ñi bëgg feeñam, te génne leen ci kërkàngi yi. Ñi bañ bataaxal bu njëkk ba, kenn mënul woon a jariñoo leen ak ñaareel bi; noonu itam, duñu woon a jariñoo ak yuuxu guddi gi, mi waroon a waajal leen ngir ñu duggal ak Yeesu ci ngëm ba ca bérab bu gën a sell ba ci kër Yàlla ga nekk ci asamaan. Te ci seen bañ ñaari bataaxal yi jiitu, lëndëmloo nañu seen xam-xam ba tax ñu mënuñu gis benn leer ci bataaxal malaaka bu ñetteel bi, biy won yoon wi jëm ca bérab bu gën a sell ba. Gis naa ne ni Yawut yi reyoon Yeesu ci bant, noonu la kërkàngi yu tudd rekk di yu Kiristaan daan reyee bataaxal yii; moo tax xamuñu yoon wi jëm ca bérab bu gën a sell ba, te mënuñu a jariñoo ak rammu Yeesu foofa. Mel ni Yawut yi, ñi joxe seen sarax yu amul njariñ, noonu lañuy yékkati seen ñaan yu amul njariñ jëm ca néeg ba Yeesu bàyyi; te Seytaane, mi bég ci nax gi, sol jikko ju diine, te yóbbu xel yi ñuy wax ne ay Kiristaan lañu jëm ci moom ci boppam, di liggéey ak kàttanam, ak ay tektal, ak ay kéemaan yu fen, ngir tëj leen bu baax ci fiirëm.”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Limu Juróom-Ñeent```</dc:title>
  <dc:subject>Bataaxalu Malaaka bu njëkk bi</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