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Danyeel — Téeméeri Juróom-benn fukk ak juróom-benn</w:t>
      </w:r>
    </w:p>
    <w:p>
      <w:pPr>
        <w:pStyle w:val="ArticleSubtitle"/>
        <w:jc w:val="left"/>
      </w:pPr>
      <w:r>
        <w:rPr>
          <w:rFonts w:ascii="Arial" w:hAnsi="Arial" w:eastAsia="Arial" w:cs="Arial"/>
        </w:rPr>
        <w:t>Ubbi mbooloom àtte bi: Dale ko ci 9/11 ba ci Yoonu Dibeeru — Njàngat gu yégle bu yonent-yi waxoon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Kàtte gu jëfandikookat bi ci kaw ñi dund tàmbalee na 11 Septàmbar 2001, te àtte gu amal jëf bi di tàmbalee ci yoonu Dibéer bu nirook a ñëw. Ñaari jamono yooyu yu àtte dañuy tegtal liggéeyu ndaw li yore yoon wi ngir waajal yoonu Ñetteelu Yonnent bi ci Kóllëre gi, ak Ñetteelu Eliya bi, te loolu mooy jeexitalu yonnent Eliya bi mi tàmbalee ci jaar-jaaru Milerit.</w:t>
      </w:r>
    </w:p>
    <w:p>
      <w:pPr>
        <w:pStyle w:val="ArticleBody"/>
        <w:jc w:val="left"/>
      </w:pPr>
      <w:r>
        <w:rPr>
          <w:rFonts w:ascii="Times New Roman" w:hAnsi="Times New Roman" w:eastAsia="Times New Roman" w:cs="Times New Roman"/>
        </w:rPr>
        <w:t>Ci Kirist mooy matal Ndawli Kóllëre gi; ñaari yoon la setal kër Yàlla su dëkk ci suuf te di seen ci bët, bi doon misaal jëmmam ak kër Yàllaam gu xel. Kër Yàllaam gu dëkk ci suuf te di seen ci bët tàmbalee na ca Màkkaanu Tëndal ga ca màndiŋ ma, gannaaw loolu kër Yàlla Suleymaan, gannaaw loolu kër Yàlla ga ñu tabaxaat ba noppi juróom-ñaari-fukk at yi ñu néewoon ca ngàlla Babilon, te moomu benn kër Yàlla googu la woon itam gannaaw liggéeyu soppiwaay bu juróom-benn-fukk ak juróom-benn at Erodd def.</w:t>
      </w:r>
    </w:p>
    <w:p>
      <w:pPr>
        <w:pStyle w:val="ArticleBody"/>
        <w:jc w:val="left"/>
      </w:pPr>
      <w:r>
        <w:rPr>
          <w:rFonts w:ascii="Times New Roman" w:hAnsi="Times New Roman" w:eastAsia="Times New Roman" w:cs="Times New Roman"/>
        </w:rPr>
        <w:t>Ndëggalu Yàlla ci yaram barkeel na kër Njàngukaay bi ak kër Yàlla Suleymaan, waaye barkeelul kër Yàlla bi ñu delloo tabax gannaaw ñu nekk ci njaam; teewul, kër Yàlla boobu ñu soppiwaat barkeel na ko ndaw teew gu yaramu Almasi bi. Ci jaar-jaaru kër Yàlla Erodda bi ñu soppiwaat, Almasi setal na kër Yàlla bi ñaari yoon ngir matal li Malasi wax ci saar ñetteel. Ci njëkkalekaayu setal ga, Almasi tudde na kër Yàlla bi ne mooy kër Baayam; waaye ci mujj ga mu setalee kër Yàlla bi, Almasi tudde na ko ne mooy kër Yawut ya.</w:t>
      </w:r>
    </w:p>
    <w:p>
      <w:pPr>
        <w:pStyle w:val="ArticleBody"/>
        <w:jc w:val="left"/>
      </w:pPr>
      <w:r>
        <w:rPr>
          <w:rFonts w:ascii="Times New Roman" w:hAnsi="Times New Roman" w:eastAsia="Times New Roman" w:cs="Times New Roman"/>
        </w:rPr>
        <w:t>Ci jaar-jaari Millérite yi, Kirist taxawalna ab kër-u Yàlla gu xel ci ñent-fukk ak juróom-benn at, li dale ci 1798 ba 1844. Ci 22 Oktoobar 1844, ngir matal li Malasi wax ci saar 3, mu dikk na ci saa si ca këram gu sell ga, te noonu mu setal janqale jànq yi. Gannaaw loolu mu dikk na ni ñetteelu malaaka mi ngir yeggale ñaareelu setal gi ak mujj gi, waaye ni ko deme woon ca njàlbéenu Israayil gu yàgg ga, Israayil gu bees gi amuloon ngëm gi war ngir mottali liggéey bi.</w:t>
      </w:r>
    </w:p>
    <w:p>
      <w:pPr>
        <w:pStyle w:val="ArticleBody"/>
        <w:jc w:val="left"/>
      </w:pPr>
      <w:r>
        <w:rPr>
          <w:rFonts w:ascii="Times New Roman" w:hAnsi="Times New Roman" w:eastAsia="Times New Roman" w:cs="Times New Roman"/>
        </w:rPr>
        <w:t>Ci 11 Septàmbar 2001, Kirist dellu ngir mottali ñaareelu setal kër Yàlla gi, bi ñuy mottali su fekkee ñu di faj ñaareel yi amul xel ci waxtu ndigal alxames gu bëgg a ñëw, bu ñu yewoo ne xam-xam wu yokk wi ñu ubbiwoon ci 1989, dañu ko xamul. Yokku xam-xam woowu mooy bataaxalu taw bu mujj bi, te mooy itam bataaxalu Yuuxu Diggante Guddi gi, bu ñu ko teggee ci mbirum léebu fukki janq. Bataaxalu juróom-benn ci juróom-benni aaya yu mujj yi ci Daniel 11, yi ñu ubbiwoon ci moomeelu “waxtu mujj” ci 1989, dañu ko wone ci aaya 44 ci aaya yooyu ni “xibaar yu jóge penku ak bëj-gànnaar.”</w:t>
      </w:r>
    </w:p>
    <w:p>
      <w:pPr>
        <w:pStyle w:val="ArticleBody"/>
        <w:jc w:val="left"/>
      </w:pPr>
      <w:r>
        <w:rPr>
          <w:rFonts w:ascii="Times New Roman" w:hAnsi="Times New Roman" w:eastAsia="Times New Roman" w:cs="Times New Roman"/>
        </w:rPr>
        <w:t>Bataaxalug taw wu mujj gi mooy bataaxalug Yuuxu Diggënt Guddi, te mooy itam bataaxalu penku ak bëj-gànnaar. Penku ak bëj-gànnaar dañuy tegtal Islam ak paapase bi, ku nekk ci seen wàll; te ni ñuy doon ab bataaxal, dañuy tegtal bataaxal bi Adwantis bu Lawodiseey gi di naxar diggante 11 Suwelet 2001 ak yoonu dencu dibbeeri bésu Dimaas bi di ñëw. 11 Suwelet 2001 dafa tegtal Islam (penku), te yoonu Dimaas bi dafa tegtal marka rab wa (bëj-gànnaar).</w:t>
      </w:r>
    </w:p>
    <w:p>
      <w:pPr>
        <w:pStyle w:val="ArticleBody"/>
        <w:jc w:val="left"/>
      </w:pPr>
      <w:r>
        <w:rPr>
          <w:rFonts w:ascii="Times New Roman" w:hAnsi="Times New Roman" w:eastAsia="Times New Roman" w:cs="Times New Roman"/>
        </w:rPr>
        <w:t>Lalub dee baatu Laodise ak Adventisme mi feeñ na ci diggante ñaari màndarga yooyu, ni ko dee yonnent bu déggadi woon bi misaale ci diggante mbaam ak gaynde gi. Lalub dee baatu ñi nangu mandargay rab wi mooy li “xibaar yi jóge penku ak bëj-gànnaar” di tegtal, te mu merloo kàttanu pap bi, ba tàmbali fitna bu mujj bi ci kaw xeetu Yàlla. Baat boobu tàmbali na ca yoonu dibeer bu agsi ci gaaw bi ci États-Unis, foofa la, te itam ca jamono jooju la Islamu ñetteel “Woe” bi daldi daanu ak pëtëx bu bett. Bëgg-bët boobu kenn seetul woon jur na yàquute réew mi, te merloo xeet yi; noonu la jox dooleb koom ak politig ngir dajale xeet yépp a bokk a jànkoonte ak Islam, ci suufu saytu booloo bu ñett-benn bi, mooy dragon bi, rab wi ak yonnent bu dëggul bi.</w:t>
      </w:r>
    </w:p>
    <w:p>
      <w:pPr>
        <w:pStyle w:val="ArticleBody"/>
        <w:jc w:val="left"/>
      </w:pPr>
      <w:r>
        <w:rPr>
          <w:rFonts w:ascii="Times New Roman" w:hAnsi="Times New Roman" w:eastAsia="Times New Roman" w:cs="Times New Roman"/>
        </w:rPr>
        <w:t>Ci mboolem gi ñetteelu Eli, yégle bi màndargaal ñetteelu Njàqare bi di xamal janax bi, rab bi ak yonent bu dëggul bi ne, Lislaam mooy jumtukaayu àtte bi Yàlla di jëfandikoo ngir mbugal nit ñi ndax jaamu màndargayu sañ-sañu paap bi. Ni mu mel ci ñetti Room yi, ñetti Babilon yi, ñetti Eli yi, ak ñetti yonnent yi di waajal yoon wi, noonu it ñetteelu Njàqare bi dañu ko sas ci jëfandikoo ñett yoonu ñetti Njàqare yi.</w:t>
      </w:r>
    </w:p>
    <w:p>
      <w:pPr>
        <w:pStyle w:val="ArticleScripture"/>
        <w:jc w:val="left"/>
      </w:pPr>
      <w:r>
        <w:rPr>
          <w:rFonts w:ascii="Times New Roman" w:hAnsi="Times New Roman" w:eastAsia="Times New Roman" w:cs="Times New Roman"/>
        </w:rPr>
        <w:t>Noonu ma gis, noonu ma dégg malaaka buy naaw ci biir asamaan, muy wax ak baat bu kawe ne: Musiba, musiba, musiba ci kaw waa dëkk suuf, ndax ay yeneen baat yu trompet yi ñetti malaaka yi di woote, yi des ngir liñu tëgg! Peeñu 8:13.</w:t>
      </w:r>
    </w:p>
    <w:p>
      <w:pPr>
        <w:pStyle w:val="ArticleBody"/>
        <w:jc w:val="left"/>
      </w:pPr>
      <w:r>
        <w:rPr>
          <w:rFonts w:ascii="Times New Roman" w:hAnsi="Times New Roman" w:eastAsia="Times New Roman" w:cs="Times New Roman"/>
        </w:rPr>
        <w:t>Sërñë White jëfandikoo bu baax téggin na téereb Smith bi, Daniel and Revelation, te mu won ne bépp waay bu bokk ci Seventh-day Adventist war na am téere boobu, doonte waxu ko woon ci lu yomb ni ma ko bind fii, waaye dëgg gi am na ci kàdduy jàppaleem.</w:t>
      </w:r>
    </w:p>
    <w:p>
      <w:pPr>
        <w:pStyle w:val="ArticleScripture"/>
        <w:jc w:val="left"/>
      </w:pPr>
      <w:r>
        <w:rPr>
          <w:rFonts w:ascii="Times New Roman" w:hAnsi="Times New Roman" w:eastAsia="Times New Roman" w:cs="Times New Roman"/>
        </w:rPr>
        <w:t>“Boroom bi woote liggéeykat yi ngir ñu dugg ci toolu wërale téere yi, ngir téere yi ëmb leerug dëggu jamono jii man a tasaare. Nit ñi nekk ci àddina bi war nañu xam ne màndargay jamono yi dañuy mat. Yóbbu leen téere yi dinañu leen leeral. Daniel and Revelation, The Great Controversy, Patriarchs and Prophets, ak The Desire of Ages war nañu léegi dem ci àddina bi. Jàngale gu mag gi nekk ci Daniel and Revelation nit ñu bare ci Australie daña ko jàng ak bëgg-bëgg. Téere bii nekkoon na jumtukaay ji waral nit ñu bare yu am solo agsi ci xam-xamu dëgg gi. Lépp lu manees a def war nañu ko def ngir tasaare Thoughts on Daniel and the Revelation. Xamuma benn téere beneen buy man a wuutu bii. Moo taxawaayu Yàlla.”</w:t>
      </w:r>
    </w:p>
    <w:p>
      <w:pPr>
        <w:pStyle w:val="ArticleScripture"/>
        <w:jc w:val="left"/>
      </w:pPr>
      <w:r>
        <w:rPr>
          <w:rFonts w:ascii="Times New Roman" w:hAnsi="Times New Roman" w:eastAsia="Times New Roman" w:cs="Times New Roman"/>
        </w:rPr>
        <w:t>“Ñi yàgg ci dëgg gi, nelaw nañu. Soxla nañu sellal gu Xel Mu Sell mi. Wareefar bu ñetteel bi war a yéglee ak baat bu kawe. Mbiri yu mag lool a ngi sunu kanam. Amunu waxtu wu nu war a yàq. Na Yàlla tere nu may bàyyi mbir yu ndaw yi muur leer gi war a joxe àddina.” Manuscript Releases, volume 21, 444.</w:t>
      </w:r>
    </w:p>
    <w:p>
      <w:pPr>
        <w:pStyle w:val="ArticleBody"/>
        <w:jc w:val="left"/>
      </w:pPr>
      <w:r>
        <w:rPr>
          <w:rFonts w:ascii="Times New Roman" w:hAnsi="Times New Roman" w:eastAsia="Times New Roman" w:cs="Times New Roman"/>
        </w:rPr>
        <w:t>Téere bi, bi ñi bañoon gis-gisu Millerite ci “daily” bi nekk ci téere Daniel, itam bañ ko, joxoon nañu ko turu “loxo ndimbal Yàlla.” Su fekkee ne ñi bokk ci askanu Yàlla am nañu warug tas téer yiñ wax ci waxiin bi weesu, loolu dafay tekki ne askanu Yàlla war nañu moom téere bi ci seen bopp. Téere bi moo doon sentrum mboolem xeex ba ñiy yokk xalaat bu “bees” ci mbirum “daily” bi nekk ci téere Daniel, ndaxte mooy téere bi ñoom bëggoon a bindaat te dindi ci moom gis-gis bu jub ci “daily” bi.</w:t>
      </w:r>
    </w:p>
    <w:p>
      <w:pPr>
        <w:pStyle w:val="ArticleBody"/>
        <w:jc w:val="left"/>
      </w:pPr>
      <w:r>
        <w:rPr>
          <w:rFonts w:ascii="Times New Roman" w:hAnsi="Times New Roman" w:eastAsia="Times New Roman" w:cs="Times New Roman"/>
        </w:rPr>
        <w:t>Bi Bokk Mi Daniel, ba Muccu White waxee ñaari njiit yu mag ya ca réerug “bès bu nekk,” baax na ne mu doon wone yoon yi bari ne ñoom (Prescott ak Daniells) amuñu woon kàttan gu ñuy “xalaat ci sabab ba egg ci njariñam.” Ñiy soppiwaat jaar-jaaru taariixu Adventist yi ci jamonoy Laodicee mel na ni ñoom itam am nañu benn jafe-jafe boobu.</w:t>
      </w:r>
    </w:p>
    <w:p>
      <w:pPr>
        <w:pStyle w:val="ArticleBody"/>
        <w:jc w:val="left"/>
      </w:pPr>
      <w:r>
        <w:rPr>
          <w:rFonts w:ascii="Times New Roman" w:hAnsi="Times New Roman" w:eastAsia="Times New Roman" w:cs="Times New Roman"/>
        </w:rPr>
        <w:t>Njiitu yu jiitu, ñi ci biir jaar-jaaru fippu gu tàmbalee ci atum 1888 ba ci kanam, am nañu benn fan ci seen dund gu bopp ñu nangoo woon njàngale bu dëng bu ñuy wax ne “the daily.” Seen fippu mooy woon “njeexital,” te xam-xam bu jubadi ci “the daily,” mooy woon “sabab.” Revisionist yu Adventist yu Laodicea yi diir ñi amul njàngum ba ñu gëm ne ñoom sax ñaari fippukatu taarixu Advent yooyu, nekkuñu woon ci fippu; waaye seeni seede yu ñu soppi, seedeelu Biibël ak Xel mu Sell mi doxalu ko mukk. Ndaxte ñoom jàppuñu “njeexital” bi ni muy fippu, dañuy tëj yoonu seetlu “sabab” bi.</w:t>
      </w:r>
    </w:p>
    <w:p>
      <w:pPr>
        <w:pStyle w:val="ArticleScripture"/>
        <w:jc w:val="left"/>
      </w:pPr>
      <w:r>
        <w:rPr>
          <w:rFonts w:ascii="Times New Roman" w:hAnsi="Times New Roman" w:eastAsia="Times New Roman" w:cs="Times New Roman"/>
        </w:rPr>
        <w:t>Ni picc mi buy daw, ni welëb mi naaw, noonu la yéen bu amul sababu du ñëw. Kàddu Yu Xelu 22:6.</w:t>
      </w:r>
    </w:p>
    <w:p>
      <w:pPr>
        <w:pStyle w:val="ArticleBody"/>
        <w:jc w:val="left"/>
      </w:pPr>
      <w:r>
        <w:rPr>
          <w:rFonts w:ascii="Times New Roman" w:hAnsi="Times New Roman" w:eastAsia="Times New Roman" w:cs="Times New Roman"/>
        </w:rPr>
        <w:t>Xeeti Yàlla yi war nañu xam ngir fekk ñu am nañu fitna, te bu ñu ko xamee, war nañu seet sababam. Gannaaw loolu, war nañu jubal sabab boobu. Ci xët wi di ñëw, Sœur White dafay wax ci nettali Achan.</w:t>
      </w:r>
    </w:p>
    <w:p>
      <w:pPr>
        <w:pStyle w:val="ArticleScripture"/>
        <w:jc w:val="left"/>
      </w:pPr>
      <w:r>
        <w:rPr>
          <w:rFonts w:ascii="Times New Roman" w:hAnsi="Times New Roman" w:eastAsia="Times New Roman" w:cs="Times New Roman"/>
        </w:rPr>
        <w:t>“Ñu wone na ma ne, fii Yàlla dafay won ni muy seet bàkkaar ci biir ñi di wax ne ñooy ay nitam yu sàmm ndigalam. Ñi mu teraal na ci lu gawe, ba ñu nekk seede ci ay wontey dooleem yu yéeme, ni Israyil bu yàgg ba noppi, te teewul sax dinañu jëmbët a xeeb ay ndigalam yu leer, dinañu doon ay nit ñu meram di dal. Mu bëgg a jàngal ay nitam ne déggadi ak bàkkaar dañuy merloo ko lool, te waruñu ko jàpp ni lu yomb. Mu ngi nu won ne bu gisee ne ay nitam dañuy nekk ci bàkkaar, war nañu ci saa si jël matuwaay yu wóor ngir dindi ko ci seen biir, ngir bañ a bàyyi seen meram dal ci ñoom ñépp. Waaye su bàkkaaru nit ña ñi yor yëfi war a saytu bàyyi ko muy weesu, meram dina dal ci ñoom, te askanu Yàlla, ci seen mboolem, dinañu leen teg ñoom itam yàggaayu bàkkaar yooyu. Ci li Boroom bi defoon ak ay nitam ca jamono yu wees ya, dafay won soxlay sellal kërceen gi ci ay lu bon. Benn bàkkaarkat mën na siiwal lëndëm bu war a tere leeru Yàlla dugg ci mbooloo mépp. Bu nit ña xamee ne lëndëm moo ngi wàcc ci seen kaw, te xamuñu lu ko waral, war nañu wut Yàlla ak xol bu dëgër, ci toroxte gu réy ak suufeel bopp, ba kera bàkkaar yi di merloo Xelam gën a seetlu te dindi leen.”</w:t>
      </w:r>
    </w:p>
    <w:p>
      <w:pPr>
        <w:pStyle w:val="ArticleScripture"/>
        <w:jc w:val="left"/>
      </w:pPr>
      <w:r>
        <w:rPr>
          <w:rFonts w:ascii="Times New Roman" w:hAnsi="Times New Roman" w:eastAsia="Times New Roman" w:cs="Times New Roman"/>
        </w:rPr>
        <w:t>“Bañu xel bi ñu nu yàqoo ci ndaxte nu yeddaloon ay lu bon yi Yàlla won ma ne am nañu, ak xaacu bi ñu yékkati ne dafa tar te metti, yoonul. Yàlla sant na nu wax, te du nu noppi. Su fekkee ne ay lu bon feeñ nañu ci biir ay doomam, te su fekkee ne surga yi Yàlla di jëfandikoo jall ci seen kaw ak xel mu sedd, kon ci dëgg-dëgg dañuy taxawal te ànd ak bàkkaarkat bi, te ñoom itam a bokk ci tooñ ba, te dinañu ci ni mel ni noonu jot merum Yàlla; ndaxte dees na leen teg wooteb bàkkaari ñi tooñ. Ci ay peeñu ma won nañu ma yoon yu bari yu merum Yàlla dikkoo ndax sagoom bu nekk ci wàllug ay surgaam ci di jëf ak ay lu bon ak ay bàkkaar yi nekkoon ci seen biir. Ñi fekkoon ay layiraandul ngir jéggal ay lu bon yooyu, nit ña daan nañu leen jàppe ne ñooy nit ñu baax xol te nooy, ndaxte dañu dawone woon ci yokk seen bopp ci liggéey bu leer bu Mbind mi santaane. Sas boobu neexuloon seen xol; moo tax dañu ko moytu.” Testimonies, volume 3, 265.</w:t>
      </w:r>
    </w:p>
    <w:p>
      <w:pPr>
        <w:pStyle w:val="ArticleBody"/>
        <w:jc w:val="left"/>
      </w:pPr>
      <w:r>
        <w:rPr>
          <w:rFonts w:ascii="Times New Roman" w:hAnsi="Times New Roman" w:eastAsia="Times New Roman" w:cs="Times New Roman"/>
        </w:rPr>
        <w:t>Jàngi lépp yu jëwriñ yi jëm ci benn rébél ci biir Adventism seedeel na ne benn ci yoon yi ñuy gis lu bare ci seen rébél mooy ne ci benn waxtu ci seen dund gu bopp dañu nangu gis-gis gu dul dëgg ci “the daily.” Waaye loolu waxees na, téereb Smith bi, doonte ne du wax ju waxandikoo ak biir mu am ay jafe-jafe yu jëm ci jàngale, ba tey dafay joxe benn xool bu baax ci ni pionnier yi deggoon Mbindi mi ci Révélation sapit 8 ak 9, fa nu gis jaar-jaaru yonent bi ci juróom-benn biir trompet yi njëkk yi. Dañuy dellu ci xalaat yu Smith yi nekk ci téereem bi, Daniel and Revelation, bi nuy tàmbalee xalaat ci ñetti jëfandikoo yi ci ñetti Wo yi.</w:t>
      </w:r>
    </w:p>
    <w:p>
      <w:pPr>
        <w:pStyle w:val="ArticleBody"/>
        <w:jc w:val="left"/>
      </w:pPr>
      <w:r>
        <w:rPr>
          <w:rFonts w:ascii="Times New Roman" w:hAnsi="Times New Roman" w:eastAsia="Times New Roman" w:cs="Times New Roman"/>
        </w:rPr>
        <w:t>Rakk bu jigéen White xamale na nu ne deesoon na jox William Miller leer gu mag ci téere Révélation bi, waaye xelam ci ay sàr yi fukki ak ñett, ak fukk ak juróom benn ba fukk ak juróom ñett ba fukk ak juróom ñent, nekkoon na lu jubul, ndaxte mu nekkoon na ci ab taxawaay bu baaxul ci jaar-jaari nettali gi ngir gis ne am na ñetti dooley yàq, du ñaar rekk. Leeram gu mag ga nekkoon na ci ay sàr yi ñaar ba juróom-ñent ci Révélation.</w:t>
      </w:r>
    </w:p>
    <w:p>
      <w:pPr>
        <w:pStyle w:val="ArticleScripture"/>
        <w:jc w:val="left"/>
      </w:pPr>
      <w:r>
        <w:rPr>
          <w:rFonts w:ascii="Times New Roman" w:hAnsi="Times New Roman" w:eastAsia="Times New Roman" w:cs="Times New Roman"/>
        </w:rPr>
        <w:t>«Waarekat ak nit ñi jàpp nañu ne téereb Peeñ mi mooy lu sutura te amul solo lu ni mel ak yeneen pàcc yi ci Mbind mi Sell mi. Waaye gis naa ne téere bii mooy dëgg-dëgg peeñ gu Yàlla joxe ngir njariñ wu beesal ñeel ñi war a dund ci fan yu mujj yi, ngir gindeeleen ci xam seen taxawaay ju dëgg ak seen warugar. Yàlla sant na xel mu William Miller ci waxi yonent yi te may ko leer gu réy ci téereb Peeñ mi.» Early Writings, 231.</w:t>
      </w:r>
    </w:p>
    <w:p>
      <w:pPr>
        <w:pStyle w:val="ArticleBody"/>
        <w:jc w:val="left"/>
      </w:pPr>
      <w:r>
        <w:rPr>
          <w:rFonts w:ascii="Times New Roman" w:hAnsi="Times New Roman" w:eastAsia="Times New Roman" w:cs="Times New Roman"/>
        </w:rPr>
        <w:t>Miller dafa joxe ni mu xammee njàng mi mu am ci mbind yi, ci rëcc yi, ci buux yi ak ci ndab yi, ni ñu topp.</w:t>
      </w:r>
    </w:p>
    <w:p>
      <w:pPr>
        <w:pStyle w:val="ArticleScripture"/>
        <w:jc w:val="left"/>
      </w:pPr>
      <w:r>
        <w:rPr>
          <w:rFonts w:ascii="Times New Roman" w:hAnsi="Times New Roman" w:eastAsia="Times New Roman" w:cs="Times New Roman"/>
        </w:rPr>
        <w:t>“Juróom-ñaari mbooloom gëmkat yi nekk ci Asi mooy jaar-jaaru mbooloom Krist ci juróom-ñaari melokaanam, ci béppam wërngal ak déngëram, ci béppam ngëneel ak tiis, dale ko ca fan yi ndaw ya ba ci mujjug àddina. Juróom-ñaari rëcc yi mooy jaar-jaaru li kàttan yi ak buur yu àddina def ci kaw mbooloom gëmkat gi, ak aarug Yàlla ngir ñoñam ci benn jamono boobu. Juróom-ñaari buux yi nag mooy jaar-jaaru juróom-ñaari àtte yu xóot te diis yuñu yónnee ci kaw suuf, walla nguurug Room. Te juróom-ñaari kaas yi mooy juróom-ñaari mbooleem musiba yu mujj yiñu yónnee ci kaw Room bu Paap ba. Te am na ci biir loolu yeneen xew-xew yu bare itam, ñu ràbb leen mel ni dex yu ndaw yu di dugg ci benn dex gu mag, di feesal dex gu réy gu kàddug waxu Yàlla, ba ker gi yépp jeex ci sunu dugal ci géejug abadiyya.”</w:t>
      </w:r>
    </w:p>
    <w:p>
      <w:pPr>
        <w:pStyle w:val="ArticleScripture"/>
        <w:jc w:val="left"/>
      </w:pPr>
      <w:r>
        <w:rPr>
          <w:rFonts w:ascii="Times New Roman" w:hAnsi="Times New Roman" w:eastAsia="Times New Roman" w:cs="Times New Roman"/>
        </w:rPr>
        <w:t>“Li, ci sama xel, moo di pexeb wax ju Yowaana ci téereb Peeñ mi. Te góor gu bëgg a xam téere bii, war na am xam-xam bu mat ci yeneen xaaj yi ci Kàddug Yàlla. Nataal yi ak léebu yi ñu jëfandikoo ci wax ju waxkat bii, du ñoom ñépp a leeral ci moom sax, waaye war nañu leen a seet ci yeneen yonent yi, te ñu faramxale leen ci yeneen xëti Mbind mi. Moo tax leer na ne Yàlla namm na ngir ñu jàng lépp, ngir sax jot ci xam-xam bu leer ci benn xaaj.” William Miller, Miller’s Lectures, volume 2, lecture 12, 178.</w:t>
      </w:r>
    </w:p>
    <w:p>
      <w:pPr>
        <w:pStyle w:val="ArticleBody"/>
        <w:jc w:val="left"/>
      </w:pPr>
      <w:r>
        <w:rPr>
          <w:rFonts w:ascii="Times New Roman" w:hAnsi="Times New Roman" w:eastAsia="Times New Roman" w:cs="Times New Roman"/>
        </w:rPr>
        <w:t>Ni mel ni yonnenteelu bu ñetteel bi, mi xayma yoon wi ngir yonnenteelu Kóllëre bi, di tektal jaar-jaaru biir ci attekatu mbooloom gëmkat yi, ci juumte ak ñetteelu Eliya bi, miy tektal jaar-jaar bu biti ci attekatu Babilon bu jamono jii, noonu itam xam-xamu njàlbéen ba ci mbooloy gëmkat yi ak ci sar yi raññee na benn seede bu biir ak biti.</w:t>
      </w:r>
    </w:p>
    <w:p>
      <w:pPr>
        <w:pStyle w:val="ArticleScripture"/>
        <w:jc w:val="left"/>
      </w:pPr>
      <w:r>
        <w:rPr>
          <w:rFonts w:ascii="Times New Roman" w:hAnsi="Times New Roman" w:eastAsia="Times New Roman" w:cs="Times New Roman"/>
        </w:rPr>
        <w:t>“Xañ yi dees na leen jëfandikoo ci sunu seetlu ci tereb Peeñu gi, ci ay saar yu 4eelu, 5eelu, ak 6eelu. Jàmm ak xew-xew yi ñu wone ci suufu xañ yooyu, dees na leen gis ci Peeñu gi 6, ak sar bu njëkk bi ci Peeñu gi 8. Lu leer la ne, dañuy mbooleem ëmb xew-xew yi jëfandikook mbooloom gëm-gëmkat yi, dale ci ubbi jamono jii ba ci dikkug Almasi bi.”</w:t>
      </w:r>
    </w:p>
    <w:p>
      <w:pPr>
        <w:pStyle w:val="ArticleScripture"/>
        <w:jc w:val="left"/>
      </w:pPr>
      <w:r>
        <w:rPr>
          <w:rFonts w:ascii="Times New Roman" w:hAnsi="Times New Roman" w:eastAsia="Times New Roman" w:cs="Times New Roman"/>
        </w:rPr>
        <w:t>«Bi jur ñaari kërk yi di won jaar-jaaru biir bu magg bu kërk gi, jur ñaari màndarga yi da ñuy feeñal xew-xew yu mag yi ci jaar-jaaru bitiim.» Uriah Smith, The Biblical Institute, 253.</w:t>
      </w:r>
    </w:p>
    <w:p>
      <w:pPr>
        <w:pStyle w:val="ArticleBody"/>
        <w:jc w:val="left"/>
      </w:pPr>
      <w:r>
        <w:rPr>
          <w:rFonts w:ascii="Times New Roman" w:hAnsi="Times New Roman" w:eastAsia="Times New Roman" w:cs="Times New Roman"/>
        </w:rPr>
        <w:t>Uriah Smith dafa doon xam-xamu Millerit yi ci mbirum diggante biir ak bitiir gu njëkk yi ci mboolooy gëm-gëm yi, te James White itam joxe na melokaan bu ni mel ci wax ju aju ci jaar-jaari cosaan yu dëppoo.</w:t>
      </w:r>
    </w:p>
    <w:p>
      <w:pPr>
        <w:pStyle w:val="ArticleScripture"/>
        <w:jc w:val="left"/>
      </w:pPr>
      <w:r>
        <w:rPr>
          <w:rFonts w:ascii="Times New Roman" w:hAnsi="Times New Roman" w:eastAsia="Times New Roman" w:cs="Times New Roman"/>
        </w:rPr>
        <w:t>“Léegi, topp nanu dëggal yëngu-géem yi, sël yi, ak rab yu dund yi, ba ci méngookanteem yi tollu ci jamono yii ñuy muur benn. Sël yi juróom-ñaari lañu, waaye rab yi ñeenti rekk lañu. Te am na solo nu seet fii ne, bi ñuy ubbi sël bu njëkk bi, ñaareel bi, ñetteel bi ak ñeenteel bi, rab bu njëkk bi, ñaareel bi, ñetteel bi ak ñeenteel bi dees na leen dégg ñuy wax ne: “Ñëwal te gis;” waaye bi ñuy ubbi juróomeel bi, juróom-bennoomeel bi ak juróom-ñaareeloomeel bi, dégguñu benn baat bu mel noonu. Itam, ñetti yëngu-géem yu mujj yi ak ñetti sël yu mujj yi, mënuñu méngookante ni ñuy muur benn jamono, ni ko ñetti yëngu-géem yu njëkk yi ak ñetti sël yu njëkk yi di def. Waaye, ni nu ko woné, yëngu-géem yi, sël yi ak rab yi dañuy déggoo ci ni ñuy muur benn jamono diirub lu tollook ngëm 1800 at, ba kera ñu agsi ci lu ëpp tuuti genn xaaj bu genn atub téeméeri at ci jamono jii.” James White, Review and Herald, 12 Fewriye 1857.</w:t>
      </w:r>
    </w:p>
    <w:p>
      <w:pPr>
        <w:pStyle w:val="ArticleBody"/>
        <w:jc w:val="left"/>
      </w:pPr>
      <w:r>
        <w:rPr>
          <w:rFonts w:ascii="Times New Roman" w:hAnsi="Times New Roman" w:eastAsia="Times New Roman" w:cs="Times New Roman"/>
        </w:rPr>
        <w:t>Noonu rekk ajiñ ñetti jiitu njàlbéen yu mag yi ci taarixu Millerite. Ñoom ñépp ñetti daan nañu taxaw ci gis-gis gu jub ci “bés bu nekk bi,” te itam ñoom ñépp daan nañu yëngu ci xool bu yàgg bi ci mboolo yi, màndarga yi ak buxus yi, ci biir raam bu dëgg bi ci biir biñu gindi Miller mu xam ko te wone ko.</w:t>
      </w:r>
    </w:p>
    <w:p>
      <w:pPr>
        <w:pStyle w:val="ArticleScripture"/>
        <w:jc w:val="left"/>
      </w:pPr>
      <w:r>
        <w:rPr>
          <w:rFonts w:ascii="Times New Roman" w:hAnsi="Times New Roman" w:eastAsia="Times New Roman" w:cs="Times New Roman"/>
        </w:rPr>
        <w:t>«Bu nit ñëw, te bëgg yëngal benn pin walla benn ñaax ci fondasiyoŋ bi Yàlla samp ci ay, ci jaamu Xelam Bu Sell bi, na góor yu mag yi, ñi nekkoon ay jiitalkat ci sunu liggéey, wax bu leer; te na ñi dee ba noppi wax itam, jaarale ko ci delloo mbooloom seen mbind yi ci sunuy jëfandikookat yu periodik yi. Dajleen leer yi jóge ci leerug Yàlla ji Yàlla jox, bi Mu doon jiite ay nitam, ndànk-ndànk, jéem ci yoonu dëgg gi. Dëgg googu dina taxaw ci nattu jamono ak nattu tiis.» Manuscript Release, 760, 10.</w:t>
      </w:r>
    </w:p>
    <w:p>
      <w:pPr>
        <w:pStyle w:val="ArticleBody"/>
        <w:jc w:val="left"/>
      </w:pPr>
      <w:r>
        <w:rPr>
          <w:rFonts w:ascii="Times New Roman" w:hAnsi="Times New Roman" w:eastAsia="Times New Roman" w:cs="Times New Roman"/>
        </w:rPr>
        <w:t>Bésub 11 fanweer 2001, malaaka bu mag bu Njàlbéen gi ci Pexeeri 18 wàcc na, tàmbalee liggéeyu jiite ñi di nangoo te lekk Mburu mi bees tàggoo asamaan, ngir delloo leen ci “yoonu njiitu yi” yu Yeremi 6. Alfa ak Omega dafa soxla woon ñi bëgg a xeex ngir bokk ci junni ak ñent fukki junni ak ñent-fukk ñaar ñi, ngir gis ne li ko wàcce woon asamaan ci fanweer 11, 1840, doonul rekk matug ab waxu yonent bu jëm ci waxtu, waaye ne dafa doon matug waxu yonent bu waxtu bu Ñaareelu Ay. Dafa soxla woon ne ay nitam dellu seetaat yoonu njiitu yi ci taarix ba mu sampée kër Yàlla gu Millerites yi ci juróom-ñeent fukki at ak juróom-benn bi diggante 1798 ak 1844.</w:t>
      </w:r>
    </w:p>
    <w:p>
      <w:pPr>
        <w:pStyle w:val="ArticleBody"/>
        <w:jc w:val="left"/>
      </w:pPr>
      <w:r>
        <w:rPr>
          <w:rFonts w:ascii="Times New Roman" w:hAnsi="Times New Roman" w:eastAsia="Times New Roman" w:cs="Times New Roman"/>
        </w:rPr>
        <w:t>Jaar-jaar boobu dafa weesu woon ci xasaw ak xaalis ak jewel yu dëggul. Jaar-jaar boobu dafa nëbbu woon ci benn yégle bu saxadi, buy tabaxu ci suuf, te du ci Doj wu Mag ba Fàww. Mu nekkoon ci jaar-jaaru Millerites yi, ci jaar-jaar boobu nga xam ne, ni Piyeer waxe ko, Millerites yi, “ñi nekkoonul woon xeet ca jamono ju weesu, waaye” gannaaw loolu ñu nekk “xeetu Yàlla,” ñi ñu yékkati woon te tabax leen ni “këru xel, ak saraxalekat yu sell.” Gaynde gi cosaanoo gi Yuda wàcce na 11 septembre 2001, te jiite na ay nitam yu mujj-jamono ci liggéeyu setal “temple” bi ci jaar-jaaru yékkati kër-temple bu Millerite yi. Liggéey boobu dafa amoon misaal ci ab kàddug wax ci kanam, buy jëgle ne Boroom bi dina yékkati nit ku tudd Yosiya, (li tekki mooy fondemaŋu Yàlla).</w:t>
      </w:r>
    </w:p>
    <w:p>
      <w:pPr>
        <w:pStyle w:val="ArticleBody"/>
        <w:jc w:val="left"/>
      </w:pPr>
      <w:r>
        <w:rPr>
          <w:rFonts w:ascii="Times New Roman" w:hAnsi="Times New Roman" w:eastAsia="Times New Roman" w:cs="Times New Roman"/>
        </w:rPr>
        <w:t>Bi Yosiyaa jógéne woon ci matug waxu yonent bi weddiwul, mu tàmbali liggéeyu yéexaat ak defar kër Yàlla ga nekkoon ci yàqu-yàqu. Ci biir liggéeyu defar ak setal boobu, «móolug Muuse» feeñ, te bi ñu ko jàngalee Yosiyaa, mu indi yeesalug Yosiyaa. Dinañu wax ci wax jooju, ci jokkoo ak gisaatug «juróom-ñaari yoon yi», gannaaw 11 Suwe 2001.</w:t>
      </w:r>
    </w:p>
    <w:p>
      <w:pPr>
        <w:pStyle w:val="ArticleBody"/>
        <w:jc w:val="left"/>
      </w:pPr>
      <w:r>
        <w:rPr>
          <w:rFonts w:ascii="Times New Roman" w:hAnsi="Times New Roman" w:eastAsia="Times New Roman" w:cs="Times New Roman"/>
        </w:rPr>
        <w:t>Dinanu tàmbali njàngum woowu ci mbind mi ci topp.</w:t>
      </w:r>
    </w:p>
    <w:p>
      <w:pPr>
        <w:pStyle w:val="ArticleScripture"/>
        <w:jc w:val="left"/>
      </w:pPr>
      <w:r>
        <w:rPr>
          <w:rFonts w:ascii="Times New Roman" w:hAnsi="Times New Roman" w:eastAsia="Times New Roman" w:cs="Times New Roman"/>
        </w:rPr>
        <w:t>“Yenn sañse rek ñi wax ne ñoom dañuy topp dëgg di liggéeyal Seytaane, ker gu bonam day dog mat seen gis-gis ci Yàlla ak asamaan. Dinañu mel ni ñi sànkku seen mbëggeel mu jëkk. Duñu man a gis dëgg-dëgg yu ba fàww. Li Yàlla waajalal nu dees na ko wone ci Sakariya, ay 3 ak 4, ak 4:12–14: ‘Noonu ma tontuati, ne ko: Lan ñooy ñaari cari oliif yooyu yi jaar ci ñaari wëllu wurus yi, di sotti ci seen bopp diwlin wurus wi? Mu tontu ma ne: Xanaa xamuloo lu ñuy doon? Ma ne: Déedet, sama Boroom. Noonu mu ne ma: Ñoom ñooy ñaari boroom ngërëm ñi, ñi taxaw ci wetu Boroom bi moom suuf sépp.’”</w:t>
      </w:r>
    </w:p>
    <w:p>
      <w:pPr>
        <w:pStyle w:val="ArticleScripture"/>
        <w:jc w:val="left"/>
      </w:pPr>
      <w:r>
        <w:rPr>
          <w:rFonts w:ascii="Times New Roman" w:hAnsi="Times New Roman" w:eastAsia="Times New Roman" w:cs="Times New Roman"/>
        </w:rPr>
        <w:t>“Boroom bi moo bare ay yëf yu mu man a def. Amul benn ñàkk ci ay jumtukaay. Ndax sunu ñàkk ngëm, sunu bërebu àddina, sunu wax yu yomb, sunu gëmadi gi feeñ ci sunu waxtaan, la tax ker gi dajale ci sunu wër. Kirist du feeñ ci kàddu walla ci jikko ni Ki neex ci bépp fànn, te di ki gën a mag ci fukki junni. Bu bakkan bi neexaloo ci yékkati boppam ba ca neen la, Xelum Boroom bi manul lu bare ngir moom. Sunu gis-gis gu gàtt gi dafa gis ker gi, waaye manul a gis ndam li nekk ca gannaaw. Malaaka yi dañuy téye ñenti ngelaw yi, yi nga xam ne ñoo ngi tegu ni fas mu mer miy seet a rëcc te daw ci kow suufu mépp, yóbbu alkande ak dee ci yoonam.</w:t>
      </w:r>
    </w:p>
    <w:p>
      <w:pPr>
        <w:pStyle w:val="ArticleScripture"/>
        <w:jc w:val="left"/>
      </w:pPr>
      <w:r>
        <w:rPr>
          <w:rFonts w:ascii="Times New Roman" w:hAnsi="Times New Roman" w:eastAsia="Times New Roman" w:cs="Times New Roman"/>
        </w:rPr>
        <w:t>«Ndax nu war a nelaw ci buntu àddina gu dul jeex gi te nu ngi ci wetam? Ndax nu war a nekk ñu yéex, ñu sedd, te mel ni ñu dee? Aka neexoon su fekkee ci sunuy mboolooy gëm am na Xelum Yàlla ak saafaraam bu mu noflaale ci ay nitam, ngir ñu taxaw ci seen tànk te dund. War na nu gis ne yoon wi xat na, te buntu bi ñuul na. Waaye bu nu jaaree ci buntu bu ñuul boobu, yaatuwaayam amul kem. » Manuscript Releases, volume 20, 216, 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Danyeel — Téeméeri Juróom-benn fukk ak juróom-benn</dc:title>
  <dc:subject>Ubbi mbooloom àtte bi: Dale ko ci 9/11 ba ci Yoonu Dibeeru — Njàngat gu yégle bu yonent-yi waxoon</dc:subject>
  <dc:creator>Jeff Pippenger</dc:creator>
  <cp:keywords/>
  <dc:description>Generated by ArticleDigger from daniel\106_daniel.json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