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Fukk</w:t>
      </w:r>
    </w:p>
    <w:p>
      <w:pPr>
        <w:pStyle w:val="ArticleSubtitle"/>
        <w:jc w:val="left"/>
      </w:pPr>
      <w:r>
        <w:rPr>
          <w:rFonts w:ascii="Arial" w:hAnsi="Arial" w:eastAsia="Arial" w:cs="Arial"/>
        </w:rPr>
        <w:t>Yoonu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Ci saareb bu njëkk ba ci téereb Daniel, yóbbu nañu Daniel ca jaamug ñaari-fukk ak juróom-ñett at ya Yeremi waxoon ci yonent bi, te mu sax ba ci at mu njëkk bu Cyrus.</w:t>
      </w:r>
    </w:p>
    <w:p>
      <w:pPr>
        <w:pStyle w:val="ArticleScripture"/>
        <w:jc w:val="left"/>
      </w:pPr>
      <w:r>
        <w:rPr>
          <w:rFonts w:ascii="Times New Roman" w:hAnsi="Times New Roman" w:eastAsia="Times New Roman" w:cs="Times New Roman"/>
        </w:rPr>
        <w:t>Te Daaniyel sax ba ba ci at mu njëkk ci nguurug buur Siirus. Daaniyel 1:21.</w:t>
      </w:r>
    </w:p>
    <w:p>
      <w:pPr>
        <w:pStyle w:val="ArticleBody"/>
        <w:jc w:val="left"/>
      </w:pPr>
      <w:r>
        <w:rPr>
          <w:rFonts w:ascii="Times New Roman" w:hAnsi="Times New Roman" w:eastAsia="Times New Roman" w:cs="Times New Roman"/>
        </w:rPr>
        <w:t>Noonu, Daaniyel dund ba noppi mboolem jaar-jaari fanweeri at yi ñu jaamloo ba des, ba ca digle ba ñu mayee Israayil gu yàgg gi ñu dellusi, ngir tabaxaat te delloo Yerusalem.</w:t>
      </w:r>
    </w:p>
    <w:p>
      <w:pPr>
        <w:pStyle w:val="ArticleScripture"/>
        <w:jc w:val="left"/>
      </w:pPr>
      <w:r>
        <w:rPr>
          <w:rFonts w:ascii="Times New Roman" w:hAnsi="Times New Roman" w:eastAsia="Times New Roman" w:cs="Times New Roman"/>
        </w:rPr>
        <w:t>Léegi ci atum bu njëkk ba Kiris buur-u Perse, ngir kàddug Aji Sax ji mu waxe woon ci gémmiñu Yeremiya am yoon, Aji Sax ji yëngal na xelu Kiris buur-u Perse, ba mu yégle ko ci bépp réewam, te bind ko itam ne: Esra 1:1.</w:t>
      </w:r>
    </w:p>
    <w:p>
      <w:pPr>
        <w:pStyle w:val="ArticleBody"/>
        <w:jc w:val="left"/>
      </w:pPr>
      <w:r>
        <w:rPr>
          <w:rFonts w:ascii="Times New Roman" w:hAnsi="Times New Roman" w:eastAsia="Times New Roman" w:cs="Times New Roman"/>
        </w:rPr>
        <w:t>Noonu, Danyeel mooy misaalu yoonu nattu gi ñeel téeméer ak ñeent-fukk ak ñeent-junni ñi, mi tambalee ci 11 Sàttumbar 2001, te di wéy ba ci “ndigal la,” buy màndarga woote gu génn Babilon.</w:t>
      </w:r>
    </w:p>
    <w:p>
      <w:pPr>
        <w:pStyle w:val="ArticleScripture"/>
        <w:jc w:val="left"/>
      </w:pPr>
      <w:r>
        <w:rPr>
          <w:rFonts w:ascii="Times New Roman" w:hAnsi="Times New Roman" w:eastAsia="Times New Roman" w:cs="Times New Roman"/>
        </w:rPr>
        <w:t>Noonu ma ko déggat baat bu jóge asamaan naan: «Génnleen ci moom, yéen sama bànni nit, ngir ngeen bañ a bokk ci ay bàkkaaram, te ngir ngeen bañ a jot ci ay musibaam. Ndaxte ay bàkkaaram agsi nañu ba asamaan, te Yàlla fàttaliku na ay ñaawtéefam.» Peeñu Yàlla 18:4, 5.</w:t>
      </w:r>
    </w:p>
    <w:p>
      <w:pPr>
        <w:pStyle w:val="ArticleBody"/>
        <w:jc w:val="left"/>
      </w:pPr>
      <w:r>
        <w:rPr>
          <w:rFonts w:ascii="Times New Roman" w:hAnsi="Times New Roman" w:eastAsia="Times New Roman" w:cs="Times New Roman"/>
        </w:rPr>
        <w:t>Juróomi ñaar fukk ak juróom-ñett at yi ci njaamug këcc gi mooy jamonoju nattu ak sellalug ñaar-fukk ak ñeent junni ak ñeent-fukk ak ñeent ñi. Ci 11 Suweñ 2001, ñetteelu Musibaam gu joge ci Islaam agsi na. Lii de, ñi nangu dëgg yu njëkk yu Aduwantis lañu koy xam rekk. Musibaam bu njëkk bi ak Musibaam ñaareel bi, ñoom ñaar ñépp, mag ñi a ko jàppoon ba baax ne mooy Islaam. Ci taabaloy mag ña ci 1843 ak 1850, yi Ellen White déggoo woon, te yi ñu jàppe ne mooy matug Yabóot 2, Islaam mooy burof ñetteel bi ak burof juróomeel bi. Ñetti Burof yi mujj ñoom ay Burofu Musibaam lañu.</w:t>
      </w:r>
    </w:p>
    <w:p>
      <w:pPr>
        <w:pStyle w:val="ArticleScripture"/>
        <w:jc w:val="left"/>
      </w:pPr>
      <w:r>
        <w:rPr>
          <w:rFonts w:ascii="Times New Roman" w:hAnsi="Times New Roman" w:eastAsia="Times New Roman" w:cs="Times New Roman"/>
        </w:rPr>
        <w:t>Noonu naa gis, te dégg malaaka buy naaw ci biir asamaan, miy wax ak baat bu réy ne: Alkande, alkande, alkande ci kaw waa dëkk suuf, ndax yeneen baati liitukaayu ñetti malaaka yi des di liit! Peeñu 8:13.</w:t>
      </w:r>
    </w:p>
    <w:p>
      <w:pPr>
        <w:pStyle w:val="ArticleBody"/>
        <w:jc w:val="left"/>
      </w:pPr>
      <w:r>
        <w:rPr>
          <w:rFonts w:ascii="Times New Roman" w:hAnsi="Times New Roman" w:eastAsia="Times New Roman" w:cs="Times New Roman"/>
        </w:rPr>
        <w:t>Bu am na ñetti Buum yi di Mbet, te buum bu jëkk bi ak ñaareel bi yu Mbet di Islaam, dafa yomb lool a xam ne buum bu ñetteel bu Mbet bi itam Islaam la. Benn cér ci misaal bi muy Islaam ci anam yu Buum yi di Mbet, mooy seen téye; te gannaaw loolu, bu ñu leen bàyyée. Sister White sant ñenti ngelaw yi ci Revelation seven ne ay “fas yu mer,” yu bëgg a “rëcc ci seen téye,” te “indi dee ak alag” ci seen ginnaaw.</w:t>
      </w:r>
    </w:p>
    <w:p>
      <w:pPr>
        <w:pStyle w:val="ArticleScripture"/>
        <w:jc w:val="left"/>
      </w:pPr>
      <w:r>
        <w:rPr>
          <w:rFonts w:ascii="Times New Roman" w:hAnsi="Times New Roman" w:eastAsia="Times New Roman" w:cs="Times New Roman"/>
        </w:rPr>
        <w:t>“Àngel yi di téye ñeenti ngelaw yi, yu mel ni fas wu mer buy wut a rëcc ba daw xund ci kanamu suuf si bépp, yóbbu yàqute ak dee ci yoonam.</w:t>
      </w:r>
    </w:p>
    <w:p>
      <w:pPr>
        <w:pStyle w:val="ArticleScripture"/>
        <w:jc w:val="left"/>
      </w:pPr>
      <w:r>
        <w:rPr>
          <w:rFonts w:ascii="Times New Roman" w:hAnsi="Times New Roman" w:eastAsia="Times New Roman" w:cs="Times New Roman"/>
        </w:rPr>
        <w:t>“Ndax danuy nelaw ci wetu àddina gu dul jeex gi? Ndax danuy nekk ñàkk xel, tàngadi, te mel ni ñu dee? Éy, ngir nu am ci sunuy mboolooy gëm yi Xel ak noflaayu Yàlla, mu wol ci ay nitam, ngir ñu taxaw ci seen tànk te dund. War na nu gis ne yoon wi xat na, te buntu bi suuti na. Waaye bu nu jaaralee ci buntu bu suuti bi, yaatuwaayam amul kemtalaay.” Manuscript Releases, volume 20, 217.</w:t>
      </w:r>
    </w:p>
    <w:p>
      <w:pPr>
        <w:pStyle w:val="ArticleBody"/>
        <w:jc w:val="left"/>
      </w:pPr>
      <w:r>
        <w:rPr>
          <w:rFonts w:ascii="Times New Roman" w:hAnsi="Times New Roman" w:eastAsia="Times New Roman" w:cs="Times New Roman"/>
        </w:rPr>
        <w:t>Ñeenti malaaka yi taxaw di tëj ñeenti ngélaw yi, ñoo di tëj “fas mu mer” mi ci waxu yàlla yi ci Biibël, mi jur dee ak yàqute. Ci teere Apokalips saar juróom-ñeent, fa ñu xamalee biit bu njëkk ak bi ñaareel, am na buur bu ñu xamale. Ñu ko xamale ci Apokalips “juróom-ñeent fukk ak benn”.</w:t>
      </w:r>
    </w:p>
    <w:p>
      <w:pPr>
        <w:pStyle w:val="ArticleScripture"/>
        <w:jc w:val="left"/>
      </w:pPr>
      <w:r>
        <w:rPr>
          <w:rFonts w:ascii="Times New Roman" w:hAnsi="Times New Roman" w:eastAsia="Times New Roman" w:cs="Times New Roman"/>
        </w:rPr>
        <w:t>Te am nañu buur ci seen kaw, mooy malaakam xott bu amul suuf, turam ci làkku Ebrëe mooy Abaddon, waaye ci làkku Gereeg turam mooy Apollyon, ndaxte mooy ki nekk ci seen kaw. Peeñu 9:11.</w:t>
      </w:r>
    </w:p>
    <w:p>
      <w:pPr>
        <w:pStyle w:val="ArticleBody"/>
        <w:jc w:val="left"/>
      </w:pPr>
      <w:r>
        <w:rPr>
          <w:rFonts w:ascii="Times New Roman" w:hAnsi="Times New Roman" w:eastAsia="Times New Roman" w:cs="Times New Roman"/>
        </w:rPr>
        <w:t>Turub ak jikko bu buurub Lislaam mooy Abaddon ci làkku Ebraayig te Apollyon ci làkku Gereeg. Ci Ñaari Kóllëre yi, Yu Yàlla ak Yu Bees yi, ñu mel ni làkku Ebraayig ak Gereeg, jikko Lislaam feeñ na ci tekkig ñaari tur yi. Ci ñaari baat yooyu, tekkig bi mooy “dee ak alag.” Sœur White nee na ne “fas wu mer mi” mi ñenti malaaka yi di téye, bi ñuy màndargaal ñenti-fukki junni ak ñenti junni yi, dafay wut a rot ngir génn te indi “dee ak alag” ci yoonam.</w:t>
      </w:r>
    </w:p>
    <w:p>
      <w:pPr>
        <w:pStyle w:val="ArticleBody"/>
        <w:jc w:val="left"/>
      </w:pPr>
      <w:r>
        <w:rPr>
          <w:rFonts w:ascii="Times New Roman" w:hAnsi="Times New Roman" w:eastAsia="Times New Roman" w:cs="Times New Roman"/>
        </w:rPr>
        <w:t>Jëfandikook bi jëkk ci Mbind mi ci mbirum Islam mooy Ismayeel, baayub ñiy tënk diine ji ñuy wax Islam. Ci jëfandikook boobu bu jëkk, ñu xamale ko ne mooy nit ku àll; te baat bi ñu tekki ne “àll” mooy “mbaam mu àll mu Arab”. Jëfandikook bi jëkk bu yégle ci mbirum Islam, màndarga la bu bokk ci njabootug fas, te fas la woon ni ñi jëkk ci yoonu wàllu biir-diin feeñale woon Islam bu ñaari Ay jooyu jëkk ak ñaareel ci ñaari rëdd yu sell ya. Ñeenti ngelaw yi ci Peeñu, saar 7, dañu leen téye, walla “téj”, ba kera Yàlla màndarge ay nitam. Defarug màndarga gu 144,000 yi itam mooy yoonu nattu ak yoonu sellaal.</w:t>
      </w:r>
    </w:p>
    <w:p>
      <w:pPr>
        <w:pStyle w:val="ArticleBody"/>
        <w:jc w:val="left"/>
      </w:pPr>
      <w:r>
        <w:rPr>
          <w:rFonts w:ascii="Times New Roman" w:hAnsi="Times New Roman" w:eastAsia="Times New Roman" w:cs="Times New Roman"/>
        </w:rPr>
        <w:t>Lépp yii ci misaalu waxu Yàlla yu jëfandikoo yonent yi, dañu leen teewal ci njaamug Danyeel bu juróom-ñaar-fukk at, mi tàmbalee ak Yehooyakiim, te mooy nataalu dooleel ndigal bu jëkk bi, ba ci “ndigal” bi di woote góor ak jigéen ñu génn Babilon. Tëj gi ak ba noppi bàyyi gi ñu bàyyi Islaam, mooy benn melokaanu waxu yonent ci mbirum Islaam ni muy nataalu yonent bu dëkk ci Kàddu Yàlla.</w:t>
      </w:r>
    </w:p>
    <w:p>
      <w:pPr>
        <w:pStyle w:val="ArticleBody"/>
        <w:jc w:val="left"/>
      </w:pPr>
      <w:r>
        <w:rPr>
          <w:rFonts w:ascii="Times New Roman" w:hAnsi="Times New Roman" w:eastAsia="Times New Roman" w:cs="Times New Roman"/>
        </w:rPr>
        <w:t>Bu ñuy wax ne ñoom “ñeenti ngelaw yi” lañu, dañu leen tere ba kerem yi Yàlla diir. Ca ndoorte njàqare ñaareelu Wóor ga, ci kàddu yonent gi waroon 391 at ak 15 fan, te mu amoon matal ci 11 Awoût 1840, ñeenti malaaka yu teewal Islaam bu ñaareelu Wóor ga, “yiir nañu leen.” Ca mujjug yonent gi, “dàñu leen tere.”</w:t>
      </w:r>
    </w:p>
    <w:p>
      <w:pPr>
        <w:pStyle w:val="ArticleScripture"/>
        <w:jc w:val="left"/>
      </w:pPr>
      <w:r>
        <w:rPr>
          <w:rFonts w:ascii="Times New Roman" w:hAnsi="Times New Roman" w:eastAsia="Times New Roman" w:cs="Times New Roman"/>
        </w:rPr>
        <w:t>Ne wax ma malaaka bu juróom-beneel bi mi doon yore trumpit bi ne ko: “Yiwal ñent malaaka yi ñu lëjje ci dex gu mag gi, Efraat.” Noonu ñent malaaka ya ñu yiwi, ñi ñu waajaloon ngir waxtu, ak bës, ak weer, ak at, ngir rey ñetteelu nit ñi. Peeñu 9:14, 15</w:t>
      </w:r>
    </w:p>
    <w:p>
      <w:pPr>
        <w:pStyle w:val="ArticleBody"/>
        <w:jc w:val="left"/>
      </w:pPr>
      <w:r>
        <w:rPr>
          <w:rFonts w:ascii="Times New Roman" w:hAnsi="Times New Roman" w:eastAsia="Times New Roman" w:cs="Times New Roman"/>
        </w:rPr>
        <w:t>Ci 11i Sàttumbar 2001, njëkk bataaxal bi ci jaar-jaaru ñaar-fukk ak ñeent junni ñaar téeméer ak ñeent-fukk ñent ñi, joxees na ko doole, ba loolu ànd ak ne, Islaam bu ñetteelu Musiba ga “gorees na ko.” Waaye ci saa si sax “téyees na ko.” Ndëkkandoo White leeral na lu tax loolu amee, waaye bala nu koy xalaat, war na nu fàttaliku ne njariñu Islaam ci njëkk aayam bu mu njëkk a fés ci Mbind mi, mooy merloo xeeti àddina yi, ndaxte loxob Ismaël dina jëm ci nit ku nekk, te loxob nit ku nekk dina jëm ci Islaam.</w:t>
      </w:r>
    </w:p>
    <w:p>
      <w:pPr>
        <w:pStyle w:val="ArticleScripture"/>
        <w:jc w:val="left"/>
      </w:pPr>
      <w:r>
        <w:rPr>
          <w:rFonts w:ascii="Times New Roman" w:hAnsi="Times New Roman" w:eastAsia="Times New Roman" w:cs="Times New Roman"/>
        </w:rPr>
        <w:t>Te malaakam Boroom bi ne ko: «Xoolal, yëngë nga, te dinga jur doom ju góor, te dinga tudde turam Ismayil; ndaxte Boroom bi dégg na say metit. Te moom dina doon nit ku sëf; loxoom dina jëm ci bépp nit, te loxob bépp nit dina jëm ci moom; te dina dëkk ci kanamu bépp ay bokkam.» Génèse 16:11, 12.</w:t>
      </w:r>
    </w:p>
    <w:p>
      <w:pPr>
        <w:pStyle w:val="ArticleBody"/>
        <w:jc w:val="left"/>
      </w:pPr>
      <w:r>
        <w:rPr>
          <w:rFonts w:ascii="Times New Roman" w:hAnsi="Times New Roman" w:eastAsia="Times New Roman" w:cs="Times New Roman"/>
        </w:rPr>
        <w:t>Bëggu Islaam ci kàdduy yonent Yàlla yi nekk ci Biibël mooy booloo xeeti àddina yépp ngir ñu taxaw ci Islaam, balaa Mbootaayu Xeet yi bokk di sànni seen mer ci kaw ñiy sàmm bésub Noflaay. Ci 11i Sàttumbar 2001, képp ku xam ne 9/11 mooy màndarga njàlbéenug dellusi tegtalu xew-xew yi jëm ci jamonoy Millerit yi, mu nekk ni “Daniyel” ba muñu ko yóbbu Baabilon ngir juróom-ñaar-fukk at. Yehooyakim mooy màndarga tàmbaliinu jéego ngir nattu googu, te Islaam bu ñetteelu Musiba ba ñu ko bàyyi, waaye ci saa si ñu téye ko, ngir Yàlla man a téj ay gaayam.</w:t>
      </w:r>
    </w:p>
    <w:p>
      <w:pPr>
        <w:pStyle w:val="ArticleScripture"/>
        <w:jc w:val="left"/>
      </w:pPr>
      <w:r>
        <w:rPr>
          <w:rFonts w:ascii="Times New Roman" w:hAnsi="Times New Roman" w:eastAsia="Times New Roman" w:cs="Times New Roman"/>
        </w:rPr>
        <w:t>«Ñu jàmm gu gis bii amoon na ci atum 1847, ba ay doomi-bokk yi ci ñi doon xaar dellusi Kirist te di sàmm bésub noflaay barewul woon, te ci ñoom itam ñu néew lañu woon di foog ne sàmm ko am na solo bu doy ngir xàjjal askanu Yàlla ak ñi dul gëm. Léegi, matug gis ga mooy tàmbali a feeñ. “Ndogalu jamono jooju tiis,” bi fii ñu wax, du tekki jamono ji musibay réy ya di tàmbali a tuuru, waaye ab diir bu gàtt la buy jiitu tuurug yi, bi Kirist nekk ci kër-yàgg-ba. Ci jamono jooju, bi liggéeyu mucc miy jeex, tiis dina dal kaw suuf, te xeeti àddina dinañu mer, waaye dees leen tere ba ñu bañ a taxawal liggéeyu ñetteelu malaaka bi. Ci jamono jooju, “taw bi mujj,” walla freskute gu jógé ca kanamu Boroom bi, dina ñëw ngir jox kàttan baat bu réy bu ñetteelu malaaka bi, te waajal gaayi Yàlla yi ngir ñu man a taxaw ci jamono ji juróom-ñaari musiba yu mujj yi di tuuru.» Early Writings, 85.</w:t>
      </w:r>
    </w:p>
    <w:p>
      <w:pPr>
        <w:pStyle w:val="ArticleBody"/>
        <w:jc w:val="left"/>
      </w:pPr>
      <w:r>
        <w:rPr>
          <w:rFonts w:ascii="Times New Roman" w:hAnsi="Times New Roman" w:eastAsia="Times New Roman" w:cs="Times New Roman"/>
        </w:rPr>
        <w:t>Ñaari fukki at ak juróom-ñaar yi ci Daniel dañu tàmbalee ci bésub 11 Septambar 2001, bi ñu yiwiwée Islaam te mu merloo xeeti adina yi, ndax dafa dóoroon ci yéexul te seeni xel seetul woon mala suuf si ci Peeñug Yàlla 13. Gannaaw loolu ñu téye Islaam, ngir liggéeyu malaaka bu ñetteel bi man a mat. Liggéeyu malaaka bu ñetteel bi mooy rëcc nit ñi Yàlla, te bi liggéey boobu tàmbalee ci bésub 11 Septambar 2001, Tawfex gu Mujj gi tàmbalee “tus”. Daniel saar 1 mi ngi melal jéemantu tésted gi ci téeméer ak ñent fukki ak ñeent junni ñi, mi tàmbalee ci bésub 11 Septambar 2001, te di wéy ba “baat” bu ñaareel bi ci Peeñug Yàlla 18 woowee sàmmam Yàlla yeneen jur gi génne Babilon. Kon nag Daniel dafay teewloo askan wi nekk léegi ci jaamu-xel gu ruus, ba kerceenug jéemantu tésted gi mat. Jeexitalu jamono jéemantu gi ci Daniel saar 1 mi dees na ko xamale ni mooy “mujjug fan yi.”</w:t>
      </w:r>
    </w:p>
    <w:p>
      <w:pPr>
        <w:pStyle w:val="ArticleScripture"/>
        <w:jc w:val="left"/>
      </w:pPr>
      <w:r>
        <w:rPr>
          <w:rFonts w:ascii="Times New Roman" w:hAnsi="Times New Roman" w:eastAsia="Times New Roman" w:cs="Times New Roman"/>
        </w:rPr>
        <w:t>Léegi ci njeexital fan yi buur bi waxoon ne ñu war a indi leen, njiitu way-yëngal ya indi na leen fa kanam Nebukadnesar. Te buur bi waxandoo ak ñoom; te ci ñoom ñépp gisatuñu kenn ku mel ni Daniyel, Anania, Misael ak Asaria; moo tax ñu taxaw fa kanam buur bi. Te ci bépp mbirum xel ak déggoo gu buur bi laajee ci ñoom, fekk na ne ñoo gën fukki yoon bépp seetkat ak bépp njortukat biddiiw yi nekkoon ci bépp nguuram. Daniyel 1:18–20.</w:t>
      </w:r>
    </w:p>
    <w:p>
      <w:pPr>
        <w:pStyle w:val="ArticleBody"/>
        <w:jc w:val="left"/>
      </w:pPr>
      <w:r>
        <w:rPr>
          <w:rFonts w:ascii="Times New Roman" w:hAnsi="Times New Roman" w:eastAsia="Times New Roman" w:cs="Times New Roman"/>
        </w:rPr>
        <w:t>Ñetteelu fànn bu ñetteel bi, mi tegu ni ab seetaanu yonent ngir Daniel ak ñetti nit ña fa màgg, moo nekkoon ba ñu leen àtte ci kanam Nebukadnesar, te gise ne ñoom “ñu gënna fukk yoon bépp saay-saay ak bépp xamkatu biddiiw yi nekkoon ci béppum nguuram.” Ñetteelu fànn bi dafa feeñ ci àtte, te àtte ba amoon na “ci mujjeel fan yi.” Ci téereb Daniel, “mujjeel fan yi” mooy foo xam ne Daniel taxaw ci wàllam.</w:t>
      </w:r>
    </w:p>
    <w:p>
      <w:pPr>
        <w:pStyle w:val="ArticleScripture"/>
        <w:jc w:val="left"/>
      </w:pPr>
      <w:r>
        <w:rPr>
          <w:rFonts w:ascii="Times New Roman" w:hAnsi="Times New Roman" w:eastAsia="Times New Roman" w:cs="Times New Roman"/>
        </w:rPr>
        <w:t>«“Ñu bare dinañu leen setal, defal leen ñu weex te jéem leen; waaye ñi bon ñi dinañu jëf lu bon; kenn ci ñi bon du xam dara; waaye ñi am xel dinañu xam…. Ku barkeel mooy ki muñ te egg ci junni ñatt téeméer ak fanweer ak juróom. Waaye demal yoon sa bopp ba mujj ga, (Daniyel); ndax yaa ngi noppalu, te dinga taxaw ci sa cér ci mujju fan yi.”»</w:t>
      </w:r>
    </w:p>
    <w:p>
      <w:pPr>
        <w:pStyle w:val="ArticleScripture"/>
        <w:jc w:val="left"/>
      </w:pPr>
      <w:r>
        <w:rPr>
          <w:rFonts w:ascii="Times New Roman" w:hAnsi="Times New Roman" w:eastAsia="Times New Roman" w:cs="Times New Roman"/>
        </w:rPr>
        <w:t>“Jot ji ñëw na ngir Daniel taxaw ci wàllam. Jot ji ñëw na ngir leer gi ñu ko may doon dem ci adina si ni mu mosul woon a deme ba noppi. Su fekkee ne ñi Boroom bi defal lu bari dinañu dox ci leer gi, seen xam-xam ci Almasi bi ak ci yëgle yi jëm ci moom dina yokku lool, ba ñuy jege njàlbéenu jaar-jaaru suuf si.” The Seventh-day Adventist Bible Commentary, volume 4, 1174.</w:t>
      </w:r>
    </w:p>
    <w:p>
      <w:pPr>
        <w:pStyle w:val="ArticleBody"/>
        <w:jc w:val="left"/>
      </w:pPr>
      <w:r>
        <w:rPr>
          <w:rFonts w:ascii="Times New Roman" w:hAnsi="Times New Roman" w:eastAsia="Times New Roman" w:cs="Times New Roman"/>
        </w:rPr>
        <w:t>Séer White jëfandikoo naan “jeexital fan yi” ngir boole ko ak yoonu sellaal gi ci aaya fukki bi ci Daniel saar fukki ak ñaar. Lu bari mu daan jëfandikoo aaya fukki boobu, ak waxu aaya fukki ak ñett bi ne, “jeexital fan yi.”</w:t>
      </w:r>
    </w:p>
    <w:p>
      <w:pPr>
        <w:pStyle w:val="ArticleScripture"/>
        <w:jc w:val="left"/>
      </w:pPr>
      <w:r>
        <w:rPr>
          <w:rFonts w:ascii="Times New Roman" w:hAnsi="Times New Roman" w:eastAsia="Times New Roman" w:cs="Times New Roman"/>
        </w:rPr>
        <w:t>“‘Ñu bare dinañu leen sellal, def leen weex te di leen nattu; waaye ñu bon ñi dinañu jëf lu bon: te kenn ci ñu bon ñi du xam; waaye ñu xam-xam ñi dinañu xam…. Ku muñ te agsi ci junni ñett téeméeri fan ak ñaar-fukk ak juróom dina barkeel. Waaye yow (Daniel), demal sa yoon ba mujj ga agsi: ndaxte dinga noppalu, te taxaw ci sa cér ci mujju fan yi.’”</w:t>
      </w:r>
    </w:p>
    <w:p>
      <w:pPr>
        <w:pStyle w:val="ArticleScripture"/>
        <w:jc w:val="left"/>
      </w:pPr>
      <w:r>
        <w:rPr>
          <w:rFonts w:ascii="Times New Roman" w:hAnsi="Times New Roman" w:eastAsia="Times New Roman" w:cs="Times New Roman"/>
        </w:rPr>
        <w:t>«Tey, Daniel taxaw na ci sa bërab, te war nañu ko may mu wax ak nit ñi. Sunu yëgle day génn ni làmp buy lakk. “Te ci jamono jooju Mikaeel dina jóg, buur bu mag bi taxaw ngir doomi sa xeet; te dina am jamono tiis bu melul woon mukk lii, ba noppi ci bi xeet amee ba ci jamono jooju. Te ci jamono jooju sa xeet dinañu mucc, kenn ku nekk kuñu gis ne bind nañu ko ci téere bi. Te ñu bare ci ñoom ñiy nelaw ci pëndu suuf dinañu yeewu, ñenn ci dund gu dul jeex, te ñeneen ci rus ak toroxte bu dul jeex. Te ñi am xel dinañu leer ni njàngatu asamaan, te ñi jébbalu ñu bare ci njub dinañu mel ni biddéew yi ba fàww ak fàww.”»</w:t>
      </w:r>
    </w:p>
    <w:p>
      <w:pPr>
        <w:pStyle w:val="ArticleScripture"/>
        <w:jc w:val="left"/>
      </w:pPr>
      <w:r>
        <w:rPr>
          <w:rFonts w:ascii="Times New Roman" w:hAnsi="Times New Roman" w:eastAsia="Times New Roman" w:cs="Times New Roman"/>
        </w:rPr>
        <w:t>«Kàddu yii dañuy wane liggéey bi nu war a def ci fan yu mujj yii. Dunu yëngu ba mat genn xaaj ci ñaareel. Amunu doole ju am solo ngir def liggéey bi war a am. War na nu dugg ci dund, dugg ci bennug booloo. Léegi, waxtu wii sax, war na nu taxaw ci boobu taxawaay bu tuub ak njéggal di melokaan yu gën a feeñ ci sunu liggéey. Bëre ak xulóo warul am. Dafa tooñ lool ngir bokk ak Seytaane ci liggéeyam buy gumbal bët yi. Dafa tooñ lool it ngir déglu xelum naxe ak njàngale seytaane yi.»</w:t>
      </w:r>
    </w:p>
    <w:p>
      <w:pPr>
        <w:pStyle w:val="ArticleScripture"/>
        <w:jc w:val="left"/>
      </w:pPr>
      <w:r>
        <w:rPr>
          <w:rFonts w:ascii="Times New Roman" w:hAnsi="Times New Roman" w:eastAsia="Times New Roman" w:cs="Times New Roman"/>
        </w:rPr>
        <w:t>«Ñu jàngal na ma ma wax ne bu Xel mu Sell mi joxe làkk ak waxin, dinañu gis jëf ju mel ni jëf ji ñu defee bésub Pentekot. Ndaw yi Krist di taxawal dinañu liggéey ak xel mu leer. Duñu fekk kenn fii ak keneen fa, ñuy sàcc di yàq te tas.»</w:t>
      </w:r>
    </w:p>
    <w:p>
      <w:pPr>
        <w:pStyle w:val="ArticleScripture"/>
        <w:jc w:val="left"/>
      </w:pPr>
      <w:r>
        <w:rPr>
          <w:rFonts w:ascii="Times New Roman" w:hAnsi="Times New Roman" w:eastAsia="Times New Roman" w:cs="Times New Roman"/>
        </w:rPr>
        <w:t>“‘Bala ndigal génn, bala bés bi wees ni mbaxana mi, bala mer mu taru gu Boroom bi dikk ci yéen, bala bés bu meru Boroom bi dikk ci yéen, seetleen Boroom bi, yéen ñépp ñu lewet ci suuf si, yéen ñi jëf ay àtteem; seetleen njub, seetleen lewet: xeyna dees na leen nëbb ci bés bu meru Boroom bi.’” Australian Union Conference Record, March 11, 1907.</w:t>
      </w:r>
    </w:p>
    <w:p>
      <w:pPr>
        <w:pStyle w:val="ArticleBody"/>
        <w:jc w:val="left"/>
      </w:pPr>
      <w:r>
        <w:rPr>
          <w:rFonts w:ascii="Times New Roman" w:hAnsi="Times New Roman" w:eastAsia="Times New Roman" w:cs="Times New Roman"/>
        </w:rPr>
        <w:t>Tàmmeel ñaari téeméeri ak ñeent fukk ak ñeent junni ñi, mi ñuy misaalale ak juróom-ñaar fukki at yi Daniyeel nekk jaam ca Bàbiloŋ, ñu ngi ko misaalale ci Daniyeel sapitaal 12, aaya 10. Aaya boobu yore na màndargay “dëgg,” ndaxte mu ngi xamale ñetti jéego yi di melokaani baat bu Ebraayik bi di “dëgg.” “Ñu bare dinañu leen sellal, def leen weex, te gannaaw loolu nat leen.” Daniyeel ak ñetti góor yu màgg ya dañu leen sellal ci ragal Yàlla gi nekk ci sapitaal 1, ndaxte dañu fas yéene bañ a lekk dund bu Bàbiloŋ. Gannaaw loolu, dañu won kanam gu gën a taar te gën a fees ña lekkon lekk bi Bàbiloŋ. Seen kanam mooyoon njubte Kirist, mi di yére yu weex yi. Te gannaaw loolu, ñu nat leen ba ñu dugg ci àtte Nebukadnesar, ci njeexital fan ya.</w:t>
      </w:r>
    </w:p>
    <w:p>
      <w:pPr>
        <w:pStyle w:val="ArticleBody"/>
        <w:jc w:val="left"/>
      </w:pPr>
      <w:r>
        <w:rPr>
          <w:rFonts w:ascii="Times New Roman" w:hAnsi="Times New Roman" w:eastAsia="Times New Roman" w:cs="Times New Roman"/>
        </w:rPr>
        <w:t>Ci “mujjug fan yi,” bi Dañeel taxawee “ci sa cér”, “xam-xamu Kirist ak waxi yonent yi jëm ci moom dina yokku lool” ci ñi Yàlla. Nebukadnesar seetaan na ne ci “bépp mbirum xel ak dégg-degg,” Dañeel ak ñetti góor ñi ñu tedd woon “gis na leen” ne ñu “gëna fukki yoon ñépp” jinnekat yi ak seetaan-kaw yi nekkoon “ci béppam nguur.”</w:t>
      </w:r>
    </w:p>
    <w:p>
      <w:pPr>
        <w:pStyle w:val="ArticleBody"/>
        <w:jc w:val="left"/>
      </w:pPr>
      <w:r>
        <w:rPr>
          <w:rFonts w:ascii="Times New Roman" w:hAnsi="Times New Roman" w:eastAsia="Times New Roman" w:cs="Times New Roman"/>
        </w:rPr>
        <w:t>Saar Daniel benn bi ci ay ngeenam jaar ci xew-xew bu ñetti jéego tegtal, moom yi di ñaar-fukk ak ñeenti junni. Ci waxam ci loolu, Sœur White nee na: “Kàddu yii dañuy won liggéey bi nu war a def ci fan yii mujj yi. Nun nekkuñu sax genn-wàll bu mat ci yeewu. Amuñu doole ji soxla ngir def liggéey bi war a defees. Fàww nu dikk ci dund, dikk ci booloo. Léegi, waaw léegi, fàww nu taxaw ci boppu boobu fa réccu ak baal di melokaan yu gën a fésal ci sunu liggéey. Waruñu am benn xulóo.”</w:t>
      </w:r>
    </w:p>
    <w:p>
      <w:pPr>
        <w:pStyle w:val="ArticleBody"/>
        <w:jc w:val="left"/>
      </w:pPr>
      <w:r>
        <w:rPr>
          <w:rFonts w:ascii="Times New Roman" w:hAnsi="Times New Roman" w:eastAsia="Times New Roman" w:cs="Times New Roman"/>
        </w:rPr>
        <w:t>Teggin wi nattu ci “mujj giir yi,” moo di yóbbu ci dekkuwaatug ñaari seede yi ci Peeñu saar 11. Liggéey bi nu wara def léegi mooy nangu yégleb 11 Septàmbar 2001 te yeewu, ni ko yax yu wow te wow yi di tegtal. “Fàww nu dellu ci dund, bokk benn.” Bu nu ko defee, melokaan yu gën a fés ci sunu liggéey dinañu doon sunu “tuub ak baal.” Melokaan mu gën a fés ci sunu liggéey dafa ñu ko tegtal ci Daniyel ci saar 9, ba muy ñaan ñaanug Léwíg 26, di laaj njéggal bàkkaar yi mu def ak bàkkaar yi baayam yi def, te fekk mu nangu itam ne dafa doon dox ci lu weddi Yàlla sejak njàqare ga màndargaale njàlbéenug waxtu muñ ga ci 18 Sulet 2020. War na itam nangu ne Yàlla itam dafa doon dox ci lu weddi moom ci boobu jamono. Daniyel mooy tegtalu ñi jaar ci njaamug “juróom-ñaar-fukk at”, sejak 18 Sulet 2020.</w:t>
      </w:r>
    </w:p>
    <w:p>
      <w:pPr>
        <w:pStyle w:val="ArticleBody"/>
        <w:jc w:val="left"/>
      </w:pPr>
      <w:r>
        <w:rPr>
          <w:rFonts w:ascii="Times New Roman" w:hAnsi="Times New Roman" w:eastAsia="Times New Roman" w:cs="Times New Roman"/>
        </w:rPr>
        <w:t>Juróom-ñaar-fukk at yii dafay misaal “juróom-ñaari yoon” yi ci Lawwiin 26. Téereb Xibaar yi xamal na nu ne juróom-ñaar-fukk at yii mooy jamono ji suuf si di “bég” ci ay sabbat yi ñu ko mayuloon a bég ndax ngëmadi Israa’iil gu yàgg gi ci kóllërebi Lawwiin 25.</w:t>
      </w:r>
    </w:p>
    <w:p>
      <w:pPr>
        <w:pStyle w:val="ArticleScripture"/>
        <w:jc w:val="left"/>
      </w:pPr>
      <w:r>
        <w:rPr>
          <w:rFonts w:ascii="Times New Roman" w:hAnsi="Times New Roman" w:eastAsia="Times New Roman" w:cs="Times New Roman"/>
        </w:rPr>
        <w:t>Ngir matal kàddu Boroom bi jaarale ko ci gémmiñu Yeremi, ba ba suuf si jot ci ay sabatam; ndax li la nekk woon neen ci réer, dafa sammoon sabat, ngir matal juróom-ñaari-fukk ak juróom-benn at. 2 Tariix ya 36:21.</w:t>
      </w:r>
    </w:p>
    <w:p>
      <w:pPr>
        <w:pStyle w:val="ArticleBody"/>
        <w:jc w:val="left"/>
      </w:pPr>
      <w:r>
        <w:rPr>
          <w:rFonts w:ascii="Times New Roman" w:hAnsi="Times New Roman" w:eastAsia="Times New Roman" w:cs="Times New Roman"/>
        </w:rPr>
        <w:t>Ni melokaanu “àll baña xamle” ci yoonu waxu yonent bi, “ñetti fan ak genn-wàll” yi ñaari seede yi ci Peeñu 11 nekkoon dee ci mbedd mi gannaaw 18 Sulet 2020, tegu nañu ci “juróom-ñaar-fukk at” yi, te itam ci “juróom-ñaari yoon” yi. Ci “mujjug fan yi,” tegu na ci mujjug fan yu yonent yi ñu tëj te këmbal ci téereb Dañeel.</w:t>
      </w:r>
    </w:p>
    <w:p>
      <w:pPr>
        <w:pStyle w:val="ArticleBody"/>
        <w:jc w:val="left"/>
      </w:pPr>
      <w:r>
        <w:rPr>
          <w:rFonts w:ascii="Times New Roman" w:hAnsi="Times New Roman" w:eastAsia="Times New Roman" w:cs="Times New Roman"/>
        </w:rPr>
        <w:t>Ci atum 1798, téereb Dañeel bi ubbeeku na, te Dañeel taxaw na ci saayam, waajal ngir matal ay jëfam.</w:t>
      </w:r>
    </w:p>
    <w:p>
      <w:pPr>
        <w:pStyle w:val="ArticleScripture"/>
        <w:jc w:val="left"/>
      </w:pPr>
      <w:r>
        <w:rPr>
          <w:rFonts w:ascii="Times New Roman" w:hAnsi="Times New Roman" w:eastAsia="Times New Roman" w:cs="Times New Roman"/>
        </w:rPr>
        <w:t>“Bu Yàlla joxee nit benn liggéey bu jagleel ci moom muy def, war na taxaw ci sa bérab ak sa cér ni Daniel defee, waajal ngir tontu woo gi Yàlla, te waajal ngir matal ay pexeem.” Manuscript Releases, volume 6, 108.</w:t>
      </w:r>
    </w:p>
    <w:p>
      <w:pPr>
        <w:pStyle w:val="ArticleBody"/>
        <w:jc w:val="left"/>
      </w:pPr>
      <w:r>
        <w:rPr>
          <w:rFonts w:ascii="Times New Roman" w:hAnsi="Times New Roman" w:eastAsia="Times New Roman" w:cs="Times New Roman"/>
        </w:rPr>
        <w:t>Bés bu 22 oktoobar 1844, ci mataloo ci waxu Daniyeel saar 8, aaya 14, téereb Daniyeel dellu naat ci boppam. 1798 ak 1844 mooy jeexital ñaari mer gu jëkk ak gu ñaareel, te moo tax ñuy bàyyi xel ne loolu mooy njëxital “juróom-ñaari jamono.” “Njëxital fan yi” ci téereb Daniyeel, misaal la buy tektale jeexital jaamono ju ñu tëral ci “juróom-ñaari jamono.” Ci Daniyeel saar 4, Nebukadnessar dundoon na ni rab bi di dund, bi “juróom-ñaari jamono” di jaar ci kawam. Ci “njëxital fan yi,” dees na ko delloo nguuram ak xelam.</w:t>
      </w:r>
    </w:p>
    <w:p>
      <w:pPr>
        <w:pStyle w:val="ArticleScripture"/>
        <w:jc w:val="left"/>
      </w:pPr>
      <w:r>
        <w:rPr>
          <w:rFonts w:ascii="Times New Roman" w:hAnsi="Times New Roman" w:eastAsia="Times New Roman" w:cs="Times New Roman"/>
        </w:rPr>
        <w:t>Te ci mujj fan yi, man Nebukadnesar, yékati naa samay bët ba ca asamaan, te sama xel dellu ci man; ma barkeel Kawe ga gën a Kawe, ma sant te màggal Ki dund ba fàww, mi nguuram di nguur gu dul jeex, te nguuru nguuram di jóge ci maas ba ca maas: te ñépp aji dëkk ci suuf dañu leen jàppe ni dara; te muy def la ko neex ci mbooloom asamaan ak ci biir aji dëkk ci suuf; te kenn mënu koo tere loxo, mbaa wax ko ne: “Lan nga di def?” Ca saa sa it, sama xel dellu ci man; te ngir ndamu sama nguur, sama teraanga ak sama leer dellu ci man; te samay ndaw ak samay mag seet ma; te ñu saxal ma ci sama nguur, te màgg gu gën a yéeme yokku ci man. Daniel 4:34–36.</w:t>
      </w:r>
    </w:p>
    <w:p>
      <w:pPr>
        <w:pStyle w:val="ArticleBody"/>
        <w:jc w:val="left"/>
      </w:pPr>
      <w:r>
        <w:rPr>
          <w:rFonts w:ascii="Times New Roman" w:hAnsi="Times New Roman" w:eastAsia="Times New Roman" w:cs="Times New Roman"/>
        </w:rPr>
        <w:t>Mujj giiru waxtu kër gi ci téeméeri ak ñeent-fukk ak ñeent junni nit ñi dañu ko tektale ni mooy “mujjig fan yi,” te noonu it mooy tektale mujj gu xàmmeel gu “juróom-ñaar-fukk at yi” ak it gu “juróom-ñaari jamono yi.” Ca waxtu woowu, “tuub ak baal” dinañu doon melokaan yi di tektale liggéeyu ñi nekkoon ba noppi ni ñu dee ca mbedd mi jaare ci xuru yàlla yi wow te wow.</w:t>
      </w:r>
    </w:p>
    <w:p>
      <w:pPr>
        <w:pStyle w:val="ArticleBody"/>
        <w:jc w:val="left"/>
      </w:pPr>
      <w:r>
        <w:rPr>
          <w:rFonts w:ascii="Times New Roman" w:hAnsi="Times New Roman" w:eastAsia="Times New Roman" w:cs="Times New Roman"/>
        </w:rPr>
        <w:t>Mbind mi gisee ci liggéeyu tuub gu ñetti-fukki junni ak ñent-ñaari junni ñi, dañu ko wone ci Esekiyel sarax 9, ni “naan ak jooy.” Bu nit ñi Yàlla diŋ ci seeni bàkkaar yu seen bopp te bàyyi leen, bu ñu nangu ne dañu delloo benn bàkkaar yi seen baay yu jëkk ya defoon, bu ñu dëddu seen réy-réylu xalaat te nangu ne dañu doon dox ju juy weddi Yàlla, te itam ne moom dafa doon dox ju juy weddi leen ba ca waxtu tarri bi àggee ci 18 Sulet 2020, kon dees na gise ne am nañu kàttanu waxu yonent gu ëpp “fukki yoon” ñépp ñi ci des di wax ne ñooy boroom xel ci nguur gi.</w:t>
      </w:r>
    </w:p>
    <w:p>
      <w:pPr>
        <w:pStyle w:val="ArticleBody"/>
        <w:jc w:val="left"/>
      </w:pPr>
      <w:r>
        <w:rPr>
          <w:rFonts w:ascii="Times New Roman" w:hAnsi="Times New Roman" w:eastAsia="Times New Roman" w:cs="Times New Roman"/>
        </w:rPr>
        <w:t>Jëfandikoo bu màndarga bi tàmbalee ak yiwi, te gannaaw loolu ñu téye Isalaam. Jëfandikoo boobu jeex na ni mu tàmbalee, bi Isalaam dees ko yiwiwaat. Dees ko yiwi ca mujju fan yi jamono jëfandikoo bi, te ci Daniyal loolu mooyoon ndigalug Siris gu woote nit ñi génne Babilon. Foofa, ca mujju fan yi sellal bi, ca atteb “ndigal”u bésub Dibéer bi ci Mbooloom Ameerik, la ñi takku ci ngëm di feeñ ne am nañu dooley waxu yonent “fukki yoon gën a bari.”</w:t>
      </w:r>
    </w:p>
    <w:p>
      <w:pPr>
        <w:pStyle w:val="ArticleScripture"/>
        <w:jc w:val="left"/>
      </w:pPr>
      <w:r>
        <w:rPr>
          <w:rFonts w:ascii="Times New Roman" w:hAnsi="Times New Roman" w:eastAsia="Times New Roman" w:cs="Times New Roman"/>
        </w:rPr>
        <w:t>«Yeen a ngi yeej ñëwug Boroom bi lool. Gis naa ne taw bu mujj bi dafa nekkoon di ñëw [bu yàggul ba mel ni] yuuxu guddi digg gi, te ak doole ju fukki yoon ëpp.» Spalding and Magan, 5.</w:t>
      </w:r>
    </w:p>
    <w:p>
      <w:pPr>
        <w:pStyle w:val="ArticleBody"/>
        <w:jc w:val="left"/>
      </w:pPr>
      <w:r>
        <w:rPr>
          <w:rFonts w:ascii="Times New Roman" w:hAnsi="Times New Roman" w:eastAsia="Times New Roman" w:cs="Times New Roman"/>
        </w:rPr>
        <w:t>Ci ëllëg ci topp waajooru Daniel saar ñaareel bi ci mbind mi ci topp.</w:t>
      </w:r>
    </w:p>
    <w:p>
      <w:pPr>
        <w:pStyle w:val="ArticleScripture"/>
        <w:jc w:val="left"/>
      </w:pPr>
      <w:r>
        <w:rPr>
          <w:rFonts w:ascii="Times New Roman" w:hAnsi="Times New Roman" w:eastAsia="Times New Roman" w:cs="Times New Roman"/>
        </w:rPr>
        <w:t>“Lii moo doon waxtu guddi, bi war a jox doole yégleelu malaaka ñaareel bi. Yónent yi ñu leen yónnee asamaan ngir yëngal gaayi sell yi déggadi te waajal leen ci liggéey bu mag bi nekk ci seen kanam. Góor ñi gëna am xam-xam ak kàttan doonul ñi jëkk a nangu yéglee bii. Yónent yi ñu leen yónnee ci ñi suufe te jébbalu, te tax leen ñu yékkati wax ja ne: “Xoolleen, Boroom céet bi ngi ñëw; génnleen, dem topptoo ko!” Ñi ñu dénk wax ja gaaw nañu, te ci dooley Xel Mu Sell mi ñu yéglee yonn wi, ba yëngal seen bokk yu sell yi ñu dëgmal. Liggéey bii taxawul ci xel, xam-xam ak njàngum nit ñi, waaye ci dooley Yàlla la taxawee, te ay gaayam yu sell yi déggoon wax ja mënuñu ko a weddi. Ñi gëna am xel mu sell ñoo ko njëkk a nangu, te ñi nekkoon ci jamono ju weesu ji njiitu liggéey bi ñoo gëna weesu a nangu ko te dimbali yokk wax ja ne: “Xoolleen, Boroom céet bi ngi ñëw; génnleen, dem topptoo ko!””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Fukk</dc:title>
  <dc:subject>Yoonu bi</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